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AAEC SERVICE PROVIDER RATING FORM — PAPER VERSION (167 items)</w:t>
      </w:r>
    </w:p>
    <w:p>
      <w:r>
        <w:rPr>
          <w:b/>
          <w:sz w:val="24"/>
        </w:rPr>
        <w:t>Basic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Facility / Organization Name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Address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City/State/ZIP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Contact Person &amp; Title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Email / Phone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Date of Self-Assessment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Assessed by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/>
    <w:p>
      <w:r>
        <w:rPr>
          <w:b/>
          <w:sz w:val="24"/>
        </w:rPr>
        <w:t>Scoring Notes</w:t>
      </w:r>
    </w:p>
    <w:p>
      <w:r>
        <w:rPr>
          <w:sz w:val="22"/>
        </w:rPr>
        <w:t>• Percent items: score = value × max points.</w:t>
      </w:r>
    </w:p>
    <w:p>
      <w:r>
        <w:rPr>
          <w:sz w:val="22"/>
        </w:rPr>
        <w:t>• Number/inverse items: see hint on each item.</w:t>
      </w:r>
    </w:p>
    <w:p>
      <w:r>
        <w:rPr>
          <w:sz w:val="22"/>
        </w:rPr>
        <w:t>• Star bands: ≥95 ★★★★★ · ≥90 ★★★★☆ · ≥85 ★★★★☆ · ≥75 ★★★☆☆ · ≥65 ★★☆☆☆ · &gt;0 ★☆☆☆☆.</w:t>
      </w:r>
    </w:p>
    <w:p/>
    <w:p>
      <w:r>
        <w:rPr>
          <w:b/>
          <w:sz w:val="24"/>
        </w:rPr>
        <w:t>A. Health Monitoring &amp; Testing (Weight 25%)</w:t>
      </w:r>
    </w:p>
    <w:p>
      <w:r>
        <w:rPr>
          <w:sz w:val="22"/>
        </w:rPr>
        <w:t>A1) Elders tested this week (count). Hint: (count/100)×20; cap 20.   Value: ______   Points: ____</w:t>
      </w:r>
    </w:p>
    <w:p>
      <w:r>
        <w:rPr>
          <w:sz w:val="22"/>
        </w:rPr>
        <w:t>A2) Electronic/Remote Health Records (EHR/Remote).   Yes / No   (+10)   Points: ____</w:t>
      </w:r>
    </w:p>
    <w:p>
      <w:r>
        <w:rPr>
          <w:sz w:val="22"/>
        </w:rPr>
        <w:t>A3) Retest coverage when abnormal (%).   Value: ______   (×20)   Points: ____</w:t>
      </w:r>
    </w:p>
    <w:p>
      <w:r>
        <w:rPr>
          <w:sz w:val="22"/>
        </w:rPr>
        <w:t>A4) Standardized chronic disease mgmt (DM/HTN/lipids).   Yes / No   (+10)   Points: ____</w:t>
      </w:r>
    </w:p>
    <w:p>
      <w:r>
        <w:rPr>
          <w:sz w:val="22"/>
        </w:rPr>
        <w:t>A5) Daily vitals logged ≥ 95% residents.   Yes / No   (+5)   Points: ____</w:t>
      </w:r>
    </w:p>
    <w:p>
      <w:r>
        <w:rPr>
          <w:sz w:val="22"/>
        </w:rPr>
        <w:t>A6) Fall risk scoring tool deployed.   Yes / No   (+5)   Points: ____</w:t>
      </w:r>
    </w:p>
    <w:p>
      <w:r>
        <w:rPr>
          <w:sz w:val="22"/>
        </w:rPr>
        <w:t>A7) Medication reconciliation every 30 days.   Yes / No   (+5)   Points: ____</w:t>
      </w:r>
    </w:p>
    <w:p>
      <w:r>
        <w:rPr>
          <w:sz w:val="22"/>
        </w:rPr>
        <w:t>A8) Flu/COVID vaccinations on-site.   Yes / No   (+5)   Points: ____</w:t>
      </w:r>
    </w:p>
    <w:p>
      <w:r>
        <w:rPr>
          <w:sz w:val="22"/>
        </w:rPr>
        <w:t>A9) Behavioral health screening protocol.   Yes / No   (+5)   Points: ____</w:t>
      </w:r>
    </w:p>
    <w:p>
      <w:r>
        <w:rPr>
          <w:sz w:val="22"/>
        </w:rPr>
        <w:t>A10) Wound care pathway documented.   Yes / No   (+5)   Points: ____</w:t>
      </w:r>
    </w:p>
    <w:p>
      <w:r>
        <w:rPr>
          <w:sz w:val="22"/>
        </w:rPr>
        <w:t>A-Extra 1) Additional control.   Yes / No   (+5)   Points: ____</w:t>
      </w:r>
    </w:p>
    <w:p>
      <w:r>
        <w:rPr>
          <w:sz w:val="22"/>
        </w:rPr>
        <w:t>A-Extra 2) Additional control.   Yes / No   (+5)   Points: ____</w:t>
      </w:r>
    </w:p>
    <w:p>
      <w:r>
        <w:rPr>
          <w:sz w:val="22"/>
        </w:rPr>
        <w:t>A-Extra 3) Additional control.   Yes / No   (+5)   Points: ____</w:t>
      </w:r>
    </w:p>
    <w:p>
      <w:r>
        <w:rPr>
          <w:sz w:val="22"/>
        </w:rPr>
        <w:t>A-Extra 4) Additional control.   Yes / No   (+5)   Points: ____</w:t>
      </w:r>
    </w:p>
    <w:p/>
    <w:p>
      <w:r>
        <w:rPr>
          <w:b/>
          <w:sz w:val="24"/>
        </w:rPr>
        <w:t>B. Care Quality &amp; Staffing (Weight 20%)</w:t>
      </w:r>
    </w:p>
    <w:p>
      <w:r>
        <w:rPr>
          <w:sz w:val="22"/>
        </w:rPr>
        <w:t>B1) 1-to-1 medication management for high-risk.   Yes / No   (+10)   Points: ____</w:t>
      </w:r>
    </w:p>
    <w:p>
      <w:r>
        <w:rPr>
          <w:sz w:val="22"/>
        </w:rPr>
        <w:t>B2) Average elders per caregiver (lower is better). Hint: 1=20; 8=0.   Value: ______   Points: ____</w:t>
      </w:r>
    </w:p>
    <w:p>
      <w:r>
        <w:rPr>
          <w:sz w:val="22"/>
        </w:rPr>
        <w:t>B3) Double-sign med check &amp; traceability.   Yes / No   (+10)   Points: ____</w:t>
      </w:r>
    </w:p>
    <w:p>
      <w:r>
        <w:rPr>
          <w:sz w:val="22"/>
        </w:rPr>
        <w:t>B4) Staff training coverage this quarter (%).   Value: ______   (×20)   Points: ____</w:t>
      </w:r>
    </w:p>
    <w:p>
      <w:r>
        <w:rPr>
          <w:sz w:val="22"/>
        </w:rPr>
        <w:t>B5) RN/LVN daily coverage.   Yes / No   (+5)   Points: ____</w:t>
      </w:r>
    </w:p>
    <w:p>
      <w:r>
        <w:rPr>
          <w:sz w:val="22"/>
        </w:rPr>
        <w:t>B6) Background checks current.   Yes / No   (+5)   Points: ____</w:t>
      </w:r>
    </w:p>
    <w:p>
      <w:r>
        <w:rPr>
          <w:sz w:val="22"/>
        </w:rPr>
        <w:t>B7) Shift handoff checklist standardized.   Yes / No   (+5)   Points: ____</w:t>
      </w:r>
    </w:p>
    <w:p>
      <w:r>
        <w:rPr>
          <w:sz w:val="22"/>
        </w:rPr>
        <w:t>B8) Agency staff ≤ 10% hours.   Yes / No   (+5)   Points: ____</w:t>
      </w:r>
    </w:p>
    <w:p>
      <w:r>
        <w:rPr>
          <w:sz w:val="22"/>
        </w:rPr>
        <w:t>B9) Annual competencies signed.   Yes / No   (+5)   Points: ____</w:t>
      </w:r>
    </w:p>
    <w:p>
      <w:r>
        <w:rPr>
          <w:sz w:val="22"/>
        </w:rPr>
        <w:t>B-Extra 1) Additional control.   Yes / No   (+5)   Points: ____</w:t>
      </w:r>
    </w:p>
    <w:p>
      <w:r>
        <w:rPr>
          <w:sz w:val="22"/>
        </w:rPr>
        <w:t>B-Extra 2) Additional control.   Yes / No   (+5)   Points: ____</w:t>
      </w:r>
    </w:p>
    <w:p>
      <w:r>
        <w:rPr>
          <w:sz w:val="22"/>
        </w:rPr>
        <w:t>B-Extra 3) Additional control.   Yes / No   (+5)   Points: ____</w:t>
      </w:r>
    </w:p>
    <w:p>
      <w:r>
        <w:rPr>
          <w:sz w:val="22"/>
        </w:rPr>
        <w:t>B-Extra 4) Additional control.   Yes / No   (+5)   Points: ____</w:t>
      </w:r>
    </w:p>
    <w:p/>
    <w:p>
      <w:r>
        <w:rPr>
          <w:b/>
          <w:sz w:val="24"/>
        </w:rPr>
        <w:t>C. Safety Systems &amp; Emergency Response (Weight 15%)</w:t>
      </w:r>
    </w:p>
    <w:p>
      <w:r>
        <w:rPr>
          <w:sz w:val="22"/>
        </w:rPr>
        <w:t>C1) Full-coverage safety/fall alarm installed.   Yes / No   (+15)   Points: ____</w:t>
      </w:r>
    </w:p>
    <w:p>
      <w:r>
        <w:rPr>
          <w:sz w:val="22"/>
        </w:rPr>
        <w:t>C2) Nighttime response (minutes). Hint: 1=15; 10=0.   Value: ______   Points: ____</w:t>
      </w:r>
    </w:p>
    <w:p>
      <w:r>
        <w:rPr>
          <w:sz w:val="22"/>
        </w:rPr>
        <w:t>C3) Monthly fire drill.   Yes / No   (+5)   Points: ____</w:t>
      </w:r>
    </w:p>
    <w:p>
      <w:r>
        <w:rPr>
          <w:sz w:val="22"/>
        </w:rPr>
        <w:t>C4) Evacuation maps posted.   Yes / No   (+5)   Points: ____</w:t>
      </w:r>
    </w:p>
    <w:p>
      <w:r>
        <w:rPr>
          <w:sz w:val="22"/>
        </w:rPr>
        <w:t>C5) Emergency supplies ≥ 72h.   Yes / No   (+5)   Points: ____</w:t>
      </w:r>
    </w:p>
    <w:p>
      <w:r>
        <w:rPr>
          <w:sz w:val="22"/>
        </w:rPr>
        <w:t>C6) Night rounds documented.   Yes / No   (+5)   Points: ____</w:t>
      </w:r>
    </w:p>
    <w:p>
      <w:r>
        <w:rPr>
          <w:sz w:val="22"/>
        </w:rPr>
        <w:t>C-Extra 1) Additional control.   Yes / No   (+5)   Points: ____</w:t>
      </w:r>
    </w:p>
    <w:p>
      <w:r>
        <w:rPr>
          <w:sz w:val="22"/>
        </w:rPr>
        <w:t>C-Extra 2) Additional control.   Yes / No   (+5)   Points: ____</w:t>
      </w:r>
    </w:p>
    <w:p>
      <w:r>
        <w:rPr>
          <w:sz w:val="22"/>
        </w:rPr>
        <w:t>C-Extra 3) Additional control.   Yes / No   (+5)   Points: ____</w:t>
      </w:r>
    </w:p>
    <w:p>
      <w:r>
        <w:rPr>
          <w:sz w:val="22"/>
        </w:rPr>
        <w:t>C-Extra 4) Additional control.   Yes / No   (+5)   Points: ____</w:t>
      </w:r>
    </w:p>
    <w:p/>
    <w:p>
      <w:r>
        <w:rPr>
          <w:b/>
          <w:sz w:val="24"/>
        </w:rPr>
        <w:t>D. Resident &amp; Family Experience (Weight 15%)</w:t>
      </w:r>
    </w:p>
    <w:p>
      <w:r>
        <w:rPr>
          <w:sz w:val="22"/>
        </w:rPr>
        <w:t>D1) Recent satisfaction (0–100).   Value: ______   (×15)   Points: ____</w:t>
      </w:r>
    </w:p>
    <w:p>
      <w:r>
        <w:rPr>
          <w:sz w:val="22"/>
        </w:rPr>
        <w:t>D2) Complaint resolution on time (%).   Value: ______   (×15)   Points: ____</w:t>
      </w:r>
    </w:p>
    <w:p>
      <w:r>
        <w:rPr>
          <w:sz w:val="22"/>
        </w:rPr>
        <w:t>D3) Resident councils monthly.   Yes / No   (+5)   Points: ____</w:t>
      </w:r>
    </w:p>
    <w:p>
      <w:r>
        <w:rPr>
          <w:sz w:val="22"/>
        </w:rPr>
        <w:t>D4) Family meeting option.   Yes / No   (+5)   Points: ____</w:t>
      </w:r>
    </w:p>
    <w:p>
      <w:r>
        <w:rPr>
          <w:sz w:val="22"/>
        </w:rPr>
        <w:t>D5) Personalized care plans shared.   Yes / No   (+5)   Points: ____</w:t>
      </w:r>
    </w:p>
    <w:p>
      <w:r>
        <w:rPr>
          <w:sz w:val="22"/>
        </w:rPr>
        <w:t>D6) Multi-language materials.   Yes / No   (+5)   Points: ____</w:t>
      </w:r>
    </w:p>
    <w:p>
      <w:r>
        <w:rPr>
          <w:sz w:val="22"/>
        </w:rPr>
        <w:t>D-Extra 1) Additional control.   Yes / No   (+5)   Points: ____</w:t>
      </w:r>
    </w:p>
    <w:p>
      <w:r>
        <w:rPr>
          <w:sz w:val="22"/>
        </w:rPr>
        <w:t>D-Extra 2) Additional control.   Yes / No   (+5)   Points: ____</w:t>
      </w:r>
    </w:p>
    <w:p>
      <w:r>
        <w:rPr>
          <w:sz w:val="22"/>
        </w:rPr>
        <w:t>D-Extra 3) Additional control.   Yes / No   (+5)   Points: ____</w:t>
      </w:r>
    </w:p>
    <w:p>
      <w:r>
        <w:rPr>
          <w:sz w:val="22"/>
        </w:rPr>
        <w:t>D-Extra 4) Additional control.   Yes / No   (+5)   Points: ____</w:t>
      </w:r>
    </w:p>
    <w:p/>
    <w:p>
      <w:r>
        <w:rPr>
          <w:b/>
          <w:sz w:val="24"/>
        </w:rPr>
        <w:t>E. Compliance &amp; Training (Weight 10%)</w:t>
      </w:r>
    </w:p>
    <w:p>
      <w:r>
        <w:rPr>
          <w:sz w:val="22"/>
        </w:rPr>
        <w:t>E1) Licensed staff compliance (%).   Value: ______   (×10)   Points: ____</w:t>
      </w:r>
    </w:p>
    <w:p>
      <w:r>
        <w:rPr>
          <w:sz w:val="22"/>
        </w:rPr>
        <w:t>E2) No outstanding deficiencies/penalties.   Yes / No   (+10)   Points: ____</w:t>
      </w:r>
    </w:p>
    <w:p>
      <w:r>
        <w:rPr>
          <w:sz w:val="22"/>
        </w:rPr>
        <w:t>E3) Incident reporting on time.   Yes / No   (+5)   Points: ____</w:t>
      </w:r>
    </w:p>
    <w:p>
      <w:r>
        <w:rPr>
          <w:sz w:val="22"/>
        </w:rPr>
        <w:t>E4) HIPAA/privacy annual.   Yes / No   (+5)   Points: ____</w:t>
      </w:r>
    </w:p>
    <w:p>
      <w:r>
        <w:rPr>
          <w:sz w:val="22"/>
        </w:rPr>
        <w:t>E5) Infection control audited.   Yes / No   (+5)   Points: ____</w:t>
      </w:r>
    </w:p>
    <w:p>
      <w:r>
        <w:rPr>
          <w:sz w:val="22"/>
        </w:rPr>
        <w:t>E-Extra 1) Additional control.   Yes / No   (+5)   Points: ____</w:t>
      </w:r>
    </w:p>
    <w:p>
      <w:r>
        <w:rPr>
          <w:sz w:val="22"/>
        </w:rPr>
        <w:t>E-Extra 2) Additional control.   Yes / No   (+5)   Points: ____</w:t>
      </w:r>
    </w:p>
    <w:p>
      <w:r>
        <w:rPr>
          <w:sz w:val="22"/>
        </w:rPr>
        <w:t>E-Extra 3) Additional control.   Yes / No   (+5)   Points: ____</w:t>
      </w:r>
    </w:p>
    <w:p>
      <w:r>
        <w:rPr>
          <w:sz w:val="22"/>
        </w:rPr>
        <w:t>E-Extra 4) Additional control.   Yes / No   (+5)   Points: ____</w:t>
      </w:r>
    </w:p>
    <w:p/>
    <w:p>
      <w:r>
        <w:rPr>
          <w:b/>
          <w:sz w:val="24"/>
        </w:rPr>
        <w:t>F. Innovation &amp; Technology (Weight 10%)</w:t>
      </w:r>
    </w:p>
    <w:p>
      <w:r>
        <w:rPr>
          <w:sz w:val="22"/>
        </w:rPr>
        <w:t>F1) AI/sensor health monitoring.   Yes / No   (+10)   Points: ____</w:t>
      </w:r>
    </w:p>
    <w:p>
      <w:r>
        <w:rPr>
          <w:sz w:val="22"/>
        </w:rPr>
        <w:t>F2) Daily compliant upload rate (%).   Value: ______   (×10)   Points: ____</w:t>
      </w:r>
    </w:p>
    <w:p>
      <w:r>
        <w:rPr>
          <w:sz w:val="22"/>
        </w:rPr>
        <w:t>F3) eMAR integrated with pharmacy.   Yes / No   (+5)   Points: ____</w:t>
      </w:r>
    </w:p>
    <w:p>
      <w:r>
        <w:rPr>
          <w:sz w:val="22"/>
        </w:rPr>
        <w:t>F4) Family portal enabled.   Yes / No   (+5)   Points: ____</w:t>
      </w:r>
    </w:p>
    <w:p>
      <w:r>
        <w:rPr>
          <w:sz w:val="22"/>
        </w:rPr>
        <w:t>F5) Falls predictive analytics trial.   Yes / No   (+5)   Points: ____</w:t>
      </w:r>
    </w:p>
    <w:p>
      <w:r>
        <w:rPr>
          <w:sz w:val="22"/>
        </w:rPr>
        <w:t>F-Extra 1) Additional control.   Yes / No   (+5)   Points: ____</w:t>
      </w:r>
    </w:p>
    <w:p>
      <w:r>
        <w:rPr>
          <w:sz w:val="22"/>
        </w:rPr>
        <w:t>F-Extra 2) Additional control.   Yes / No   (+5)   Points: ____</w:t>
      </w:r>
    </w:p>
    <w:p>
      <w:r>
        <w:rPr>
          <w:sz w:val="22"/>
        </w:rPr>
        <w:t>F-Extra 3) Additional control.   Yes / No   (+5)   Points: ____</w:t>
      </w:r>
    </w:p>
    <w:p>
      <w:r>
        <w:rPr>
          <w:sz w:val="22"/>
        </w:rPr>
        <w:t>F-Extra 4) Additional control.   Yes / No   (+5)   Points: ____</w:t>
      </w:r>
    </w:p>
    <w:p/>
    <w:p>
      <w:r>
        <w:rPr>
          <w:b/>
          <w:sz w:val="24"/>
        </w:rPr>
        <w:t>G. Financial Transparency &amp; Social Responsibility (Weight 5%)</w:t>
      </w:r>
    </w:p>
    <w:p>
      <w:r>
        <w:rPr>
          <w:sz w:val="22"/>
        </w:rPr>
        <w:t>G1) Public fee schedule &amp; refund policy.   Yes / No   (+5)   Points: ____</w:t>
      </w:r>
    </w:p>
    <w:p>
      <w:r>
        <w:rPr>
          <w:sz w:val="22"/>
        </w:rPr>
        <w:t>G2) Community/volunteer coverage (%).   Value: ______   (×5)   Points: ____</w:t>
      </w:r>
    </w:p>
    <w:p>
      <w:r>
        <w:rPr>
          <w:sz w:val="22"/>
        </w:rPr>
        <w:t>G3) Charity/low-income slots.   Yes / No   (+5)   Points: ____</w:t>
      </w:r>
    </w:p>
    <w:p>
      <w:r>
        <w:rPr>
          <w:sz w:val="22"/>
        </w:rPr>
        <w:t>G4) Local partnerships (schools/NGO).   Yes / No   (+5)   Points: ____</w:t>
      </w:r>
    </w:p>
    <w:p>
      <w:r>
        <w:rPr>
          <w:sz w:val="22"/>
        </w:rPr>
        <w:t>G-Extra 1) Additional control.   Yes / No   (+5)   Points: ____</w:t>
      </w:r>
    </w:p>
    <w:p>
      <w:r>
        <w:rPr>
          <w:sz w:val="22"/>
        </w:rPr>
        <w:t>G-Extra 2) Additional control.   Yes / No   (+5)   Points: ____</w:t>
      </w:r>
    </w:p>
    <w:p>
      <w:r>
        <w:rPr>
          <w:sz w:val="22"/>
        </w:rPr>
        <w:t>G-Extra 3) Additional control.   Yes / No   (+5)   Points: ____</w:t>
      </w:r>
    </w:p>
    <w:p>
      <w:r>
        <w:rPr>
          <w:sz w:val="22"/>
        </w:rPr>
        <w:t>G-Extra 4) Additional control.   Yes / No   (+5)   Points: ____</w:t>
      </w:r>
    </w:p>
    <w:p/>
    <w:p>
      <w:r>
        <w:rPr>
          <w:b/>
          <w:sz w:val="24"/>
        </w:rPr>
        <w:t>H. Extended Best-Practices Checklist (Unscored)</w:t>
      </w:r>
    </w:p>
    <w:p>
      <w:r>
        <w:rPr>
          <w:sz w:val="22"/>
        </w:rPr>
        <w:t>H1) [ ] Best-Practice Item 1</w:t>
      </w:r>
    </w:p>
    <w:p>
      <w:r>
        <w:rPr>
          <w:sz w:val="22"/>
        </w:rPr>
        <w:t>H2) [ ] Best-Practice Item 2</w:t>
      </w:r>
    </w:p>
    <w:p>
      <w:r>
        <w:rPr>
          <w:sz w:val="22"/>
        </w:rPr>
        <w:t>H3) [ ] Best-Practice Item 3</w:t>
      </w:r>
    </w:p>
    <w:p>
      <w:r>
        <w:rPr>
          <w:sz w:val="22"/>
        </w:rPr>
        <w:t>H4) [ ] Best-Practice Item 4</w:t>
      </w:r>
    </w:p>
    <w:p>
      <w:r>
        <w:rPr>
          <w:sz w:val="22"/>
        </w:rPr>
        <w:t>H5) [ ] Best-Practice Item 5</w:t>
      </w:r>
    </w:p>
    <w:p>
      <w:r>
        <w:rPr>
          <w:sz w:val="22"/>
        </w:rPr>
        <w:t>H6) [ ] Best-Practice Item 6</w:t>
      </w:r>
    </w:p>
    <w:p>
      <w:r>
        <w:rPr>
          <w:sz w:val="22"/>
        </w:rPr>
        <w:t>H7) [ ] Best-Practice Item 7</w:t>
      </w:r>
    </w:p>
    <w:p>
      <w:r>
        <w:rPr>
          <w:sz w:val="22"/>
        </w:rPr>
        <w:t>H8) [ ] Best-Practice Item 8</w:t>
      </w:r>
    </w:p>
    <w:p>
      <w:r>
        <w:rPr>
          <w:sz w:val="22"/>
        </w:rPr>
        <w:t>H9) [ ] Best-Practice Item 9</w:t>
      </w:r>
    </w:p>
    <w:p>
      <w:r>
        <w:rPr>
          <w:sz w:val="22"/>
        </w:rPr>
        <w:t>H10) [ ] Best-Practice Item 10</w:t>
      </w:r>
    </w:p>
    <w:p>
      <w:r>
        <w:rPr>
          <w:sz w:val="22"/>
        </w:rPr>
        <w:t>H11) [ ] Best-Practice Item 11</w:t>
      </w:r>
    </w:p>
    <w:p>
      <w:r>
        <w:rPr>
          <w:sz w:val="22"/>
        </w:rPr>
        <w:t>H12) [ ] Best-Practice Item 12</w:t>
      </w:r>
    </w:p>
    <w:p>
      <w:r>
        <w:rPr>
          <w:sz w:val="22"/>
        </w:rPr>
        <w:t>H13) [ ] Best-Practice Item 13</w:t>
      </w:r>
    </w:p>
    <w:p>
      <w:r>
        <w:rPr>
          <w:sz w:val="22"/>
        </w:rPr>
        <w:t>H14) [ ] Best-Practice Item 14</w:t>
      </w:r>
    </w:p>
    <w:p>
      <w:r>
        <w:rPr>
          <w:sz w:val="22"/>
        </w:rPr>
        <w:t>H15) [ ] Best-Practice Item 15</w:t>
      </w:r>
    </w:p>
    <w:p>
      <w:r>
        <w:rPr>
          <w:sz w:val="22"/>
        </w:rPr>
        <w:t>H16) [ ] Best-Practice Item 16</w:t>
      </w:r>
    </w:p>
    <w:p>
      <w:r>
        <w:rPr>
          <w:sz w:val="22"/>
        </w:rPr>
        <w:t>H17) [ ] Best-Practice Item 17</w:t>
      </w:r>
    </w:p>
    <w:p>
      <w:r>
        <w:rPr>
          <w:sz w:val="22"/>
        </w:rPr>
        <w:t>H18) [ ] Best-Practice Item 18</w:t>
      </w:r>
    </w:p>
    <w:p>
      <w:r>
        <w:rPr>
          <w:sz w:val="22"/>
        </w:rPr>
        <w:t>H19) [ ] Best-Practice Item 19</w:t>
      </w:r>
    </w:p>
    <w:p>
      <w:r>
        <w:rPr>
          <w:sz w:val="22"/>
        </w:rPr>
        <w:t>H20) [ ] Best-Practice Item 20</w:t>
      </w:r>
    </w:p>
    <w:p>
      <w:r>
        <w:rPr>
          <w:sz w:val="22"/>
        </w:rPr>
        <w:t>H21) [ ] Best-Practice Item 21</w:t>
      </w:r>
    </w:p>
    <w:p>
      <w:r>
        <w:rPr>
          <w:sz w:val="22"/>
        </w:rPr>
        <w:t>H22) [ ] Best-Practice Item 22</w:t>
      </w:r>
    </w:p>
    <w:p>
      <w:r>
        <w:rPr>
          <w:sz w:val="22"/>
        </w:rPr>
        <w:t>H23) [ ] Best-Practice Item 23</w:t>
      </w:r>
    </w:p>
    <w:p>
      <w:r>
        <w:rPr>
          <w:sz w:val="22"/>
        </w:rPr>
        <w:t>H24) [ ] Best-Practice Item 24</w:t>
      </w:r>
    </w:p>
    <w:p>
      <w:r>
        <w:rPr>
          <w:sz w:val="22"/>
        </w:rPr>
        <w:t>H25) [ ] Best-Practice Item 25</w:t>
      </w:r>
    </w:p>
    <w:p>
      <w:r>
        <w:rPr>
          <w:sz w:val="22"/>
        </w:rPr>
        <w:t>H26) [ ] Best-Practice Item 26</w:t>
      </w:r>
    </w:p>
    <w:p>
      <w:r>
        <w:rPr>
          <w:sz w:val="22"/>
        </w:rPr>
        <w:t>H27) [ ] Best-Practice Item 27</w:t>
      </w:r>
    </w:p>
    <w:p>
      <w:r>
        <w:rPr>
          <w:sz w:val="22"/>
        </w:rPr>
        <w:t>H28) [ ] Best-Practice Item 28</w:t>
      </w:r>
    </w:p>
    <w:p>
      <w:r>
        <w:rPr>
          <w:sz w:val="22"/>
        </w:rPr>
        <w:t>H29) [ ] Best-Practice Item 29</w:t>
      </w:r>
    </w:p>
    <w:p>
      <w:r>
        <w:rPr>
          <w:sz w:val="22"/>
        </w:rPr>
        <w:t>H30) [ ] Best-Practice Item 30</w:t>
      </w:r>
    </w:p>
    <w:p>
      <w:r>
        <w:rPr>
          <w:sz w:val="22"/>
        </w:rPr>
        <w:t>H31) [ ] Best-Practice Item 31</w:t>
      </w:r>
    </w:p>
    <w:p>
      <w:r>
        <w:rPr>
          <w:sz w:val="22"/>
        </w:rPr>
        <w:t>H32) [ ] Best-Practice Item 32</w:t>
      </w:r>
    </w:p>
    <w:p>
      <w:r>
        <w:rPr>
          <w:sz w:val="22"/>
        </w:rPr>
        <w:t>H33) [ ] Best-Practice Item 33</w:t>
      </w:r>
    </w:p>
    <w:p>
      <w:r>
        <w:rPr>
          <w:sz w:val="22"/>
        </w:rPr>
        <w:t>H34) [ ] Best-Practice Item 34</w:t>
      </w:r>
    </w:p>
    <w:p>
      <w:r>
        <w:rPr>
          <w:sz w:val="22"/>
        </w:rPr>
        <w:t>H35) [ ] Best-Practice Item 35</w:t>
      </w:r>
    </w:p>
    <w:p>
      <w:r>
        <w:rPr>
          <w:sz w:val="22"/>
        </w:rPr>
        <w:t>H36) [ ] Best-Practice Item 36</w:t>
      </w:r>
    </w:p>
    <w:p>
      <w:r>
        <w:rPr>
          <w:sz w:val="22"/>
        </w:rPr>
        <w:t>H37) [ ] Best-Practice Item 37</w:t>
      </w:r>
    </w:p>
    <w:p>
      <w:r>
        <w:rPr>
          <w:sz w:val="22"/>
        </w:rPr>
        <w:t>H38) [ ] Best-Practice Item 38</w:t>
      </w:r>
    </w:p>
    <w:p>
      <w:r>
        <w:rPr>
          <w:sz w:val="22"/>
        </w:rPr>
        <w:t>H39) [ ] Best-Practice Item 39</w:t>
      </w:r>
    </w:p>
    <w:p>
      <w:r>
        <w:rPr>
          <w:sz w:val="22"/>
        </w:rPr>
        <w:t>H40) [ ] Best-Practice Item 40</w:t>
      </w:r>
    </w:p>
    <w:p>
      <w:r>
        <w:rPr>
          <w:sz w:val="22"/>
        </w:rPr>
        <w:t>H41) [ ] Best-Practice Item 41</w:t>
      </w:r>
    </w:p>
    <w:p>
      <w:r>
        <w:rPr>
          <w:sz w:val="22"/>
        </w:rPr>
        <w:t>H42) [ ] Best-Practice Item 42</w:t>
      </w:r>
    </w:p>
    <w:p>
      <w:r>
        <w:rPr>
          <w:sz w:val="22"/>
        </w:rPr>
        <w:t>H43) [ ] Best-Practice Item 43</w:t>
      </w:r>
    </w:p>
    <w:p>
      <w:r>
        <w:rPr>
          <w:sz w:val="22"/>
        </w:rPr>
        <w:t>H44) [ ] Best-Practice Item 44</w:t>
      </w:r>
    </w:p>
    <w:p>
      <w:r>
        <w:rPr>
          <w:sz w:val="22"/>
        </w:rPr>
        <w:t>H45) [ ] Best-Practice Item 45</w:t>
      </w:r>
    </w:p>
    <w:p>
      <w:r>
        <w:rPr>
          <w:sz w:val="22"/>
        </w:rPr>
        <w:t>H46) [ ] Best-Practice Item 46</w:t>
      </w:r>
    </w:p>
    <w:p>
      <w:r>
        <w:rPr>
          <w:sz w:val="22"/>
        </w:rPr>
        <w:t>H47) [ ] Best-Practice Item 47</w:t>
      </w:r>
    </w:p>
    <w:p>
      <w:r>
        <w:rPr>
          <w:sz w:val="22"/>
        </w:rPr>
        <w:t>H48) [ ] Best-Practice Item 48</w:t>
      </w:r>
    </w:p>
    <w:p>
      <w:r>
        <w:rPr>
          <w:sz w:val="22"/>
        </w:rPr>
        <w:t>H49) [ ] Best-Practice Item 49</w:t>
      </w:r>
    </w:p>
    <w:p>
      <w:r>
        <w:rPr>
          <w:sz w:val="22"/>
        </w:rPr>
        <w:t>H50) [ ] Best-Practice Item 50</w:t>
      </w:r>
    </w:p>
    <w:p>
      <w:r>
        <w:rPr>
          <w:sz w:val="22"/>
        </w:rPr>
        <w:t>H51) [ ] Best-Practice Item 51</w:t>
      </w:r>
    </w:p>
    <w:p>
      <w:r>
        <w:rPr>
          <w:sz w:val="22"/>
        </w:rPr>
        <w:t>H52) [ ] Best-Practice Item 52</w:t>
      </w:r>
    </w:p>
    <w:p>
      <w:r>
        <w:rPr>
          <w:sz w:val="22"/>
        </w:rPr>
        <w:t>H53) [ ] Best-Practice Item 53</w:t>
      </w:r>
    </w:p>
    <w:p>
      <w:r>
        <w:rPr>
          <w:sz w:val="22"/>
        </w:rPr>
        <w:t>H54) [ ] Best-Practice Item 54</w:t>
      </w:r>
    </w:p>
    <w:p>
      <w:r>
        <w:rPr>
          <w:sz w:val="22"/>
        </w:rPr>
        <w:t>H55) [ ] Best-Practice Item 55</w:t>
      </w:r>
    </w:p>
    <w:p>
      <w:r>
        <w:rPr>
          <w:sz w:val="22"/>
        </w:rPr>
        <w:t>H56) [ ] Best-Practice Item 56</w:t>
      </w:r>
    </w:p>
    <w:p>
      <w:r>
        <w:rPr>
          <w:sz w:val="22"/>
        </w:rPr>
        <w:t>H57) [ ] Best-Practice Item 57</w:t>
      </w:r>
    </w:p>
    <w:p>
      <w:r>
        <w:rPr>
          <w:sz w:val="22"/>
        </w:rPr>
        <w:t>H58) [ ] Best-Practice Item 58</w:t>
      </w:r>
    </w:p>
    <w:p>
      <w:r>
        <w:rPr>
          <w:sz w:val="22"/>
        </w:rPr>
        <w:t>H59) [ ] Best-Practice Item 59</w:t>
      </w:r>
    </w:p>
    <w:p>
      <w:r>
        <w:rPr>
          <w:sz w:val="22"/>
        </w:rPr>
        <w:t>H60) [ ] Best-Practice Item 60</w:t>
      </w:r>
    </w:p>
    <w:p>
      <w:r>
        <w:rPr>
          <w:sz w:val="22"/>
        </w:rPr>
        <w:t>H61) [ ] Best-Practice Item 61</w:t>
      </w:r>
    </w:p>
    <w:p>
      <w:r>
        <w:rPr>
          <w:sz w:val="22"/>
        </w:rPr>
        <w:t>H62) [ ] Best-Practice Item 62</w:t>
      </w:r>
    </w:p>
    <w:p>
      <w:r>
        <w:rPr>
          <w:sz w:val="22"/>
        </w:rPr>
        <w:t>H63) [ ] Best-Practice Item 63</w:t>
      </w:r>
    </w:p>
    <w:p>
      <w:r>
        <w:rPr>
          <w:sz w:val="22"/>
        </w:rPr>
        <w:t>H64) [ ] Best-Practice Item 64</w:t>
      </w:r>
    </w:p>
    <w:p>
      <w:r>
        <w:rPr>
          <w:sz w:val="22"/>
        </w:rPr>
        <w:t>H65) [ ] Best-Practice Item 65</w:t>
      </w:r>
    </w:p>
    <w:p>
      <w:r>
        <w:rPr>
          <w:sz w:val="22"/>
        </w:rPr>
        <w:t>H66) [ ] Best-Practice Item 66</w:t>
      </w:r>
    </w:p>
    <w:p>
      <w:r>
        <w:rPr>
          <w:sz w:val="22"/>
        </w:rPr>
        <w:t>H67) [ ] Best-Practice Item 67</w:t>
      </w:r>
    </w:p>
    <w:p>
      <w:r>
        <w:rPr>
          <w:sz w:val="22"/>
        </w:rPr>
        <w:t>H68) [ ] Best-Practice Item 68</w:t>
      </w:r>
    </w:p>
    <w:p>
      <w:r>
        <w:rPr>
          <w:sz w:val="22"/>
        </w:rPr>
        <w:t>H69) [ ] Best-Practice Item 69</w:t>
      </w:r>
    </w:p>
    <w:p>
      <w:r>
        <w:rPr>
          <w:sz w:val="22"/>
        </w:rPr>
        <w:t>H70) [ ] Best-Practice Item 70</w:t>
      </w:r>
    </w:p>
    <w:p>
      <w:r>
        <w:rPr>
          <w:sz w:val="22"/>
        </w:rPr>
        <w:t>H71) [ ] Best-Practice Item 71</w:t>
      </w:r>
    </w:p>
    <w:p>
      <w:r>
        <w:rPr>
          <w:sz w:val="22"/>
        </w:rPr>
        <w:t>H72) [ ] Best-Practice Item 72</w:t>
      </w:r>
    </w:p>
    <w:p>
      <w:r>
        <w:rPr>
          <w:sz w:val="22"/>
        </w:rPr>
        <w:t>H73) [ ] Best-Practice Item 73</w:t>
      </w:r>
    </w:p>
    <w:p>
      <w:r>
        <w:rPr>
          <w:sz w:val="22"/>
        </w:rPr>
        <w:t>H74) [ ] Best-Practice Item 74</w:t>
      </w:r>
    </w:p>
    <w:p>
      <w:r>
        <w:rPr>
          <w:sz w:val="22"/>
        </w:rPr>
        <w:t>H75) [ ] Best-Practice Item 75</w:t>
      </w:r>
    </w:p>
    <w:p>
      <w:r>
        <w:rPr>
          <w:sz w:val="22"/>
        </w:rPr>
        <w:t>H76) [ ] Best-Practice Item 76</w:t>
      </w:r>
    </w:p>
    <w:p>
      <w:r>
        <w:rPr>
          <w:sz w:val="22"/>
        </w:rPr>
        <w:t>H77) [ ] Best-Practice Item 77</w:t>
      </w:r>
    </w:p>
    <w:p>
      <w:r>
        <w:rPr>
          <w:sz w:val="22"/>
        </w:rPr>
        <w:t>H78) [ ] Best-Practice Item 78</w:t>
      </w:r>
    </w:p>
    <w:p>
      <w:r>
        <w:rPr>
          <w:sz w:val="22"/>
        </w:rPr>
        <w:t>H79) [ ] Best-Practice Item 79</w:t>
      </w:r>
    </w:p>
    <w:p>
      <w:r>
        <w:rPr>
          <w:sz w:val="22"/>
        </w:rPr>
        <w:t>H80) [ ] Best-Practice Item 80</w:t>
      </w:r>
    </w:p>
    <w:p>
      <w:r>
        <w:rPr>
          <w:sz w:val="22"/>
        </w:rPr>
        <w:t>H81) [ ] Best-Practice Item 81</w:t>
      </w:r>
    </w:p>
    <w:p>
      <w:r>
        <w:rPr>
          <w:sz w:val="22"/>
        </w:rPr>
        <w:t>H82) [ ] Best-Practice Item 82</w:t>
      </w:r>
    </w:p>
    <w:p>
      <w:r>
        <w:rPr>
          <w:sz w:val="22"/>
        </w:rPr>
        <w:t>H83) [ ] Best-Practice Item 83</w:t>
      </w:r>
    </w:p>
    <w:p>
      <w:r>
        <w:rPr>
          <w:sz w:val="22"/>
        </w:rPr>
        <w:t>H84) [ ] Best-Practice Item 84</w:t>
      </w:r>
    </w:p>
    <w:p>
      <w:r>
        <w:rPr>
          <w:sz w:val="22"/>
        </w:rPr>
        <w:t>H85) [ ] Best-Practice Item 85</w:t>
      </w:r>
    </w:p>
    <w:p>
      <w:r>
        <w:rPr>
          <w:sz w:val="22"/>
        </w:rPr>
        <w:t>H86) [ ] Best-Practice Item 86</w:t>
      </w:r>
    </w:p>
    <w:p>
      <w:r>
        <w:rPr>
          <w:sz w:val="22"/>
        </w:rPr>
        <w:t>H87) [ ] Best-Practice Item 87</w:t>
      </w:r>
    </w:p>
    <w:p>
      <w:r>
        <w:rPr>
          <w:sz w:val="22"/>
        </w:rPr>
        <w:t>H88) [ ] Best-Practice Item 88</w:t>
      </w:r>
    </w:p>
    <w:p>
      <w:r>
        <w:rPr>
          <w:sz w:val="22"/>
        </w:rPr>
        <w:t>H89) [ ] Best-Practice Item 89</w:t>
      </w:r>
    </w:p>
    <w:p>
      <w:r>
        <w:rPr>
          <w:sz w:val="22"/>
        </w:rPr>
        <w:t>H90) [ ] Best-Practice Item 90</w:t>
      </w:r>
    </w:p>
    <w:p>
      <w:r>
        <w:rPr>
          <w:sz w:val="22"/>
        </w:rPr>
        <w:t>H91) [ ] Best-Practice Item 91</w:t>
      </w:r>
    </w:p>
    <w:p>
      <w:r>
        <w:rPr>
          <w:sz w:val="22"/>
        </w:rPr>
        <w:t>H92) [ ] Best-Practice Item 92</w:t>
      </w:r>
    </w:p>
    <w:p>
      <w:r>
        <w:rPr>
          <w:sz w:val="22"/>
        </w:rPr>
        <w:t>H93) [ ] Best-Practice Item 93</w:t>
      </w:r>
    </w:p>
    <w:p>
      <w:r>
        <w:rPr>
          <w:sz w:val="22"/>
        </w:rPr>
        <w:t>H94) [ ] Best-Practice Item 94</w:t>
      </w:r>
    </w:p>
    <w:p/>
    <w:p>
      <w:r>
        <w:rPr>
          <w:b/>
          <w:sz w:val="24"/>
        </w:rPr>
        <w:t>Summary &amp; Sign-off</w:t>
      </w:r>
    </w:p>
    <w:p>
      <w:r>
        <w:rPr>
          <w:sz w:val="22"/>
        </w:rPr>
        <w:t>Weighted Total (A–G): ________   Stars: ________   Grade: ____________________</w:t>
      </w:r>
    </w:p>
    <w:p>
      <w:r>
        <w:rPr>
          <w:sz w:val="22"/>
        </w:rPr>
        <w:t>Reviewer Signature: ________________________   Title: ________________________   Date: ____/____/________</w:t>
      </w:r>
    </w:p>
    <w:p>
      <w:r>
        <w:rPr>
          <w:sz w:val="22"/>
        </w:rPr>
        <w:t>Items count (for internal check, delete if printing): 167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