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AAEC 养老服务机构评级表 — 纸质版（共 167 项）</w:t>
      </w:r>
    </w:p>
    <w:p>
      <w:r>
        <w:rPr>
          <w:b/>
          <w:sz w:val="24"/>
        </w:rPr>
        <w:t>基本信息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机构名称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地址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城市/州/邮编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联系人与职务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邮箱 / 电话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自评日期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评估人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/>
    <w:p>
      <w:r>
        <w:rPr>
          <w:b/>
          <w:sz w:val="24"/>
        </w:rPr>
        <w:t>计分说明</w:t>
      </w:r>
    </w:p>
    <w:p>
      <w:r>
        <w:rPr>
          <w:sz w:val="22"/>
        </w:rPr>
        <w:t>• 百分比类：得分 = 百分值 × 该项满分。</w:t>
      </w:r>
    </w:p>
    <w:p>
      <w:r>
        <w:rPr>
          <w:sz w:val="22"/>
        </w:rPr>
        <w:t>• 数值/反向类：参见每题提示。</w:t>
      </w:r>
    </w:p>
    <w:p>
      <w:r>
        <w:rPr>
          <w:sz w:val="22"/>
        </w:rPr>
        <w:t>• 星级区间：≥95 ★★★★★；≥90 ★★★★☆；≥85 ★★★★☆；≥75 ★★★☆☆；≥65 ★★☆☆☆；&gt;0 ★☆☆☆☆。</w:t>
      </w:r>
    </w:p>
    <w:p/>
    <w:p>
      <w:r>
        <w:rPr>
          <w:b/>
          <w:sz w:val="24"/>
        </w:rPr>
        <w:t>A. 健康监测与检测（权重 25%）</w:t>
      </w:r>
    </w:p>
    <w:p>
      <w:r>
        <w:rPr>
          <w:sz w:val="22"/>
        </w:rPr>
        <w:t>A1）本周健康检测人数（人）。提示：(人数/100)×20；封顶20。  数值：______   分：____</w:t>
      </w:r>
    </w:p>
    <w:p>
      <w:r>
        <w:rPr>
          <w:sz w:val="22"/>
        </w:rPr>
        <w:t>A2）电子/远程健康档案（EHR/Remote）。  是 / 否  （+10）  分：____</w:t>
      </w:r>
    </w:p>
    <w:p>
      <w:r>
        <w:rPr>
          <w:sz w:val="22"/>
        </w:rPr>
        <w:t>A3）异常复测覆盖率（%）。  数值：______  （×20）  分：____</w:t>
      </w:r>
    </w:p>
    <w:p>
      <w:r>
        <w:rPr>
          <w:sz w:val="22"/>
        </w:rPr>
        <w:t>A4）慢病（糖尿病/高血压/血脂）标准化管理。  是 / 否  （+10）  分：____</w:t>
      </w:r>
    </w:p>
    <w:p>
      <w:r>
        <w:rPr>
          <w:sz w:val="22"/>
        </w:rPr>
        <w:t>A5）≥95% 居民每日记录生命体征。  是 / 否  （+5）  分：____</w:t>
      </w:r>
    </w:p>
    <w:p>
      <w:r>
        <w:rPr>
          <w:sz w:val="22"/>
        </w:rPr>
        <w:t>A6）部署跌倒风险评分工具。  是 / 否  （+5）  分：____</w:t>
      </w:r>
    </w:p>
    <w:p>
      <w:r>
        <w:rPr>
          <w:sz w:val="22"/>
        </w:rPr>
        <w:t>A7）每 30 天进行用药核对。  是 / 否  （+5）  分：____</w:t>
      </w:r>
    </w:p>
    <w:p>
      <w:r>
        <w:rPr>
          <w:sz w:val="22"/>
        </w:rPr>
        <w:t>A8）现场开展流感/新冠疫苗接种。  是 / 否  （+5）  分：____</w:t>
      </w:r>
    </w:p>
    <w:p>
      <w:r>
        <w:rPr>
          <w:sz w:val="22"/>
        </w:rPr>
        <w:t>A9）行为健康筛查规范。  是 / 否  （+5）  分：____</w:t>
      </w:r>
    </w:p>
    <w:p>
      <w:r>
        <w:rPr>
          <w:sz w:val="22"/>
        </w:rPr>
        <w:t>A10）创口护理路径文件化。  是 / 否  （+5）  分：____</w:t>
      </w:r>
    </w:p>
    <w:p>
      <w:r>
        <w:rPr>
          <w:sz w:val="22"/>
        </w:rPr>
        <w:t>A-附加1）附加控制项。  是 / 否  （+5）  分：____</w:t>
      </w:r>
    </w:p>
    <w:p>
      <w:r>
        <w:rPr>
          <w:sz w:val="22"/>
        </w:rPr>
        <w:t>A-附加2）附加控制项。  是 / 否  （+5）  分：____</w:t>
      </w:r>
    </w:p>
    <w:p>
      <w:r>
        <w:rPr>
          <w:sz w:val="22"/>
        </w:rPr>
        <w:t>A-附加3）附加控制项。  是 / 否  （+5）  分：____</w:t>
      </w:r>
    </w:p>
    <w:p>
      <w:r>
        <w:rPr>
          <w:sz w:val="22"/>
        </w:rPr>
        <w:t>A-附加4）附加控制项。  是 / 否  （+5）  分：____</w:t>
      </w:r>
    </w:p>
    <w:p/>
    <w:p>
      <w:r>
        <w:rPr>
          <w:b/>
          <w:sz w:val="24"/>
        </w:rPr>
        <w:t>B. 护理质量与人员配置（权重 20%）</w:t>
      </w:r>
    </w:p>
    <w:p>
      <w:r>
        <w:rPr>
          <w:sz w:val="22"/>
        </w:rPr>
        <w:t>B1）高风险人群 1 对 1 用药管理。  是 / 否  （+10）  分：____</w:t>
      </w:r>
    </w:p>
    <w:p>
      <w:r>
        <w:rPr>
          <w:sz w:val="22"/>
        </w:rPr>
        <w:t>B2）平均每名护理员对应老人数量（越低越好）。提示：1=20；8=0。 数值：______  分：____</w:t>
      </w:r>
    </w:p>
    <w:p>
      <w:r>
        <w:rPr>
          <w:sz w:val="22"/>
        </w:rPr>
        <w:t>B3）双人签名用药核对与可追溯。  是 / 否  （+10）  分：____</w:t>
      </w:r>
    </w:p>
    <w:p>
      <w:r>
        <w:rPr>
          <w:sz w:val="22"/>
        </w:rPr>
        <w:t>B4）本季度人员培训覆盖率（%）。 数值：______  （×20）  分：____</w:t>
      </w:r>
    </w:p>
    <w:p>
      <w:r>
        <w:rPr>
          <w:sz w:val="22"/>
        </w:rPr>
        <w:t>B5）RN/LVN 每日值班。  是 / 否  （+5）  分：____</w:t>
      </w:r>
    </w:p>
    <w:p>
      <w:r>
        <w:rPr>
          <w:sz w:val="22"/>
        </w:rPr>
        <w:t>B6）背景审查有效。  是 / 否  （+5）  分：____</w:t>
      </w:r>
    </w:p>
    <w:p>
      <w:r>
        <w:rPr>
          <w:sz w:val="22"/>
        </w:rPr>
        <w:t>B7）交接班清单标准化。  是 / 否  （+5）  分：____</w:t>
      </w:r>
    </w:p>
    <w:p>
      <w:r>
        <w:rPr>
          <w:sz w:val="22"/>
        </w:rPr>
        <w:t>B8）代理外包工时 ≤ 10%。  是 / 否  （+5）  分：____</w:t>
      </w:r>
    </w:p>
    <w:p>
      <w:r>
        <w:rPr>
          <w:sz w:val="22"/>
        </w:rPr>
        <w:t>B9）年度胜任力考核签署。  是 / 否  （+5）  分：____</w:t>
      </w:r>
    </w:p>
    <w:p>
      <w:r>
        <w:rPr>
          <w:sz w:val="22"/>
        </w:rPr>
        <w:t>B-附加1）附加控制项。  是 / 否  （+5）  分：____</w:t>
      </w:r>
    </w:p>
    <w:p>
      <w:r>
        <w:rPr>
          <w:sz w:val="22"/>
        </w:rPr>
        <w:t>B-附加2）附加控制项。  是 / 否  （+5）  分：____</w:t>
      </w:r>
    </w:p>
    <w:p>
      <w:r>
        <w:rPr>
          <w:sz w:val="22"/>
        </w:rPr>
        <w:t>B-附加3）附加控制项。  是 / 否  （+5）  分：____</w:t>
      </w:r>
    </w:p>
    <w:p>
      <w:r>
        <w:rPr>
          <w:sz w:val="22"/>
        </w:rPr>
        <w:t>B-附加4）附加控制项。  是 / 否  （+5）  分：____</w:t>
      </w:r>
    </w:p>
    <w:p/>
    <w:p>
      <w:r>
        <w:rPr>
          <w:b/>
          <w:sz w:val="24"/>
        </w:rPr>
        <w:t>C. 安全体系与应急响应（权重 15%）</w:t>
      </w:r>
    </w:p>
    <w:p>
      <w:r>
        <w:rPr>
          <w:sz w:val="22"/>
        </w:rPr>
        <w:t>C1）全覆盖安全/跌倒报警系统。  是 / 否  （+15）  分：____</w:t>
      </w:r>
    </w:p>
    <w:p>
      <w:r>
        <w:rPr>
          <w:sz w:val="22"/>
        </w:rPr>
        <w:t>C2）夜间响应时间（分钟）。提示：1=15；10=0。 数值：______  分：____</w:t>
      </w:r>
    </w:p>
    <w:p>
      <w:r>
        <w:rPr>
          <w:sz w:val="22"/>
        </w:rPr>
        <w:t>C3）每月消防演练。  是 / 否  （+5）  分：____</w:t>
      </w:r>
    </w:p>
    <w:p>
      <w:r>
        <w:rPr>
          <w:sz w:val="22"/>
        </w:rPr>
        <w:t>C4）疏散路线图张贴。  是 / 否  （+5）  分：____</w:t>
      </w:r>
    </w:p>
    <w:p>
      <w:r>
        <w:rPr>
          <w:sz w:val="22"/>
        </w:rPr>
        <w:t>C5）应急物资 ≥ 72 小时。  是 / 否  （+5）  分：____</w:t>
      </w:r>
    </w:p>
    <w:p>
      <w:r>
        <w:rPr>
          <w:sz w:val="22"/>
        </w:rPr>
        <w:t>C6）夜间巡房记录。  是 / 否  （+5）  分：____</w:t>
      </w:r>
    </w:p>
    <w:p>
      <w:r>
        <w:rPr>
          <w:sz w:val="22"/>
        </w:rPr>
        <w:t>C-附加1）附加控制项。  是 / 否  （+5）  分：____</w:t>
      </w:r>
    </w:p>
    <w:p>
      <w:r>
        <w:rPr>
          <w:sz w:val="22"/>
        </w:rPr>
        <w:t>C-附加2）附加控制项。  是 / 否  （+5）  分：____</w:t>
      </w:r>
    </w:p>
    <w:p>
      <w:r>
        <w:rPr>
          <w:sz w:val="22"/>
        </w:rPr>
        <w:t>C-附加3）附加控制项。  是 / 否  （+5）  分：____</w:t>
      </w:r>
    </w:p>
    <w:p>
      <w:r>
        <w:rPr>
          <w:sz w:val="22"/>
        </w:rPr>
        <w:t>C-附加4）附加控制项。  是 / 否  （+5）  分：____</w:t>
      </w:r>
    </w:p>
    <w:p/>
    <w:p>
      <w:r>
        <w:rPr>
          <w:b/>
          <w:sz w:val="24"/>
        </w:rPr>
        <w:t>D. 居民与家属体验（权重 15%）</w:t>
      </w:r>
    </w:p>
    <w:p>
      <w:r>
        <w:rPr>
          <w:sz w:val="22"/>
        </w:rPr>
        <w:t>D1）近期满意度（0–100）。 数值：______  （×15）  分：____</w:t>
      </w:r>
    </w:p>
    <w:p>
      <w:r>
        <w:rPr>
          <w:sz w:val="22"/>
        </w:rPr>
        <w:t>D2）投诉按时处理率（%）。 数值：______  （×15）  分：____</w:t>
      </w:r>
    </w:p>
    <w:p>
      <w:r>
        <w:rPr>
          <w:sz w:val="22"/>
        </w:rPr>
        <w:t>D3）每月召开居民委员会。  是 / 否  （+5）  分：____</w:t>
      </w:r>
    </w:p>
    <w:p>
      <w:r>
        <w:rPr>
          <w:sz w:val="22"/>
        </w:rPr>
        <w:t>D4）提供家属会议选项。  是 / 否  （+5）  分：____</w:t>
      </w:r>
    </w:p>
    <w:p>
      <w:r>
        <w:rPr>
          <w:sz w:val="22"/>
        </w:rPr>
        <w:t>D5）共享个性化护理计划。  是 / 否  （+5）  分：____</w:t>
      </w:r>
    </w:p>
    <w:p>
      <w:r>
        <w:rPr>
          <w:sz w:val="22"/>
        </w:rPr>
        <w:t>D6）多语言资料。  是 / 否  （+5）  分：____</w:t>
      </w:r>
    </w:p>
    <w:p>
      <w:r>
        <w:rPr>
          <w:sz w:val="22"/>
        </w:rPr>
        <w:t>D-附加1）附加控制项。  是 / 否  （+5）  分：____</w:t>
      </w:r>
    </w:p>
    <w:p>
      <w:r>
        <w:rPr>
          <w:sz w:val="22"/>
        </w:rPr>
        <w:t>D-附加2）附加控制项。  是 / 否  （+5）  分：____</w:t>
      </w:r>
    </w:p>
    <w:p>
      <w:r>
        <w:rPr>
          <w:sz w:val="22"/>
        </w:rPr>
        <w:t>D-附加3）附加控制项。  是 / 否  （+5）  分：____</w:t>
      </w:r>
    </w:p>
    <w:p>
      <w:r>
        <w:rPr>
          <w:sz w:val="22"/>
        </w:rPr>
        <w:t>D-附加4）附加控制项。  是 / 否  （+5）  分：____</w:t>
      </w:r>
    </w:p>
    <w:p/>
    <w:p>
      <w:r>
        <w:rPr>
          <w:b/>
          <w:sz w:val="24"/>
        </w:rPr>
        <w:t>E. 合规与培训（权重 10%）</w:t>
      </w:r>
    </w:p>
    <w:p>
      <w:r>
        <w:rPr>
          <w:sz w:val="22"/>
        </w:rPr>
        <w:t>E1）持证上岗合规率（%）。 数值：______  （×10）  分：____</w:t>
      </w:r>
    </w:p>
    <w:p>
      <w:r>
        <w:rPr>
          <w:sz w:val="22"/>
        </w:rPr>
        <w:t>E2）无未结清缺陷/处罚。  是 / 否  （+10）  分：____</w:t>
      </w:r>
    </w:p>
    <w:p>
      <w:r>
        <w:rPr>
          <w:sz w:val="22"/>
        </w:rPr>
        <w:t>E3）事件报告按时提交。  是 / 否  （+5）  分：____</w:t>
      </w:r>
    </w:p>
    <w:p>
      <w:r>
        <w:rPr>
          <w:sz w:val="22"/>
        </w:rPr>
        <w:t>E4）HIPAA/隐私年度培训。  是 / 否  （+5）  分：____</w:t>
      </w:r>
    </w:p>
    <w:p>
      <w:r>
        <w:rPr>
          <w:sz w:val="22"/>
        </w:rPr>
        <w:t>E5）感染控制审核。  是 / 否  （+5）  分：____</w:t>
      </w:r>
    </w:p>
    <w:p>
      <w:r>
        <w:rPr>
          <w:sz w:val="22"/>
        </w:rPr>
        <w:t>E-附加1）附加控制项。  是 / 否  （+5）  分：____</w:t>
      </w:r>
    </w:p>
    <w:p>
      <w:r>
        <w:rPr>
          <w:sz w:val="22"/>
        </w:rPr>
        <w:t>E-附加2）附加控制项。  是 / 否  （+5）  分：____</w:t>
      </w:r>
    </w:p>
    <w:p>
      <w:r>
        <w:rPr>
          <w:sz w:val="22"/>
        </w:rPr>
        <w:t>E-附加3）附加控制项。  是 / 否  （+5）  分：____</w:t>
      </w:r>
    </w:p>
    <w:p>
      <w:r>
        <w:rPr>
          <w:sz w:val="22"/>
        </w:rPr>
        <w:t>E-附加4）附加控制项。  是 / 否  （+5）  分：____</w:t>
      </w:r>
    </w:p>
    <w:p/>
    <w:p>
      <w:r>
        <w:rPr>
          <w:b/>
          <w:sz w:val="24"/>
        </w:rPr>
        <w:t>F. 创新与技术（权重 10%）</w:t>
      </w:r>
    </w:p>
    <w:p>
      <w:r>
        <w:rPr>
          <w:sz w:val="22"/>
        </w:rPr>
        <w:t>F1）AI/传感器健康监测。  是 / 否  （+10）  分：____</w:t>
      </w:r>
    </w:p>
    <w:p>
      <w:r>
        <w:rPr>
          <w:sz w:val="22"/>
        </w:rPr>
        <w:t>F2）每日合规上传率（%）。 数值：______  （×10）  分：____</w:t>
      </w:r>
    </w:p>
    <w:p>
      <w:r>
        <w:rPr>
          <w:sz w:val="22"/>
        </w:rPr>
        <w:t>F3）eMAR 与药房集成。  是 / 否  （+5）  分：____</w:t>
      </w:r>
    </w:p>
    <w:p>
      <w:r>
        <w:rPr>
          <w:sz w:val="22"/>
        </w:rPr>
        <w:t>F4）家属门户启用。  是 / 否  （+5）  分：____</w:t>
      </w:r>
    </w:p>
    <w:p>
      <w:r>
        <w:rPr>
          <w:sz w:val="22"/>
        </w:rPr>
        <w:t>F5）跌倒预测分析试点。  是 / 否  （+5）  分：____</w:t>
      </w:r>
    </w:p>
    <w:p>
      <w:r>
        <w:rPr>
          <w:sz w:val="22"/>
        </w:rPr>
        <w:t>F-附加1）附加控制项。  是 / 否  （+5）  分：____</w:t>
      </w:r>
    </w:p>
    <w:p>
      <w:r>
        <w:rPr>
          <w:sz w:val="22"/>
        </w:rPr>
        <w:t>F-附加2）附加控制项。  是 / 否  （+5）  分：____</w:t>
      </w:r>
    </w:p>
    <w:p>
      <w:r>
        <w:rPr>
          <w:sz w:val="22"/>
        </w:rPr>
        <w:t>F-附加3）附加控制项。  是 / 否  （+5）  分：____</w:t>
      </w:r>
    </w:p>
    <w:p>
      <w:r>
        <w:rPr>
          <w:sz w:val="22"/>
        </w:rPr>
        <w:t>F-附加4）附加控制项。  是 / 否  （+5）  分：____</w:t>
      </w:r>
    </w:p>
    <w:p/>
    <w:p>
      <w:r>
        <w:rPr>
          <w:b/>
          <w:sz w:val="24"/>
        </w:rPr>
        <w:t>G. 财务透明与社会责任（权重 5%）</w:t>
      </w:r>
    </w:p>
    <w:p>
      <w:r>
        <w:rPr>
          <w:sz w:val="22"/>
        </w:rPr>
        <w:t>G1）公开收费标准与退款政策。  是 / 否  （+5）  分：____</w:t>
      </w:r>
    </w:p>
    <w:p>
      <w:r>
        <w:rPr>
          <w:sz w:val="22"/>
        </w:rPr>
        <w:t>G2）社区/志愿者覆盖率（%）。 数值：______  （×5）  分：____</w:t>
      </w:r>
    </w:p>
    <w:p>
      <w:r>
        <w:rPr>
          <w:sz w:val="22"/>
        </w:rPr>
        <w:t>G3）慈善/低收入名额。  是 / 否  （+5）  分：____</w:t>
      </w:r>
    </w:p>
    <w:p>
      <w:r>
        <w:rPr>
          <w:sz w:val="22"/>
        </w:rPr>
        <w:t>G4）本地合作（学校/公益组织）。  是 / 否  （+5）  分：____</w:t>
      </w:r>
    </w:p>
    <w:p>
      <w:r>
        <w:rPr>
          <w:sz w:val="22"/>
        </w:rPr>
        <w:t>G-附加1）附加控制项。  是 / 否  （+5）  分：____</w:t>
      </w:r>
    </w:p>
    <w:p>
      <w:r>
        <w:rPr>
          <w:sz w:val="22"/>
        </w:rPr>
        <w:t>G-附加2）附加控制项。  是 / 否  （+5）  分：____</w:t>
      </w:r>
    </w:p>
    <w:p>
      <w:r>
        <w:rPr>
          <w:sz w:val="22"/>
        </w:rPr>
        <w:t>G-附加3）附加控制项。  是 / 否  （+5）  分：____</w:t>
      </w:r>
    </w:p>
    <w:p>
      <w:r>
        <w:rPr>
          <w:sz w:val="22"/>
        </w:rPr>
        <w:t>G-附加4）附加控制项。  是 / 否  （+5）  分：____</w:t>
      </w:r>
    </w:p>
    <w:p/>
    <w:p>
      <w:r>
        <w:rPr>
          <w:b/>
          <w:sz w:val="24"/>
        </w:rPr>
        <w:t>H. 扩展最佳实践清单（不计分）</w:t>
      </w:r>
    </w:p>
    <w:p>
      <w:r>
        <w:rPr>
          <w:sz w:val="22"/>
        </w:rPr>
        <w:t>H1）[ ] 扩展最佳实践条目 1</w:t>
      </w:r>
    </w:p>
    <w:p>
      <w:r>
        <w:rPr>
          <w:sz w:val="22"/>
        </w:rPr>
        <w:t>H2）[ ] 扩展最佳实践条目 2</w:t>
      </w:r>
    </w:p>
    <w:p>
      <w:r>
        <w:rPr>
          <w:sz w:val="22"/>
        </w:rPr>
        <w:t>H3）[ ] 扩展最佳实践条目 3</w:t>
      </w:r>
    </w:p>
    <w:p>
      <w:r>
        <w:rPr>
          <w:sz w:val="22"/>
        </w:rPr>
        <w:t>H4）[ ] 扩展最佳实践条目 4</w:t>
      </w:r>
    </w:p>
    <w:p>
      <w:r>
        <w:rPr>
          <w:sz w:val="22"/>
        </w:rPr>
        <w:t>H5）[ ] 扩展最佳实践条目 5</w:t>
      </w:r>
    </w:p>
    <w:p>
      <w:r>
        <w:rPr>
          <w:sz w:val="22"/>
        </w:rPr>
        <w:t>H6）[ ] 扩展最佳实践条目 6</w:t>
      </w:r>
    </w:p>
    <w:p>
      <w:r>
        <w:rPr>
          <w:sz w:val="22"/>
        </w:rPr>
        <w:t>H7）[ ] 扩展最佳实践条目 7</w:t>
      </w:r>
    </w:p>
    <w:p>
      <w:r>
        <w:rPr>
          <w:sz w:val="22"/>
        </w:rPr>
        <w:t>H8）[ ] 扩展最佳实践条目 8</w:t>
      </w:r>
    </w:p>
    <w:p>
      <w:r>
        <w:rPr>
          <w:sz w:val="22"/>
        </w:rPr>
        <w:t>H9）[ ] 扩展最佳实践条目 9</w:t>
      </w:r>
    </w:p>
    <w:p>
      <w:r>
        <w:rPr>
          <w:sz w:val="22"/>
        </w:rPr>
        <w:t>H10）[ ] 扩展最佳实践条目 10</w:t>
      </w:r>
    </w:p>
    <w:p>
      <w:r>
        <w:rPr>
          <w:sz w:val="22"/>
        </w:rPr>
        <w:t>H11）[ ] 扩展最佳实践条目 11</w:t>
      </w:r>
    </w:p>
    <w:p>
      <w:r>
        <w:rPr>
          <w:sz w:val="22"/>
        </w:rPr>
        <w:t>H12）[ ] 扩展最佳实践条目 12</w:t>
      </w:r>
    </w:p>
    <w:p>
      <w:r>
        <w:rPr>
          <w:sz w:val="22"/>
        </w:rPr>
        <w:t>H13）[ ] 扩展最佳实践条目 13</w:t>
      </w:r>
    </w:p>
    <w:p>
      <w:r>
        <w:rPr>
          <w:sz w:val="22"/>
        </w:rPr>
        <w:t>H14）[ ] 扩展最佳实践条目 14</w:t>
      </w:r>
    </w:p>
    <w:p>
      <w:r>
        <w:rPr>
          <w:sz w:val="22"/>
        </w:rPr>
        <w:t>H15）[ ] 扩展最佳实践条目 15</w:t>
      </w:r>
    </w:p>
    <w:p>
      <w:r>
        <w:rPr>
          <w:sz w:val="22"/>
        </w:rPr>
        <w:t>H16）[ ] 扩展最佳实践条目 16</w:t>
      </w:r>
    </w:p>
    <w:p>
      <w:r>
        <w:rPr>
          <w:sz w:val="22"/>
        </w:rPr>
        <w:t>H17）[ ] 扩展最佳实践条目 17</w:t>
      </w:r>
    </w:p>
    <w:p>
      <w:r>
        <w:rPr>
          <w:sz w:val="22"/>
        </w:rPr>
        <w:t>H18）[ ] 扩展最佳实践条目 18</w:t>
      </w:r>
    </w:p>
    <w:p>
      <w:r>
        <w:rPr>
          <w:sz w:val="22"/>
        </w:rPr>
        <w:t>H19）[ ] 扩展最佳实践条目 19</w:t>
      </w:r>
    </w:p>
    <w:p>
      <w:r>
        <w:rPr>
          <w:sz w:val="22"/>
        </w:rPr>
        <w:t>H20）[ ] 扩展最佳实践条目 20</w:t>
      </w:r>
    </w:p>
    <w:p>
      <w:r>
        <w:rPr>
          <w:sz w:val="22"/>
        </w:rPr>
        <w:t>H21）[ ] 扩展最佳实践条目 21</w:t>
      </w:r>
    </w:p>
    <w:p>
      <w:r>
        <w:rPr>
          <w:sz w:val="22"/>
        </w:rPr>
        <w:t>H22）[ ] 扩展最佳实践条目 22</w:t>
      </w:r>
    </w:p>
    <w:p>
      <w:r>
        <w:rPr>
          <w:sz w:val="22"/>
        </w:rPr>
        <w:t>H23）[ ] 扩展最佳实践条目 23</w:t>
      </w:r>
    </w:p>
    <w:p>
      <w:r>
        <w:rPr>
          <w:sz w:val="22"/>
        </w:rPr>
        <w:t>H24）[ ] 扩展最佳实践条目 24</w:t>
      </w:r>
    </w:p>
    <w:p>
      <w:r>
        <w:rPr>
          <w:sz w:val="22"/>
        </w:rPr>
        <w:t>H25）[ ] 扩展最佳实践条目 25</w:t>
      </w:r>
    </w:p>
    <w:p>
      <w:r>
        <w:rPr>
          <w:sz w:val="22"/>
        </w:rPr>
        <w:t>H26）[ ] 扩展最佳实践条目 26</w:t>
      </w:r>
    </w:p>
    <w:p>
      <w:r>
        <w:rPr>
          <w:sz w:val="22"/>
        </w:rPr>
        <w:t>H27）[ ] 扩展最佳实践条目 27</w:t>
      </w:r>
    </w:p>
    <w:p>
      <w:r>
        <w:rPr>
          <w:sz w:val="22"/>
        </w:rPr>
        <w:t>H28）[ ] 扩展最佳实践条目 28</w:t>
      </w:r>
    </w:p>
    <w:p>
      <w:r>
        <w:rPr>
          <w:sz w:val="22"/>
        </w:rPr>
        <w:t>H29）[ ] 扩展最佳实践条目 29</w:t>
      </w:r>
    </w:p>
    <w:p>
      <w:r>
        <w:rPr>
          <w:sz w:val="22"/>
        </w:rPr>
        <w:t>H30）[ ] 扩展最佳实践条目 30</w:t>
      </w:r>
    </w:p>
    <w:p>
      <w:r>
        <w:rPr>
          <w:sz w:val="22"/>
        </w:rPr>
        <w:t>H31）[ ] 扩展最佳实践条目 31</w:t>
      </w:r>
    </w:p>
    <w:p>
      <w:r>
        <w:rPr>
          <w:sz w:val="22"/>
        </w:rPr>
        <w:t>H32）[ ] 扩展最佳实践条目 32</w:t>
      </w:r>
    </w:p>
    <w:p>
      <w:r>
        <w:rPr>
          <w:sz w:val="22"/>
        </w:rPr>
        <w:t>H33）[ ] 扩展最佳实践条目 33</w:t>
      </w:r>
    </w:p>
    <w:p>
      <w:r>
        <w:rPr>
          <w:sz w:val="22"/>
        </w:rPr>
        <w:t>H34）[ ] 扩展最佳实践条目 34</w:t>
      </w:r>
    </w:p>
    <w:p>
      <w:r>
        <w:rPr>
          <w:sz w:val="22"/>
        </w:rPr>
        <w:t>H35）[ ] 扩展最佳实践条目 35</w:t>
      </w:r>
    </w:p>
    <w:p>
      <w:r>
        <w:rPr>
          <w:sz w:val="22"/>
        </w:rPr>
        <w:t>H36）[ ] 扩展最佳实践条目 36</w:t>
      </w:r>
    </w:p>
    <w:p>
      <w:r>
        <w:rPr>
          <w:sz w:val="22"/>
        </w:rPr>
        <w:t>H37）[ ] 扩展最佳实践条目 37</w:t>
      </w:r>
    </w:p>
    <w:p>
      <w:r>
        <w:rPr>
          <w:sz w:val="22"/>
        </w:rPr>
        <w:t>H38）[ ] 扩展最佳实践条目 38</w:t>
      </w:r>
    </w:p>
    <w:p>
      <w:r>
        <w:rPr>
          <w:sz w:val="22"/>
        </w:rPr>
        <w:t>H39）[ ] 扩展最佳实践条目 39</w:t>
      </w:r>
    </w:p>
    <w:p>
      <w:r>
        <w:rPr>
          <w:sz w:val="22"/>
        </w:rPr>
        <w:t>H40）[ ] 扩展最佳实践条目 40</w:t>
      </w:r>
    </w:p>
    <w:p>
      <w:r>
        <w:rPr>
          <w:sz w:val="22"/>
        </w:rPr>
        <w:t>H41）[ ] 扩展最佳实践条目 41</w:t>
      </w:r>
    </w:p>
    <w:p>
      <w:r>
        <w:rPr>
          <w:sz w:val="22"/>
        </w:rPr>
        <w:t>H42）[ ] 扩展最佳实践条目 42</w:t>
      </w:r>
    </w:p>
    <w:p>
      <w:r>
        <w:rPr>
          <w:sz w:val="22"/>
        </w:rPr>
        <w:t>H43）[ ] 扩展最佳实践条目 43</w:t>
      </w:r>
    </w:p>
    <w:p>
      <w:r>
        <w:rPr>
          <w:sz w:val="22"/>
        </w:rPr>
        <w:t>H44）[ ] 扩展最佳实践条目 44</w:t>
      </w:r>
    </w:p>
    <w:p>
      <w:r>
        <w:rPr>
          <w:sz w:val="22"/>
        </w:rPr>
        <w:t>H45）[ ] 扩展最佳实践条目 45</w:t>
      </w:r>
    </w:p>
    <w:p>
      <w:r>
        <w:rPr>
          <w:sz w:val="22"/>
        </w:rPr>
        <w:t>H46）[ ] 扩展最佳实践条目 46</w:t>
      </w:r>
    </w:p>
    <w:p>
      <w:r>
        <w:rPr>
          <w:sz w:val="22"/>
        </w:rPr>
        <w:t>H47）[ ] 扩展最佳实践条目 47</w:t>
      </w:r>
    </w:p>
    <w:p>
      <w:r>
        <w:rPr>
          <w:sz w:val="22"/>
        </w:rPr>
        <w:t>H48）[ ] 扩展最佳实践条目 48</w:t>
      </w:r>
    </w:p>
    <w:p>
      <w:r>
        <w:rPr>
          <w:sz w:val="22"/>
        </w:rPr>
        <w:t>H49）[ ] 扩展最佳实践条目 49</w:t>
      </w:r>
    </w:p>
    <w:p>
      <w:r>
        <w:rPr>
          <w:sz w:val="22"/>
        </w:rPr>
        <w:t>H50）[ ] 扩展最佳实践条目 50</w:t>
      </w:r>
    </w:p>
    <w:p>
      <w:r>
        <w:rPr>
          <w:sz w:val="22"/>
        </w:rPr>
        <w:t>H51）[ ] 扩展最佳实践条目 51</w:t>
      </w:r>
    </w:p>
    <w:p>
      <w:r>
        <w:rPr>
          <w:sz w:val="22"/>
        </w:rPr>
        <w:t>H52）[ ] 扩展最佳实践条目 52</w:t>
      </w:r>
    </w:p>
    <w:p>
      <w:r>
        <w:rPr>
          <w:sz w:val="22"/>
        </w:rPr>
        <w:t>H53）[ ] 扩展最佳实践条目 53</w:t>
      </w:r>
    </w:p>
    <w:p>
      <w:r>
        <w:rPr>
          <w:sz w:val="22"/>
        </w:rPr>
        <w:t>H54）[ ] 扩展最佳实践条目 54</w:t>
      </w:r>
    </w:p>
    <w:p>
      <w:r>
        <w:rPr>
          <w:sz w:val="22"/>
        </w:rPr>
        <w:t>H55）[ ] 扩展最佳实践条目 55</w:t>
      </w:r>
    </w:p>
    <w:p>
      <w:r>
        <w:rPr>
          <w:sz w:val="22"/>
        </w:rPr>
        <w:t>H56）[ ] 扩展最佳实践条目 56</w:t>
      </w:r>
    </w:p>
    <w:p>
      <w:r>
        <w:rPr>
          <w:sz w:val="22"/>
        </w:rPr>
        <w:t>H57）[ ] 扩展最佳实践条目 57</w:t>
      </w:r>
    </w:p>
    <w:p>
      <w:r>
        <w:rPr>
          <w:sz w:val="22"/>
        </w:rPr>
        <w:t>H58）[ ] 扩展最佳实践条目 58</w:t>
      </w:r>
    </w:p>
    <w:p>
      <w:r>
        <w:rPr>
          <w:sz w:val="22"/>
        </w:rPr>
        <w:t>H59）[ ] 扩展最佳实践条目 59</w:t>
      </w:r>
    </w:p>
    <w:p>
      <w:r>
        <w:rPr>
          <w:sz w:val="22"/>
        </w:rPr>
        <w:t>H60）[ ] 扩展最佳实践条目 60</w:t>
      </w:r>
    </w:p>
    <w:p>
      <w:r>
        <w:rPr>
          <w:sz w:val="22"/>
        </w:rPr>
        <w:t>H61）[ ] 扩展最佳实践条目 61</w:t>
      </w:r>
    </w:p>
    <w:p>
      <w:r>
        <w:rPr>
          <w:sz w:val="22"/>
        </w:rPr>
        <w:t>H62）[ ] 扩展最佳实践条目 62</w:t>
      </w:r>
    </w:p>
    <w:p>
      <w:r>
        <w:rPr>
          <w:sz w:val="22"/>
        </w:rPr>
        <w:t>H63）[ ] 扩展最佳实践条目 63</w:t>
      </w:r>
    </w:p>
    <w:p>
      <w:r>
        <w:rPr>
          <w:sz w:val="22"/>
        </w:rPr>
        <w:t>H64）[ ] 扩展最佳实践条目 64</w:t>
      </w:r>
    </w:p>
    <w:p>
      <w:r>
        <w:rPr>
          <w:sz w:val="22"/>
        </w:rPr>
        <w:t>H65）[ ] 扩展最佳实践条目 65</w:t>
      </w:r>
    </w:p>
    <w:p>
      <w:r>
        <w:rPr>
          <w:sz w:val="22"/>
        </w:rPr>
        <w:t>H66）[ ] 扩展最佳实践条目 66</w:t>
      </w:r>
    </w:p>
    <w:p>
      <w:r>
        <w:rPr>
          <w:sz w:val="22"/>
        </w:rPr>
        <w:t>H67）[ ] 扩展最佳实践条目 67</w:t>
      </w:r>
    </w:p>
    <w:p>
      <w:r>
        <w:rPr>
          <w:sz w:val="22"/>
        </w:rPr>
        <w:t>H68）[ ] 扩展最佳实践条目 68</w:t>
      </w:r>
    </w:p>
    <w:p>
      <w:r>
        <w:rPr>
          <w:sz w:val="22"/>
        </w:rPr>
        <w:t>H69）[ ] 扩展最佳实践条目 69</w:t>
      </w:r>
    </w:p>
    <w:p>
      <w:r>
        <w:rPr>
          <w:sz w:val="22"/>
        </w:rPr>
        <w:t>H70）[ ] 扩展最佳实践条目 70</w:t>
      </w:r>
    </w:p>
    <w:p>
      <w:r>
        <w:rPr>
          <w:sz w:val="22"/>
        </w:rPr>
        <w:t>H71）[ ] 扩展最佳实践条目 71</w:t>
      </w:r>
    </w:p>
    <w:p>
      <w:r>
        <w:rPr>
          <w:sz w:val="22"/>
        </w:rPr>
        <w:t>H72）[ ] 扩展最佳实践条目 72</w:t>
      </w:r>
    </w:p>
    <w:p>
      <w:r>
        <w:rPr>
          <w:sz w:val="22"/>
        </w:rPr>
        <w:t>H73）[ ] 扩展最佳实践条目 73</w:t>
      </w:r>
    </w:p>
    <w:p>
      <w:r>
        <w:rPr>
          <w:sz w:val="22"/>
        </w:rPr>
        <w:t>H74）[ ] 扩展最佳实践条目 74</w:t>
      </w:r>
    </w:p>
    <w:p>
      <w:r>
        <w:rPr>
          <w:sz w:val="22"/>
        </w:rPr>
        <w:t>H75）[ ] 扩展最佳实践条目 75</w:t>
      </w:r>
    </w:p>
    <w:p>
      <w:r>
        <w:rPr>
          <w:sz w:val="22"/>
        </w:rPr>
        <w:t>H76）[ ] 扩展最佳实践条目 76</w:t>
      </w:r>
    </w:p>
    <w:p>
      <w:r>
        <w:rPr>
          <w:sz w:val="22"/>
        </w:rPr>
        <w:t>H77）[ ] 扩展最佳实践条目 77</w:t>
      </w:r>
    </w:p>
    <w:p>
      <w:r>
        <w:rPr>
          <w:sz w:val="22"/>
        </w:rPr>
        <w:t>H78）[ ] 扩展最佳实践条目 78</w:t>
      </w:r>
    </w:p>
    <w:p>
      <w:r>
        <w:rPr>
          <w:sz w:val="22"/>
        </w:rPr>
        <w:t>H79）[ ] 扩展最佳实践条目 79</w:t>
      </w:r>
    </w:p>
    <w:p>
      <w:r>
        <w:rPr>
          <w:sz w:val="22"/>
        </w:rPr>
        <w:t>H80）[ ] 扩展最佳实践条目 80</w:t>
      </w:r>
    </w:p>
    <w:p>
      <w:r>
        <w:rPr>
          <w:sz w:val="22"/>
        </w:rPr>
        <w:t>H81）[ ] 扩展最佳实践条目 81</w:t>
      </w:r>
    </w:p>
    <w:p>
      <w:r>
        <w:rPr>
          <w:sz w:val="22"/>
        </w:rPr>
        <w:t>H82）[ ] 扩展最佳实践条目 82</w:t>
      </w:r>
    </w:p>
    <w:p>
      <w:r>
        <w:rPr>
          <w:sz w:val="22"/>
        </w:rPr>
        <w:t>H83）[ ] 扩展最佳实践条目 83</w:t>
      </w:r>
    </w:p>
    <w:p>
      <w:r>
        <w:rPr>
          <w:sz w:val="22"/>
        </w:rPr>
        <w:t>H84）[ ] 扩展最佳实践条目 84</w:t>
      </w:r>
    </w:p>
    <w:p>
      <w:r>
        <w:rPr>
          <w:sz w:val="22"/>
        </w:rPr>
        <w:t>H85）[ ] 扩展最佳实践条目 85</w:t>
      </w:r>
    </w:p>
    <w:p>
      <w:r>
        <w:rPr>
          <w:sz w:val="22"/>
        </w:rPr>
        <w:t>H86）[ ] 扩展最佳实践条目 86</w:t>
      </w:r>
    </w:p>
    <w:p>
      <w:r>
        <w:rPr>
          <w:sz w:val="22"/>
        </w:rPr>
        <w:t>H87）[ ] 扩展最佳实践条目 87</w:t>
      </w:r>
    </w:p>
    <w:p>
      <w:r>
        <w:rPr>
          <w:sz w:val="22"/>
        </w:rPr>
        <w:t>H88）[ ] 扩展最佳实践条目 88</w:t>
      </w:r>
    </w:p>
    <w:p>
      <w:r>
        <w:rPr>
          <w:sz w:val="22"/>
        </w:rPr>
        <w:t>H89）[ ] 扩展最佳实践条目 89</w:t>
      </w:r>
    </w:p>
    <w:p>
      <w:r>
        <w:rPr>
          <w:sz w:val="22"/>
        </w:rPr>
        <w:t>H90）[ ] 扩展最佳实践条目 90</w:t>
      </w:r>
    </w:p>
    <w:p>
      <w:r>
        <w:rPr>
          <w:sz w:val="22"/>
        </w:rPr>
        <w:t>H91）[ ] 扩展最佳实践条目 91</w:t>
      </w:r>
    </w:p>
    <w:p>
      <w:r>
        <w:rPr>
          <w:sz w:val="22"/>
        </w:rPr>
        <w:t>H92）[ ] 扩展最佳实践条目 92</w:t>
      </w:r>
    </w:p>
    <w:p>
      <w:r>
        <w:rPr>
          <w:sz w:val="22"/>
        </w:rPr>
        <w:t>H93）[ ] 扩展最佳实践条目 93</w:t>
      </w:r>
    </w:p>
    <w:p>
      <w:r>
        <w:rPr>
          <w:sz w:val="22"/>
        </w:rPr>
        <w:t>H94）[ ] 扩展最佳实践条目 94</w:t>
      </w:r>
    </w:p>
    <w:p/>
    <w:p>
      <w:r>
        <w:rPr>
          <w:b/>
          <w:sz w:val="24"/>
        </w:rPr>
        <w:t>汇总与签署</w:t>
      </w:r>
    </w:p>
    <w:p>
      <w:r>
        <w:rPr>
          <w:sz w:val="22"/>
        </w:rPr>
        <w:t>加权总分（A–G）：________   星级：________   等级：____________________</w:t>
      </w:r>
    </w:p>
    <w:p>
      <w:r>
        <w:rPr>
          <w:sz w:val="22"/>
        </w:rPr>
        <w:t>评审签名：________________________   职务：________________________   日期：____/____/________</w:t>
      </w:r>
    </w:p>
    <w:p>
      <w:r>
        <w:rPr>
          <w:sz w:val="22"/>
        </w:rPr>
        <w:t>项目数量（校验用，打印时可删除）：167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