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104888" cy="106573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83D585-CCC2-495B-A249-8BA4DD326EBE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04888" cy="106573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