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ars_Head_Inn_Christmas_Menu_2026_SHAR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