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2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2BDC32" w14:textId="77777777" w:rsidR="00913E19" w:rsidRDefault="00000000">
      <w:pPr>
        <w:jc w:val="center"/>
      </w:pPr>
      <w:r>
        <w:rPr>
          <w:b/>
        </w:rPr>
        <w:t>MAAC Mini-Flag - 5.5" x 8" - Print, cut, mount on 12" pole</w:t>
      </w:r>
    </w:p>
    <w:p w14:paraId="74AB5E00" w14:textId="77777777" w:rsidR="00913E19" w:rsidRDefault="00000000">
      <w:pPr>
        <w:jc w:val="center"/>
      </w:pPr>
      <w:r>
        <w:rPr>
          <w:noProof/>
        </w:rPr>
        <w:drawing>
          <wp:inline distT="0" distB="0" distL="0" distR="0" wp14:anchorId="33B8108F" wp14:editId="37601983">
            <wp:extent cx="7315200" cy="502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th_Annual_MAAC_Virtual.png_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21F28" w14:textId="77777777" w:rsidR="00913E19" w:rsidRDefault="00000000">
      <w:r>
        <w:rPr>
          <w:b/>
        </w:rPr>
        <w:br/>
        <w:t>Instructions:</w:t>
      </w:r>
      <w:r>
        <w:rPr>
          <w:b/>
        </w:rPr>
        <w:br/>
      </w:r>
      <w:r>
        <w:t>1. Print this page at 100% scale (Actual Size)</w:t>
      </w:r>
      <w:r>
        <w:br/>
        <w:t>2. Cut along image border to 5.5" x 8"</w:t>
      </w:r>
      <w:r>
        <w:br/>
        <w:t>3. Mount on a 12" pole (wood, plastic, or other materials) to fly the flag</w:t>
      </w:r>
      <w:r>
        <w:br/>
        <w:t>4. Take a one-mile walk with the flag</w:t>
      </w:r>
      <w:r>
        <w:br/>
        <w:t>5. Take a picture or short video</w:t>
      </w:r>
      <w:r>
        <w:br/>
      </w:r>
      <w:r>
        <w:lastRenderedPageBreak/>
        <w:t>6. Email to Mark at msharder.maac@gmail.com</w:t>
      </w:r>
      <w:r>
        <w:br/>
        <w:t>7. Zoom Event: Monday, October 26, 2026 at 7:00PM ET - Email Mark for Zoom link</w:t>
      </w:r>
      <w:r>
        <w:br/>
      </w:r>
      <w:r>
        <w:br/>
        <w:t>Mid-Atlantic Aphasia Conference: D.C., Maryland, Delaware, New Jersey, Pennsylvania, New York</w:t>
      </w:r>
      <w:r>
        <w:br/>
        <w:t>Special Guest: Michael Jankowski, NAA Ambassador</w:t>
      </w:r>
      <w:r>
        <w:br/>
      </w:r>
    </w:p>
    <w:p w14:paraId="4B707151" w14:textId="1BA1DF45" w:rsidR="00913E19" w:rsidRDefault="00EE5065" w:rsidP="00EE5065">
      <w:r>
        <w:rPr>
          <w:noProof/>
        </w:rPr>
        <w:drawing>
          <wp:anchor distT="0" distB="0" distL="114300" distR="114300" simplePos="0" relativeHeight="251659264" behindDoc="0" locked="0" layoutInCell="1" allowOverlap="1" wp14:anchorId="59419630" wp14:editId="1BD3D596">
            <wp:simplePos x="0" y="0"/>
            <wp:positionH relativeFrom="column">
              <wp:posOffset>546100</wp:posOffset>
            </wp:positionH>
            <wp:positionV relativeFrom="paragraph">
              <wp:posOffset>152400</wp:posOffset>
            </wp:positionV>
            <wp:extent cx="7315200" cy="5029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test_flyer_gray_duck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br w:type="page"/>
      </w:r>
    </w:p>
    <w:sectPr w:rsidR="00913E19" w:rsidSect="00034616">
      <w:pgSz w:w="15840" w:h="12240"/>
      <w:pgMar w:top="720" w:right="36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3911666">
    <w:abstractNumId w:val="8"/>
  </w:num>
  <w:num w:numId="2" w16cid:durableId="972519511">
    <w:abstractNumId w:val="6"/>
  </w:num>
  <w:num w:numId="3" w16cid:durableId="298732449">
    <w:abstractNumId w:val="5"/>
  </w:num>
  <w:num w:numId="4" w16cid:durableId="590626167">
    <w:abstractNumId w:val="4"/>
  </w:num>
  <w:num w:numId="5" w16cid:durableId="121970884">
    <w:abstractNumId w:val="7"/>
  </w:num>
  <w:num w:numId="6" w16cid:durableId="1766262406">
    <w:abstractNumId w:val="3"/>
  </w:num>
  <w:num w:numId="7" w16cid:durableId="1655403969">
    <w:abstractNumId w:val="2"/>
  </w:num>
  <w:num w:numId="8" w16cid:durableId="100414017">
    <w:abstractNumId w:val="1"/>
  </w:num>
  <w:num w:numId="9" w16cid:durableId="15371569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3C72"/>
    <w:rsid w:val="00913E19"/>
    <w:rsid w:val="00AA1D8D"/>
    <w:rsid w:val="00B47730"/>
    <w:rsid w:val="00CB0664"/>
    <w:rsid w:val="00EE50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1ECFD0"/>
  <w14:defaultImageDpi w14:val="300"/>
  <w15:docId w15:val="{61862F43-3EA5-3E4C-B806-8C93D196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104</Words>
  <Characters>476</Characters>
  <Application>Microsoft Office Word</Application>
  <DocSecurity>0</DocSecurity>
  <Lines>17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 Harder</cp:lastModifiedBy>
  <cp:revision>2</cp:revision>
  <dcterms:created xsi:type="dcterms:W3CDTF">2013-12-23T23:15:00Z</dcterms:created>
  <dcterms:modified xsi:type="dcterms:W3CDTF">2026-10-01T16:57:00Z</dcterms:modified>
  <cp:category/>
</cp:coreProperties>
</file>