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B2C83"/>
          <w:sz w:val="36"/>
        </w:rPr>
        <w:t>ABRA &amp; JOVIAL BIG EMOTIONS TOOLKIT</w:t>
      </w:r>
    </w:p>
    <w:p>
      <w:pPr>
        <w:jc w:val="center"/>
      </w:pPr>
      <w:r>
        <w:rPr>
          <w:b/>
          <w:sz w:val="30"/>
        </w:rPr>
        <w:t>Media, Photography &amp; Student Work Release Form</w:t>
      </w:r>
    </w:p>
    <w:p>
      <w:pPr>
        <w:jc w:val="center"/>
      </w:pPr>
      <w:r>
        <w:rPr>
          <w:i/>
        </w:rPr>
        <w:t>Three-Month Pilot Program</w:t>
      </w:r>
    </w:p>
    <w:p>
      <w:r>
        <w:t>The Abra &amp; Jovial BIG Emotions Toolkit Pilot Program may document learning experiences, student engagement, educator participation, and family involvement through photographs, videos, student work samples, testimonials, audio, and other media. This form allows participants and parents/guardians to indicate permission for collection and use of these materials.</w:t>
      </w:r>
    </w:p>
    <w:p>
      <w:pPr>
        <w:spacing w:before="120" w:after="60"/>
      </w:pPr>
      <w:r>
        <w:rPr>
          <w:b/>
          <w:color w:val="5B2C83"/>
          <w:sz w:val="24"/>
        </w:rPr>
        <w:t>Participant Information</w:t>
      </w:r>
    </w:p>
    <w:p>
      <w:r>
        <w:t>Participant/Student Name: __________________________________________________________</w:t>
      </w:r>
    </w:p>
    <w:p>
      <w:r>
        <w:t>Age/Grade (if applicable): __________________________________________________________</w:t>
      </w:r>
    </w:p>
    <w:p>
      <w:r>
        <w:t>School/Program: __________________________________________________________</w:t>
      </w:r>
    </w:p>
    <w:p>
      <w:r>
        <w:t>Teacher/Educator: __________________________________________________________</w:t>
      </w:r>
    </w:p>
    <w:p>
      <w:r>
        <w:t>Parent/Guardian Name (for minors): __________________________________________________________</w:t>
      </w:r>
    </w:p>
    <w:p>
      <w:pPr>
        <w:spacing w:before="120" w:after="60"/>
      </w:pPr>
      <w:r>
        <w:rPr>
          <w:b/>
          <w:color w:val="5B2C83"/>
          <w:sz w:val="24"/>
        </w:rPr>
        <w:t>Media That May Be Collected</w:t>
      </w:r>
    </w:p>
    <w:p>
      <w:r>
        <w:t>☐ Photographs</w:t>
      </w:r>
    </w:p>
    <w:p>
      <w:r>
        <w:t>☐ Video recordings</w:t>
      </w:r>
    </w:p>
    <w:p>
      <w:r>
        <w:t>☐ Student artwork</w:t>
      </w:r>
    </w:p>
    <w:p>
      <w:r>
        <w:t>☐ Student worksheets and activity pages</w:t>
      </w:r>
    </w:p>
    <w:p>
      <w:r>
        <w:t>☐ Student writing or other work samples</w:t>
      </w:r>
    </w:p>
    <w:p>
      <w:r>
        <w:t>☐ Audio recordings</w:t>
      </w:r>
    </w:p>
    <w:p>
      <w:r>
        <w:t>☐ Educator or family testimonials</w:t>
      </w:r>
    </w:p>
    <w:p>
      <w:r>
        <w:t>☐ Classroom/activity photographs</w:t>
      </w:r>
    </w:p>
    <w:p>
      <w:r>
        <w:t>☐ Group photographs including students, educators, and/or families</w:t>
      </w:r>
    </w:p>
    <w:p>
      <w:pPr>
        <w:spacing w:before="120" w:after="60"/>
      </w:pPr>
      <w:r>
        <w:rPr>
          <w:b/>
          <w:color w:val="5B2C83"/>
          <w:sz w:val="24"/>
        </w:rPr>
        <w:t>How Approved Media May Be Used</w:t>
      </w:r>
    </w:p>
    <w:p>
      <w:r>
        <w:rPr>
          <w:b/>
        </w:rPr>
        <w:t xml:space="preserve">Pilot Evaluation: </w:t>
      </w:r>
      <w:r>
        <w:t>To evaluate implementation, engagement, educator experiences, and the overall effectiveness of the toolkit.</w:t>
      </w:r>
    </w:p>
    <w:p>
      <w:r>
        <w:rPr>
          <w:b/>
        </w:rPr>
        <w:t xml:space="preserve">Website &amp; Social Media: </w:t>
      </w:r>
      <w:r>
        <w:t>On official Abra &amp; Jovial and/or The Nânân Childcare websites and social media platforms.</w:t>
      </w:r>
    </w:p>
    <w:p>
      <w:r>
        <w:rPr>
          <w:b/>
        </w:rPr>
        <w:t xml:space="preserve">Marketing &amp; Promotional Materials: </w:t>
      </w:r>
      <w:r>
        <w:t>In flyers, brochures, advertisements, digital materials, promotional campaigns, and informational materials.</w:t>
      </w:r>
    </w:p>
    <w:p>
      <w:r>
        <w:rPr>
          <w:b/>
        </w:rPr>
        <w:t xml:space="preserve">Presentations &amp; Publications: </w:t>
      </w:r>
      <w:r>
        <w:t>In professional development presentations, educational conferences, reports, pilot summaries, grant materials, educational publications, and related presentations.</w:t>
      </w:r>
    </w:p>
    <w:p>
      <w:pPr>
        <w:spacing w:before="120" w:after="60"/>
      </w:pPr>
      <w:r>
        <w:rPr>
          <w:b/>
          <w:color w:val="5B2C83"/>
          <w:sz w:val="24"/>
        </w:rPr>
        <w:t>Permission Selection</w:t>
      </w:r>
    </w:p>
    <w:p>
      <w:r>
        <w:t>Please select one:</w:t>
      </w:r>
    </w:p>
    <w:p>
      <w:r>
        <w:t>☐ YES, I GIVE PERMISSION. I authorize approved media featuring me or my child to be collected and used for the purposes described in this release.</w:t>
      </w:r>
    </w:p>
    <w:p>
      <w:r>
        <w:t>☐ LIMITED PERMISSION. I give permission only for the uses selected below:</w:t>
      </w:r>
    </w:p>
    <w:p>
      <w:r>
        <w:t xml:space="preserve">    ☐ Pilot evaluation only</w:t>
      </w:r>
    </w:p>
    <w:p>
      <w:r>
        <w:t xml:space="preserve">    ☐ Website and social media</w:t>
      </w:r>
    </w:p>
    <w:p>
      <w:r>
        <w:t xml:space="preserve">    ☐ Marketing and promotional materials</w:t>
      </w:r>
    </w:p>
    <w:p>
      <w:r>
        <w:t xml:space="preserve">    ☐ Presentations and publications</w:t>
      </w:r>
    </w:p>
    <w:p>
      <w:r>
        <w:t xml:space="preserve">    ☐ Photographs</w:t>
      </w:r>
    </w:p>
    <w:p>
      <w:r>
        <w:t xml:space="preserve">    ☐ Video</w:t>
      </w:r>
    </w:p>
    <w:p>
      <w:r>
        <w:t xml:space="preserve">    ☐ Student work samples</w:t>
      </w:r>
    </w:p>
    <w:p>
      <w:r>
        <w:t xml:space="preserve">    ☐ Audio recordings/testimonials</w:t>
      </w:r>
    </w:p>
    <w:p>
      <w:r>
        <w:t>Additional restrictions or instructions: ______________________________________</w:t>
      </w:r>
    </w:p>
    <w:p>
      <w:r>
        <w:t>____________________________________________________________________________________________</w:t>
      </w:r>
    </w:p>
    <w:p>
      <w:r>
        <w:t>☐ NO, I DO NOT GIVE PERMISSION. I do not authorize identifiable photographs, videos, audio recordings, student work, or other media featuring me or my child to be used outside ordinary program documentation required by the participating school/program.</w:t>
      </w:r>
    </w:p>
    <w:p>
      <w:pPr>
        <w:spacing w:before="120" w:after="60"/>
      </w:pPr>
      <w:r>
        <w:rPr>
          <w:b/>
          <w:color w:val="5B2C83"/>
          <w:sz w:val="24"/>
        </w:rPr>
        <w:t>Participant Privacy</w:t>
      </w:r>
    </w:p>
    <w:p>
      <w:r>
        <w:t>Abra &amp; Jovial/The Nânân Childcare will make reasonable efforts to protect participant privacy. A child's full name will not be intentionally published with a photograph, video, or work sample without additional parent/guardian authorization. Participation in the pilot is not dependent upon granting media permission. Students may participate in educational activities even when public media use is declined.</w:t>
      </w:r>
    </w:p>
    <w:p>
      <w:pPr>
        <w:spacing w:before="120" w:after="60"/>
      </w:pPr>
      <w:r>
        <w:rPr>
          <w:b/>
          <w:color w:val="5B2C83"/>
          <w:sz w:val="24"/>
        </w:rPr>
        <w:t>Release &amp; Authorization</w:t>
      </w:r>
    </w:p>
    <w:p>
      <w:r>
        <w:t>By signing below, I acknowledge that I have read and understand this form. I understand that approved media may be used in print and digital formats and may appear online. Publicly posted media may be viewed, shared, or redistributed by others beyond the control of Abra &amp; Jovial/The Nânân Childcare. I understand that I will not receive financial compensation for authorized use of approved media. I certify that I am legally authorized to provide the permissions indicated on this form.</w:t>
      </w:r>
    </w:p>
    <w:p>
      <w:pPr>
        <w:spacing w:before="120" w:after="60"/>
      </w:pPr>
      <w:r>
        <w:rPr>
          <w:b/>
          <w:color w:val="5B2C83"/>
          <w:sz w:val="24"/>
        </w:rPr>
        <w:t>Parent/Guardian Authorization — Minor Participant</w:t>
      </w:r>
    </w:p>
    <w:p>
      <w:r>
        <w:t>Student's Name: _______________________________________________________</w:t>
      </w:r>
    </w:p>
    <w:p>
      <w:r>
        <w:t>Parent/Guardian Printed Name: _______________________________________________________</w:t>
      </w:r>
    </w:p>
    <w:p>
      <w:r>
        <w:t>Relationship to Student: _______________________________________________________</w:t>
      </w:r>
    </w:p>
    <w:p>
      <w:r>
        <w:t>Parent/Guardian Signature: _______________________________________________________</w:t>
      </w:r>
    </w:p>
    <w:p>
      <w:r>
        <w:t>Date: _______________________________________________________</w:t>
      </w:r>
    </w:p>
    <w:p>
      <w:r>
        <w:t>Phone/Email: _______________________________________________________</w:t>
      </w:r>
    </w:p>
    <w:p>
      <w:pPr>
        <w:spacing w:before="120" w:after="60"/>
      </w:pPr>
      <w:r>
        <w:rPr>
          <w:b/>
          <w:color w:val="5B2C83"/>
          <w:sz w:val="24"/>
        </w:rPr>
        <w:t>Adult Participant Authorization — Educators, Staff &amp; Family</w:t>
      </w:r>
    </w:p>
    <w:p>
      <w:r>
        <w:t>Participant Printed Name: __________________________________________________</w:t>
      </w:r>
    </w:p>
    <w:p>
      <w:r>
        <w:t>Role (Educator/Staff/Parent/Family/Other): __________________________________________________</w:t>
      </w:r>
    </w:p>
    <w:p>
      <w:r>
        <w:t>Participant Signature: __________________________________________________</w:t>
      </w:r>
    </w:p>
    <w:p>
      <w:r>
        <w:t>Date: __________________________________________________</w:t>
      </w:r>
    </w:p>
    <w:p>
      <w:r>
        <w:t>Email: __________________________________________________</w:t>
      </w:r>
    </w:p>
    <w:p>
      <w:pPr>
        <w:spacing w:before="120" w:after="60"/>
      </w:pPr>
      <w:r>
        <w:rPr>
          <w:b/>
          <w:color w:val="5B2C83"/>
          <w:sz w:val="24"/>
        </w:rPr>
        <w:t>School/Program Verification</w:t>
      </w:r>
    </w:p>
    <w:p>
      <w:r>
        <w:t>School/Program Name: ________________________________________________________</w:t>
      </w:r>
    </w:p>
    <w:p>
      <w:r>
        <w:t>Authorized Representative: ________________________________________________________</w:t>
      </w:r>
    </w:p>
    <w:p>
      <w:r>
        <w:t>Signature: ________________________________________________________</w:t>
      </w:r>
    </w:p>
    <w:p>
      <w:r>
        <w:t>Date: ________________________________________________________</w:t>
      </w:r>
    </w:p>
    <w:p>
      <w:pPr>
        <w:spacing w:before="120" w:after="60"/>
      </w:pPr>
      <w:r>
        <w:rPr>
          <w:b/>
          <w:color w:val="5B2C83"/>
          <w:sz w:val="24"/>
        </w:rPr>
        <w:t>Abra &amp; Jovial / The Nânân Childcare</w:t>
      </w:r>
    </w:p>
    <w:p>
      <w:r>
        <w:rPr>
          <w:b/>
        </w:rPr>
        <w:t>Darchelle N. Tholmer</w:t>
      </w:r>
      <w:r>
        <w:br/>
        <w:t>Creator, Abra &amp; Jovial</w:t>
      </w:r>
      <w:r>
        <w:br/>
        <w:t>Email: thenananchildcare@gmail.com</w:t>
      </w:r>
      <w:r>
        <w:br/>
        <w:t>Phone: 469-709-7568</w:t>
      </w:r>
      <w:r>
        <w:br/>
        <w:t>Website: abraandjovial.com</w:t>
      </w:r>
    </w:p>
    <w:sectPr w:rsidR="00FC693F" w:rsidRPr="0006063C" w:rsidSect="00034616">
      <w:footerReference w:type="default" r:id="rId9"/>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Abra &amp; Jovial BIG Emotions Toolkit | Media Release Form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