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030A0"/>
          <w:sz w:val="36"/>
        </w:rPr>
        <w:t>ABRA &amp; JOVIAL BIG EMOTIONS TOOLKIT</w:t>
      </w:r>
      <w:r>
        <w:rPr>
          <w:b/>
          <w:color w:val="C050A0"/>
          <w:sz w:val="28"/>
        </w:rPr>
        <w:br/>
        <w:t>Lesson 3 Feedback Form</w:t>
      </w:r>
      <w:r>
        <w:rPr>
          <w:i/>
          <w:sz w:val="22"/>
        </w:rPr>
        <w:br/>
        <w:t>“My BIG Emotions Have Something to Say!”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School/Program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Teacher/Educator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Age/Grade Group</w:t>
            </w:r>
          </w:p>
        </w:tc>
        <w:tc>
          <w:tcPr>
            <w:tcW w:type="dxa" w:w="5184"/>
          </w:tcPr>
          <w:p>
            <w:r>
              <w:t>____________________     Number of Students: __________</w:t>
            </w:r>
          </w:p>
        </w:tc>
      </w:tr>
    </w:tbl>
    <w:p>
      <w:r>
        <w:rPr>
          <w:b/>
        </w:rPr>
        <w:t xml:space="preserve">Date Activity Completed: </w:t>
      </w:r>
      <w:r>
        <w:t>____________________________</w:t>
      </w:r>
    </w:p>
    <w:p>
      <w:pPr>
        <w:pStyle w:val="Heading1"/>
      </w:pPr>
      <w:r>
        <w:t>Part 1 - Activity Implementation</w:t>
      </w:r>
    </w:p>
    <w:p>
      <w:r>
        <w:t>Rating Scale: 1 = Strongly Disagree   2 = Disagree   3 = Neutral   4 = Agree   5 = Strongly Agree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Statement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1</w:t>
            </w:r>
          </w:p>
        </w:tc>
        <w:tc>
          <w:tcPr>
            <w:tcW w:type="dxa" w:w="1728"/>
          </w:tcPr>
          <w:p>
            <w:r>
              <w:rPr>
                <w:b/>
              </w:rPr>
              <w:t>2</w:t>
            </w:r>
          </w:p>
        </w:tc>
        <w:tc>
          <w:tcPr>
            <w:tcW w:type="dxa" w:w="1728"/>
          </w:tcPr>
          <w:p>
            <w:r>
              <w:rPr>
                <w:b/>
              </w:rPr>
              <w:t>3</w:t>
            </w:r>
          </w:p>
        </w:tc>
        <w:tc>
          <w:tcPr>
            <w:tcW w:type="dxa" w:w="1728"/>
          </w:tcPr>
          <w:p>
            <w:r>
              <w:rPr>
                <w:b/>
              </w:rPr>
              <w:t>4</w:t>
            </w:r>
          </w:p>
        </w:tc>
        <w:tc>
          <w:tcPr>
            <w:tcW w:type="dxa" w:w="1728"/>
          </w:tcPr>
          <w:p>
            <w:r>
              <w:rPr>
                <w:b/>
              </w:rPr>
              <w:t>5</w:t>
            </w:r>
          </w:p>
        </w:tc>
      </w:tr>
      <w:tr>
        <w:tc>
          <w:tcPr>
            <w:tcW w:type="dxa" w:w="1728"/>
          </w:tcPr>
          <w:p>
            <w:r>
              <w:t>The lesson instructions were easy to understand and follow.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BIG Emotions Expression Cards were easy for students to understand.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Abra &amp; Jovial puppets increased student engagement.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engaged in discussing emotions.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connected emotions with body sensations.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understood that feelings and behaviors are different.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able to discuss safe ways to manage BIG emotions.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activity was developmentally appropriate.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I would continue using the BIG Emotions Expression Cards.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</w:tbl>
    <w:p>
      <w:pPr>
        <w:pStyle w:val="Heading1"/>
      </w:pPr>
      <w:r>
        <w:t>Part 2 - Student Emotional Understanding</w:t>
      </w:r>
    </w:p>
    <w:p>
      <w:r>
        <w:rPr>
          <w:b/>
        </w:rPr>
        <w:t>1. Were students able to name the emotions presented on the cards?</w:t>
      </w:r>
    </w:p>
    <w:p>
      <w:r>
        <w:t>☐ Yes, independently   ☐ Yes, with teacher support   ☐ Some students were able to   ☐ Significant support needed   ☐ Not yet</w:t>
      </w:r>
    </w:p>
    <w:p>
      <w:r>
        <w:rPr>
          <w:b/>
        </w:rPr>
        <w:t>2. Were students able to describe how an emotion might feel in their body?</w:t>
      </w:r>
    </w:p>
    <w:p>
      <w:r>
        <w:t>☐ Yes, independently   ☐ Yes, with teacher prompting   ☐ Emerging   ☐ Not yet observed</w:t>
      </w:r>
    </w:p>
    <w:p>
      <w:r>
        <w:rPr>
          <w:b/>
        </w:rPr>
        <w:t>3. Were students able to recognize facial or body clues connected to an emotion?</w:t>
      </w:r>
    </w:p>
    <w:p>
      <w:r>
        <w:t>☐ Yes, consistently   ☐ Sometimes   ☐ With teacher support   ☐ Not yet</w:t>
      </w:r>
    </w:p>
    <w:p>
      <w:r>
        <w:rPr>
          <w:b/>
        </w:rPr>
        <w:t>4. Which emotions were easiest for students to understand?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5. Which emotions were more difficult for students to understand?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3 - Understanding BIG Emotions</w:t>
      </w:r>
    </w:p>
    <w:p>
      <w:r>
        <w:rPr>
          <w:b/>
        </w:rPr>
        <w:t>6. Were students able to identify situations that might cause a particular emotion?</w:t>
      </w:r>
    </w:p>
    <w:p>
      <w:r>
        <w:t>☐ Yes, independently   ☐ Yes, with prompting   ☐ Emerging   ☐ Not yet</w:t>
      </w:r>
    </w:p>
    <w:p>
      <w:r>
        <w:rPr>
          <w:b/>
        </w:rPr>
        <w:t>7. Did students understand that two people may feel differently about the same situation?</w:t>
      </w:r>
    </w:p>
    <w:p>
      <w:r>
        <w:t>☐ Yes   ☐ Somewhat   ☐ Not yet   ☐ Not assessed</w:t>
      </w:r>
    </w:p>
    <w:p>
      <w:r>
        <w:rPr>
          <w:b/>
        </w:rPr>
        <w:t>8. Were students able to distinguish between a feeling and a behavior? Example: “Angry is a feeling. Hitting is a behavior.”</w:t>
      </w:r>
    </w:p>
    <w:p>
      <w:r>
        <w:t>☐ Yes, independently   ☐ Yes, with teacher support   ☐ Emerging   ☐ Not yet</w:t>
      </w:r>
    </w:p>
    <w:p>
      <w:r>
        <w:rPr>
          <w:b/>
        </w:rPr>
        <w:t>9. Were students able to suggest a safe strategy for managing a BIG emotion?</w:t>
      </w:r>
    </w:p>
    <w:p>
      <w:r>
        <w:t>☐ Yes, independently   ☐ Yes, with teacher prompting   ☐ Some students were able to   ☐ Not yet</w:t>
      </w:r>
    </w:p>
    <w:p>
      <w:r>
        <w:t>Please provide an example of a strategy a student suggested: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4 - Using the Cards Beyond the Lesson</w:t>
      </w:r>
    </w:p>
    <w:p>
      <w:r>
        <w:rPr>
          <w:b/>
        </w:rPr>
        <w:t>10. Have you used the BIG Emotions Expression Cards outside of the planned lesson?</w:t>
      </w:r>
    </w:p>
    <w:p>
      <w:r>
        <w:t>☐ Yes, frequently   ☐ Yes, occasionally   ☐ Not yet</w:t>
      </w:r>
    </w:p>
    <w:p>
      <w:r>
        <w:rPr>
          <w:b/>
        </w:rPr>
        <w:t>11. When have the cards been most useful?</w:t>
      </w:r>
    </w:p>
    <w:p>
      <w:r>
        <w:t>☐ Morning Circle   ☐ Cozy/Calming Corner   ☐ BIG emotion moments   ☐ Peer conflicts   ☐ Transitions   ☐ Small-group instruction   ☐ Individual conversations   ☐ Other: __________</w:t>
      </w:r>
    </w:p>
    <w:p>
      <w:r>
        <w:rPr>
          <w:b/>
        </w:rPr>
        <w:t>12. Has a student independently asked for, selected, or referred to a BIG Emotions Expression Card?</w:t>
      </w:r>
    </w:p>
    <w:p>
      <w:r>
        <w:t>☐ Yes   ☐ Not yet</w:t>
      </w:r>
    </w:p>
    <w:p>
      <w:r>
        <w:t>If yes, describe what happened: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5 - Toolkit Progression</w:t>
      </w:r>
    </w:p>
    <w:p>
      <w:r>
        <w:rPr>
          <w:b/>
        </w:rPr>
        <w:t>13. Were you able to connect Lesson 3 to the previous toolkit lessons?</w:t>
      </w:r>
    </w:p>
    <w:p>
      <w:r>
        <w:t>☐ Character Trait Cards — Who am I?</w:t>
      </w:r>
    </w:p>
    <w:p>
      <w:r>
        <w:t>☐ Jovial Feelings Chart — What am I feeling?</w:t>
      </w:r>
    </w:p>
    <w:p>
      <w:r>
        <w:t>☐ BIG Emotions Expression Cards — What is this feeling telling me, and what can I do?</w:t>
      </w:r>
    </w:p>
    <w:p>
      <w:r>
        <w:rPr>
          <w:b/>
        </w:rPr>
        <w:t>14. Did students begin connecting their character strengths to managing their emotions?</w:t>
      </w:r>
    </w:p>
    <w:p>
      <w:r>
        <w:t>☐ Yes   ☐ With teacher support   ☐ Emerging   ☐ Not yet observed</w:t>
      </w:r>
    </w:p>
    <w:p>
      <w:r>
        <w:t>Example: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6 - Teacher Observation &amp; Reflection</w:t>
      </w:r>
    </w:p>
    <w:p>
      <w:r>
        <w:rPr>
          <w:b/>
        </w:rPr>
        <w:t>15. Did you hear students using new emotional vocabulary after this lesson?</w:t>
      </w:r>
    </w:p>
    <w:p>
      <w:r>
        <w:t>☐ Yes   ☐ Somewhat   ☐ Not yet</w:t>
      </w:r>
    </w:p>
    <w:p>
      <w:r>
        <w:rPr>
          <w:b/>
        </w:rPr>
        <w:t>16. Did students begin talking about where they feel emotions in their bodies?</w:t>
      </w:r>
    </w:p>
    <w:p>
      <w:r>
        <w:t>☐ Yes   ☐ Sometimes   ☐ Not yet observed</w:t>
      </w:r>
    </w:p>
    <w:p>
      <w:r>
        <w:rPr>
          <w:b/>
        </w:rPr>
        <w:t>17. Did you observe students communicating a BIG emotion before immediately reacting through behavior?</w:t>
      </w:r>
    </w:p>
    <w:p>
      <w:r>
        <w:t>☐ Yes, frequently   ☐ Sometimes   ☐ Not yet observed</w:t>
      </w:r>
    </w:p>
    <w:p>
      <w:r>
        <w:t>Example of student language/behavior: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18. What worked best about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19. What was challenging?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20. What would you change or add to improve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7 - Student Voice</w:t>
      </w:r>
    </w:p>
    <w:p>
      <w:r>
        <w:t>Ask students individually when developmentally appropriate.</w:t>
      </w:r>
    </w:p>
    <w:p>
      <w:r>
        <w:rPr>
          <w:b/>
        </w:rPr>
        <w:t>“What is a BIG emotion?”</w:t>
      </w:r>
    </w:p>
    <w:p>
      <w:r>
        <w:t>Student response: _________________________________________________________________</w:t>
      </w:r>
    </w:p>
    <w:p>
      <w:r>
        <w:rPr>
          <w:b/>
        </w:rPr>
        <w:t>“Where do you feel BIG emotions in your body?”</w:t>
      </w:r>
    </w:p>
    <w:p>
      <w:r>
        <w:t>Student response: _________________________________________________________________</w:t>
      </w:r>
    </w:p>
    <w:p>
      <w:r>
        <w:rPr>
          <w:b/>
        </w:rPr>
        <w:t>“What can you do when you have a BIG emotion?”</w:t>
      </w:r>
    </w:p>
    <w:p>
      <w:r>
        <w:t>Student response: _________________________________________________________________</w:t>
      </w:r>
    </w:p>
    <w:p>
      <w:r>
        <w:rPr>
          <w:b/>
        </w:rPr>
        <w:t>“What did Abra or Jovial help you learn about your feelings?”</w:t>
      </w:r>
    </w:p>
    <w:p>
      <w:r>
        <w:t>Student response: _________________________________________________________________</w:t>
      </w:r>
    </w:p>
    <w:p>
      <w:pPr>
        <w:pStyle w:val="Heading1"/>
      </w:pPr>
      <w:r>
        <w:t>Documentation</w:t>
      </w:r>
    </w:p>
    <w:p>
      <w:r>
        <w:t>Please submit documentation when permitted under your school/program policies and applicable media permissions.</w:t>
      </w:r>
    </w:p>
    <w:p>
      <w:r>
        <w:t>☐ BIG Emotions Expression Cards being used   ☐ Student work sample   ☐ Student using Abra/Jovial puppet</w:t>
      </w:r>
    </w:p>
    <w:p>
      <w:r>
        <w:t>☐ Feelings Chart with Expression Card   ☐ Teacher observation/documentation   ☐ Student quote/reflection</w:t>
      </w:r>
    </w:p>
    <w:p>
      <w:r>
        <w:t>☐ Photo of classroom implementation   ☐ No documentation submitted</w:t>
      </w:r>
    </w:p>
    <w:p>
      <w:r>
        <w:rPr>
          <w:b/>
        </w:rPr>
        <w:t>Additional Comments/Observations: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Overall Feedback</w:t>
      </w:r>
    </w:p>
    <w:p>
      <w:r>
        <w:t>Overall Activity Rating:   ☐ 1   ☐ 2   ☐ 3   ☐ 4   ☐ 5</w:t>
      </w:r>
    </w:p>
    <w:p>
      <w:r>
        <w:t>Would you recommend this activity to another educator?   ☐ Yes   ☐ Maybe   ☐ No</w:t>
      </w:r>
    </w:p>
    <w:p>
      <w:r>
        <w:br/>
        <w:t>Teacher/Educator Signature: ____________________________________    Date: ________________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Abra &amp; Jovial BIG Emotions Toolkit • Lesson 3 Feedback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7030A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050A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