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6"/>
        </w:rPr>
        <w:t>Week 3 Parent Check-In: Early Feedback Before Progress Reports</w:t>
      </w:r>
    </w:p>
    <w:p>
      <w:r>
        <w:rPr>
          <w:sz w:val="22"/>
        </w:rPr>
        <w:t>Subject: Early Progress Check-In</w:t>
        <w:br/>
        <w:br/>
        <w:t>Dear Teacher,</w:t>
        <w:br/>
        <w:br/>
        <w:t>I hope you're having a great week. As we're settling into the school year, I wanted to check in before progress reports are released.</w:t>
        <w:br/>
        <w:br/>
        <w:t>Have you noticed anything about my child's classroom performance, participation, or behavior that I should know about?</w:t>
        <w:br/>
        <w:br/>
        <w:t>I'd especially appreciate your thoughts on these questions:</w:t>
        <w:br/>
        <w:br/>
        <w:t>• What is my child doing well that I should continue encouraging at home?</w:t>
        <w:br/>
        <w:t>• Is there anything my child should start doing to be more successful?</w:t>
        <w:br/>
        <w:t>• Is there anything my child should stop doing that may be getting in the way of learning?</w:t>
        <w:br/>
        <w:t>• What should my child continue doing because it's making a positive difference?</w:t>
        <w:br/>
        <w:br/>
        <w:t>If there are any habits or routines we can reinforce at home, I'd love to begin working on them now rather than waiting until later in the grading period.</w:t>
        <w:br/>
        <w:br/>
        <w:t>Thank you for your partnership and for investing in my child's growth. Your feedback is greatly appreciated.</w:t>
        <w:br/>
        <w:br/>
        <w:t>Sincerely,</w:t>
        <w:br/>
        <w:br/>
        <w:t>__________________________</w:t>
        <w:br/>
        <w:t>Parent/Guardian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