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6"/>
        </w:rPr>
        <w:t>Week 1 Parent Check-In: Building a Strong Partnership</w:t>
      </w:r>
    </w:p>
    <w:p>
      <w:r>
        <w:rPr>
          <w:sz w:val="22"/>
        </w:rPr>
        <w:t>Subject: Looking Forward to a Great School Year</w:t>
        <w:br/>
        <w:br/>
        <w:t>Dear Teacher,</w:t>
        <w:br/>
        <w:br/>
        <w:t>I hope you're having a wonderful start to the school year. My name is ____________, and I'm the parent/guardian of ______________.</w:t>
        <w:br/>
        <w:br/>
        <w:t>I wanted to take a moment to introduce myself and let you know that I look forward to partnering with you this year to help my child have a successful school experience.</w:t>
        <w:br/>
        <w:br/>
        <w:t>Could you please let me know the best way to communicate with you throughout the year? Whether it's email, a messaging app, or another method, I'd like to make sure I can reach you when needed and respond promptly.</w:t>
        <w:br/>
        <w:br/>
        <w:t>Also, are there any other teachers, counselors, administrators, or staff members you recommend I connect with to help support my child's success?</w:t>
        <w:br/>
        <w:br/>
        <w:t>My preferred contact information is:</w:t>
        <w:br/>
        <w:br/>
        <w:t>Phone: ___________________</w:t>
        <w:br/>
        <w:t>Email: ___________________</w:t>
        <w:br/>
        <w:br/>
        <w:t>Thank you for everything you do for your students. I appreciate your time, your dedication, and the opportunity to work together. Please don't hesitate to reach out if there's ever anything I can do to support my child's learning.</w:t>
        <w:br/>
        <w:br/>
        <w:t>I look forward to a great school year.</w:t>
        <w:br/>
        <w:br/>
        <w:t>Sincerely,</w:t>
        <w:br/>
        <w:br/>
        <w:t>__________________________</w:t>
        <w:br/>
        <w:t>Parent/Guardian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