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6"/>
        </w:rPr>
        <w:t>Teacher Appreciation Letter</w:t>
      </w:r>
    </w:p>
    <w:p>
      <w:r>
        <w:rPr>
          <w:sz w:val="22"/>
        </w:rPr>
        <w:t>Subject: Thank You for All You Do</w:t>
        <w:br/>
        <w:br/>
        <w:t>Dear Teacher,</w:t>
        <w:br/>
        <w:br/>
        <w:t>I simply wanted to take a moment to say thank you.</w:t>
        <w:br/>
        <w:br/>
        <w:t>Your time, patience, encouragement, and commitment to your students do not go unnoticed. I appreciate the care you put into creating a positive learning environment and helping my child grow academically and personally.</w:t>
        <w:br/>
        <w:br/>
        <w:t>Thank you for communicating with our family and for investing in my child's success. Your hard work makes a lasting difference, and we are truly grateful.</w:t>
        <w:br/>
        <w:br/>
        <w:t>Wishing you a wonderful school year.</w:t>
        <w:br/>
        <w:br/>
        <w:t>With appreciation,</w:t>
        <w:br/>
        <w:br/>
        <w:t>__________________________</w:t>
        <w:br/>
        <w:t>Parent/Guardian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