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6"/>
        </w:rPr>
        <w:t>Week 6 Parent Check-In: Continuing the Conversation</w:t>
      </w:r>
    </w:p>
    <w:p>
      <w:r>
        <w:rPr>
          <w:sz w:val="22"/>
        </w:rPr>
        <w:t>Subject: Six-Week Check-In</w:t>
        <w:br/>
        <w:br/>
        <w:t>Dear Teacher,</w:t>
        <w:br/>
        <w:br/>
        <w:t>As we move further into the school year, I wanted to check in and see how things are progressing.</w:t>
        <w:br/>
        <w:br/>
        <w:t>Have there been any new observations, strengths, challenges, or changes you've noticed since the beginning of the year?</w:t>
        <w:br/>
        <w:br/>
        <w:t>I'd appreciate any feedback on the following:</w:t>
        <w:br/>
        <w:br/>
        <w:t>• Are there any new academic or behavioral patterns I should be aware of?</w:t>
        <w:br/>
        <w:t>• What strengths have you seen developing?</w:t>
        <w:br/>
        <w:t>• Are there any areas where additional support at home would be beneficial?</w:t>
        <w:br/>
        <w:t>• Are there any upcoming projects, assessments, classroom expectations, or important dates our family should prepare for?</w:t>
        <w:br/>
        <w:t>• Is there anything we can do together to continue supporting my child's success?</w:t>
        <w:br/>
        <w:br/>
        <w:t>Thank you again for your time, communication, and commitment to helping my child grow. I truly value our partnership and look forward to continuing to work together throughout the school year.</w:t>
        <w:br/>
        <w:br/>
        <w:t>Sincerely,</w:t>
        <w:br/>
        <w:br/>
        <w:t>__________________________</w:t>
        <w:br/>
        <w:t>Parent/Guardian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