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6"/>
        </w:rPr>
        <w:t>Week 9 Parent Check-In: Preparing for the End of the Grading Period</w:t>
      </w:r>
    </w:p>
    <w:p>
      <w:r>
        <w:rPr>
          <w:sz w:val="22"/>
        </w:rPr>
        <w:t>Subject: End of Grading Period Check-In</w:t>
        <w:br/>
        <w:br/>
        <w:t>Dear Teacher,</w:t>
        <w:br/>
        <w:br/>
        <w:t>I hope you're doing well. As we approach the end of the grading period, I wanted to check in and see how my child is progressing.</w:t>
        <w:br/>
        <w:br/>
        <w:t>Are there any missing assignments, upcoming assessments, or areas where additional support would be helpful? If there are concepts my child should be practicing at home, please let me know so we can reinforce them together.</w:t>
        <w:br/>
        <w:br/>
        <w:t>If you believe a conference or additional conversation would be beneficial, I would be happy to schedule one at your convenience.</w:t>
        <w:br/>
        <w:br/>
        <w:t>Thank you for your continued dedication and for partnering with our family to support my child's success.</w:t>
        <w:br/>
        <w:br/>
        <w:t>Sincerely,</w:t>
        <w:br/>
        <w:br/>
        <w:t>__________________________</w:t>
        <w:br/>
        <w:t>Parent/Guardian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