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F835FE3" w14:textId="77777777" w:rsidR="00B82140" w:rsidRDefault="00000000">
      <w:pPr>
        <w:jc w:val="center"/>
      </w:pPr>
      <w:r>
        <w:rPr>
          <w:b/>
          <w:sz w:val="40"/>
        </w:rPr>
        <w:t>SADDLEBROOK HOMEOWNERS ASSOCIATION</w:t>
      </w:r>
      <w:r>
        <w:rPr>
          <w:b/>
          <w:sz w:val="40"/>
        </w:rPr>
        <w:br/>
      </w:r>
      <w:r>
        <w:rPr>
          <w:b/>
          <w:sz w:val="32"/>
        </w:rPr>
        <w:t>Architectural Review Committee (ARC)</w:t>
      </w:r>
      <w:r>
        <w:rPr>
          <w:b/>
          <w:sz w:val="32"/>
        </w:rPr>
        <w:br/>
      </w:r>
      <w:r>
        <w:rPr>
          <w:b/>
          <w:sz w:val="30"/>
        </w:rPr>
        <w:t>Exterior Modification Application</w:t>
      </w:r>
    </w:p>
    <w:p w14:paraId="432E7734" w14:textId="77777777" w:rsidR="001D73B7" w:rsidRDefault="001D73B7">
      <w:pPr>
        <w:pStyle w:val="Heading2"/>
      </w:pPr>
      <w:r>
        <w:rPr>
          <w:noProof/>
        </w:rPr>
        <w:drawing>
          <wp:inline distT="0" distB="0" distL="0" distR="0" wp14:anchorId="3197F840" wp14:editId="0B00FAEC">
            <wp:extent cx="6365631" cy="1532881"/>
            <wp:effectExtent l="0" t="0" r="0" b="4445"/>
            <wp:docPr id="4083405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340585" name="Picture 40834058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63036" cy="1556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0352D8" w14:textId="77777777" w:rsidR="001D73B7" w:rsidRDefault="001D73B7">
      <w:pPr>
        <w:pStyle w:val="Heading2"/>
      </w:pPr>
    </w:p>
    <w:p w14:paraId="5D55D3E8" w14:textId="689FE439" w:rsidR="00B82140" w:rsidRDefault="00000000">
      <w:pPr>
        <w:pStyle w:val="Heading2"/>
      </w:pPr>
      <w:r>
        <w:t>Application Tracking (HOA Use Only)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55"/>
        <w:gridCol w:w="2553"/>
        <w:gridCol w:w="2553"/>
        <w:gridCol w:w="2553"/>
      </w:tblGrid>
      <w:tr w:rsidR="00B82140" w14:paraId="237DBC31" w14:textId="77777777">
        <w:trPr>
          <w:jc w:val="center"/>
        </w:trPr>
        <w:tc>
          <w:tcPr>
            <w:tcW w:w="2556" w:type="dxa"/>
          </w:tcPr>
          <w:p w14:paraId="40AF4558" w14:textId="77777777" w:rsidR="00B82140" w:rsidRDefault="00000000">
            <w:r>
              <w:t>Application #</w:t>
            </w:r>
          </w:p>
        </w:tc>
        <w:tc>
          <w:tcPr>
            <w:tcW w:w="2556" w:type="dxa"/>
          </w:tcPr>
          <w:p w14:paraId="1F04278C" w14:textId="77777777" w:rsidR="00B82140" w:rsidRDefault="00000000">
            <w:r>
              <w:t>Date Received</w:t>
            </w:r>
          </w:p>
        </w:tc>
        <w:tc>
          <w:tcPr>
            <w:tcW w:w="2556" w:type="dxa"/>
          </w:tcPr>
          <w:p w14:paraId="7D6DF2E2" w14:textId="77777777" w:rsidR="00B82140" w:rsidRDefault="00000000">
            <w:r>
              <w:t>Reviewer</w:t>
            </w:r>
          </w:p>
        </w:tc>
        <w:tc>
          <w:tcPr>
            <w:tcW w:w="2556" w:type="dxa"/>
          </w:tcPr>
          <w:p w14:paraId="7E0BBDCF" w14:textId="77777777" w:rsidR="00B82140" w:rsidRDefault="00000000">
            <w:r>
              <w:t>Decision Date</w:t>
            </w:r>
          </w:p>
        </w:tc>
      </w:tr>
      <w:tr w:rsidR="00B82140" w14:paraId="45ECFC84" w14:textId="77777777">
        <w:trPr>
          <w:jc w:val="center"/>
        </w:trPr>
        <w:tc>
          <w:tcPr>
            <w:tcW w:w="2556" w:type="dxa"/>
          </w:tcPr>
          <w:p w14:paraId="29A95F5F" w14:textId="77777777" w:rsidR="00B82140" w:rsidRDefault="00B82140"/>
        </w:tc>
        <w:tc>
          <w:tcPr>
            <w:tcW w:w="2556" w:type="dxa"/>
          </w:tcPr>
          <w:p w14:paraId="61BC827F" w14:textId="77777777" w:rsidR="00B82140" w:rsidRDefault="00B82140"/>
        </w:tc>
        <w:tc>
          <w:tcPr>
            <w:tcW w:w="2556" w:type="dxa"/>
          </w:tcPr>
          <w:p w14:paraId="17E72AD0" w14:textId="77777777" w:rsidR="00B82140" w:rsidRDefault="00B82140"/>
        </w:tc>
        <w:tc>
          <w:tcPr>
            <w:tcW w:w="2556" w:type="dxa"/>
          </w:tcPr>
          <w:p w14:paraId="1A623DE3" w14:textId="77777777" w:rsidR="00B82140" w:rsidRDefault="00B82140"/>
        </w:tc>
      </w:tr>
    </w:tbl>
    <w:p w14:paraId="2FA01FA2" w14:textId="77777777" w:rsidR="00B82140" w:rsidRDefault="00000000">
      <w:pPr>
        <w:pStyle w:val="Heading2"/>
      </w:pPr>
      <w:r>
        <w:t>1. Homeowner Information</w:t>
      </w:r>
    </w:p>
    <w:p w14:paraId="2CEA4EDD" w14:textId="77777777" w:rsidR="00B82140" w:rsidRDefault="00000000">
      <w:r>
        <w:t>Owner(s): _________________________________________________</w:t>
      </w:r>
    </w:p>
    <w:p w14:paraId="33E032ED" w14:textId="77777777" w:rsidR="00B82140" w:rsidRDefault="00000000">
      <w:r>
        <w:t>Property Address: _________________________________________</w:t>
      </w:r>
    </w:p>
    <w:p w14:paraId="3B0E823E" w14:textId="77777777" w:rsidR="00B82140" w:rsidRDefault="00000000">
      <w:r>
        <w:t>Phone: __________________ Email: __________________________</w:t>
      </w:r>
    </w:p>
    <w:p w14:paraId="36A75DB0" w14:textId="77777777" w:rsidR="00B82140" w:rsidRDefault="00000000">
      <w:r>
        <w:t>Preferred Contact Method: ☐ Email ☐ Phone</w:t>
      </w:r>
    </w:p>
    <w:p w14:paraId="4DC2089F" w14:textId="77777777" w:rsidR="00B82140" w:rsidRDefault="00000000">
      <w:pPr>
        <w:pStyle w:val="Heading2"/>
      </w:pPr>
      <w:r>
        <w:t>2. Project Type</w:t>
      </w:r>
    </w:p>
    <w:p w14:paraId="27D193E1" w14:textId="77777777" w:rsidR="00B82140" w:rsidRDefault="00000000">
      <w:r>
        <w:t>☐ Paint/Stain   ☐ Roofing   ☐ Fence   ☐ Deck/Patio   ☐ Pergola/Gazebo</w:t>
      </w:r>
    </w:p>
    <w:p w14:paraId="2E22E998" w14:textId="77777777" w:rsidR="00B82140" w:rsidRDefault="00000000">
      <w:r>
        <w:t>☐ Landscaping   ☐ Tree Removal   ☐ Retaining Wall   ☐ Driveway/Walkway</w:t>
      </w:r>
    </w:p>
    <w:p w14:paraId="0C68314E" w14:textId="77777777" w:rsidR="00B82140" w:rsidRDefault="00000000">
      <w:r>
        <w:t>☐ Windows/Doors   ☐ Siding   ☐ Solar Panels   ☐ Shed</w:t>
      </w:r>
    </w:p>
    <w:p w14:paraId="143842F3" w14:textId="77777777" w:rsidR="00B82140" w:rsidRDefault="00000000">
      <w:r>
        <w:t>☐ Exterior Lighting   ☐ Other ______________________________</w:t>
      </w:r>
    </w:p>
    <w:p w14:paraId="4D6D0DF0" w14:textId="77777777" w:rsidR="00B82140" w:rsidRDefault="00000000">
      <w:pPr>
        <w:pStyle w:val="Heading2"/>
      </w:pPr>
      <w:r>
        <w:t>3. Project Description</w:t>
      </w:r>
    </w:p>
    <w:p w14:paraId="6BBC89B9" w14:textId="77777777" w:rsidR="00B82140" w:rsidRDefault="00000000">
      <w:r>
        <w:t>Describe the proposed work, dimensions, location, and purpose:</w:t>
      </w:r>
    </w:p>
    <w:p w14:paraId="3AFC80BC" w14:textId="77777777" w:rsidR="00B82140" w:rsidRDefault="00000000">
      <w:r>
        <w:t>______________________________________________________________________________</w:t>
      </w:r>
    </w:p>
    <w:p w14:paraId="03E36FF6" w14:textId="77777777" w:rsidR="00B82140" w:rsidRDefault="00000000">
      <w:r>
        <w:t>______________________________________________________________________________</w:t>
      </w:r>
    </w:p>
    <w:p w14:paraId="474AE4AB" w14:textId="77777777" w:rsidR="00B82140" w:rsidRDefault="00000000">
      <w:r>
        <w:t>______________________________________________________________________________</w:t>
      </w:r>
    </w:p>
    <w:p w14:paraId="1F3345B8" w14:textId="77777777" w:rsidR="00B82140" w:rsidRDefault="00000000">
      <w:r>
        <w:t>______________________________________________________________________________</w:t>
      </w:r>
    </w:p>
    <w:p w14:paraId="0D067645" w14:textId="77777777" w:rsidR="00B82140" w:rsidRDefault="00000000">
      <w:r>
        <w:t>______________________________________________________________________________</w:t>
      </w:r>
    </w:p>
    <w:p w14:paraId="4BF3E10D" w14:textId="77777777" w:rsidR="00B82140" w:rsidRDefault="00000000">
      <w:pPr>
        <w:pStyle w:val="Heading2"/>
      </w:pPr>
      <w:r>
        <w:lastRenderedPageBreak/>
        <w:t>4. Paint, Stain &amp; Materials</w:t>
      </w:r>
    </w:p>
    <w:p w14:paraId="660D7B19" w14:textId="77777777" w:rsidR="00B82140" w:rsidRDefault="00000000">
      <w:r>
        <w:t>Manufacturer: ________________________________________________</w:t>
      </w:r>
    </w:p>
    <w:p w14:paraId="2E3863F2" w14:textId="77777777" w:rsidR="00B82140" w:rsidRDefault="00000000">
      <w:r>
        <w:t>Product Line: _________________________________________________</w:t>
      </w:r>
    </w:p>
    <w:p w14:paraId="445F0A0A" w14:textId="77777777" w:rsidR="00B82140" w:rsidRDefault="00000000">
      <w:r>
        <w:t>Color Name(s)/Number(s): ______________________________________</w:t>
      </w:r>
    </w:p>
    <w:p w14:paraId="0D10F448" w14:textId="77777777" w:rsidR="00B82140" w:rsidRDefault="00000000">
      <w:r>
        <w:t>Materials: ____________________________________________________</w:t>
      </w:r>
    </w:p>
    <w:p w14:paraId="5E782F0B" w14:textId="77777777" w:rsidR="00B82140" w:rsidRDefault="00000000">
      <w:pPr>
        <w:pStyle w:val="Heading2"/>
      </w:pPr>
      <w:r>
        <w:t>5. Contractor Information</w:t>
      </w:r>
    </w:p>
    <w:p w14:paraId="43B19E60" w14:textId="77777777" w:rsidR="00B82140" w:rsidRDefault="00000000">
      <w:r>
        <w:t>Company: _________________________________________________</w:t>
      </w:r>
    </w:p>
    <w:p w14:paraId="10159980" w14:textId="77777777" w:rsidR="00B82140" w:rsidRDefault="00000000">
      <w:r>
        <w:t>Contractor: ______________________________________________</w:t>
      </w:r>
    </w:p>
    <w:p w14:paraId="27AE8810" w14:textId="77777777" w:rsidR="00B82140" w:rsidRDefault="00000000">
      <w:r>
        <w:t>WA License #: ____________________ Phone: __________________</w:t>
      </w:r>
    </w:p>
    <w:p w14:paraId="6DA68901" w14:textId="77777777" w:rsidR="00B82140" w:rsidRDefault="00000000">
      <w:pPr>
        <w:pStyle w:val="Heading2"/>
      </w:pPr>
      <w:r>
        <w:t>6. Required Attachments</w:t>
      </w:r>
    </w:p>
    <w:p w14:paraId="28E2D83C" w14:textId="77777777" w:rsidR="00B82140" w:rsidRDefault="00000000">
      <w:r>
        <w:t>☐ Site plan showing property and proposed location</w:t>
      </w:r>
    </w:p>
    <w:p w14:paraId="218E4CCA" w14:textId="77777777" w:rsidR="00B82140" w:rsidRDefault="00000000">
      <w:r>
        <w:t>☐ Architectural drawings with dimensions</w:t>
      </w:r>
    </w:p>
    <w:p w14:paraId="6B24B6CC" w14:textId="77777777" w:rsidR="00B82140" w:rsidRDefault="00000000">
      <w:r>
        <w:t>☐ Current photographs</w:t>
      </w:r>
    </w:p>
    <w:p w14:paraId="7A85B301" w14:textId="77777777" w:rsidR="00B82140" w:rsidRDefault="00000000">
      <w:r>
        <w:t>☐ Product brochures/specification sheets</w:t>
      </w:r>
    </w:p>
    <w:p w14:paraId="76313A27" w14:textId="77777777" w:rsidR="00B82140" w:rsidRDefault="00000000">
      <w:r>
        <w:t>☐ Paint/stain samples</w:t>
      </w:r>
    </w:p>
    <w:p w14:paraId="5990CFB2" w14:textId="77777777" w:rsidR="00B82140" w:rsidRDefault="00000000">
      <w:r>
        <w:t>☐ Landscape plan with plant list</w:t>
      </w:r>
    </w:p>
    <w:p w14:paraId="237CBE4D" w14:textId="77777777" w:rsidR="00B82140" w:rsidRDefault="00000000">
      <w:r>
        <w:t>☐ Drainage/grading information (if applicable)</w:t>
      </w:r>
    </w:p>
    <w:p w14:paraId="039D5343" w14:textId="77777777" w:rsidR="00B82140" w:rsidRDefault="00000000">
      <w:r>
        <w:t>☐ City of Renton permits (if required)</w:t>
      </w:r>
    </w:p>
    <w:p w14:paraId="458FE929" w14:textId="77777777" w:rsidR="00B82140" w:rsidRDefault="00000000">
      <w:r>
        <w:t>☐ Neighbor acknowledgement (recommended when project affects adjoining lots)</w:t>
      </w:r>
    </w:p>
    <w:p w14:paraId="1739D0E8" w14:textId="3B64357B" w:rsidR="001D73B7" w:rsidRPr="001D73B7" w:rsidRDefault="00000000" w:rsidP="001D73B7">
      <w:pPr>
        <w:pStyle w:val="Heading2"/>
      </w:pPr>
      <w:r>
        <w:t>7. Neighbor Acknowledgement (</w:t>
      </w:r>
      <w:r w:rsidR="001D73B7">
        <w:t>For shared items like fence or landscaping</w:t>
      </w:r>
      <w:r>
        <w:t>)</w:t>
      </w:r>
    </w:p>
    <w:p w14:paraId="78A07FA0" w14:textId="0E64779E" w:rsidR="00B82140" w:rsidRDefault="00000000">
      <w:r>
        <w:t>Adjacent Neighbor: __________________ Signature: __________________ Date: __________</w:t>
      </w:r>
    </w:p>
    <w:p w14:paraId="404D2771" w14:textId="77777777" w:rsidR="00B82140" w:rsidRDefault="00000000">
      <w:r>
        <w:t>Adjacent Neighbor: __________________ Signature: __________________ Date: __________</w:t>
      </w:r>
    </w:p>
    <w:p w14:paraId="6AEEFFE0" w14:textId="77777777" w:rsidR="00B82140" w:rsidRDefault="00000000">
      <w:r>
        <w:t>Acknowledgement does not constitute approval.</w:t>
      </w:r>
    </w:p>
    <w:p w14:paraId="6DDB2ECE" w14:textId="77777777" w:rsidR="00B82140" w:rsidRDefault="00000000">
      <w:pPr>
        <w:pStyle w:val="Heading2"/>
      </w:pPr>
      <w:r>
        <w:t>8. Project Schedule</w:t>
      </w:r>
    </w:p>
    <w:p w14:paraId="0C9F8D8D" w14:textId="77777777" w:rsidR="00B82140" w:rsidRDefault="00000000">
      <w:r>
        <w:t>Estimated Start: __________________ Completion: __________________</w:t>
      </w:r>
    </w:p>
    <w:p w14:paraId="6005FF4F" w14:textId="77777777" w:rsidR="00B82140" w:rsidRDefault="00000000">
      <w:pPr>
        <w:pStyle w:val="Heading2"/>
      </w:pPr>
      <w:r>
        <w:t>9. Homeowner Certification</w:t>
      </w:r>
    </w:p>
    <w:p w14:paraId="61207687" w14:textId="77777777" w:rsidR="00B82140" w:rsidRDefault="00000000">
      <w:r>
        <w:t>I certify this application is complete and accurate. I understand work may not begin until written ARC approval is issued. Approval does not replace City of Renton permits or other governmental approvals. I agree to complete the project substantially as approved and understand unauthorized work may result in enforcement under the Association's governing documents.</w:t>
      </w:r>
    </w:p>
    <w:p w14:paraId="35700A69" w14:textId="77777777" w:rsidR="00B82140" w:rsidRDefault="00000000">
      <w:r>
        <w:lastRenderedPageBreak/>
        <w:br/>
        <w:t>Owner Signature: _____________________________ Date: __________________</w:t>
      </w:r>
    </w:p>
    <w:p w14:paraId="264C312B" w14:textId="77777777" w:rsidR="00B82140" w:rsidRDefault="00000000">
      <w:pPr>
        <w:pStyle w:val="Heading2"/>
      </w:pPr>
      <w:r>
        <w:t>10. ARC Review Checklist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07"/>
        <w:gridCol w:w="5107"/>
      </w:tblGrid>
      <w:tr w:rsidR="00B82140" w14:paraId="69FAB111" w14:textId="77777777">
        <w:tc>
          <w:tcPr>
            <w:tcW w:w="5112" w:type="dxa"/>
          </w:tcPr>
          <w:p w14:paraId="5406FBFD" w14:textId="77777777" w:rsidR="00B82140" w:rsidRDefault="00000000">
            <w:r>
              <w:t>Application Complete</w:t>
            </w:r>
          </w:p>
        </w:tc>
        <w:tc>
          <w:tcPr>
            <w:tcW w:w="5112" w:type="dxa"/>
          </w:tcPr>
          <w:p w14:paraId="2AFDE9AF" w14:textId="77777777" w:rsidR="00B82140" w:rsidRDefault="00000000">
            <w:r>
              <w:t>☐ Yes ☐ No</w:t>
            </w:r>
          </w:p>
        </w:tc>
      </w:tr>
      <w:tr w:rsidR="00B82140" w14:paraId="7C4CF1CC" w14:textId="77777777">
        <w:tc>
          <w:tcPr>
            <w:tcW w:w="5112" w:type="dxa"/>
          </w:tcPr>
          <w:p w14:paraId="5167D8DA" w14:textId="77777777" w:rsidR="00B82140" w:rsidRDefault="00000000">
            <w:r>
              <w:t>Photos Included</w:t>
            </w:r>
          </w:p>
        </w:tc>
        <w:tc>
          <w:tcPr>
            <w:tcW w:w="5112" w:type="dxa"/>
          </w:tcPr>
          <w:p w14:paraId="17F710D1" w14:textId="77777777" w:rsidR="00B82140" w:rsidRDefault="00000000">
            <w:r>
              <w:t>☐</w:t>
            </w:r>
          </w:p>
        </w:tc>
      </w:tr>
      <w:tr w:rsidR="00B82140" w14:paraId="64487B54" w14:textId="77777777">
        <w:tc>
          <w:tcPr>
            <w:tcW w:w="5112" w:type="dxa"/>
          </w:tcPr>
          <w:p w14:paraId="2EE51114" w14:textId="77777777" w:rsidR="00B82140" w:rsidRDefault="00000000">
            <w:r>
              <w:t>Site Plan Included</w:t>
            </w:r>
          </w:p>
        </w:tc>
        <w:tc>
          <w:tcPr>
            <w:tcW w:w="5112" w:type="dxa"/>
          </w:tcPr>
          <w:p w14:paraId="24CCEA62" w14:textId="77777777" w:rsidR="00B82140" w:rsidRDefault="00000000">
            <w:r>
              <w:t>☐</w:t>
            </w:r>
          </w:p>
        </w:tc>
      </w:tr>
      <w:tr w:rsidR="00B82140" w14:paraId="6D93E136" w14:textId="77777777">
        <w:tc>
          <w:tcPr>
            <w:tcW w:w="5112" w:type="dxa"/>
          </w:tcPr>
          <w:p w14:paraId="4BB03B87" w14:textId="77777777" w:rsidR="00B82140" w:rsidRDefault="00000000">
            <w:r>
              <w:t>Color Samples Included</w:t>
            </w:r>
          </w:p>
        </w:tc>
        <w:tc>
          <w:tcPr>
            <w:tcW w:w="5112" w:type="dxa"/>
          </w:tcPr>
          <w:p w14:paraId="42E8871B" w14:textId="77777777" w:rsidR="00B82140" w:rsidRDefault="00000000">
            <w:r>
              <w:t>☐</w:t>
            </w:r>
          </w:p>
        </w:tc>
      </w:tr>
      <w:tr w:rsidR="00B82140" w14:paraId="077C1514" w14:textId="77777777">
        <w:tc>
          <w:tcPr>
            <w:tcW w:w="5112" w:type="dxa"/>
          </w:tcPr>
          <w:p w14:paraId="5D33BC9E" w14:textId="77777777" w:rsidR="00B82140" w:rsidRDefault="00000000">
            <w:r>
              <w:t>Permits Required</w:t>
            </w:r>
          </w:p>
        </w:tc>
        <w:tc>
          <w:tcPr>
            <w:tcW w:w="5112" w:type="dxa"/>
          </w:tcPr>
          <w:p w14:paraId="24D7D7BC" w14:textId="77777777" w:rsidR="00B82140" w:rsidRDefault="00000000">
            <w:r>
              <w:t>☐ Yes ☐ No</w:t>
            </w:r>
          </w:p>
        </w:tc>
      </w:tr>
      <w:tr w:rsidR="00B82140" w14:paraId="5657C8A3" w14:textId="77777777">
        <w:tc>
          <w:tcPr>
            <w:tcW w:w="5112" w:type="dxa"/>
          </w:tcPr>
          <w:p w14:paraId="3E414235" w14:textId="77777777" w:rsidR="00B82140" w:rsidRDefault="00000000">
            <w:r>
              <w:t>Meets CC&amp;Rs</w:t>
            </w:r>
          </w:p>
        </w:tc>
        <w:tc>
          <w:tcPr>
            <w:tcW w:w="5112" w:type="dxa"/>
          </w:tcPr>
          <w:p w14:paraId="6895CFF5" w14:textId="77777777" w:rsidR="00B82140" w:rsidRDefault="00000000">
            <w:r>
              <w:t>☐ Yes ☐ No</w:t>
            </w:r>
          </w:p>
        </w:tc>
      </w:tr>
      <w:tr w:rsidR="00B82140" w14:paraId="7500DBCB" w14:textId="77777777">
        <w:tc>
          <w:tcPr>
            <w:tcW w:w="5112" w:type="dxa"/>
          </w:tcPr>
          <w:p w14:paraId="00B8FEDE" w14:textId="77777777" w:rsidR="00B82140" w:rsidRDefault="00000000">
            <w:r>
              <w:t>Decision</w:t>
            </w:r>
          </w:p>
        </w:tc>
        <w:tc>
          <w:tcPr>
            <w:tcW w:w="5112" w:type="dxa"/>
          </w:tcPr>
          <w:p w14:paraId="54164278" w14:textId="77777777" w:rsidR="00B82140" w:rsidRDefault="00000000">
            <w:r>
              <w:t>☐ Approved ☐ Approved with Conditions ☐ Denied</w:t>
            </w:r>
          </w:p>
        </w:tc>
      </w:tr>
      <w:tr w:rsidR="00B82140" w14:paraId="7601FB7E" w14:textId="77777777">
        <w:tc>
          <w:tcPr>
            <w:tcW w:w="5112" w:type="dxa"/>
          </w:tcPr>
          <w:p w14:paraId="3CFCFD1F" w14:textId="77777777" w:rsidR="00B82140" w:rsidRDefault="00000000">
            <w:r>
              <w:t>Conditions</w:t>
            </w:r>
          </w:p>
        </w:tc>
        <w:tc>
          <w:tcPr>
            <w:tcW w:w="5112" w:type="dxa"/>
          </w:tcPr>
          <w:p w14:paraId="50876A33" w14:textId="77777777" w:rsidR="00B82140" w:rsidRDefault="00B82140"/>
        </w:tc>
      </w:tr>
      <w:tr w:rsidR="00B82140" w14:paraId="139D3021" w14:textId="77777777">
        <w:tc>
          <w:tcPr>
            <w:tcW w:w="5112" w:type="dxa"/>
          </w:tcPr>
          <w:p w14:paraId="451A103A" w14:textId="77777777" w:rsidR="00B82140" w:rsidRDefault="00000000">
            <w:r>
              <w:t>Follow-up Inspection</w:t>
            </w:r>
          </w:p>
        </w:tc>
        <w:tc>
          <w:tcPr>
            <w:tcW w:w="5112" w:type="dxa"/>
          </w:tcPr>
          <w:p w14:paraId="13ED59DD" w14:textId="77777777" w:rsidR="00B82140" w:rsidRDefault="00000000">
            <w:r>
              <w:t>☐ Required ☐ Not Required</w:t>
            </w:r>
          </w:p>
        </w:tc>
      </w:tr>
      <w:tr w:rsidR="00B82140" w14:paraId="31837EC1" w14:textId="77777777">
        <w:tc>
          <w:tcPr>
            <w:tcW w:w="5112" w:type="dxa"/>
          </w:tcPr>
          <w:p w14:paraId="104C2859" w14:textId="77777777" w:rsidR="00B82140" w:rsidRDefault="00000000">
            <w:r>
              <w:t>ARC Signatures</w:t>
            </w:r>
          </w:p>
        </w:tc>
        <w:tc>
          <w:tcPr>
            <w:tcW w:w="5112" w:type="dxa"/>
          </w:tcPr>
          <w:p w14:paraId="54B4A750" w14:textId="77777777" w:rsidR="00B82140" w:rsidRDefault="00000000">
            <w:r>
              <w:t>Chair: ____________  Member: ____________</w:t>
            </w:r>
          </w:p>
        </w:tc>
      </w:tr>
    </w:tbl>
    <w:p w14:paraId="1CA29206" w14:textId="77777777" w:rsidR="00B82140" w:rsidRDefault="00000000">
      <w:pPr>
        <w:pStyle w:val="Heading2"/>
      </w:pPr>
      <w:r>
        <w:t>Submission Instructions</w:t>
      </w:r>
    </w:p>
    <w:p w14:paraId="23C8B6D7" w14:textId="77777777" w:rsidR="00B82140" w:rsidRDefault="00000000">
      <w:r>
        <w:t>Submit this completed application and all supporting documents to the Saddlebrook HOA Architectural Review Committee.</w:t>
      </w:r>
    </w:p>
    <w:p w14:paraId="661B1498" w14:textId="7B1194B5" w:rsidR="00B82140" w:rsidRDefault="00000000">
      <w:r>
        <w:t xml:space="preserve">Email: </w:t>
      </w:r>
      <w:r w:rsidR="001D73B7">
        <w:t xml:space="preserve"> bod1@saddlebrookrenton.org</w:t>
      </w:r>
    </w:p>
    <w:p w14:paraId="37F1F7CA" w14:textId="2864DCFD" w:rsidR="00B82140" w:rsidRDefault="00000000">
      <w:r>
        <w:t xml:space="preserve">Mailing Address: </w:t>
      </w:r>
      <w:r w:rsidR="001D73B7">
        <w:t>P.O. Box 2473, Renton WA 98059</w:t>
      </w:r>
    </w:p>
    <w:p w14:paraId="58BBE1CA" w14:textId="75F3B1FE" w:rsidR="00B82140" w:rsidRDefault="00000000">
      <w:r>
        <w:t xml:space="preserve">Typical review time: </w:t>
      </w:r>
      <w:r w:rsidR="001D73B7">
        <w:t xml:space="preserve">Within </w:t>
      </w:r>
      <w:r>
        <w:t>30 days after receipt of a complete application</w:t>
      </w:r>
    </w:p>
    <w:p w14:paraId="3AD1E151" w14:textId="77777777" w:rsidR="00B82140" w:rsidRDefault="00000000">
      <w:pPr>
        <w:pStyle w:val="Heading2"/>
      </w:pPr>
      <w:r>
        <w:t>Helpful Reminders</w:t>
      </w:r>
    </w:p>
    <w:p w14:paraId="20BDBF96" w14:textId="77777777" w:rsidR="00B82140" w:rsidRDefault="00000000">
      <w:r>
        <w:t>• Do not order materials or begin construction until written approval is received.</w:t>
      </w:r>
    </w:p>
    <w:p w14:paraId="2A6BAB32" w14:textId="77777777" w:rsidR="00B82140" w:rsidRDefault="00000000">
      <w:r>
        <w:t>• Changes to approved plans require a new ARC review.</w:t>
      </w:r>
    </w:p>
    <w:p w14:paraId="7F935E7F" w14:textId="77777777" w:rsidR="00B82140" w:rsidRDefault="00000000">
      <w:r>
        <w:t>• Homeowners are responsible for obtaining all required permits.</w:t>
      </w:r>
    </w:p>
    <w:p w14:paraId="539D3D53" w14:textId="77777777" w:rsidR="00B82140" w:rsidRDefault="00000000">
      <w:r>
        <w:t>• Keep a copy of the approved application with your project records.</w:t>
      </w:r>
    </w:p>
    <w:sectPr w:rsidR="00B82140" w:rsidSect="00034616">
      <w:pgSz w:w="12240" w:h="15840"/>
      <w:pgMar w:top="720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9072849">
    <w:abstractNumId w:val="8"/>
  </w:num>
  <w:num w:numId="2" w16cid:durableId="52848328">
    <w:abstractNumId w:val="6"/>
  </w:num>
  <w:num w:numId="3" w16cid:durableId="1351569915">
    <w:abstractNumId w:val="5"/>
  </w:num>
  <w:num w:numId="4" w16cid:durableId="1770738074">
    <w:abstractNumId w:val="4"/>
  </w:num>
  <w:num w:numId="5" w16cid:durableId="1169633129">
    <w:abstractNumId w:val="7"/>
  </w:num>
  <w:num w:numId="6" w16cid:durableId="64568697">
    <w:abstractNumId w:val="3"/>
  </w:num>
  <w:num w:numId="7" w16cid:durableId="1733969309">
    <w:abstractNumId w:val="2"/>
  </w:num>
  <w:num w:numId="8" w16cid:durableId="730999414">
    <w:abstractNumId w:val="1"/>
  </w:num>
  <w:num w:numId="9" w16cid:durableId="119769526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D73B7"/>
    <w:rsid w:val="0029639D"/>
    <w:rsid w:val="00326F90"/>
    <w:rsid w:val="0051217C"/>
    <w:rsid w:val="00AA1D8D"/>
    <w:rsid w:val="00B47730"/>
    <w:rsid w:val="00B8214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0A0B6CD"/>
  <w14:defaultImageDpi w14:val="300"/>
  <w15:docId w15:val="{D959A203-4FA6-A84F-B504-F232EDE72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578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3866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Christina Mason</cp:lastModifiedBy>
  <cp:revision>2</cp:revision>
  <dcterms:created xsi:type="dcterms:W3CDTF">2026-08-05T18:03:00Z</dcterms:created>
  <dcterms:modified xsi:type="dcterms:W3CDTF">2026-08-05T18:03:00Z</dcterms:modified>
  <cp:category/>
</cp:coreProperties>
</file>