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900" w:after="160"/>
        <w:jc w:val="center"/>
        <w:widowControl/>
      </w:pPr>
      <w:r>
        <w:rPr>
          <w:rFonts w:ascii="Arial" w:hAnsi="Arial"/>
          <w:b/>
          <w:color w:val="1F4E79"/>
          <w:sz w:val="52"/>
        </w:rPr>
        <w:t>MYSA</w:t>
      </w:r>
    </w:p>
    <w:p>
      <w:pPr>
        <w:spacing w:after="120"/>
        <w:jc w:val="center"/>
        <w:widowControl/>
      </w:pPr>
      <w:r>
        <w:rPr>
          <w:rFonts w:ascii="Arial" w:hAnsi="Arial"/>
          <w:b/>
          <w:sz w:val="40"/>
        </w:rPr>
        <w:t>11-on-11 Recreational Flag Football Rules</w:t>
      </w:r>
    </w:p>
    <w:p>
      <w:pPr>
        <w:spacing w:before="200"/>
        <w:jc w:val="center"/>
        <w:widowControl/>
      </w:pPr>
      <w:r>
        <w:rPr>
          <w:rFonts w:ascii="Arial" w:hAnsi="Arial"/>
          <w:i/>
          <w:color w:val="5A5A5A"/>
          <w:sz w:val="24"/>
        </w:rPr>
        <w:t>Official League Rules</w:t>
      </w:r>
    </w:p>
    <w:p>
      <w:pPr>
        <w:spacing w:before="840"/>
        <w:ind w:left="1008" w:right="1008"/>
        <w:jc w:val="center"/>
        <w:widowControl/>
      </w:pPr>
      <w:r>
        <w:rPr>
          <w:rFonts w:ascii="Arial" w:hAnsi="Arial"/>
          <w:b/>
          <w:color w:val="1F4E79"/>
          <w:sz w:val="26"/>
        </w:rPr>
        <w:t>MYSA Flag is not MYSA Tackle.</w:t>
      </w:r>
    </w:p>
    <w:p>
      <w:pPr>
        <w:ind w:left="936" w:right="936"/>
        <w:jc w:val="center"/>
        <w:widowControl/>
      </w:pPr>
      <w:r>
        <w:rPr>
          <w:rFonts w:ascii="Arial" w:hAnsi="Arial"/>
          <w:i/>
          <w:sz w:val="21"/>
        </w:rPr>
        <w:t>Player safety, sportsmanship, fair participation, development, and enjoyment of the game remain the priority at all MYSA events.</w:t>
      </w:r>
    </w:p>
    <w:p>
      <w:pPr>
        <w:widowControl/>
      </w:pPr>
      <w:r>
        <w:br w:type="page"/>
      </w:r>
    </w:p>
    <w:p>
      <w:pPr>
        <w:pStyle w:val="Heading1"/>
        <w:keepNext/>
        <w:spacing w:before="200" w:after="80"/>
        <w:widowControl/>
      </w:pPr>
      <w:r>
        <w:rPr>
          <w:rFonts w:ascii="Arial" w:hAnsi="Arial"/>
          <w:b/>
          <w:color w:val="1F4E79"/>
          <w:sz w:val="28"/>
        </w:rPr>
        <w:t>1. Governing Rules</w:t>
      </w:r>
    </w:p>
    <w:p>
      <w:pPr>
        <w:keepLines w:val="0"/>
        <w:spacing w:after="80" w:line="252" w:lineRule="auto"/>
        <w:ind w:left="0"/>
        <w:widowControl/>
      </w:pPr>
      <w:r>
        <w:rPr>
          <w:rFonts w:ascii="Arial" w:hAnsi="Arial"/>
          <w:b w:val="0"/>
          <w:i w:val="0"/>
          <w:sz w:val="21"/>
        </w:rPr>
        <w:t>NFHS Football Rules will serve as the general governing rules for MYSA football except where specifically modified by the MYSA rules contained in this document.</w:t>
      </w:r>
    </w:p>
    <w:p>
      <w:pPr>
        <w:keepLines w:val="0"/>
        <w:spacing w:after="80" w:line="252" w:lineRule="auto"/>
        <w:ind w:left="0"/>
        <w:widowControl/>
      </w:pPr>
      <w:r>
        <w:rPr>
          <w:rFonts w:ascii="Arial" w:hAnsi="Arial"/>
          <w:b w:val="0"/>
          <w:i w:val="0"/>
          <w:sz w:val="21"/>
        </w:rPr>
      </w:r>
      <w:r>
        <w:rPr>
          <w:rFonts w:ascii="Arial" w:hAnsi="Arial"/>
          <w:b/>
          <w:sz w:val="21"/>
        </w:rPr>
        <w:t>Because this is MYSA Flag rather than MYSA Tackle, the MYSA flag football rules regarding contact, tackling, blocking, flags, equipment, ball-carrier conduct, dead-ball situations, field dimensions, timing, possessions, and other flag-specific procedures will take precedence over any conflicting tackle-football rule.</w:t>
      </w:r>
    </w:p>
    <w:p>
      <w:pPr>
        <w:keepLines w:val="0"/>
        <w:spacing w:after="80" w:line="252" w:lineRule="auto"/>
        <w:ind w:left="0"/>
        <w:widowControl/>
      </w:pPr>
      <w:r>
        <w:rPr>
          <w:rFonts w:ascii="Arial" w:hAnsi="Arial"/>
          <w:b w:val="0"/>
          <w:i w:val="0"/>
          <w:sz w:val="21"/>
        </w:rPr>
        <w:t>Where an MYSA rule differs from an NFHS rule, the MYSA rule will apply.</w:t>
      </w:r>
    </w:p>
    <w:p>
      <w:pPr>
        <w:keepLines w:val="0"/>
        <w:spacing w:after="80" w:line="252" w:lineRule="auto"/>
        <w:ind w:left="0"/>
        <w:widowControl/>
      </w:pPr>
      <w:r>
        <w:rPr>
          <w:rFonts w:ascii="Arial" w:hAnsi="Arial"/>
          <w:b w:val="0"/>
          <w:i w:val="0"/>
          <w:sz w:val="21"/>
        </w:rPr>
        <w:t>MYSA is a recreational league. Sportsmanship, player safety, fair participation, player development, and respect for others are expected at all times.</w:t>
      </w:r>
    </w:p>
    <w:p>
      <w:pPr>
        <w:keepNext/>
        <w:spacing w:before="240" w:after="100"/>
        <w:pBdr>
          <w:bottom w:val="single" w:sz="8" w:space="2" w:color="1F4E79"/>
        </w:pBdr>
        <w:widowControl/>
      </w:pPr>
      <w:r>
        <w:rPr>
          <w:rFonts w:ascii="Arial" w:hAnsi="Arial"/>
          <w:b/>
          <w:color w:val="1F4E79"/>
          <w:sz w:val="24"/>
        </w:rPr>
        <w:t>GAME AND PLAYER REQUIREMENTS</w:t>
      </w:r>
    </w:p>
    <w:p>
      <w:pPr>
        <w:pStyle w:val="Heading1"/>
        <w:keepNext/>
        <w:spacing w:before="200" w:after="80"/>
        <w:widowControl/>
      </w:pPr>
      <w:r>
        <w:rPr>
          <w:rFonts w:ascii="Arial" w:hAnsi="Arial"/>
          <w:b/>
          <w:color w:val="1F4E79"/>
          <w:sz w:val="28"/>
        </w:rPr>
        <w:t>2. Teams and Player Participation</w:t>
      </w:r>
    </w:p>
    <w:p>
      <w:pPr>
        <w:pStyle w:val="Heading2"/>
        <w:keepNext/>
        <w:spacing w:before="120" w:after="80"/>
        <w:widowControl/>
      </w:pPr>
      <w:r>
        <w:rPr>
          <w:rFonts w:ascii="Arial" w:hAnsi="Arial"/>
          <w:b/>
          <w:color w:val="000000"/>
          <w:sz w:val="23"/>
        </w:rPr>
        <w:t>2.1 Team Size</w:t>
      </w:r>
    </w:p>
    <w:p>
      <w:pPr>
        <w:keepLines w:val="0"/>
        <w:spacing w:after="80" w:line="252" w:lineRule="auto"/>
        <w:ind w:left="0"/>
        <w:widowControl/>
      </w:pPr>
      <w:r>
        <w:rPr>
          <w:rFonts w:ascii="Arial" w:hAnsi="Arial"/>
          <w:b w:val="0"/>
          <w:i w:val="0"/>
          <w:sz w:val="21"/>
        </w:rPr>
        <w:t>Each team will consist of eleven (11) players on the field.</w:t>
      </w:r>
    </w:p>
    <w:p>
      <w:pPr>
        <w:pStyle w:val="Heading2"/>
        <w:keepNext/>
        <w:spacing w:before="120" w:after="80"/>
        <w:widowControl/>
      </w:pPr>
      <w:r>
        <w:rPr>
          <w:rFonts w:ascii="Arial" w:hAnsi="Arial"/>
          <w:b/>
          <w:color w:val="000000"/>
          <w:sz w:val="23"/>
        </w:rPr>
        <w:t>2.2 Minimum Playing Time</w:t>
      </w:r>
    </w:p>
    <w:p>
      <w:pPr>
        <w:keepLines w:val="0"/>
        <w:spacing w:after="80" w:line="252" w:lineRule="auto"/>
        <w:ind w:left="0"/>
        <w:widowControl/>
      </w:pPr>
      <w:r>
        <w:rPr>
          <w:rFonts w:ascii="Arial" w:hAnsi="Arial"/>
          <w:b w:val="0"/>
          <w:i w:val="0"/>
          <w:sz w:val="21"/>
        </w:rPr>
        <w:t>All eligible players are expected to participate in at least one-half of the game.</w:t>
      </w:r>
    </w:p>
    <w:p>
      <w:pPr>
        <w:keepLines w:val="0"/>
        <w:spacing w:after="80" w:line="252" w:lineRule="auto"/>
        <w:ind w:left="0"/>
        <w:widowControl/>
      </w:pPr>
      <w:r>
        <w:rPr>
          <w:rFonts w:ascii="Arial" w:hAnsi="Arial"/>
          <w:b w:val="0"/>
          <w:i w:val="0"/>
          <w:sz w:val="21"/>
        </w:rPr>
        <w:t>This requirement may be accomplished in one of the following ways:</w:t>
      </w:r>
    </w:p>
    <w:p>
      <w:pPr>
        <w:spacing w:after="40" w:line="247" w:lineRule="auto"/>
        <w:ind w:left="360" w:hanging="259"/>
        <w:widowControl/>
      </w:pPr>
      <w:r>
        <w:rPr>
          <w:rFonts w:ascii="Arial" w:hAnsi="Arial"/>
          <w:b/>
          <w:sz w:val="21"/>
        </w:rPr>
        <w:t xml:space="preserve">a. </w:t>
      </w:r>
      <w:r>
        <w:rPr>
          <w:rFonts w:ascii="Arial" w:hAnsi="Arial"/>
          <w:sz w:val="21"/>
        </w:rPr>
        <w:t>A player may participate primarily on either offense or defense, provided the player receives at least one-half of the available game playing time.</w:t>
      </w:r>
    </w:p>
    <w:p>
      <w:pPr>
        <w:spacing w:after="40" w:line="247" w:lineRule="auto"/>
        <w:ind w:left="360" w:hanging="259"/>
        <w:widowControl/>
      </w:pPr>
      <w:r>
        <w:rPr>
          <w:rFonts w:ascii="Arial" w:hAnsi="Arial"/>
          <w:b/>
          <w:sz w:val="21"/>
        </w:rPr>
        <w:t xml:space="preserve">b. </w:t>
      </w:r>
      <w:r>
        <w:rPr>
          <w:rFonts w:ascii="Arial" w:hAnsi="Arial"/>
          <w:sz w:val="21"/>
        </w:rPr>
        <w:t>A player may play one (1) complete quarter during the first half and one (1) complete quarter during the second half. If this method is used, the player must participate on both offense and defense during those quarters.</w:t>
      </w:r>
    </w:p>
    <w:p>
      <w:pPr>
        <w:pStyle w:val="Heading2"/>
        <w:keepNext/>
        <w:spacing w:before="120" w:after="80"/>
        <w:widowControl/>
      </w:pPr>
      <w:r>
        <w:rPr>
          <w:rFonts w:ascii="Arial" w:hAnsi="Arial"/>
          <w:b/>
          <w:color w:val="000000"/>
          <w:sz w:val="23"/>
        </w:rPr>
        <w:t>2.3 Exceptions</w:t>
      </w:r>
    </w:p>
    <w:p>
      <w:pPr>
        <w:keepLines w:val="0"/>
        <w:spacing w:after="80" w:line="252" w:lineRule="auto"/>
        <w:ind w:left="0"/>
        <w:widowControl/>
      </w:pPr>
      <w:r>
        <w:rPr>
          <w:rFonts w:ascii="Arial" w:hAnsi="Arial"/>
          <w:b w:val="0"/>
          <w:i w:val="0"/>
          <w:sz w:val="21"/>
        </w:rPr>
        <w:t>The minimum playing-time requirement may be waived if a player:</w:t>
      </w:r>
    </w:p>
    <w:p>
      <w:pPr>
        <w:spacing w:after="40" w:line="247" w:lineRule="auto"/>
        <w:ind w:left="360" w:hanging="259"/>
        <w:widowControl/>
      </w:pPr>
      <w:r>
        <w:rPr>
          <w:rFonts w:ascii="Arial" w:hAnsi="Arial"/>
          <w:b/>
          <w:sz w:val="21"/>
        </w:rPr>
        <w:t xml:space="preserve">a. </w:t>
      </w:r>
      <w:r>
        <w:rPr>
          <w:rFonts w:ascii="Arial" w:hAnsi="Arial"/>
          <w:sz w:val="21"/>
        </w:rPr>
        <w:t>Becomes sick;</w:t>
      </w:r>
    </w:p>
    <w:p>
      <w:pPr>
        <w:spacing w:after="40" w:line="247" w:lineRule="auto"/>
        <w:ind w:left="360" w:hanging="259"/>
        <w:widowControl/>
      </w:pPr>
      <w:r>
        <w:rPr>
          <w:rFonts w:ascii="Arial" w:hAnsi="Arial"/>
          <w:b/>
          <w:sz w:val="21"/>
        </w:rPr>
        <w:t xml:space="preserve">b. </w:t>
      </w:r>
      <w:r>
        <w:rPr>
          <w:rFonts w:ascii="Arial" w:hAnsi="Arial"/>
          <w:sz w:val="21"/>
        </w:rPr>
        <w:t>Becomes injured;</w:t>
      </w:r>
    </w:p>
    <w:p>
      <w:pPr>
        <w:spacing w:after="40" w:line="247" w:lineRule="auto"/>
        <w:ind w:left="360" w:hanging="259"/>
        <w:widowControl/>
      </w:pPr>
      <w:r>
        <w:rPr>
          <w:rFonts w:ascii="Arial" w:hAnsi="Arial"/>
          <w:b/>
          <w:sz w:val="21"/>
        </w:rPr>
        <w:t xml:space="preserve">c. </w:t>
      </w:r>
      <w:r>
        <w:rPr>
          <w:rFonts w:ascii="Arial" w:hAnsi="Arial"/>
          <w:sz w:val="21"/>
        </w:rPr>
        <w:t>Refuses to enter or continue participating in the game; or</w:t>
      </w:r>
    </w:p>
    <w:p>
      <w:pPr>
        <w:spacing w:after="40" w:line="247" w:lineRule="auto"/>
        <w:ind w:left="360" w:hanging="259"/>
        <w:widowControl/>
      </w:pPr>
      <w:r>
        <w:rPr>
          <w:rFonts w:ascii="Arial" w:hAnsi="Arial"/>
          <w:b/>
          <w:sz w:val="21"/>
        </w:rPr>
        <w:t xml:space="preserve">d. </w:t>
      </w:r>
      <w:r>
        <w:rPr>
          <w:rFonts w:ascii="Arial" w:hAnsi="Arial"/>
          <w:sz w:val="21"/>
        </w:rPr>
        <w:t>Is otherwise ineligible to participate under an MYSA disciplinary rule.</w:t>
      </w:r>
    </w:p>
    <w:p>
      <w:pPr>
        <w:pStyle w:val="Heading2"/>
        <w:keepNext/>
        <w:spacing w:before="120" w:after="80"/>
        <w:widowControl/>
      </w:pPr>
      <w:r>
        <w:rPr>
          <w:rFonts w:ascii="Arial" w:hAnsi="Arial"/>
          <w:b/>
          <w:color w:val="000000"/>
          <w:sz w:val="23"/>
        </w:rPr>
        <w:t>2.4 Coach Responsibility</w:t>
      </w:r>
    </w:p>
    <w:p>
      <w:pPr>
        <w:keepLines w:val="0"/>
        <w:spacing w:after="80" w:line="252" w:lineRule="auto"/>
        <w:ind w:left="0"/>
        <w:widowControl/>
      </w:pPr>
      <w:r>
        <w:rPr>
          <w:rFonts w:ascii="Arial" w:hAnsi="Arial"/>
          <w:b w:val="0"/>
          <w:i w:val="0"/>
          <w:sz w:val="21"/>
        </w:rPr>
        <w:t>It is the responsibility of each coaching staff to ensure that every eligible player receives ample playing time and meets the league's minimum participation requirement.</w:t>
      </w:r>
    </w:p>
    <w:p>
      <w:pPr>
        <w:keepLines w:val="0"/>
        <w:spacing w:after="80" w:line="252" w:lineRule="auto"/>
        <w:ind w:left="0"/>
        <w:widowControl/>
      </w:pPr>
      <w:r>
        <w:rPr>
          <w:rFonts w:ascii="Arial" w:hAnsi="Arial"/>
          <w:b w:val="0"/>
          <w:i w:val="0"/>
          <w:sz w:val="21"/>
        </w:rPr>
        <w:t>This rule may be monitored by MYSA Board Members.</w:t>
      </w:r>
    </w:p>
    <w:p>
      <w:pPr>
        <w:keepLines w:val="0"/>
        <w:spacing w:after="80" w:line="252" w:lineRule="auto"/>
        <w:ind w:left="0"/>
        <w:widowControl/>
      </w:pPr>
      <w:r>
        <w:rPr>
          <w:rFonts w:ascii="Arial" w:hAnsi="Arial"/>
          <w:b/>
          <w:i w:val="0"/>
          <w:sz w:val="21"/>
        </w:rPr>
        <w:t>REMEMBER: THIS IS A RECREATIONAL LEAGUE.</w:t>
      </w:r>
    </w:p>
    <w:p>
      <w:pPr>
        <w:keepNext/>
        <w:spacing w:before="240" w:after="100"/>
        <w:pBdr>
          <w:bottom w:val="single" w:sz="8" w:space="2" w:color="1F4E79"/>
        </w:pBdr>
        <w:widowControl/>
      </w:pPr>
      <w:r>
        <w:rPr>
          <w:rFonts w:ascii="Arial" w:hAnsi="Arial"/>
          <w:b/>
          <w:color w:val="1F4E79"/>
          <w:sz w:val="24"/>
        </w:rPr>
        <w:t>EQUIPMENT</w:t>
      </w:r>
    </w:p>
    <w:p>
      <w:pPr>
        <w:pStyle w:val="Heading1"/>
        <w:keepNext/>
        <w:spacing w:before="200" w:after="80"/>
        <w:widowControl/>
      </w:pPr>
      <w:r>
        <w:rPr>
          <w:rFonts w:ascii="Arial" w:hAnsi="Arial"/>
          <w:b/>
          <w:color w:val="1F4E79"/>
          <w:sz w:val="28"/>
        </w:rPr>
        <w:t>3. Player Equipment</w:t>
      </w:r>
    </w:p>
    <w:p>
      <w:pPr>
        <w:keepLines w:val="0"/>
        <w:spacing w:after="80" w:line="252" w:lineRule="auto"/>
        <w:ind w:left="0"/>
        <w:widowControl/>
      </w:pPr>
      <w:r>
        <w:rPr>
          <w:rFonts w:ascii="Arial" w:hAnsi="Arial"/>
          <w:b w:val="0"/>
          <w:i w:val="0"/>
          <w:sz w:val="21"/>
        </w:rPr>
        <w:t>All players must wear the required equipment while participating in an MYSA Flag Football game.</w:t>
      </w:r>
    </w:p>
    <w:p>
      <w:pPr>
        <w:pStyle w:val="Heading2"/>
        <w:keepNext/>
        <w:spacing w:before="120" w:after="80"/>
        <w:widowControl/>
      </w:pPr>
      <w:r>
        <w:rPr>
          <w:rFonts w:ascii="Arial" w:hAnsi="Arial"/>
          <w:b/>
          <w:color w:val="000000"/>
          <w:sz w:val="23"/>
        </w:rPr>
        <w:t>3.1 Mouthpiece</w:t>
      </w:r>
    </w:p>
    <w:p>
      <w:pPr>
        <w:keepLines w:val="0"/>
        <w:spacing w:after="80" w:line="252" w:lineRule="auto"/>
        <w:ind w:left="0"/>
        <w:widowControl/>
      </w:pPr>
      <w:r>
        <w:rPr>
          <w:rFonts w:ascii="Arial" w:hAnsi="Arial"/>
          <w:b w:val="0"/>
          <w:i w:val="0"/>
          <w:sz w:val="21"/>
        </w:rPr>
        <w:t>All players must wear a properly fitted mouthpiece while on the field.</w:t>
      </w:r>
    </w:p>
    <w:p>
      <w:pPr>
        <w:keepLines w:val="0"/>
        <w:spacing w:after="80" w:line="252" w:lineRule="auto"/>
        <w:ind w:left="0"/>
        <w:widowControl/>
      </w:pPr>
      <w:r>
        <w:rPr>
          <w:rFonts w:ascii="Arial" w:hAnsi="Arial"/>
          <w:b w:val="0"/>
          <w:i w:val="0"/>
          <w:sz w:val="21"/>
        </w:rPr>
        <w:t>Mouthpieces may not be clear.</w:t>
      </w:r>
    </w:p>
    <w:p>
      <w:pPr>
        <w:pStyle w:val="Heading2"/>
        <w:keepNext/>
        <w:spacing w:before="120" w:after="80"/>
        <w:widowControl/>
      </w:pPr>
      <w:r>
        <w:rPr>
          <w:rFonts w:ascii="Arial" w:hAnsi="Arial"/>
          <w:b/>
          <w:color w:val="000000"/>
          <w:sz w:val="23"/>
        </w:rPr>
        <w:t>3.2 Footwear</w:t>
      </w:r>
    </w:p>
    <w:p>
      <w:pPr>
        <w:keepLines w:val="0"/>
        <w:spacing w:after="80" w:line="252" w:lineRule="auto"/>
        <w:ind w:left="0"/>
        <w:widowControl/>
      </w:pPr>
      <w:r>
        <w:rPr>
          <w:rFonts w:ascii="Arial" w:hAnsi="Arial"/>
          <w:b w:val="0"/>
          <w:i w:val="0"/>
          <w:sz w:val="21"/>
        </w:rPr>
        <w:t>All players must wear cleats or other proper footwear appropriate for football.</w:t>
      </w:r>
    </w:p>
    <w:p>
      <w:pPr>
        <w:keepLines w:val="0"/>
        <w:spacing w:after="80" w:line="252" w:lineRule="auto"/>
        <w:ind w:left="0"/>
        <w:widowControl/>
      </w:pPr>
      <w:r>
        <w:rPr>
          <w:rFonts w:ascii="Arial" w:hAnsi="Arial"/>
          <w:b w:val="0"/>
          <w:i w:val="0"/>
          <w:sz w:val="21"/>
        </w:rPr>
        <w:t>Footwear must be safe for use on the playing surface.</w:t>
      </w:r>
    </w:p>
    <w:p>
      <w:pPr>
        <w:keepLines w:val="0"/>
        <w:spacing w:after="80" w:line="252" w:lineRule="auto"/>
        <w:ind w:left="0"/>
        <w:widowControl/>
      </w:pPr>
      <w:r>
        <w:rPr>
          <w:rFonts w:ascii="Arial" w:hAnsi="Arial"/>
          <w:b w:val="0"/>
          <w:i w:val="0"/>
          <w:sz w:val="21"/>
        </w:rPr>
        <w:t>Metal cleats or other footwear that may create a safety hazard are prohibited.</w:t>
      </w:r>
    </w:p>
    <w:p>
      <w:pPr>
        <w:pStyle w:val="Heading2"/>
        <w:keepNext/>
        <w:spacing w:before="120" w:after="80"/>
        <w:widowControl/>
      </w:pPr>
      <w:r>
        <w:rPr>
          <w:rFonts w:ascii="Arial" w:hAnsi="Arial"/>
          <w:b/>
          <w:color w:val="000000"/>
          <w:sz w:val="23"/>
        </w:rPr>
        <w:t>3.3 Flags</w:t>
      </w:r>
    </w:p>
    <w:p>
      <w:pPr>
        <w:keepLines w:val="0"/>
        <w:spacing w:after="80" w:line="252" w:lineRule="auto"/>
        <w:ind w:left="0"/>
        <w:widowControl/>
      </w:pPr>
      <w:r>
        <w:rPr>
          <w:rFonts w:ascii="Arial" w:hAnsi="Arial"/>
          <w:b w:val="0"/>
          <w:i w:val="0"/>
          <w:sz w:val="21"/>
        </w:rPr>
        <w:t>Every player must wear an MYSA-approved flag belt with the required flags properly attached.</w:t>
      </w:r>
    </w:p>
    <w:p>
      <w:pPr>
        <w:keepLines w:val="0"/>
        <w:spacing w:after="80" w:line="252" w:lineRule="auto"/>
        <w:ind w:left="0"/>
        <w:widowControl/>
      </w:pPr>
      <w:r>
        <w:rPr>
          <w:rFonts w:ascii="Arial" w:hAnsi="Arial"/>
          <w:b w:val="0"/>
          <w:i w:val="0"/>
          <w:sz w:val="21"/>
        </w:rPr>
        <w:t>Flags must:</w:t>
      </w:r>
    </w:p>
    <w:p>
      <w:pPr>
        <w:spacing w:after="40" w:line="247" w:lineRule="auto"/>
        <w:ind w:left="360" w:hanging="259"/>
        <w:widowControl/>
      </w:pPr>
      <w:r>
        <w:rPr>
          <w:rFonts w:ascii="Arial" w:hAnsi="Arial"/>
          <w:b/>
          <w:sz w:val="21"/>
        </w:rPr>
        <w:t xml:space="preserve">a. </w:t>
      </w:r>
      <w:r>
        <w:rPr>
          <w:rFonts w:ascii="Arial" w:hAnsi="Arial"/>
          <w:sz w:val="21"/>
        </w:rPr>
        <w:t>Be clearly visible;</w:t>
      </w:r>
    </w:p>
    <w:p>
      <w:pPr>
        <w:spacing w:after="40" w:line="247" w:lineRule="auto"/>
        <w:ind w:left="360" w:hanging="259"/>
        <w:widowControl/>
      </w:pPr>
      <w:r>
        <w:rPr>
          <w:rFonts w:ascii="Arial" w:hAnsi="Arial"/>
          <w:b/>
          <w:sz w:val="21"/>
        </w:rPr>
        <w:t xml:space="preserve">b. </w:t>
      </w:r>
      <w:r>
        <w:rPr>
          <w:rFonts w:ascii="Arial" w:hAnsi="Arial"/>
          <w:sz w:val="21"/>
        </w:rPr>
        <w:t>Be positioned so defenders have reasonable access to pull them;</w:t>
      </w:r>
    </w:p>
    <w:p>
      <w:pPr>
        <w:spacing w:after="40" w:line="247" w:lineRule="auto"/>
        <w:ind w:left="360" w:hanging="259"/>
        <w:widowControl/>
      </w:pPr>
      <w:r>
        <w:rPr>
          <w:rFonts w:ascii="Arial" w:hAnsi="Arial"/>
          <w:b/>
          <w:sz w:val="21"/>
        </w:rPr>
        <w:t xml:space="preserve">c. </w:t>
      </w:r>
      <w:r>
        <w:rPr>
          <w:rFonts w:ascii="Arial" w:hAnsi="Arial"/>
          <w:sz w:val="21"/>
        </w:rPr>
        <w:t>Not be covered by a jersey, shirt, towel, or other clothing; and</w:t>
      </w:r>
    </w:p>
    <w:p>
      <w:pPr>
        <w:spacing w:after="40" w:line="247" w:lineRule="auto"/>
        <w:ind w:left="360" w:hanging="259"/>
        <w:widowControl/>
      </w:pPr>
      <w:r>
        <w:rPr>
          <w:rFonts w:ascii="Arial" w:hAnsi="Arial"/>
          <w:b/>
          <w:sz w:val="21"/>
        </w:rPr>
        <w:t xml:space="preserve">d. </w:t>
      </w:r>
      <w:r>
        <w:rPr>
          <w:rFonts w:ascii="Arial" w:hAnsi="Arial"/>
          <w:sz w:val="21"/>
        </w:rPr>
        <w:t>Not be tied, taped, wrapped, fastened, or otherwise altered to make them more difficult to remove.</w:t>
      </w:r>
    </w:p>
    <w:p>
      <w:pPr>
        <w:keepLines w:val="0"/>
        <w:spacing w:after="80" w:line="252" w:lineRule="auto"/>
        <w:ind w:left="0"/>
        <w:widowControl/>
      </w:pPr>
      <w:r>
        <w:rPr>
          <w:rFonts w:ascii="Arial" w:hAnsi="Arial"/>
          <w:b w:val="0"/>
          <w:i w:val="0"/>
          <w:sz w:val="21"/>
        </w:rPr>
        <w:t>Players must begin each play with their flag belt properly secured.</w:t>
      </w:r>
    </w:p>
    <w:p>
      <w:pPr>
        <w:pStyle w:val="Heading2"/>
        <w:keepNext/>
        <w:spacing w:before="120" w:after="80"/>
        <w:widowControl/>
      </w:pPr>
      <w:r>
        <w:rPr>
          <w:rFonts w:ascii="Arial" w:hAnsi="Arial"/>
          <w:b/>
          <w:color w:val="000000"/>
          <w:sz w:val="23"/>
        </w:rPr>
        <w:t>3.4 Required Equipment</w:t>
      </w:r>
    </w:p>
    <w:p>
      <w:pPr>
        <w:keepLines w:val="0"/>
        <w:spacing w:after="80" w:line="252" w:lineRule="auto"/>
        <w:ind w:left="0"/>
        <w:widowControl/>
      </w:pPr>
      <w:r>
        <w:rPr>
          <w:rFonts w:ascii="Arial" w:hAnsi="Arial"/>
          <w:b w:val="0"/>
          <w:i w:val="0"/>
          <w:sz w:val="21"/>
        </w:rPr>
        <w:t>A player may not participate in a play without the required:</w:t>
      </w:r>
    </w:p>
    <w:p>
      <w:pPr>
        <w:spacing w:after="40" w:line="247" w:lineRule="auto"/>
        <w:ind w:left="360" w:hanging="259"/>
        <w:widowControl/>
      </w:pPr>
      <w:r>
        <w:rPr>
          <w:rFonts w:ascii="Arial" w:hAnsi="Arial"/>
          <w:b/>
          <w:sz w:val="21"/>
        </w:rPr>
        <w:t xml:space="preserve">a. </w:t>
      </w:r>
      <w:r>
        <w:rPr>
          <w:rFonts w:ascii="Arial" w:hAnsi="Arial"/>
          <w:sz w:val="21"/>
        </w:rPr>
        <w:t>Mouthpiece;</w:t>
      </w:r>
    </w:p>
    <w:p>
      <w:pPr>
        <w:spacing w:after="40" w:line="247" w:lineRule="auto"/>
        <w:ind w:left="360" w:hanging="259"/>
        <w:widowControl/>
      </w:pPr>
      <w:r>
        <w:rPr>
          <w:rFonts w:ascii="Arial" w:hAnsi="Arial"/>
          <w:b/>
          <w:sz w:val="21"/>
        </w:rPr>
        <w:t xml:space="preserve">b. </w:t>
      </w:r>
      <w:r>
        <w:rPr>
          <w:rFonts w:ascii="Arial" w:hAnsi="Arial"/>
          <w:sz w:val="21"/>
        </w:rPr>
        <w:t>Cleats or other proper football footwear; and</w:t>
      </w:r>
    </w:p>
    <w:p>
      <w:pPr>
        <w:spacing w:after="40" w:line="247" w:lineRule="auto"/>
        <w:ind w:left="360" w:hanging="259"/>
        <w:widowControl/>
      </w:pPr>
      <w:r>
        <w:rPr>
          <w:rFonts w:ascii="Arial" w:hAnsi="Arial"/>
          <w:b/>
          <w:sz w:val="21"/>
        </w:rPr>
        <w:t xml:space="preserve">c. </w:t>
      </w:r>
      <w:r>
        <w:rPr>
          <w:rFonts w:ascii="Arial" w:hAnsi="Arial"/>
          <w:sz w:val="21"/>
        </w:rPr>
        <w:t>Flag belt and flags.</w:t>
      </w:r>
    </w:p>
    <w:p>
      <w:pPr>
        <w:keepLines w:val="0"/>
        <w:spacing w:after="80" w:line="252" w:lineRule="auto"/>
        <w:ind w:left="0"/>
        <w:widowControl/>
      </w:pPr>
      <w:r>
        <w:rPr>
          <w:rFonts w:ascii="Arial" w:hAnsi="Arial"/>
          <w:b w:val="0"/>
          <w:i w:val="0"/>
          <w:sz w:val="21"/>
        </w:rPr>
        <w:t>Players are responsible for making sure all required equipment is properly worn before entering the field.</w:t>
      </w:r>
    </w:p>
    <w:p>
      <w:pPr>
        <w:keepNext/>
        <w:spacing w:before="240" w:after="100"/>
        <w:pBdr>
          <w:bottom w:val="single" w:sz="8" w:space="2" w:color="1F4E79"/>
        </w:pBdr>
        <w:widowControl/>
      </w:pPr>
      <w:r>
        <w:rPr>
          <w:rFonts w:ascii="Arial" w:hAnsi="Arial"/>
          <w:b/>
          <w:color w:val="1F4E79"/>
          <w:sz w:val="24"/>
        </w:rPr>
        <w:t>FIELD DIMENSIONS</w:t>
      </w:r>
    </w:p>
    <w:p>
      <w:pPr>
        <w:pStyle w:val="Heading1"/>
        <w:keepNext/>
        <w:spacing w:before="200" w:after="80"/>
        <w:widowControl/>
      </w:pPr>
      <w:r>
        <w:rPr>
          <w:rFonts w:ascii="Arial" w:hAnsi="Arial"/>
          <w:b/>
          <w:color w:val="1F4E79"/>
          <w:sz w:val="28"/>
        </w:rPr>
        <w:t>4. Field of Play</w:t>
      </w:r>
    </w:p>
    <w:p>
      <w:pPr>
        <w:pStyle w:val="Heading2"/>
        <w:keepNext/>
        <w:spacing w:before="120" w:after="80"/>
        <w:widowControl/>
      </w:pPr>
      <w:r>
        <w:rPr>
          <w:rFonts w:ascii="Arial" w:hAnsi="Arial"/>
          <w:b/>
          <w:color w:val="000000"/>
          <w:sz w:val="23"/>
        </w:rPr>
        <w:t>4.1 Field Length</w:t>
      </w:r>
    </w:p>
    <w:p>
      <w:pPr>
        <w:keepLines w:val="0"/>
        <w:spacing w:after="80" w:line="252" w:lineRule="auto"/>
        <w:ind w:left="0"/>
        <w:widowControl/>
      </w:pPr>
      <w:r>
        <w:rPr>
          <w:rFonts w:ascii="Arial" w:hAnsi="Arial"/>
          <w:b w:val="0"/>
          <w:i w:val="0"/>
          <w:sz w:val="21"/>
        </w:rPr>
        <w:t>The field will be fifty (50) yards in total length.</w:t>
      </w:r>
    </w:p>
    <w:p>
      <w:pPr>
        <w:keepLines w:val="0"/>
        <w:spacing w:after="80" w:line="252" w:lineRule="auto"/>
        <w:ind w:left="0"/>
        <w:widowControl/>
      </w:pPr>
      <w:r>
        <w:rPr>
          <w:rFonts w:ascii="Arial" w:hAnsi="Arial"/>
          <w:b w:val="0"/>
          <w:i w:val="0"/>
          <w:sz w:val="21"/>
        </w:rPr>
        <w:t>The field will consist of:</w:t>
      </w:r>
    </w:p>
    <w:p>
      <w:pPr>
        <w:pStyle w:val="ListBullet"/>
        <w:spacing w:after="20"/>
        <w:ind w:left="360"/>
        <w:widowControl/>
      </w:pPr>
      <w:r>
        <w:rPr>
          <w:rFonts w:ascii="Arial" w:hAnsi="Arial"/>
          <w:sz w:val="21"/>
        </w:rPr>
        <w:t>Forty (40) yards of playing field; and</w:t>
      </w:r>
    </w:p>
    <w:p>
      <w:pPr>
        <w:pStyle w:val="ListBullet"/>
        <w:spacing w:after="20"/>
        <w:ind w:left="360"/>
        <w:widowControl/>
      </w:pPr>
      <w:r>
        <w:rPr>
          <w:rFonts w:ascii="Arial" w:hAnsi="Arial"/>
          <w:sz w:val="21"/>
        </w:rPr>
        <w:t>One ten (10) yard end zone.</w:t>
      </w:r>
    </w:p>
    <w:p>
      <w:pPr>
        <w:pStyle w:val="Heading2"/>
        <w:keepNext/>
        <w:spacing w:before="120" w:after="80"/>
        <w:widowControl/>
      </w:pPr>
      <w:r>
        <w:rPr>
          <w:rFonts w:ascii="Arial" w:hAnsi="Arial"/>
          <w:b/>
          <w:color w:val="000000"/>
          <w:sz w:val="23"/>
        </w:rPr>
        <w:t>4.2 First-Down Lines</w:t>
      </w:r>
    </w:p>
    <w:p>
      <w:pPr>
        <w:keepLines w:val="0"/>
        <w:spacing w:after="80" w:line="252" w:lineRule="auto"/>
        <w:ind w:left="0"/>
        <w:widowControl/>
      </w:pPr>
      <w:r>
        <w:rPr>
          <w:rFonts w:ascii="Arial" w:hAnsi="Arial"/>
          <w:b w:val="0"/>
          <w:i w:val="0"/>
          <w:sz w:val="21"/>
        </w:rPr>
        <w:t>First-down markers will be located at the:</w:t>
      </w:r>
    </w:p>
    <w:p>
      <w:pPr>
        <w:pStyle w:val="ListBullet"/>
        <w:spacing w:after="20"/>
        <w:ind w:left="360"/>
        <w:widowControl/>
      </w:pPr>
      <w:r>
        <w:rPr>
          <w:rFonts w:ascii="Arial" w:hAnsi="Arial"/>
          <w:sz w:val="21"/>
        </w:rPr>
        <w:t>30-yard line;</w:t>
      </w:r>
    </w:p>
    <w:p>
      <w:pPr>
        <w:pStyle w:val="ListBullet"/>
        <w:spacing w:after="20"/>
        <w:ind w:left="360"/>
        <w:widowControl/>
      </w:pPr>
      <w:r>
        <w:rPr>
          <w:rFonts w:ascii="Arial" w:hAnsi="Arial"/>
          <w:sz w:val="21"/>
        </w:rPr>
        <w:t>20-yard line; and</w:t>
      </w:r>
    </w:p>
    <w:p>
      <w:pPr>
        <w:pStyle w:val="ListBullet"/>
        <w:spacing w:after="20"/>
        <w:ind w:left="360"/>
        <w:widowControl/>
      </w:pPr>
      <w:r>
        <w:rPr>
          <w:rFonts w:ascii="Arial" w:hAnsi="Arial"/>
          <w:sz w:val="21"/>
        </w:rPr>
        <w:t>10-yard line.</w:t>
      </w:r>
    </w:p>
    <w:p>
      <w:pPr>
        <w:keepLines w:val="0"/>
        <w:spacing w:after="80" w:line="252" w:lineRule="auto"/>
        <w:ind w:left="0"/>
        <w:widowControl/>
      </w:pPr>
      <w:r>
        <w:rPr>
          <w:rFonts w:ascii="Arial" w:hAnsi="Arial"/>
          <w:b w:val="0"/>
          <w:i w:val="0"/>
          <w:sz w:val="21"/>
        </w:rPr>
        <w:t>Each time the offensive team legally reaches or passes the next first-down marker, the offense will be awarded a new first down.</w:t>
      </w:r>
    </w:p>
    <w:p>
      <w:pPr>
        <w:keepLines w:val="0"/>
        <w:spacing w:after="80" w:line="252" w:lineRule="auto"/>
        <w:ind w:left="0"/>
        <w:widowControl/>
      </w:pPr>
      <w:r>
        <w:rPr>
          <w:rFonts w:ascii="Arial" w:hAnsi="Arial"/>
          <w:b w:val="0"/>
          <w:i/>
          <w:sz w:val="21"/>
        </w:rPr>
        <w:t>For example, an offense may have 1st and 2 yards to go if the ball is two yards from the next first-down marker.</w:t>
      </w:r>
    </w:p>
    <w:p>
      <w:pPr>
        <w:keepNext/>
        <w:spacing w:before="240" w:after="100"/>
        <w:pBdr>
          <w:bottom w:val="single" w:sz="8" w:space="2" w:color="1F4E79"/>
        </w:pBdr>
        <w:widowControl/>
      </w:pPr>
      <w:r>
        <w:rPr>
          <w:rFonts w:ascii="Arial" w:hAnsi="Arial"/>
          <w:b/>
          <w:color w:val="1F4E79"/>
          <w:sz w:val="24"/>
        </w:rPr>
        <w:t>GAME TIMING</w:t>
      </w:r>
    </w:p>
    <w:p>
      <w:pPr>
        <w:pStyle w:val="Heading1"/>
        <w:keepNext/>
        <w:spacing w:before="200" w:after="80"/>
        <w:widowControl/>
      </w:pPr>
      <w:r>
        <w:rPr>
          <w:rFonts w:ascii="Arial" w:hAnsi="Arial"/>
          <w:b/>
          <w:color w:val="1F4E79"/>
          <w:sz w:val="28"/>
        </w:rPr>
        <w:t>5. Length of Game</w:t>
      </w:r>
    </w:p>
    <w:p>
      <w:pPr>
        <w:keepLines w:val="0"/>
        <w:spacing w:after="80" w:line="252" w:lineRule="auto"/>
        <w:ind w:left="0"/>
        <w:widowControl/>
      </w:pPr>
      <w:r>
        <w:rPr>
          <w:rFonts w:ascii="Arial" w:hAnsi="Arial"/>
          <w:b w:val="0"/>
          <w:i w:val="0"/>
          <w:sz w:val="21"/>
        </w:rPr>
        <w:t>All MYSA Flag Football games will consist of four (4), eight (8) minute quarters.</w:t>
      </w:r>
    </w:p>
    <w:p>
      <w:pPr>
        <w:pStyle w:val="Heading2"/>
        <w:keepNext/>
        <w:spacing w:before="120" w:after="80"/>
        <w:widowControl/>
      </w:pPr>
      <w:r>
        <w:rPr>
          <w:rFonts w:ascii="Arial" w:hAnsi="Arial"/>
          <w:b/>
          <w:color w:val="000000"/>
          <w:sz w:val="23"/>
        </w:rPr>
        <w:t>5.1 Game Clock</w:t>
      </w:r>
    </w:p>
    <w:p>
      <w:pPr>
        <w:keepLines w:val="0"/>
        <w:spacing w:after="80" w:line="252" w:lineRule="auto"/>
        <w:ind w:left="0"/>
        <w:widowControl/>
      </w:pPr>
      <w:r>
        <w:rPr>
          <w:rFonts w:ascii="Arial" w:hAnsi="Arial"/>
          <w:b w:val="0"/>
          <w:i w:val="0"/>
          <w:sz w:val="21"/>
        </w:rPr>
        <w:t>The game clock will stop and start as directed by the officiating crew in accordance with applicable MYSA rules, except when the MYSA Mercy Rule is in effect.</w:t>
      </w:r>
    </w:p>
    <w:p>
      <w:pPr>
        <w:pStyle w:val="Heading2"/>
        <w:keepNext/>
        <w:spacing w:before="120" w:after="80"/>
        <w:widowControl/>
      </w:pPr>
      <w:r>
        <w:rPr>
          <w:rFonts w:ascii="Arial" w:hAnsi="Arial"/>
          <w:b/>
          <w:color w:val="000000"/>
          <w:sz w:val="23"/>
        </w:rPr>
        <w:t>5.2 End of Quarter</w:t>
      </w:r>
    </w:p>
    <w:p>
      <w:pPr>
        <w:keepLines w:val="0"/>
        <w:spacing w:after="80" w:line="252" w:lineRule="auto"/>
        <w:ind w:left="0"/>
        <w:widowControl/>
      </w:pPr>
      <w:r>
        <w:rPr>
          <w:rFonts w:ascii="Arial" w:hAnsi="Arial"/>
          <w:b w:val="0"/>
          <w:i w:val="0"/>
          <w:sz w:val="21"/>
        </w:rPr>
        <w:t>A whistle will signal the end of each quarter.</w:t>
      </w:r>
    </w:p>
    <w:p>
      <w:pPr>
        <w:keepLines w:val="0"/>
        <w:spacing w:after="80" w:line="252" w:lineRule="auto"/>
        <w:ind w:left="0"/>
        <w:widowControl/>
      </w:pPr>
      <w:r>
        <w:rPr>
          <w:rFonts w:ascii="Arial" w:hAnsi="Arial"/>
          <w:b w:val="0"/>
          <w:i w:val="0"/>
          <w:sz w:val="21"/>
        </w:rPr>
        <w:t>Teams will change ends of the field as appropriate between quarters.</w:t>
      </w:r>
    </w:p>
    <w:p>
      <w:pPr>
        <w:pStyle w:val="Heading2"/>
        <w:keepNext/>
        <w:spacing w:before="120" w:after="80"/>
        <w:widowControl/>
      </w:pPr>
      <w:r>
        <w:rPr>
          <w:rFonts w:ascii="Arial" w:hAnsi="Arial"/>
          <w:b/>
          <w:color w:val="000000"/>
          <w:sz w:val="23"/>
        </w:rPr>
        <w:t>5.3 Halftime</w:t>
      </w:r>
    </w:p>
    <w:p>
      <w:pPr>
        <w:keepLines w:val="0"/>
        <w:spacing w:after="80" w:line="252" w:lineRule="auto"/>
        <w:ind w:left="0"/>
        <w:widowControl/>
      </w:pPr>
      <w:r>
        <w:rPr>
          <w:rFonts w:ascii="Arial" w:hAnsi="Arial"/>
          <w:b w:val="0"/>
          <w:i w:val="0"/>
          <w:sz w:val="21"/>
        </w:rPr>
        <w:t>Halftime will be eight (8) minutes.</w:t>
      </w:r>
    </w:p>
    <w:p>
      <w:pPr>
        <w:pStyle w:val="Heading2"/>
        <w:keepNext/>
        <w:spacing w:before="120" w:after="80"/>
        <w:widowControl/>
      </w:pPr>
      <w:r>
        <w:rPr>
          <w:rFonts w:ascii="Arial" w:hAnsi="Arial"/>
          <w:b/>
          <w:color w:val="000000"/>
          <w:sz w:val="23"/>
        </w:rPr>
        <w:t>5.4 Final Two Minutes</w:t>
      </w:r>
    </w:p>
    <w:p>
      <w:pPr>
        <w:keepLines w:val="0"/>
        <w:spacing w:after="80" w:line="252" w:lineRule="auto"/>
        <w:ind w:left="0"/>
        <w:widowControl/>
      </w:pPr>
      <w:r>
        <w:rPr>
          <w:rFonts w:ascii="Arial" w:hAnsi="Arial"/>
          <w:b w:val="0"/>
          <w:i w:val="0"/>
          <w:sz w:val="21"/>
        </w:rPr>
        <w:t>The official will announce when two (2) minutes remain in the fourth quarter.</w:t>
      </w:r>
    </w:p>
    <w:p>
      <w:pPr>
        <w:pStyle w:val="Heading2"/>
        <w:keepNext/>
        <w:spacing w:before="120" w:after="80"/>
        <w:widowControl/>
      </w:pPr>
      <w:r>
        <w:rPr>
          <w:rFonts w:ascii="Arial" w:hAnsi="Arial"/>
          <w:b/>
          <w:color w:val="000000"/>
          <w:sz w:val="23"/>
        </w:rPr>
        <w:t>5.5 Play Clock</w:t>
      </w:r>
    </w:p>
    <w:p>
      <w:pPr>
        <w:keepLines w:val="0"/>
        <w:spacing w:after="80" w:line="252" w:lineRule="auto"/>
        <w:ind w:left="0"/>
        <w:widowControl/>
      </w:pPr>
      <w:r>
        <w:rPr>
          <w:rFonts w:ascii="Arial" w:hAnsi="Arial"/>
          <w:b w:val="0"/>
          <w:i w:val="0"/>
          <w:sz w:val="21"/>
        </w:rPr>
        <w:t>The offensive team will have twenty (20) seconds to put the football into play after the ball is declared ready for play.</w:t>
      </w:r>
    </w:p>
    <w:p>
      <w:pPr>
        <w:keepLines w:val="0"/>
        <w:spacing w:after="80" w:line="252" w:lineRule="auto"/>
        <w:ind w:left="0"/>
        <w:widowControl/>
      </w:pPr>
      <w:r>
        <w:rPr>
          <w:rFonts w:ascii="Arial" w:hAnsi="Arial"/>
          <w:b w:val="0"/>
          <w:i w:val="0"/>
          <w:sz w:val="21"/>
        </w:rPr>
        <w:t>Failure to put the football into play within the allowed time will result in delay of game.</w:t>
      </w:r>
    </w:p>
    <w:p>
      <w:pPr>
        <w:spacing w:after="100"/>
        <w:ind w:left="288"/>
        <w:widowControl/>
      </w:pPr>
      <w:r>
        <w:rPr>
          <w:rFonts w:ascii="Arial" w:hAnsi="Arial"/>
          <w:b/>
          <w:sz w:val="21"/>
        </w:rPr>
        <w:t xml:space="preserve">Penalty: </w:t>
      </w:r>
      <w:r>
        <w:rPr>
          <w:rFonts w:ascii="Arial" w:hAnsi="Arial"/>
          <w:b/>
          <w:sz w:val="21"/>
        </w:rPr>
        <w:t>Loss of down.</w:t>
      </w:r>
    </w:p>
    <w:p>
      <w:pPr>
        <w:keepNext/>
        <w:spacing w:before="240" w:after="100"/>
        <w:pBdr>
          <w:bottom w:val="single" w:sz="8" w:space="2" w:color="1F4E79"/>
        </w:pBdr>
        <w:widowControl/>
      </w:pPr>
      <w:r>
        <w:rPr>
          <w:rFonts w:ascii="Arial" w:hAnsi="Arial"/>
          <w:b/>
          <w:color w:val="1F4E79"/>
          <w:sz w:val="24"/>
        </w:rPr>
        <w:t>STARTING THE GAME AND POSSESSIONS</w:t>
      </w:r>
    </w:p>
    <w:p>
      <w:pPr>
        <w:pStyle w:val="Heading1"/>
        <w:keepNext/>
        <w:spacing w:before="200" w:after="80"/>
        <w:widowControl/>
      </w:pPr>
      <w:r>
        <w:rPr>
          <w:rFonts w:ascii="Arial" w:hAnsi="Arial"/>
          <w:b/>
          <w:color w:val="1F4E79"/>
          <w:sz w:val="28"/>
        </w:rPr>
        <w:t>6. Coin Toss</w:t>
      </w:r>
    </w:p>
    <w:p>
      <w:pPr>
        <w:keepLines w:val="0"/>
        <w:spacing w:after="80" w:line="252" w:lineRule="auto"/>
        <w:ind w:left="0"/>
        <w:widowControl/>
      </w:pPr>
      <w:r>
        <w:rPr>
          <w:rFonts w:ascii="Arial" w:hAnsi="Arial"/>
          <w:b w:val="0"/>
          <w:i w:val="0"/>
          <w:sz w:val="21"/>
        </w:rPr>
        <w:t>A coin toss will determine which team receives the first offensive possession.</w:t>
      </w:r>
    </w:p>
    <w:p>
      <w:pPr>
        <w:keepLines w:val="0"/>
        <w:spacing w:after="80" w:line="252" w:lineRule="auto"/>
        <w:ind w:left="0"/>
        <w:widowControl/>
      </w:pPr>
      <w:r>
        <w:rPr>
          <w:rFonts w:ascii="Arial" w:hAnsi="Arial"/>
          <w:b w:val="0"/>
          <w:i w:val="0"/>
          <w:sz w:val="21"/>
        </w:rPr>
        <w:t>The team receiving possession will begin at the 40-yard line and may select the hash mark from which it wishes to begin the possession.</w:t>
      </w:r>
    </w:p>
    <w:p>
      <w:pPr>
        <w:keepLines w:val="0"/>
        <w:spacing w:after="80" w:line="252" w:lineRule="auto"/>
        <w:ind w:left="0"/>
        <w:widowControl/>
      </w:pPr>
      <w:r>
        <w:rPr>
          <w:rFonts w:ascii="Arial" w:hAnsi="Arial"/>
          <w:b w:val="0"/>
          <w:i w:val="0"/>
          <w:sz w:val="21"/>
        </w:rPr>
        <w:t>The team entitled to the first possession of the second half will also begin at the 40-yard line.</w:t>
      </w:r>
    </w:p>
    <w:p>
      <w:pPr>
        <w:pStyle w:val="Heading1"/>
        <w:keepNext/>
        <w:spacing w:before="200" w:after="80"/>
        <w:widowControl/>
      </w:pPr>
      <w:r>
        <w:rPr>
          <w:rFonts w:ascii="Arial" w:hAnsi="Arial"/>
          <w:b/>
          <w:color w:val="1F4E79"/>
          <w:sz w:val="28"/>
        </w:rPr>
        <w:t>7. Starting Position After Change of Possession</w:t>
      </w:r>
    </w:p>
    <w:p>
      <w:pPr>
        <w:keepLines w:val="0"/>
        <w:spacing w:after="80" w:line="252" w:lineRule="auto"/>
        <w:ind w:left="0"/>
        <w:widowControl/>
      </w:pPr>
      <w:r>
        <w:rPr>
          <w:rFonts w:ascii="Arial" w:hAnsi="Arial"/>
          <w:b w:val="0"/>
          <w:i w:val="0"/>
          <w:sz w:val="21"/>
        </w:rPr>
        <w:t>Following a change of possession, the new offensive team will begin at the 40-yard line with its choice of hash mark unless specifically provided otherwise by an MYSA rule.</w:t>
      </w:r>
    </w:p>
    <w:p>
      <w:pPr>
        <w:keepLines w:val="0"/>
        <w:spacing w:after="80" w:line="252" w:lineRule="auto"/>
        <w:ind w:left="0"/>
        <w:widowControl/>
      </w:pPr>
      <w:r>
        <w:rPr>
          <w:rFonts w:ascii="Arial" w:hAnsi="Arial"/>
          <w:b w:val="0"/>
          <w:i w:val="0"/>
          <w:sz w:val="21"/>
        </w:rPr>
        <w:t>This includes changes of possession following:</w:t>
      </w:r>
    </w:p>
    <w:p>
      <w:pPr>
        <w:spacing w:after="40" w:line="247" w:lineRule="auto"/>
        <w:ind w:left="360" w:hanging="259"/>
        <w:widowControl/>
      </w:pPr>
      <w:r>
        <w:rPr>
          <w:rFonts w:ascii="Arial" w:hAnsi="Arial"/>
          <w:b/>
          <w:sz w:val="21"/>
        </w:rPr>
        <w:t xml:space="preserve">a. </w:t>
      </w:r>
      <w:r>
        <w:rPr>
          <w:rFonts w:ascii="Arial" w:hAnsi="Arial"/>
          <w:sz w:val="21"/>
        </w:rPr>
        <w:t>Turnover on downs;</w:t>
      </w:r>
    </w:p>
    <w:p>
      <w:pPr>
        <w:spacing w:after="40" w:line="247" w:lineRule="auto"/>
        <w:ind w:left="360" w:hanging="259"/>
        <w:widowControl/>
      </w:pPr>
      <w:r>
        <w:rPr>
          <w:rFonts w:ascii="Arial" w:hAnsi="Arial"/>
          <w:b/>
          <w:sz w:val="21"/>
        </w:rPr>
        <w:t xml:space="preserve">b. </w:t>
      </w:r>
      <w:r>
        <w:rPr>
          <w:rFonts w:ascii="Arial" w:hAnsi="Arial"/>
          <w:sz w:val="21"/>
        </w:rPr>
        <w:t>Interception;</w:t>
      </w:r>
    </w:p>
    <w:p>
      <w:pPr>
        <w:spacing w:after="40" w:line="247" w:lineRule="auto"/>
        <w:ind w:left="360" w:hanging="259"/>
        <w:widowControl/>
      </w:pPr>
      <w:r>
        <w:rPr>
          <w:rFonts w:ascii="Arial" w:hAnsi="Arial"/>
          <w:b/>
          <w:sz w:val="21"/>
        </w:rPr>
        <w:t xml:space="preserve">c. </w:t>
      </w:r>
      <w:r>
        <w:rPr>
          <w:rFonts w:ascii="Arial" w:hAnsi="Arial"/>
          <w:sz w:val="21"/>
        </w:rPr>
        <w:t>Completion of a touchdown and point-after attempt; or</w:t>
      </w:r>
    </w:p>
    <w:p>
      <w:pPr>
        <w:spacing w:after="40" w:line="247" w:lineRule="auto"/>
        <w:ind w:left="360" w:hanging="259"/>
        <w:widowControl/>
      </w:pPr>
      <w:r>
        <w:rPr>
          <w:rFonts w:ascii="Arial" w:hAnsi="Arial"/>
          <w:b/>
          <w:sz w:val="21"/>
        </w:rPr>
        <w:t xml:space="preserve">d. </w:t>
      </w:r>
      <w:r>
        <w:rPr>
          <w:rFonts w:ascii="Arial" w:hAnsi="Arial"/>
          <w:sz w:val="21"/>
        </w:rPr>
        <w:t>Any other normal change of possession.</w:t>
      </w:r>
    </w:p>
    <w:p>
      <w:pPr>
        <w:keepLines w:val="0"/>
        <w:spacing w:after="80" w:line="252" w:lineRule="auto"/>
        <w:ind w:left="0"/>
        <w:widowControl/>
      </w:pPr>
      <w:r>
        <w:rPr>
          <w:rFonts w:ascii="Arial" w:hAnsi="Arial"/>
          <w:b w:val="0"/>
          <w:i w:val="0"/>
          <w:sz w:val="21"/>
        </w:rPr>
        <w:t>There are no live kickoffs.</w:t>
      </w:r>
    </w:p>
    <w:p>
      <w:pPr>
        <w:keepNext/>
        <w:spacing w:before="240" w:after="100"/>
        <w:pBdr>
          <w:bottom w:val="single" w:sz="8" w:space="2" w:color="1F4E79"/>
        </w:pBdr>
        <w:widowControl/>
      </w:pPr>
      <w:r>
        <w:rPr>
          <w:rFonts w:ascii="Arial" w:hAnsi="Arial"/>
          <w:b/>
          <w:color w:val="1F4E79"/>
          <w:sz w:val="24"/>
        </w:rPr>
        <w:t>OFFENSIVE FORMATION AND PRE-SNAP RULES</w:t>
      </w:r>
    </w:p>
    <w:p>
      <w:pPr>
        <w:pStyle w:val="Heading1"/>
        <w:keepNext/>
        <w:spacing w:before="200" w:after="80"/>
        <w:widowControl/>
      </w:pPr>
      <w:r>
        <w:rPr>
          <w:rFonts w:ascii="Arial" w:hAnsi="Arial"/>
          <w:b/>
          <w:color w:val="1F4E79"/>
          <w:sz w:val="28"/>
        </w:rPr>
        <w:t>8. Offensive Formation</w:t>
      </w:r>
    </w:p>
    <w:p>
      <w:pPr>
        <w:keepLines w:val="0"/>
        <w:spacing w:after="80" w:line="252" w:lineRule="auto"/>
        <w:ind w:left="0"/>
        <w:widowControl/>
      </w:pPr>
      <w:r>
        <w:rPr>
          <w:rFonts w:ascii="Arial" w:hAnsi="Arial"/>
          <w:b w:val="0"/>
          <w:i w:val="0"/>
          <w:sz w:val="21"/>
        </w:rPr>
        <w:t>Five (5) offensive players must be positioned on the line of scrimmage.</w:t>
      </w:r>
    </w:p>
    <w:p>
      <w:pPr>
        <w:keepLines w:val="0"/>
        <w:spacing w:after="80" w:line="252" w:lineRule="auto"/>
        <w:ind w:left="0"/>
        <w:widowControl/>
      </w:pPr>
      <w:r>
        <w:rPr>
          <w:rFonts w:ascii="Arial" w:hAnsi="Arial"/>
          <w:b w:val="0"/>
          <w:i w:val="0"/>
          <w:sz w:val="21"/>
        </w:rPr>
        <w:t>Offensive wide receivers must line up outside of the tackle box.</w:t>
      </w:r>
    </w:p>
    <w:p>
      <w:pPr>
        <w:keepLines w:val="0"/>
        <w:spacing w:after="80" w:line="252" w:lineRule="auto"/>
        <w:ind w:left="0"/>
        <w:widowControl/>
      </w:pPr>
      <w:r>
        <w:rPr>
          <w:rFonts w:ascii="Arial" w:hAnsi="Arial"/>
          <w:b w:val="0"/>
          <w:i w:val="0"/>
          <w:sz w:val="21"/>
        </w:rPr>
        <w:t>At least one eligible receiver must be positioned on the line of scrimmage on each side of the offensive formation.</w:t>
      </w:r>
    </w:p>
    <w:p>
      <w:pPr>
        <w:keepLines w:val="0"/>
        <w:spacing w:after="80" w:line="252" w:lineRule="auto"/>
        <w:ind w:left="0"/>
        <w:widowControl/>
      </w:pPr>
      <w:r>
        <w:rPr>
          <w:rFonts w:ascii="Arial" w:hAnsi="Arial"/>
          <w:b w:val="0"/>
          <w:i w:val="0"/>
          <w:sz w:val="21"/>
        </w:rPr>
        <w:t>All formations must otherwise comply with applicable MYSA rules.</w:t>
      </w:r>
    </w:p>
    <w:p>
      <w:pPr>
        <w:pStyle w:val="Heading1"/>
        <w:keepNext/>
        <w:spacing w:before="200" w:after="80"/>
        <w:widowControl/>
      </w:pPr>
      <w:r>
        <w:rPr>
          <w:rFonts w:ascii="Arial" w:hAnsi="Arial"/>
          <w:b/>
          <w:color w:val="1F4E79"/>
          <w:sz w:val="28"/>
        </w:rPr>
        <w:t>9. Shotgun Snap</w:t>
      </w:r>
    </w:p>
    <w:p>
      <w:pPr>
        <w:keepLines w:val="0"/>
        <w:spacing w:after="80" w:line="252" w:lineRule="auto"/>
        <w:ind w:left="0"/>
        <w:widowControl/>
      </w:pPr>
      <w:r>
        <w:rPr>
          <w:rFonts w:ascii="Arial" w:hAnsi="Arial"/>
          <w:b w:val="0"/>
          <w:i w:val="0"/>
          <w:sz w:val="21"/>
        </w:rPr>
        <w:t>All offensive snaps must be made from a shotgun formation.</w:t>
      </w:r>
    </w:p>
    <w:p>
      <w:pPr>
        <w:keepLines w:val="0"/>
        <w:spacing w:after="80" w:line="252" w:lineRule="auto"/>
        <w:ind w:left="0"/>
        <w:widowControl/>
      </w:pPr>
      <w:r>
        <w:rPr>
          <w:rFonts w:ascii="Arial" w:hAnsi="Arial"/>
          <w:b w:val="0"/>
          <w:i w:val="0"/>
          <w:sz w:val="21"/>
        </w:rPr>
        <w:t>The quarterback may not take a direct snap from immediately behind the center.</w:t>
      </w:r>
    </w:p>
    <w:p>
      <w:pPr>
        <w:keepLines w:val="0"/>
        <w:spacing w:after="80" w:line="252" w:lineRule="auto"/>
        <w:ind w:left="0"/>
        <w:widowControl/>
      </w:pPr>
      <w:r>
        <w:rPr>
          <w:rFonts w:ascii="Arial" w:hAnsi="Arial"/>
          <w:b w:val="0"/>
          <w:i w:val="0"/>
          <w:sz w:val="21"/>
        </w:rPr>
        <w:t>The center must legally snap and release the football to the quarterback or other legal receiving player.</w:t>
      </w:r>
    </w:p>
    <w:p>
      <w:pPr>
        <w:pStyle w:val="Heading1"/>
        <w:keepNext/>
        <w:spacing w:before="200" w:after="80"/>
        <w:widowControl/>
      </w:pPr>
      <w:r>
        <w:rPr>
          <w:rFonts w:ascii="Arial" w:hAnsi="Arial"/>
          <w:b/>
          <w:color w:val="1F4E79"/>
          <w:sz w:val="28"/>
        </w:rPr>
        <w:t>10. Offensive Motion and Shifts</w:t>
      </w:r>
    </w:p>
    <w:p>
      <w:pPr>
        <w:pStyle w:val="Heading2"/>
        <w:keepNext/>
        <w:spacing w:before="120" w:after="80"/>
        <w:widowControl/>
      </w:pPr>
      <w:r>
        <w:rPr>
          <w:rFonts w:ascii="Arial" w:hAnsi="Arial"/>
          <w:b/>
          <w:color w:val="000000"/>
          <w:sz w:val="23"/>
        </w:rPr>
        <w:t>10.1 Motion</w:t>
      </w:r>
    </w:p>
    <w:p>
      <w:pPr>
        <w:keepLines w:val="0"/>
        <w:spacing w:after="80" w:line="252" w:lineRule="auto"/>
        <w:ind w:left="0"/>
        <w:widowControl/>
      </w:pPr>
      <w:r>
        <w:rPr>
          <w:rFonts w:ascii="Arial" w:hAnsi="Arial"/>
          <w:b w:val="0"/>
          <w:i w:val="0"/>
          <w:sz w:val="21"/>
        </w:rPr>
        <w:t>Only one (1) offensive player may be in motion when the football is snapped.</w:t>
      </w:r>
    </w:p>
    <w:p>
      <w:pPr>
        <w:keepLines w:val="0"/>
        <w:spacing w:after="80" w:line="252" w:lineRule="auto"/>
        <w:ind w:left="0"/>
        <w:widowControl/>
      </w:pPr>
      <w:r>
        <w:rPr>
          <w:rFonts w:ascii="Arial" w:hAnsi="Arial"/>
          <w:b w:val="0"/>
          <w:i w:val="0"/>
          <w:sz w:val="21"/>
        </w:rPr>
        <w:t>The player in motion may not be moving toward the opponent's goal line at the time of the snap.</w:t>
      </w:r>
    </w:p>
    <w:p>
      <w:pPr>
        <w:pStyle w:val="Heading2"/>
        <w:keepNext/>
        <w:spacing w:before="120" w:after="80"/>
        <w:widowControl/>
      </w:pPr>
      <w:r>
        <w:rPr>
          <w:rFonts w:ascii="Arial" w:hAnsi="Arial"/>
          <w:b/>
          <w:color w:val="000000"/>
          <w:sz w:val="23"/>
        </w:rPr>
        <w:t>10.2 Shifts</w:t>
      </w:r>
    </w:p>
    <w:p>
      <w:pPr>
        <w:keepLines w:val="0"/>
        <w:spacing w:after="80" w:line="252" w:lineRule="auto"/>
        <w:ind w:left="0"/>
        <w:widowControl/>
      </w:pPr>
      <w:r>
        <w:rPr>
          <w:rFonts w:ascii="Arial" w:hAnsi="Arial"/>
          <w:b w:val="0"/>
          <w:i w:val="0"/>
          <w:sz w:val="21"/>
        </w:rPr>
        <w:t>Multiple offensive players may shift before the snap.</w:t>
      </w:r>
    </w:p>
    <w:p>
      <w:pPr>
        <w:keepLines w:val="0"/>
        <w:spacing w:after="80" w:line="252" w:lineRule="auto"/>
        <w:ind w:left="0"/>
        <w:widowControl/>
      </w:pPr>
      <w:r>
        <w:rPr>
          <w:rFonts w:ascii="Arial" w:hAnsi="Arial"/>
          <w:b w:val="0"/>
          <w:i w:val="0"/>
          <w:sz w:val="21"/>
        </w:rPr>
        <w:t>Following a shift involving two (2) or more players, all offensive players must become set and remain motionless for at least one (1) full second before one player may legally go into motion.</w:t>
      </w:r>
    </w:p>
    <w:p>
      <w:pPr>
        <w:keepNext/>
        <w:spacing w:before="240" w:after="100"/>
        <w:pBdr>
          <w:bottom w:val="single" w:sz="8" w:space="2" w:color="1F4E79"/>
        </w:pBdr>
        <w:widowControl/>
      </w:pPr>
      <w:r>
        <w:rPr>
          <w:rFonts w:ascii="Arial" w:hAnsi="Arial"/>
          <w:b/>
          <w:color w:val="1F4E79"/>
          <w:sz w:val="24"/>
        </w:rPr>
        <w:t>CENTER SNEAK / CENTER-QUARTERBACK TRICK PLAY</w:t>
      </w:r>
    </w:p>
    <w:p>
      <w:pPr>
        <w:pStyle w:val="Heading1"/>
        <w:keepNext/>
        <w:spacing w:before="200" w:after="80"/>
        <w:widowControl/>
      </w:pPr>
      <w:r>
        <w:rPr>
          <w:rFonts w:ascii="Arial" w:hAnsi="Arial"/>
          <w:b/>
          <w:color w:val="1F4E79"/>
          <w:sz w:val="28"/>
        </w:rPr>
        <w:t>11. Prohibited Center Sneak or Fake-Snap Play</w:t>
      </w:r>
    </w:p>
    <w:p>
      <w:pPr>
        <w:keepLines w:val="0"/>
        <w:spacing w:after="80" w:line="252" w:lineRule="auto"/>
        <w:ind w:left="0"/>
        <w:widowControl/>
      </w:pPr>
      <w:r>
        <w:rPr>
          <w:rFonts w:ascii="Arial" w:hAnsi="Arial"/>
          <w:b w:val="0"/>
          <w:i w:val="0"/>
          <w:sz w:val="21"/>
        </w:rPr>
        <w:t>The center must complete a legal shotgun snap and release possession of the football.</w:t>
      </w:r>
    </w:p>
    <w:p>
      <w:pPr>
        <w:keepLines w:val="0"/>
        <w:spacing w:after="80" w:line="252" w:lineRule="auto"/>
        <w:ind w:left="0"/>
        <w:widowControl/>
      </w:pPr>
      <w:r>
        <w:rPr>
          <w:rFonts w:ascii="Arial" w:hAnsi="Arial"/>
          <w:b w:val="0"/>
          <w:i w:val="0"/>
          <w:sz w:val="21"/>
        </w:rPr>
        <w:t>The center may not intentionally retain possession of the football as part of a designed play in which the quarterback:</w:t>
      </w:r>
    </w:p>
    <w:p>
      <w:pPr>
        <w:spacing w:after="40" w:line="247" w:lineRule="auto"/>
        <w:ind w:left="360" w:hanging="259"/>
        <w:widowControl/>
      </w:pPr>
      <w:r>
        <w:rPr>
          <w:rFonts w:ascii="Arial" w:hAnsi="Arial"/>
          <w:b/>
          <w:sz w:val="21"/>
        </w:rPr>
        <w:t xml:space="preserve">a. </w:t>
      </w:r>
      <w:r>
        <w:rPr>
          <w:rFonts w:ascii="Arial" w:hAnsi="Arial"/>
          <w:sz w:val="21"/>
        </w:rPr>
        <w:t>Pretends to receive the snap;</w:t>
      </w:r>
    </w:p>
    <w:p>
      <w:pPr>
        <w:spacing w:after="40" w:line="247" w:lineRule="auto"/>
        <w:ind w:left="360" w:hanging="259"/>
        <w:widowControl/>
      </w:pPr>
      <w:r>
        <w:rPr>
          <w:rFonts w:ascii="Arial" w:hAnsi="Arial"/>
          <w:b/>
          <w:sz w:val="21"/>
        </w:rPr>
        <w:t xml:space="preserve">b. </w:t>
      </w:r>
      <w:r>
        <w:rPr>
          <w:rFonts w:ascii="Arial" w:hAnsi="Arial"/>
          <w:sz w:val="21"/>
        </w:rPr>
        <w:t>Makes minimal or momentary contact with the football;</w:t>
      </w:r>
    </w:p>
    <w:p>
      <w:pPr>
        <w:spacing w:after="40" w:line="247" w:lineRule="auto"/>
        <w:ind w:left="360" w:hanging="259"/>
        <w:widowControl/>
      </w:pPr>
      <w:r>
        <w:rPr>
          <w:rFonts w:ascii="Arial" w:hAnsi="Arial"/>
          <w:b/>
          <w:sz w:val="21"/>
        </w:rPr>
        <w:t xml:space="preserve">c. </w:t>
      </w:r>
      <w:r>
        <w:rPr>
          <w:rFonts w:ascii="Arial" w:hAnsi="Arial"/>
          <w:sz w:val="21"/>
        </w:rPr>
        <w:t>Pretends to take possession while the center keeps the football; or</w:t>
      </w:r>
    </w:p>
    <w:p>
      <w:pPr>
        <w:spacing w:after="40" w:line="247" w:lineRule="auto"/>
        <w:ind w:left="360" w:hanging="259"/>
        <w:widowControl/>
      </w:pPr>
      <w:r>
        <w:rPr>
          <w:rFonts w:ascii="Arial" w:hAnsi="Arial"/>
          <w:b/>
          <w:sz w:val="21"/>
        </w:rPr>
        <w:t xml:space="preserve">d. </w:t>
      </w:r>
      <w:r>
        <w:rPr>
          <w:rFonts w:ascii="Arial" w:hAnsi="Arial"/>
          <w:sz w:val="21"/>
        </w:rPr>
        <w:t>Otherwise participates in a deceptive center-quarterback exchange intended to allow the center to retain possession and advance the ball.</w:t>
      </w:r>
    </w:p>
    <w:p>
      <w:pPr>
        <w:keepLines w:val="0"/>
        <w:spacing w:after="80" w:line="252" w:lineRule="auto"/>
        <w:ind w:left="0"/>
        <w:widowControl/>
      </w:pPr>
      <w:r>
        <w:rPr>
          <w:rFonts w:ascii="Arial" w:hAnsi="Arial"/>
          <w:b/>
          <w:i w:val="0"/>
          <w:sz w:val="21"/>
        </w:rPr>
        <w:t>This includes any version of a center sneak, center keeper, fake snap, or center-quarterback trick play in which the center intentionally retains the football rather than completing a legal snap.</w:t>
      </w:r>
    </w:p>
    <w:p>
      <w:pPr>
        <w:spacing w:after="100"/>
        <w:ind w:left="288"/>
        <w:widowControl/>
      </w:pPr>
      <w:r>
        <w:rPr>
          <w:rFonts w:ascii="Arial" w:hAnsi="Arial"/>
          <w:b/>
          <w:sz w:val="21"/>
        </w:rPr>
        <w:t xml:space="preserve">Penalty: </w:t>
      </w:r>
      <w:r>
        <w:rPr>
          <w:rFonts w:ascii="Arial" w:hAnsi="Arial"/>
          <w:b/>
          <w:sz w:val="21"/>
        </w:rPr>
        <w:t>Five (5) yards and loss of down.</w:t>
      </w:r>
    </w:p>
    <w:p>
      <w:pPr>
        <w:keepLines w:val="0"/>
        <w:spacing w:after="80" w:line="252" w:lineRule="auto"/>
        <w:ind w:left="0"/>
        <w:widowControl/>
      </w:pPr>
      <w:r>
        <w:rPr>
          <w:rFonts w:ascii="Arial" w:hAnsi="Arial"/>
          <w:b w:val="0"/>
          <w:i w:val="0"/>
          <w:sz w:val="21"/>
        </w:rPr>
        <w:t>This rule applies regardless of how the play is designed, named, or disguised.</w:t>
      </w:r>
    </w:p>
    <w:p>
      <w:pPr>
        <w:keepNext/>
        <w:spacing w:before="240" w:after="100"/>
        <w:pBdr>
          <w:bottom w:val="single" w:sz="8" w:space="2" w:color="1F4E79"/>
        </w:pBdr>
        <w:widowControl/>
      </w:pPr>
      <w:r>
        <w:rPr>
          <w:rFonts w:ascii="Arial" w:hAnsi="Arial"/>
          <w:b/>
          <w:color w:val="1F4E79"/>
          <w:sz w:val="24"/>
        </w:rPr>
        <w:t>MOVING THE BALL</w:t>
      </w:r>
    </w:p>
    <w:p>
      <w:pPr>
        <w:pStyle w:val="Heading1"/>
        <w:keepNext/>
        <w:spacing w:before="200" w:after="80"/>
        <w:widowControl/>
      </w:pPr>
      <w:r>
        <w:rPr>
          <w:rFonts w:ascii="Arial" w:hAnsi="Arial"/>
          <w:b/>
          <w:color w:val="1F4E79"/>
          <w:sz w:val="28"/>
        </w:rPr>
        <w:t>12. Downs and First Downs</w:t>
      </w:r>
    </w:p>
    <w:p>
      <w:pPr>
        <w:keepLines w:val="0"/>
        <w:spacing w:after="80" w:line="252" w:lineRule="auto"/>
        <w:ind w:left="0"/>
        <w:widowControl/>
      </w:pPr>
      <w:r>
        <w:rPr>
          <w:rFonts w:ascii="Arial" w:hAnsi="Arial"/>
          <w:b w:val="0"/>
          <w:i w:val="0"/>
          <w:sz w:val="21"/>
        </w:rPr>
        <w:t>The offensive team will have four (4) downs to reach the next first-down marker.</w:t>
      </w:r>
    </w:p>
    <w:p>
      <w:pPr>
        <w:keepLines w:val="0"/>
        <w:spacing w:after="80" w:line="252" w:lineRule="auto"/>
        <w:ind w:left="0"/>
        <w:widowControl/>
      </w:pPr>
      <w:r>
        <w:rPr>
          <w:rFonts w:ascii="Arial" w:hAnsi="Arial"/>
          <w:b w:val="0"/>
          <w:i w:val="0"/>
          <w:sz w:val="21"/>
        </w:rPr>
        <w:t>First-down markers are located at the:</w:t>
      </w:r>
    </w:p>
    <w:p>
      <w:pPr>
        <w:pStyle w:val="ListBullet"/>
        <w:spacing w:after="20"/>
        <w:ind w:left="360"/>
        <w:widowControl/>
      </w:pPr>
      <w:r>
        <w:rPr>
          <w:rFonts w:ascii="Arial" w:hAnsi="Arial"/>
          <w:sz w:val="21"/>
        </w:rPr>
        <w:t>30-yard line;</w:t>
      </w:r>
    </w:p>
    <w:p>
      <w:pPr>
        <w:pStyle w:val="ListBullet"/>
        <w:spacing w:after="20"/>
        <w:ind w:left="360"/>
        <w:widowControl/>
      </w:pPr>
      <w:r>
        <w:rPr>
          <w:rFonts w:ascii="Arial" w:hAnsi="Arial"/>
          <w:sz w:val="21"/>
        </w:rPr>
        <w:t>20-yard line; and</w:t>
      </w:r>
    </w:p>
    <w:p>
      <w:pPr>
        <w:pStyle w:val="ListBullet"/>
        <w:spacing w:after="20"/>
        <w:ind w:left="360"/>
        <w:widowControl/>
      </w:pPr>
      <w:r>
        <w:rPr>
          <w:rFonts w:ascii="Arial" w:hAnsi="Arial"/>
          <w:sz w:val="21"/>
        </w:rPr>
        <w:t>10-yard line.</w:t>
      </w:r>
    </w:p>
    <w:p>
      <w:pPr>
        <w:keepLines w:val="0"/>
        <w:spacing w:after="80" w:line="252" w:lineRule="auto"/>
        <w:ind w:left="0"/>
        <w:widowControl/>
      </w:pPr>
      <w:r>
        <w:rPr>
          <w:rFonts w:ascii="Arial" w:hAnsi="Arial"/>
          <w:b w:val="0"/>
          <w:i w:val="0"/>
          <w:sz w:val="21"/>
        </w:rPr>
        <w:t>Once the offensive team reaches the next marker, it will receive a new series of four (4) downs.</w:t>
      </w:r>
    </w:p>
    <w:p>
      <w:pPr>
        <w:keepLines w:val="0"/>
        <w:spacing w:after="80" w:line="252" w:lineRule="auto"/>
        <w:ind w:left="0"/>
        <w:widowControl/>
      </w:pPr>
      <w:r>
        <w:rPr>
          <w:rFonts w:ascii="Arial" w:hAnsi="Arial"/>
          <w:b w:val="0"/>
          <w:i w:val="0"/>
          <w:sz w:val="21"/>
        </w:rPr>
        <w:t>Once the offense is inside the 10-yard line, it will have four (4) downs to score a touchdown.</w:t>
      </w:r>
    </w:p>
    <w:p>
      <w:pPr>
        <w:pStyle w:val="Heading1"/>
        <w:keepNext/>
        <w:spacing w:before="200" w:after="80"/>
        <w:widowControl/>
      </w:pPr>
      <w:r>
        <w:rPr>
          <w:rFonts w:ascii="Arial" w:hAnsi="Arial"/>
          <w:b/>
          <w:color w:val="1F4E79"/>
          <w:sz w:val="28"/>
        </w:rPr>
        <w:t>13. Quarterback</w:t>
      </w:r>
    </w:p>
    <w:p>
      <w:pPr>
        <w:pStyle w:val="Heading2"/>
        <w:keepNext/>
        <w:spacing w:before="120" w:after="80"/>
        <w:widowControl/>
      </w:pPr>
      <w:r>
        <w:rPr>
          <w:rFonts w:ascii="Arial" w:hAnsi="Arial"/>
          <w:b/>
          <w:color w:val="000000"/>
          <w:sz w:val="23"/>
        </w:rPr>
        <w:t>13.1 Quarterback Defined</w:t>
      </w:r>
    </w:p>
    <w:p>
      <w:pPr>
        <w:keepLines w:val="0"/>
        <w:spacing w:after="80" w:line="252" w:lineRule="auto"/>
        <w:ind w:left="0"/>
        <w:widowControl/>
      </w:pPr>
      <w:r>
        <w:rPr>
          <w:rFonts w:ascii="Arial" w:hAnsi="Arial"/>
          <w:b w:val="0"/>
          <w:i w:val="0"/>
          <w:sz w:val="21"/>
        </w:rPr>
        <w:t>The first offensive player to control the football following the snap will be considered the quarterback for that play.</w:t>
      </w:r>
    </w:p>
    <w:p>
      <w:pPr>
        <w:pStyle w:val="Heading2"/>
        <w:keepNext/>
        <w:spacing w:before="120" w:after="80"/>
        <w:widowControl/>
      </w:pPr>
      <w:r>
        <w:rPr>
          <w:rFonts w:ascii="Arial" w:hAnsi="Arial"/>
          <w:b/>
          <w:color w:val="000000"/>
          <w:sz w:val="23"/>
        </w:rPr>
        <w:t>13.2 Quarterback May Not Run</w:t>
      </w:r>
    </w:p>
    <w:p>
      <w:pPr>
        <w:keepLines w:val="0"/>
        <w:spacing w:after="80" w:line="252" w:lineRule="auto"/>
        <w:ind w:left="0"/>
        <w:widowControl/>
      </w:pPr>
      <w:r>
        <w:rPr>
          <w:rFonts w:ascii="Arial" w:hAnsi="Arial"/>
          <w:b/>
          <w:i w:val="0"/>
          <w:sz w:val="21"/>
        </w:rPr>
        <w:t>The quarterback is never eligible to run the football across the line of scrimmage.</w:t>
      </w:r>
    </w:p>
    <w:p>
      <w:pPr>
        <w:keepLines w:val="0"/>
        <w:spacing w:after="80" w:line="252" w:lineRule="auto"/>
        <w:ind w:left="0"/>
        <w:widowControl/>
      </w:pPr>
      <w:r>
        <w:rPr>
          <w:rFonts w:ascii="Arial" w:hAnsi="Arial"/>
          <w:b w:val="0"/>
          <w:i w:val="0"/>
          <w:sz w:val="21"/>
        </w:rPr>
        <w:t>The quarterback must release the football from behind the line of scrimmage by:</w:t>
      </w:r>
    </w:p>
    <w:p>
      <w:pPr>
        <w:spacing w:after="40" w:line="247" w:lineRule="auto"/>
        <w:ind w:left="360" w:hanging="259"/>
        <w:widowControl/>
      </w:pPr>
      <w:r>
        <w:rPr>
          <w:rFonts w:ascii="Arial" w:hAnsi="Arial"/>
          <w:b/>
          <w:sz w:val="21"/>
        </w:rPr>
        <w:t xml:space="preserve">a. </w:t>
      </w:r>
      <w:r>
        <w:rPr>
          <w:rFonts w:ascii="Arial" w:hAnsi="Arial"/>
          <w:sz w:val="21"/>
        </w:rPr>
        <w:t>Forward pass;</w:t>
      </w:r>
    </w:p>
    <w:p>
      <w:pPr>
        <w:spacing w:after="40" w:line="247" w:lineRule="auto"/>
        <w:ind w:left="360" w:hanging="259"/>
        <w:widowControl/>
      </w:pPr>
      <w:r>
        <w:rPr>
          <w:rFonts w:ascii="Arial" w:hAnsi="Arial"/>
          <w:b/>
          <w:sz w:val="21"/>
        </w:rPr>
        <w:t xml:space="preserve">b. </w:t>
      </w:r>
      <w:r>
        <w:rPr>
          <w:rFonts w:ascii="Arial" w:hAnsi="Arial"/>
          <w:sz w:val="21"/>
        </w:rPr>
        <w:t>Handoff; or</w:t>
      </w:r>
    </w:p>
    <w:p>
      <w:pPr>
        <w:spacing w:after="40" w:line="247" w:lineRule="auto"/>
        <w:ind w:left="360" w:hanging="259"/>
        <w:widowControl/>
      </w:pPr>
      <w:r>
        <w:rPr>
          <w:rFonts w:ascii="Arial" w:hAnsi="Arial"/>
          <w:b/>
          <w:sz w:val="21"/>
        </w:rPr>
        <w:t xml:space="preserve">c. </w:t>
      </w:r>
      <w:r>
        <w:rPr>
          <w:rFonts w:ascii="Arial" w:hAnsi="Arial"/>
          <w:sz w:val="21"/>
        </w:rPr>
        <w:t>Legal toss.</w:t>
      </w:r>
    </w:p>
    <w:p>
      <w:pPr>
        <w:keepLines w:val="0"/>
        <w:spacing w:after="80" w:line="252" w:lineRule="auto"/>
        <w:ind w:left="0"/>
        <w:widowControl/>
      </w:pPr>
      <w:r>
        <w:rPr>
          <w:rFonts w:ascii="Arial" w:hAnsi="Arial"/>
          <w:b w:val="0"/>
          <w:i w:val="0"/>
          <w:sz w:val="21"/>
        </w:rPr>
        <w:t>If the quarterback crosses the line of scrimmage while still possessing the football, the play will be ruled illegal.</w:t>
      </w:r>
    </w:p>
    <w:p>
      <w:pPr>
        <w:pStyle w:val="Heading2"/>
        <w:keepNext/>
        <w:spacing w:before="120" w:after="80"/>
        <w:widowControl/>
      </w:pPr>
      <w:r>
        <w:rPr>
          <w:rFonts w:ascii="Arial" w:hAnsi="Arial"/>
          <w:b/>
          <w:color w:val="000000"/>
          <w:sz w:val="23"/>
        </w:rPr>
        <w:t>13.3 Quarterback Release</w:t>
      </w:r>
    </w:p>
    <w:p>
      <w:pPr>
        <w:keepLines w:val="0"/>
        <w:spacing w:after="80" w:line="252" w:lineRule="auto"/>
        <w:ind w:left="0"/>
        <w:widowControl/>
      </w:pPr>
      <w:r>
        <w:rPr>
          <w:rFonts w:ascii="Arial" w:hAnsi="Arial"/>
          <w:b w:val="0"/>
          <w:i w:val="0"/>
          <w:sz w:val="21"/>
        </w:rPr>
        <w:t>The quarterback must release the football from behind the line of scrimmage.</w:t>
      </w:r>
    </w:p>
    <w:p>
      <w:pPr>
        <w:keepLines w:val="0"/>
        <w:spacing w:after="80" w:line="252" w:lineRule="auto"/>
        <w:ind w:left="0"/>
        <w:widowControl/>
      </w:pPr>
      <w:r>
        <w:rPr>
          <w:rFonts w:ascii="Arial" w:hAnsi="Arial"/>
          <w:b w:val="0"/>
          <w:i w:val="0"/>
          <w:sz w:val="21"/>
        </w:rPr>
        <w:t>An illegal forward pass will result in the applicable offensive penalty and loss of down.</w:t>
      </w:r>
    </w:p>
    <w:p>
      <w:pPr>
        <w:pStyle w:val="Heading2"/>
        <w:keepNext/>
        <w:spacing w:before="120" w:after="80"/>
        <w:widowControl/>
      </w:pPr>
      <w:r>
        <w:rPr>
          <w:rFonts w:ascii="Arial" w:hAnsi="Arial"/>
          <w:b/>
          <w:color w:val="000000"/>
          <w:sz w:val="23"/>
        </w:rPr>
        <w:t>13.4 Five-Second Rule</w:t>
      </w:r>
    </w:p>
    <w:p>
      <w:pPr>
        <w:keepLines w:val="0"/>
        <w:spacing w:after="80" w:line="252" w:lineRule="auto"/>
        <w:ind w:left="0"/>
        <w:widowControl/>
      </w:pPr>
      <w:r>
        <w:rPr>
          <w:rFonts w:ascii="Arial" w:hAnsi="Arial"/>
          <w:b w:val="0"/>
          <w:i w:val="0"/>
          <w:sz w:val="21"/>
        </w:rPr>
        <w:t>The quarterback will have five (5) seconds to release the football.</w:t>
      </w:r>
    </w:p>
    <w:p>
      <w:pPr>
        <w:keepLines w:val="0"/>
        <w:spacing w:after="80" w:line="252" w:lineRule="auto"/>
        <w:ind w:left="0"/>
        <w:widowControl/>
      </w:pPr>
      <w:r>
        <w:rPr>
          <w:rFonts w:ascii="Arial" w:hAnsi="Arial"/>
          <w:b w:val="0"/>
          <w:i w:val="0"/>
          <w:sz w:val="21"/>
        </w:rPr>
        <w:t>The official will count the five seconds.</w:t>
      </w:r>
    </w:p>
    <w:p>
      <w:pPr>
        <w:keepLines w:val="0"/>
        <w:spacing w:after="80" w:line="252" w:lineRule="auto"/>
        <w:ind w:left="0"/>
        <w:widowControl/>
      </w:pPr>
      <w:r>
        <w:rPr>
          <w:rFonts w:ascii="Arial" w:hAnsi="Arial"/>
          <w:b w:val="0"/>
          <w:i w:val="0"/>
          <w:sz w:val="21"/>
        </w:rPr>
        <w:t>If the quarterback has not released the football when the five-second count expires, the official will immediately blow the play dead.</w:t>
      </w:r>
    </w:p>
    <w:p>
      <w:pPr>
        <w:keepLines w:val="0"/>
        <w:spacing w:after="80" w:line="252" w:lineRule="auto"/>
        <w:ind w:left="0"/>
        <w:widowControl/>
      </w:pPr>
      <w:r>
        <w:rPr>
          <w:rFonts w:ascii="Arial" w:hAnsi="Arial"/>
          <w:b w:val="0"/>
          <w:i w:val="0"/>
          <w:sz w:val="21"/>
        </w:rPr>
        <w:t>The down will count.</w:t>
      </w:r>
    </w:p>
    <w:p>
      <w:pPr>
        <w:pStyle w:val="Heading1"/>
        <w:keepNext/>
        <w:spacing w:before="200" w:after="80"/>
        <w:widowControl/>
      </w:pPr>
      <w:r>
        <w:rPr>
          <w:rFonts w:ascii="Arial" w:hAnsi="Arial"/>
          <w:b/>
          <w:color w:val="1F4E79"/>
          <w:sz w:val="28"/>
        </w:rPr>
        <w:t>14. Running Plays and Exchanges</w:t>
      </w:r>
    </w:p>
    <w:p>
      <w:pPr>
        <w:keepLines w:val="0"/>
        <w:spacing w:after="80" w:line="252" w:lineRule="auto"/>
        <w:ind w:left="0"/>
        <w:widowControl/>
      </w:pPr>
      <w:r>
        <w:rPr>
          <w:rFonts w:ascii="Arial" w:hAnsi="Arial"/>
          <w:b w:val="0"/>
          <w:i w:val="0"/>
          <w:sz w:val="21"/>
        </w:rPr>
        <w:t>The offense may run the football on any down and may call running plays as often as it chooses.</w:t>
      </w:r>
    </w:p>
    <w:p>
      <w:pPr>
        <w:keepLines w:val="0"/>
        <w:spacing w:after="80" w:line="252" w:lineRule="auto"/>
        <w:ind w:left="0"/>
        <w:widowControl/>
      </w:pPr>
      <w:r>
        <w:rPr>
          <w:rFonts w:ascii="Arial" w:hAnsi="Arial"/>
          <w:b w:val="0"/>
          <w:i w:val="0"/>
          <w:sz w:val="21"/>
        </w:rPr>
        <w:t>The quarterback is permitted one primary exchange following the snap.</w:t>
      </w:r>
    </w:p>
    <w:p>
      <w:pPr>
        <w:keepLines w:val="0"/>
        <w:spacing w:after="80" w:line="252" w:lineRule="auto"/>
        <w:ind w:left="0"/>
        <w:widowControl/>
      </w:pPr>
      <w:r>
        <w:rPr>
          <w:rFonts w:ascii="Arial" w:hAnsi="Arial"/>
          <w:b w:val="0"/>
          <w:i w:val="0"/>
          <w:sz w:val="21"/>
        </w:rPr>
        <w:t>The quarterback may:</w:t>
      </w:r>
    </w:p>
    <w:p>
      <w:pPr>
        <w:spacing w:after="40" w:line="247" w:lineRule="auto"/>
        <w:ind w:left="360" w:hanging="259"/>
        <w:widowControl/>
      </w:pPr>
      <w:r>
        <w:rPr>
          <w:rFonts w:ascii="Arial" w:hAnsi="Arial"/>
          <w:b/>
          <w:sz w:val="21"/>
        </w:rPr>
        <w:t xml:space="preserve">a. </w:t>
      </w:r>
      <w:r>
        <w:rPr>
          <w:rFonts w:ascii="Arial" w:hAnsi="Arial"/>
          <w:sz w:val="21"/>
        </w:rPr>
        <w:t>Throw a legal forward pass;</w:t>
      </w:r>
    </w:p>
    <w:p>
      <w:pPr>
        <w:spacing w:after="40" w:line="247" w:lineRule="auto"/>
        <w:ind w:left="360" w:hanging="259"/>
        <w:widowControl/>
      </w:pPr>
      <w:r>
        <w:rPr>
          <w:rFonts w:ascii="Arial" w:hAnsi="Arial"/>
          <w:b/>
          <w:sz w:val="21"/>
        </w:rPr>
        <w:t xml:space="preserve">b. </w:t>
      </w:r>
      <w:r>
        <w:rPr>
          <w:rFonts w:ascii="Arial" w:hAnsi="Arial"/>
          <w:sz w:val="21"/>
        </w:rPr>
        <w:t>Hand the football to another player; or</w:t>
      </w:r>
    </w:p>
    <w:p>
      <w:pPr>
        <w:spacing w:after="40" w:line="247" w:lineRule="auto"/>
        <w:ind w:left="360" w:hanging="259"/>
        <w:widowControl/>
      </w:pPr>
      <w:r>
        <w:rPr>
          <w:rFonts w:ascii="Arial" w:hAnsi="Arial"/>
          <w:b/>
          <w:sz w:val="21"/>
        </w:rPr>
        <w:t xml:space="preserve">c. </w:t>
      </w:r>
      <w:r>
        <w:rPr>
          <w:rFonts w:ascii="Arial" w:hAnsi="Arial"/>
          <w:sz w:val="21"/>
        </w:rPr>
        <w:t>Make a legal toss to another player.</w:t>
      </w:r>
    </w:p>
    <w:p>
      <w:pPr>
        <w:keepLines w:val="0"/>
        <w:spacing w:after="80" w:line="252" w:lineRule="auto"/>
        <w:ind w:left="0"/>
        <w:widowControl/>
      </w:pPr>
      <w:r>
        <w:rPr>
          <w:rFonts w:ascii="Arial" w:hAnsi="Arial"/>
          <w:b w:val="0"/>
          <w:i w:val="0"/>
          <w:sz w:val="21"/>
        </w:rPr>
        <w:t>Multi-exchange trick plays are prohibited.</w:t>
      </w:r>
    </w:p>
    <w:p>
      <w:pPr>
        <w:keepLines w:val="0"/>
        <w:spacing w:after="80" w:line="252" w:lineRule="auto"/>
        <w:ind w:left="0"/>
        <w:widowControl/>
      </w:pPr>
      <w:r>
        <w:rPr>
          <w:rFonts w:ascii="Arial" w:hAnsi="Arial"/>
          <w:b w:val="0"/>
          <w:i w:val="0"/>
          <w:sz w:val="21"/>
        </w:rPr>
        <w:t>The following are not allowed:</w:t>
      </w:r>
    </w:p>
    <w:p>
      <w:pPr>
        <w:spacing w:after="40" w:line="247" w:lineRule="auto"/>
        <w:ind w:left="360" w:hanging="259"/>
        <w:widowControl/>
      </w:pPr>
      <w:r>
        <w:rPr>
          <w:rFonts w:ascii="Arial" w:hAnsi="Arial"/>
          <w:b/>
          <w:sz w:val="21"/>
        </w:rPr>
        <w:t xml:space="preserve">a. </w:t>
      </w:r>
      <w:r>
        <w:rPr>
          <w:rFonts w:ascii="Arial" w:hAnsi="Arial"/>
          <w:sz w:val="21"/>
        </w:rPr>
        <w:t>Reverses;</w:t>
      </w:r>
    </w:p>
    <w:p>
      <w:pPr>
        <w:spacing w:after="40" w:line="247" w:lineRule="auto"/>
        <w:ind w:left="360" w:hanging="259"/>
        <w:widowControl/>
      </w:pPr>
      <w:r>
        <w:rPr>
          <w:rFonts w:ascii="Arial" w:hAnsi="Arial"/>
          <w:b/>
          <w:sz w:val="21"/>
        </w:rPr>
        <w:t xml:space="preserve">b. </w:t>
      </w:r>
      <w:r>
        <w:rPr>
          <w:rFonts w:ascii="Arial" w:hAnsi="Arial"/>
          <w:sz w:val="21"/>
        </w:rPr>
        <w:t>Hook-and-ladder plays;</w:t>
      </w:r>
    </w:p>
    <w:p>
      <w:pPr>
        <w:spacing w:after="40" w:line="247" w:lineRule="auto"/>
        <w:ind w:left="360" w:hanging="259"/>
        <w:widowControl/>
      </w:pPr>
      <w:r>
        <w:rPr>
          <w:rFonts w:ascii="Arial" w:hAnsi="Arial"/>
          <w:b/>
          <w:sz w:val="21"/>
        </w:rPr>
        <w:t xml:space="preserve">c. </w:t>
      </w:r>
      <w:r>
        <w:rPr>
          <w:rFonts w:ascii="Arial" w:hAnsi="Arial"/>
          <w:sz w:val="21"/>
        </w:rPr>
        <w:t>Toss-pass trick plays;</w:t>
      </w:r>
    </w:p>
    <w:p>
      <w:pPr>
        <w:spacing w:after="40" w:line="247" w:lineRule="auto"/>
        <w:ind w:left="360" w:hanging="259"/>
        <w:widowControl/>
      </w:pPr>
      <w:r>
        <w:rPr>
          <w:rFonts w:ascii="Arial" w:hAnsi="Arial"/>
          <w:b/>
          <w:sz w:val="21"/>
        </w:rPr>
        <w:t xml:space="preserve">d. </w:t>
      </w:r>
      <w:r>
        <w:rPr>
          <w:rFonts w:ascii="Arial" w:hAnsi="Arial"/>
          <w:sz w:val="21"/>
        </w:rPr>
        <w:t>Multiple handoffs or exchanges designed to circumvent the one-exchange rule; or</w:t>
      </w:r>
    </w:p>
    <w:p>
      <w:pPr>
        <w:spacing w:after="40" w:line="247" w:lineRule="auto"/>
        <w:ind w:left="360" w:hanging="259"/>
        <w:widowControl/>
      </w:pPr>
      <w:r>
        <w:rPr>
          <w:rFonts w:ascii="Arial" w:hAnsi="Arial"/>
          <w:b/>
          <w:sz w:val="21"/>
        </w:rPr>
        <w:t xml:space="preserve">e. </w:t>
      </w:r>
      <w:r>
        <w:rPr>
          <w:rFonts w:ascii="Arial" w:hAnsi="Arial"/>
          <w:sz w:val="21"/>
        </w:rPr>
        <w:t>Similar multi-exchange trick plays.</w:t>
      </w:r>
    </w:p>
    <w:p>
      <w:pPr>
        <w:keepLines w:val="0"/>
        <w:spacing w:after="80" w:line="252" w:lineRule="auto"/>
        <w:ind w:left="0"/>
        <w:widowControl/>
      </w:pPr>
      <w:r>
        <w:rPr>
          <w:rFonts w:ascii="Arial" w:hAnsi="Arial"/>
          <w:b w:val="0"/>
          <w:i w:val="0"/>
          <w:sz w:val="21"/>
        </w:rPr>
        <w:t>Once the quarterback legally hands or tosses the football to a runner, the runner may advance the football subject to all MYSA Flag Football rules.</w:t>
      </w:r>
    </w:p>
    <w:p>
      <w:pPr>
        <w:keepNext/>
        <w:spacing w:before="240" w:after="100"/>
        <w:pBdr>
          <w:bottom w:val="single" w:sz="8" w:space="2" w:color="1F4E79"/>
        </w:pBdr>
        <w:widowControl/>
      </w:pPr>
      <w:r>
        <w:rPr>
          <w:rFonts w:ascii="Arial" w:hAnsi="Arial"/>
          <w:b/>
          <w:color w:val="1F4E79"/>
          <w:sz w:val="24"/>
        </w:rPr>
        <w:t>DEFENSIVE RULES</w:t>
      </w:r>
    </w:p>
    <w:p>
      <w:pPr>
        <w:pStyle w:val="Heading1"/>
        <w:keepNext/>
        <w:spacing w:before="200" w:after="80"/>
        <w:widowControl/>
      </w:pPr>
      <w:r>
        <w:rPr>
          <w:rFonts w:ascii="Arial" w:hAnsi="Arial"/>
          <w:b/>
          <w:color w:val="1F4E79"/>
          <w:sz w:val="28"/>
        </w:rPr>
        <w:t>15. No Blitzing</w:t>
      </w:r>
    </w:p>
    <w:p>
      <w:pPr>
        <w:keepLines w:val="0"/>
        <w:spacing w:after="80" w:line="252" w:lineRule="auto"/>
        <w:ind w:left="0"/>
        <w:widowControl/>
      </w:pPr>
      <w:r>
        <w:rPr>
          <w:rFonts w:ascii="Arial" w:hAnsi="Arial"/>
          <w:b w:val="0"/>
          <w:i w:val="0"/>
          <w:sz w:val="21"/>
        </w:rPr>
        <w:t>Blitzing is prohibited.</w:t>
      </w:r>
    </w:p>
    <w:p>
      <w:pPr>
        <w:keepLines w:val="0"/>
        <w:spacing w:after="80" w:line="252" w:lineRule="auto"/>
        <w:ind w:left="0"/>
        <w:widowControl/>
      </w:pPr>
      <w:r>
        <w:rPr>
          <w:rFonts w:ascii="Arial" w:hAnsi="Arial"/>
          <w:b w:val="0"/>
          <w:i w:val="0"/>
          <w:sz w:val="21"/>
        </w:rPr>
        <w:t>Defensive players may not cross the line of scrimmage to rush the quarterback while the quarterback possesses the football behind the line of scrimmage.</w:t>
      </w:r>
    </w:p>
    <w:p>
      <w:pPr>
        <w:spacing w:after="100"/>
        <w:ind w:left="288"/>
        <w:widowControl/>
      </w:pPr>
      <w:r>
        <w:rPr>
          <w:rFonts w:ascii="Arial" w:hAnsi="Arial"/>
          <w:b/>
          <w:sz w:val="21"/>
        </w:rPr>
        <w:t xml:space="preserve">Penalty: </w:t>
      </w:r>
      <w:r>
        <w:rPr>
          <w:rFonts w:ascii="Arial" w:hAnsi="Arial"/>
          <w:b/>
          <w:sz w:val="21"/>
        </w:rPr>
        <w:t>A defensive blitz will result in a fifteen (15) yard unsportsmanlike conduct penalty.</w:t>
      </w:r>
    </w:p>
    <w:p>
      <w:pPr>
        <w:pStyle w:val="Heading1"/>
        <w:keepNext/>
        <w:spacing w:before="200" w:after="80"/>
        <w:widowControl/>
      </w:pPr>
      <w:r>
        <w:rPr>
          <w:rFonts w:ascii="Arial" w:hAnsi="Arial"/>
          <w:b/>
          <w:color w:val="1F4E79"/>
          <w:sz w:val="28"/>
        </w:rPr>
        <w:t>16. Defense on Running Plays</w:t>
      </w:r>
    </w:p>
    <w:p>
      <w:pPr>
        <w:keepLines w:val="0"/>
        <w:spacing w:after="80" w:line="252" w:lineRule="auto"/>
        <w:ind w:left="0"/>
        <w:widowControl/>
      </w:pPr>
      <w:r>
        <w:rPr>
          <w:rFonts w:ascii="Arial" w:hAnsi="Arial"/>
          <w:b w:val="0"/>
          <w:i w:val="0"/>
          <w:sz w:val="21"/>
        </w:rPr>
        <w:t>On a running play, defensive players may not cross the line of scrimmage until the quarterback has handed or legally tossed the football to the running back or other ball carrier.</w:t>
      </w:r>
    </w:p>
    <w:p>
      <w:pPr>
        <w:keepLines w:val="0"/>
        <w:spacing w:after="80" w:line="252" w:lineRule="auto"/>
        <w:ind w:left="0"/>
        <w:widowControl/>
      </w:pPr>
      <w:r>
        <w:rPr>
          <w:rFonts w:ascii="Arial" w:hAnsi="Arial"/>
          <w:b w:val="0"/>
          <w:i w:val="0"/>
          <w:sz w:val="21"/>
        </w:rPr>
        <w:t>Once the exchange has occurred, defensive players may cross the line of scrimmage and attempt to legally pull the ball carrier's flag.</w:t>
      </w:r>
    </w:p>
    <w:p>
      <w:pPr>
        <w:pStyle w:val="Heading1"/>
        <w:keepNext/>
        <w:spacing w:before="200" w:after="80"/>
        <w:widowControl/>
      </w:pPr>
      <w:r>
        <w:rPr>
          <w:rFonts w:ascii="Arial" w:hAnsi="Arial"/>
          <w:b/>
          <w:color w:val="1F4E79"/>
          <w:sz w:val="28"/>
        </w:rPr>
        <w:t>17. Face Guarding</w:t>
      </w:r>
    </w:p>
    <w:p>
      <w:pPr>
        <w:keepLines w:val="0"/>
        <w:spacing w:after="80" w:line="252" w:lineRule="auto"/>
        <w:ind w:left="0"/>
        <w:widowControl/>
      </w:pPr>
      <w:r>
        <w:rPr>
          <w:rFonts w:ascii="Arial" w:hAnsi="Arial"/>
          <w:b w:val="0"/>
          <w:i w:val="0"/>
          <w:sz w:val="21"/>
        </w:rPr>
        <w:t>Face guarding is permitted.</w:t>
      </w:r>
    </w:p>
    <w:p>
      <w:pPr>
        <w:keepLines w:val="0"/>
        <w:spacing w:after="80" w:line="252" w:lineRule="auto"/>
        <w:ind w:left="0"/>
        <w:widowControl/>
      </w:pPr>
      <w:r>
        <w:rPr>
          <w:rFonts w:ascii="Arial" w:hAnsi="Arial"/>
          <w:b w:val="0"/>
          <w:i w:val="0"/>
          <w:sz w:val="21"/>
        </w:rPr>
        <w:t>A defensive player is not required to turn and locate the football provided the defender does not illegally contact, hold, restrict, or interfere with the eligible receiver.</w:t>
      </w:r>
    </w:p>
    <w:p>
      <w:pPr>
        <w:keepNext/>
        <w:spacing w:before="240" w:after="100"/>
        <w:pBdr>
          <w:bottom w:val="single" w:sz="8" w:space="2" w:color="1F4E79"/>
        </w:pBdr>
        <w:widowControl/>
      </w:pPr>
      <w:r>
        <w:rPr>
          <w:rFonts w:ascii="Arial" w:hAnsi="Arial"/>
          <w:b/>
          <w:color w:val="1F4E79"/>
          <w:sz w:val="24"/>
        </w:rPr>
        <w:t>BLOCKING AND CONTACT</w:t>
      </w:r>
    </w:p>
    <w:p>
      <w:pPr>
        <w:pStyle w:val="Heading1"/>
        <w:keepNext/>
        <w:spacing w:before="200" w:after="80"/>
        <w:widowControl/>
      </w:pPr>
      <w:r>
        <w:rPr>
          <w:rFonts w:ascii="Arial" w:hAnsi="Arial"/>
          <w:b/>
          <w:color w:val="1F4E79"/>
          <w:sz w:val="28"/>
        </w:rPr>
        <w:t>18. No Blocking</w:t>
      </w:r>
    </w:p>
    <w:p>
      <w:pPr>
        <w:keepLines w:val="0"/>
        <w:spacing w:after="80" w:line="252" w:lineRule="auto"/>
        <w:ind w:left="0"/>
        <w:widowControl/>
      </w:pPr>
      <w:r>
        <w:rPr>
          <w:rFonts w:ascii="Arial" w:hAnsi="Arial"/>
          <w:b/>
          <w:i w:val="0"/>
          <w:sz w:val="21"/>
        </w:rPr>
        <w:t>Blocking is prohibited in MYSA Flag Football.</w:t>
      </w:r>
    </w:p>
    <w:p>
      <w:pPr>
        <w:keepLines w:val="0"/>
        <w:spacing w:after="80" w:line="252" w:lineRule="auto"/>
        <w:ind w:left="0"/>
        <w:widowControl/>
      </w:pPr>
      <w:r>
        <w:rPr>
          <w:rFonts w:ascii="Arial" w:hAnsi="Arial"/>
          <w:b w:val="0"/>
          <w:i w:val="0"/>
          <w:sz w:val="21"/>
        </w:rPr>
        <w:t>Offensive players may not intentionally block, screen, push, shield, pick, or otherwise impede a defensive player's path to the ball carrier.</w:t>
      </w:r>
    </w:p>
    <w:p>
      <w:pPr>
        <w:keepLines w:val="0"/>
        <w:spacing w:after="80" w:line="252" w:lineRule="auto"/>
        <w:ind w:left="0"/>
        <w:widowControl/>
      </w:pPr>
      <w:r>
        <w:rPr>
          <w:rFonts w:ascii="Arial" w:hAnsi="Arial"/>
          <w:b w:val="0"/>
          <w:i w:val="0"/>
          <w:sz w:val="21"/>
        </w:rPr>
        <w:t>Players not possessing the football are expected to avoid unnecessary contact.</w:t>
      </w:r>
    </w:p>
    <w:p>
      <w:pPr>
        <w:pStyle w:val="Heading2"/>
        <w:keepNext/>
        <w:spacing w:before="120" w:after="80"/>
        <w:widowControl/>
      </w:pPr>
      <w:r>
        <w:rPr>
          <w:rFonts w:ascii="Arial" w:hAnsi="Arial"/>
          <w:b/>
          <w:color w:val="000000"/>
          <w:sz w:val="23"/>
        </w:rPr>
        <w:t>18.1 Blocking Penalty</w:t>
      </w:r>
    </w:p>
    <w:p>
      <w:pPr>
        <w:keepLines w:val="0"/>
        <w:spacing w:after="80" w:line="252" w:lineRule="auto"/>
        <w:ind w:left="0"/>
        <w:widowControl/>
      </w:pPr>
      <w:r>
        <w:rPr>
          <w:rFonts w:ascii="Arial" w:hAnsi="Arial"/>
          <w:b w:val="0"/>
          <w:i w:val="0"/>
          <w:sz w:val="21"/>
        </w:rPr>
        <w:t>Blocking will result in:</w:t>
      </w:r>
    </w:p>
    <w:p>
      <w:pPr>
        <w:spacing w:after="40" w:line="247" w:lineRule="auto"/>
        <w:ind w:left="360" w:hanging="259"/>
        <w:widowControl/>
      </w:pPr>
      <w:r>
        <w:rPr>
          <w:rFonts w:ascii="Arial" w:hAnsi="Arial"/>
          <w:b/>
          <w:sz w:val="21"/>
        </w:rPr>
        <w:t xml:space="preserve">a. </w:t>
      </w:r>
      <w:r>
        <w:rPr>
          <w:rFonts w:ascii="Arial" w:hAnsi="Arial"/>
          <w:sz w:val="21"/>
        </w:rPr>
        <w:t>The ball being returned to the previous line of scrimmage; and</w:t>
      </w:r>
    </w:p>
    <w:p>
      <w:pPr>
        <w:spacing w:after="40" w:line="247" w:lineRule="auto"/>
        <w:ind w:left="360" w:hanging="259"/>
        <w:widowControl/>
      </w:pPr>
      <w:r>
        <w:rPr>
          <w:rFonts w:ascii="Arial" w:hAnsi="Arial"/>
          <w:b/>
          <w:sz w:val="21"/>
        </w:rPr>
        <w:t xml:space="preserve">b. </w:t>
      </w:r>
      <w:r>
        <w:rPr>
          <w:rFonts w:ascii="Arial" w:hAnsi="Arial"/>
          <w:sz w:val="21"/>
        </w:rPr>
        <w:t>Loss of down.</w:t>
      </w:r>
    </w:p>
    <w:p>
      <w:pPr>
        <w:pStyle w:val="Heading2"/>
        <w:keepNext/>
        <w:spacing w:before="120" w:after="80"/>
        <w:widowControl/>
      </w:pPr>
      <w:r>
        <w:rPr>
          <w:rFonts w:ascii="Arial" w:hAnsi="Arial"/>
          <w:b/>
          <w:color w:val="000000"/>
          <w:sz w:val="23"/>
        </w:rPr>
        <w:t>18.2 Examples of Illegal Blocking</w:t>
      </w:r>
    </w:p>
    <w:p>
      <w:pPr>
        <w:keepLines w:val="0"/>
        <w:spacing w:after="80" w:line="252" w:lineRule="auto"/>
        <w:ind w:left="0"/>
        <w:widowControl/>
      </w:pPr>
      <w:r>
        <w:rPr>
          <w:rFonts w:ascii="Arial" w:hAnsi="Arial"/>
          <w:b w:val="0"/>
          <w:i w:val="0"/>
          <w:sz w:val="21"/>
        </w:rPr>
        <w:t>Illegal blocking includes, but is not limited to:</w:t>
      </w:r>
    </w:p>
    <w:p>
      <w:pPr>
        <w:spacing w:after="40" w:line="247" w:lineRule="auto"/>
        <w:ind w:left="360" w:hanging="259"/>
        <w:widowControl/>
      </w:pPr>
      <w:r>
        <w:rPr>
          <w:rFonts w:ascii="Arial" w:hAnsi="Arial"/>
          <w:b/>
          <w:sz w:val="21"/>
        </w:rPr>
        <w:t xml:space="preserve">a. </w:t>
      </w:r>
      <w:r>
        <w:rPr>
          <w:rFonts w:ascii="Arial" w:hAnsi="Arial"/>
          <w:sz w:val="21"/>
        </w:rPr>
        <w:t>Shoulder blocks;</w:t>
      </w:r>
    </w:p>
    <w:p>
      <w:pPr>
        <w:spacing w:after="40" w:line="247" w:lineRule="auto"/>
        <w:ind w:left="360" w:hanging="259"/>
        <w:widowControl/>
      </w:pPr>
      <w:r>
        <w:rPr>
          <w:rFonts w:ascii="Arial" w:hAnsi="Arial"/>
          <w:b/>
          <w:sz w:val="21"/>
        </w:rPr>
        <w:t xml:space="preserve">b. </w:t>
      </w:r>
      <w:r>
        <w:rPr>
          <w:rFonts w:ascii="Arial" w:hAnsi="Arial"/>
          <w:sz w:val="21"/>
        </w:rPr>
        <w:t>Hand blocks;</w:t>
      </w:r>
    </w:p>
    <w:p>
      <w:pPr>
        <w:spacing w:after="40" w:line="247" w:lineRule="auto"/>
        <w:ind w:left="360" w:hanging="259"/>
        <w:widowControl/>
      </w:pPr>
      <w:r>
        <w:rPr>
          <w:rFonts w:ascii="Arial" w:hAnsi="Arial"/>
          <w:b/>
          <w:sz w:val="21"/>
        </w:rPr>
        <w:t xml:space="preserve">c. </w:t>
      </w:r>
      <w:r>
        <w:rPr>
          <w:rFonts w:ascii="Arial" w:hAnsi="Arial"/>
          <w:sz w:val="21"/>
        </w:rPr>
        <w:t>Screen blocks;</w:t>
      </w:r>
    </w:p>
    <w:p>
      <w:pPr>
        <w:spacing w:after="40" w:line="247" w:lineRule="auto"/>
        <w:ind w:left="360" w:hanging="259"/>
        <w:widowControl/>
      </w:pPr>
      <w:r>
        <w:rPr>
          <w:rFonts w:ascii="Arial" w:hAnsi="Arial"/>
          <w:b/>
          <w:sz w:val="21"/>
        </w:rPr>
        <w:t xml:space="preserve">d. </w:t>
      </w:r>
      <w:r>
        <w:rPr>
          <w:rFonts w:ascii="Arial" w:hAnsi="Arial"/>
          <w:sz w:val="21"/>
        </w:rPr>
        <w:t>Crack-back blocks;</w:t>
      </w:r>
    </w:p>
    <w:p>
      <w:pPr>
        <w:spacing w:after="40" w:line="247" w:lineRule="auto"/>
        <w:ind w:left="360" w:hanging="259"/>
        <w:widowControl/>
      </w:pPr>
      <w:r>
        <w:rPr>
          <w:rFonts w:ascii="Arial" w:hAnsi="Arial"/>
          <w:b/>
          <w:sz w:val="21"/>
        </w:rPr>
        <w:t xml:space="preserve">e. </w:t>
      </w:r>
      <w:r>
        <w:rPr>
          <w:rFonts w:ascii="Arial" w:hAnsi="Arial"/>
          <w:sz w:val="21"/>
        </w:rPr>
        <w:t>Blind-side blocks;</w:t>
      </w:r>
    </w:p>
    <w:p>
      <w:pPr>
        <w:spacing w:after="40" w:line="247" w:lineRule="auto"/>
        <w:ind w:left="360" w:hanging="259"/>
        <w:widowControl/>
      </w:pPr>
      <w:r>
        <w:rPr>
          <w:rFonts w:ascii="Arial" w:hAnsi="Arial"/>
          <w:b/>
          <w:sz w:val="21"/>
        </w:rPr>
        <w:t xml:space="preserve">f. </w:t>
      </w:r>
      <w:r>
        <w:rPr>
          <w:rFonts w:ascii="Arial" w:hAnsi="Arial"/>
          <w:sz w:val="21"/>
        </w:rPr>
        <w:t>Picks intended to prevent a defender from pursuing the ball carrier;</w:t>
      </w:r>
    </w:p>
    <w:p>
      <w:pPr>
        <w:spacing w:after="40" w:line="247" w:lineRule="auto"/>
        <w:ind w:left="360" w:hanging="259"/>
        <w:widowControl/>
      </w:pPr>
      <w:r>
        <w:rPr>
          <w:rFonts w:ascii="Arial" w:hAnsi="Arial"/>
          <w:b/>
          <w:sz w:val="21"/>
        </w:rPr>
        <w:t xml:space="preserve">g. </w:t>
      </w:r>
      <w:r>
        <w:rPr>
          <w:rFonts w:ascii="Arial" w:hAnsi="Arial"/>
          <w:sz w:val="21"/>
        </w:rPr>
        <w:t>Blocking below the waist;</w:t>
      </w:r>
    </w:p>
    <w:p>
      <w:pPr>
        <w:spacing w:after="40" w:line="247" w:lineRule="auto"/>
        <w:ind w:left="360" w:hanging="259"/>
        <w:widowControl/>
      </w:pPr>
      <w:r>
        <w:rPr>
          <w:rFonts w:ascii="Arial" w:hAnsi="Arial"/>
          <w:b/>
          <w:sz w:val="21"/>
        </w:rPr>
        <w:t xml:space="preserve">h. </w:t>
      </w:r>
      <w:r>
        <w:rPr>
          <w:rFonts w:ascii="Arial" w:hAnsi="Arial"/>
          <w:sz w:val="21"/>
        </w:rPr>
        <w:t>Pushing or driving a defender; or</w:t>
      </w:r>
    </w:p>
    <w:p>
      <w:pPr>
        <w:spacing w:after="40" w:line="247" w:lineRule="auto"/>
        <w:ind w:left="360" w:hanging="259"/>
        <w:widowControl/>
      </w:pPr>
      <w:r>
        <w:rPr>
          <w:rFonts w:ascii="Arial" w:hAnsi="Arial"/>
          <w:b/>
          <w:sz w:val="21"/>
        </w:rPr>
        <w:t xml:space="preserve">i. </w:t>
      </w:r>
      <w:r>
        <w:rPr>
          <w:rFonts w:ascii="Arial" w:hAnsi="Arial"/>
          <w:sz w:val="21"/>
        </w:rPr>
        <w:t>Intentionally placing oneself in the path of a defender for the purpose of preventing a flag pull.</w:t>
      </w:r>
    </w:p>
    <w:p>
      <w:pPr>
        <w:pStyle w:val="Heading1"/>
        <w:keepNext/>
        <w:spacing w:before="200" w:after="80"/>
        <w:widowControl/>
      </w:pPr>
      <w:r>
        <w:rPr>
          <w:rFonts w:ascii="Arial" w:hAnsi="Arial"/>
          <w:b/>
          <w:color w:val="1F4E79"/>
          <w:sz w:val="28"/>
        </w:rPr>
        <w:t>19. No Tackling</w:t>
      </w:r>
    </w:p>
    <w:p>
      <w:pPr>
        <w:keepLines w:val="0"/>
        <w:spacing w:after="80" w:line="252" w:lineRule="auto"/>
        <w:ind w:left="0"/>
        <w:widowControl/>
      </w:pPr>
      <w:r>
        <w:rPr>
          <w:rFonts w:ascii="Arial" w:hAnsi="Arial"/>
          <w:b/>
          <w:i w:val="0"/>
          <w:sz w:val="21"/>
        </w:rPr>
        <w:t>MYSA Flag is not MYSA Tackle.</w:t>
      </w:r>
    </w:p>
    <w:p>
      <w:pPr>
        <w:keepLines w:val="0"/>
        <w:spacing w:after="80" w:line="252" w:lineRule="auto"/>
        <w:ind w:left="0"/>
        <w:widowControl/>
      </w:pPr>
      <w:r>
        <w:rPr>
          <w:rFonts w:ascii="Arial" w:hAnsi="Arial"/>
          <w:b w:val="0"/>
          <w:i w:val="0"/>
          <w:sz w:val="21"/>
        </w:rPr>
        <w:t>A defensive player must attempt to stop a ball carrier by legally pulling the player's flag.</w:t>
      </w:r>
    </w:p>
    <w:p>
      <w:pPr>
        <w:keepLines w:val="0"/>
        <w:spacing w:after="80" w:line="252" w:lineRule="auto"/>
        <w:ind w:left="0"/>
        <w:widowControl/>
      </w:pPr>
      <w:r>
        <w:rPr>
          <w:rFonts w:ascii="Arial" w:hAnsi="Arial"/>
          <w:b w:val="0"/>
          <w:i w:val="0"/>
          <w:sz w:val="21"/>
        </w:rPr>
        <w:t>Players may not intentionally:</w:t>
      </w:r>
    </w:p>
    <w:p>
      <w:pPr>
        <w:spacing w:after="40" w:line="247" w:lineRule="auto"/>
        <w:ind w:left="360" w:hanging="259"/>
        <w:widowControl/>
      </w:pPr>
      <w:r>
        <w:rPr>
          <w:rFonts w:ascii="Arial" w:hAnsi="Arial"/>
          <w:b/>
          <w:sz w:val="21"/>
        </w:rPr>
        <w:t xml:space="preserve">a. </w:t>
      </w:r>
      <w:r>
        <w:rPr>
          <w:rFonts w:ascii="Arial" w:hAnsi="Arial"/>
          <w:sz w:val="21"/>
        </w:rPr>
        <w:t>Tackle;</w:t>
      </w:r>
    </w:p>
    <w:p>
      <w:pPr>
        <w:spacing w:after="40" w:line="247" w:lineRule="auto"/>
        <w:ind w:left="360" w:hanging="259"/>
        <w:widowControl/>
      </w:pPr>
      <w:r>
        <w:rPr>
          <w:rFonts w:ascii="Arial" w:hAnsi="Arial"/>
          <w:b/>
          <w:sz w:val="21"/>
        </w:rPr>
        <w:t xml:space="preserve">b. </w:t>
      </w:r>
      <w:r>
        <w:rPr>
          <w:rFonts w:ascii="Arial" w:hAnsi="Arial"/>
          <w:sz w:val="21"/>
        </w:rPr>
        <w:t>Wrap up;</w:t>
      </w:r>
    </w:p>
    <w:p>
      <w:pPr>
        <w:spacing w:after="40" w:line="247" w:lineRule="auto"/>
        <w:ind w:left="360" w:hanging="259"/>
        <w:widowControl/>
      </w:pPr>
      <w:r>
        <w:rPr>
          <w:rFonts w:ascii="Arial" w:hAnsi="Arial"/>
          <w:b/>
          <w:sz w:val="21"/>
        </w:rPr>
        <w:t xml:space="preserve">c. </w:t>
      </w:r>
      <w:r>
        <w:rPr>
          <w:rFonts w:ascii="Arial" w:hAnsi="Arial"/>
          <w:sz w:val="21"/>
        </w:rPr>
        <w:t>Trip;</w:t>
      </w:r>
    </w:p>
    <w:p>
      <w:pPr>
        <w:spacing w:after="40" w:line="247" w:lineRule="auto"/>
        <w:ind w:left="360" w:hanging="259"/>
        <w:widowControl/>
      </w:pPr>
      <w:r>
        <w:rPr>
          <w:rFonts w:ascii="Arial" w:hAnsi="Arial"/>
          <w:b/>
          <w:sz w:val="21"/>
        </w:rPr>
        <w:t xml:space="preserve">d. </w:t>
      </w:r>
      <w:r>
        <w:rPr>
          <w:rFonts w:ascii="Arial" w:hAnsi="Arial"/>
          <w:sz w:val="21"/>
        </w:rPr>
        <w:t>Push down;</w:t>
      </w:r>
    </w:p>
    <w:p>
      <w:pPr>
        <w:spacing w:after="40" w:line="247" w:lineRule="auto"/>
        <w:ind w:left="360" w:hanging="259"/>
        <w:widowControl/>
      </w:pPr>
      <w:r>
        <w:rPr>
          <w:rFonts w:ascii="Arial" w:hAnsi="Arial"/>
          <w:b/>
          <w:sz w:val="21"/>
        </w:rPr>
        <w:t xml:space="preserve">e. </w:t>
      </w:r>
      <w:r>
        <w:rPr>
          <w:rFonts w:ascii="Arial" w:hAnsi="Arial"/>
          <w:sz w:val="21"/>
        </w:rPr>
        <w:t>Body slam;</w:t>
      </w:r>
    </w:p>
    <w:p>
      <w:pPr>
        <w:spacing w:after="40" w:line="247" w:lineRule="auto"/>
        <w:ind w:left="360" w:hanging="259"/>
        <w:widowControl/>
      </w:pPr>
      <w:r>
        <w:rPr>
          <w:rFonts w:ascii="Arial" w:hAnsi="Arial"/>
          <w:b/>
          <w:sz w:val="21"/>
        </w:rPr>
        <w:t xml:space="preserve">f. </w:t>
      </w:r>
      <w:r>
        <w:rPr>
          <w:rFonts w:ascii="Arial" w:hAnsi="Arial"/>
          <w:sz w:val="21"/>
        </w:rPr>
        <w:t>Strike; or</w:t>
      </w:r>
    </w:p>
    <w:p>
      <w:pPr>
        <w:spacing w:after="40" w:line="247" w:lineRule="auto"/>
        <w:ind w:left="360" w:hanging="259"/>
        <w:widowControl/>
      </w:pPr>
      <w:r>
        <w:rPr>
          <w:rFonts w:ascii="Arial" w:hAnsi="Arial"/>
          <w:b/>
          <w:sz w:val="21"/>
        </w:rPr>
        <w:t xml:space="preserve">g. </w:t>
      </w:r>
      <w:r>
        <w:rPr>
          <w:rFonts w:ascii="Arial" w:hAnsi="Arial"/>
          <w:sz w:val="21"/>
        </w:rPr>
        <w:t>Use unnecessary physical contact to bring a ball carrier to the ground.</w:t>
      </w:r>
    </w:p>
    <w:p>
      <w:pPr>
        <w:keepLines w:val="0"/>
        <w:spacing w:after="80" w:line="252" w:lineRule="auto"/>
        <w:ind w:left="0"/>
        <w:widowControl/>
      </w:pPr>
      <w:r>
        <w:rPr>
          <w:rFonts w:ascii="Arial" w:hAnsi="Arial"/>
          <w:b w:val="0"/>
          <w:i w:val="0"/>
          <w:sz w:val="21"/>
        </w:rPr>
        <w:t>Intentional, reckless, or dangerous tackling may be penalized as unnecessary roughness or unsportsmanlike conduct.</w:t>
      </w:r>
    </w:p>
    <w:p>
      <w:pPr>
        <w:keepLines w:val="0"/>
        <w:spacing w:after="80" w:line="252" w:lineRule="auto"/>
        <w:ind w:left="0"/>
        <w:widowControl/>
      </w:pPr>
      <w:r>
        <w:rPr>
          <w:rFonts w:ascii="Arial" w:hAnsi="Arial"/>
          <w:b w:val="0"/>
          <w:i w:val="0"/>
          <w:sz w:val="21"/>
        </w:rPr>
        <w:t>Serious or repeated violations may result in ejection and MYSA Board review.</w:t>
      </w:r>
    </w:p>
    <w:p>
      <w:pPr>
        <w:keepNext/>
        <w:spacing w:before="240" w:after="100"/>
        <w:pBdr>
          <w:bottom w:val="single" w:sz="8" w:space="2" w:color="1F4E79"/>
        </w:pBdr>
        <w:widowControl/>
      </w:pPr>
      <w:r>
        <w:rPr>
          <w:rFonts w:ascii="Arial" w:hAnsi="Arial"/>
          <w:b/>
          <w:color w:val="1F4E79"/>
          <w:sz w:val="24"/>
        </w:rPr>
        <w:t>FLAG PULLING AND BALL-CARRIER RULES</w:t>
      </w:r>
    </w:p>
    <w:p>
      <w:pPr>
        <w:pStyle w:val="Heading1"/>
        <w:keepNext/>
        <w:spacing w:before="200" w:after="80"/>
        <w:widowControl/>
      </w:pPr>
      <w:r>
        <w:rPr>
          <w:rFonts w:ascii="Arial" w:hAnsi="Arial"/>
          <w:b/>
          <w:color w:val="1F4E79"/>
          <w:sz w:val="28"/>
        </w:rPr>
        <w:t>20. Legal Flag Pull</w:t>
      </w:r>
    </w:p>
    <w:p>
      <w:pPr>
        <w:keepLines w:val="0"/>
        <w:spacing w:after="80" w:line="252" w:lineRule="auto"/>
        <w:ind w:left="0"/>
        <w:widowControl/>
      </w:pPr>
      <w:r>
        <w:rPr>
          <w:rFonts w:ascii="Arial" w:hAnsi="Arial"/>
          <w:b w:val="0"/>
          <w:i w:val="0"/>
          <w:sz w:val="21"/>
        </w:rPr>
        <w:t>A ball carrier is legally down when a defender removes one of the ball carrier's flags.</w:t>
      </w:r>
    </w:p>
    <w:p>
      <w:pPr>
        <w:keepLines w:val="0"/>
        <w:spacing w:after="80" w:line="252" w:lineRule="auto"/>
        <w:ind w:left="0"/>
        <w:widowControl/>
      </w:pPr>
      <w:r>
        <w:rPr>
          <w:rFonts w:ascii="Arial" w:hAnsi="Arial"/>
          <w:b w:val="0"/>
          <w:i w:val="0"/>
          <w:sz w:val="21"/>
        </w:rPr>
        <w:t>The ball will be spotted where the flag was legally pulled.</w:t>
      </w:r>
    </w:p>
    <w:p>
      <w:pPr>
        <w:keepLines w:val="0"/>
        <w:spacing w:after="80" w:line="252" w:lineRule="auto"/>
        <w:ind w:left="0"/>
        <w:widowControl/>
      </w:pPr>
      <w:r>
        <w:rPr>
          <w:rFonts w:ascii="Arial" w:hAnsi="Arial"/>
          <w:b w:val="0"/>
          <w:i w:val="0"/>
          <w:sz w:val="21"/>
        </w:rPr>
        <w:t>A defender may not intentionally grab or hold the ball carrier's clothing or body in order to pull the flag.</w:t>
      </w:r>
    </w:p>
    <w:p>
      <w:pPr>
        <w:pStyle w:val="Heading1"/>
        <w:keepNext/>
        <w:spacing w:before="200" w:after="80"/>
        <w:widowControl/>
      </w:pPr>
      <w:r>
        <w:rPr>
          <w:rFonts w:ascii="Arial" w:hAnsi="Arial"/>
          <w:b/>
          <w:color w:val="1F4E79"/>
          <w:sz w:val="28"/>
        </w:rPr>
        <w:t>21. Flag Guarding</w:t>
      </w:r>
    </w:p>
    <w:p>
      <w:pPr>
        <w:keepLines w:val="0"/>
        <w:spacing w:after="80" w:line="252" w:lineRule="auto"/>
        <w:ind w:left="0"/>
        <w:widowControl/>
      </w:pPr>
      <w:r>
        <w:rPr>
          <w:rFonts w:ascii="Arial" w:hAnsi="Arial"/>
          <w:b w:val="0"/>
          <w:i w:val="0"/>
          <w:sz w:val="21"/>
        </w:rPr>
        <w:t>A ball carrier may not intentionally prevent a defender from gaining reasonable access to a flag.</w:t>
      </w:r>
    </w:p>
    <w:p>
      <w:pPr>
        <w:keepLines w:val="0"/>
        <w:spacing w:after="80" w:line="252" w:lineRule="auto"/>
        <w:ind w:left="0"/>
        <w:widowControl/>
      </w:pPr>
      <w:r>
        <w:rPr>
          <w:rFonts w:ascii="Arial" w:hAnsi="Arial"/>
          <w:b w:val="0"/>
          <w:i w:val="0"/>
          <w:sz w:val="21"/>
        </w:rPr>
        <w:t>Flag guarding includes, but is not limited to:</w:t>
      </w:r>
    </w:p>
    <w:p>
      <w:pPr>
        <w:spacing w:after="40" w:line="247" w:lineRule="auto"/>
        <w:ind w:left="360" w:hanging="259"/>
        <w:widowControl/>
      </w:pPr>
      <w:r>
        <w:rPr>
          <w:rFonts w:ascii="Arial" w:hAnsi="Arial"/>
          <w:b/>
          <w:sz w:val="21"/>
        </w:rPr>
        <w:t xml:space="preserve">a. </w:t>
      </w:r>
      <w:r>
        <w:rPr>
          <w:rFonts w:ascii="Arial" w:hAnsi="Arial"/>
          <w:sz w:val="21"/>
        </w:rPr>
        <w:t>Holding a flag;</w:t>
      </w:r>
    </w:p>
    <w:p>
      <w:pPr>
        <w:spacing w:after="40" w:line="247" w:lineRule="auto"/>
        <w:ind w:left="360" w:hanging="259"/>
        <w:widowControl/>
      </w:pPr>
      <w:r>
        <w:rPr>
          <w:rFonts w:ascii="Arial" w:hAnsi="Arial"/>
          <w:b/>
          <w:sz w:val="21"/>
        </w:rPr>
        <w:t xml:space="preserve">b. </w:t>
      </w:r>
      <w:r>
        <w:rPr>
          <w:rFonts w:ascii="Arial" w:hAnsi="Arial"/>
          <w:sz w:val="21"/>
        </w:rPr>
        <w:t>Covering a flag with a hand or arm;</w:t>
      </w:r>
    </w:p>
    <w:p>
      <w:pPr>
        <w:spacing w:after="40" w:line="247" w:lineRule="auto"/>
        <w:ind w:left="360" w:hanging="259"/>
        <w:widowControl/>
      </w:pPr>
      <w:r>
        <w:rPr>
          <w:rFonts w:ascii="Arial" w:hAnsi="Arial"/>
          <w:b/>
          <w:sz w:val="21"/>
        </w:rPr>
        <w:t xml:space="preserve">c. </w:t>
      </w:r>
      <w:r>
        <w:rPr>
          <w:rFonts w:ascii="Arial" w:hAnsi="Arial"/>
          <w:sz w:val="21"/>
        </w:rPr>
        <w:t>Swatting away a defender's hand;</w:t>
      </w:r>
    </w:p>
    <w:p>
      <w:pPr>
        <w:spacing w:after="40" w:line="247" w:lineRule="auto"/>
        <w:ind w:left="360" w:hanging="259"/>
        <w:widowControl/>
      </w:pPr>
      <w:r>
        <w:rPr>
          <w:rFonts w:ascii="Arial" w:hAnsi="Arial"/>
          <w:b/>
          <w:sz w:val="21"/>
        </w:rPr>
        <w:t xml:space="preserve">d. </w:t>
      </w:r>
      <w:r>
        <w:rPr>
          <w:rFonts w:ascii="Arial" w:hAnsi="Arial"/>
          <w:sz w:val="21"/>
        </w:rPr>
        <w:t>Pushing a defender away;</w:t>
      </w:r>
    </w:p>
    <w:p>
      <w:pPr>
        <w:spacing w:after="40" w:line="247" w:lineRule="auto"/>
        <w:ind w:left="360" w:hanging="259"/>
        <w:widowControl/>
      </w:pPr>
      <w:r>
        <w:rPr>
          <w:rFonts w:ascii="Arial" w:hAnsi="Arial"/>
          <w:b/>
          <w:sz w:val="21"/>
        </w:rPr>
        <w:t xml:space="preserve">e. </w:t>
      </w:r>
      <w:r>
        <w:rPr>
          <w:rFonts w:ascii="Arial" w:hAnsi="Arial"/>
          <w:sz w:val="21"/>
        </w:rPr>
        <w:t>Using the football to intentionally shield a flag;</w:t>
      </w:r>
    </w:p>
    <w:p>
      <w:pPr>
        <w:spacing w:after="40" w:line="247" w:lineRule="auto"/>
        <w:ind w:left="360" w:hanging="259"/>
        <w:widowControl/>
      </w:pPr>
      <w:r>
        <w:rPr>
          <w:rFonts w:ascii="Arial" w:hAnsi="Arial"/>
          <w:b/>
          <w:sz w:val="21"/>
        </w:rPr>
        <w:t xml:space="preserve">f. </w:t>
      </w:r>
      <w:r>
        <w:rPr>
          <w:rFonts w:ascii="Arial" w:hAnsi="Arial"/>
          <w:sz w:val="21"/>
        </w:rPr>
        <w:t>Intentionally twisting or turning the body to deny a defender reasonable access to a flag;</w:t>
      </w:r>
    </w:p>
    <w:p>
      <w:pPr>
        <w:spacing w:after="40" w:line="247" w:lineRule="auto"/>
        <w:ind w:left="360" w:hanging="259"/>
        <w:widowControl/>
      </w:pPr>
      <w:r>
        <w:rPr>
          <w:rFonts w:ascii="Arial" w:hAnsi="Arial"/>
          <w:b/>
          <w:sz w:val="21"/>
        </w:rPr>
        <w:t xml:space="preserve">g. </w:t>
      </w:r>
      <w:r>
        <w:rPr>
          <w:rFonts w:ascii="Arial" w:hAnsi="Arial"/>
          <w:sz w:val="21"/>
        </w:rPr>
        <w:t>Performing a spin move, partial spin, or full spin to avoid a flag pull; or</w:t>
      </w:r>
    </w:p>
    <w:p>
      <w:pPr>
        <w:spacing w:after="40" w:line="247" w:lineRule="auto"/>
        <w:ind w:left="360" w:hanging="259"/>
        <w:widowControl/>
      </w:pPr>
      <w:r>
        <w:rPr>
          <w:rFonts w:ascii="Arial" w:hAnsi="Arial"/>
          <w:b/>
          <w:sz w:val="21"/>
        </w:rPr>
        <w:t xml:space="preserve">h. </w:t>
      </w:r>
      <w:r>
        <w:rPr>
          <w:rFonts w:ascii="Arial" w:hAnsi="Arial"/>
          <w:sz w:val="21"/>
        </w:rPr>
        <w:t>Otherwise intentionally interfering with a legal flag-pull attempt.</w:t>
      </w:r>
    </w:p>
    <w:p>
      <w:pPr>
        <w:keepLines w:val="0"/>
        <w:spacing w:after="80" w:line="252" w:lineRule="auto"/>
        <w:ind w:left="0"/>
        <w:widowControl/>
      </w:pPr>
      <w:r>
        <w:rPr>
          <w:rFonts w:ascii="Arial" w:hAnsi="Arial"/>
          <w:b w:val="0"/>
          <w:i w:val="0"/>
          <w:sz w:val="21"/>
        </w:rPr>
        <w:t>Normal running movements and ordinary changes of direction are allowed.</w:t>
      </w:r>
    </w:p>
    <w:p>
      <w:pPr>
        <w:keepLines w:val="0"/>
        <w:spacing w:after="80" w:line="252" w:lineRule="auto"/>
        <w:ind w:left="0"/>
        <w:widowControl/>
      </w:pPr>
      <w:r>
        <w:rPr>
          <w:rFonts w:ascii="Arial" w:hAnsi="Arial"/>
          <w:b/>
          <w:i w:val="0"/>
          <w:sz w:val="21"/>
        </w:rPr>
        <w:t>Spin moves are prohibited.</w:t>
      </w:r>
    </w:p>
    <w:p>
      <w:pPr>
        <w:pStyle w:val="Heading2"/>
        <w:keepNext/>
        <w:spacing w:before="120" w:after="80"/>
        <w:widowControl/>
      </w:pPr>
      <w:r>
        <w:rPr>
          <w:rFonts w:ascii="Arial" w:hAnsi="Arial"/>
          <w:b/>
          <w:color w:val="000000"/>
          <w:sz w:val="23"/>
        </w:rPr>
        <w:t>21.1 Penalty for Flag Guarding</w:t>
      </w:r>
    </w:p>
    <w:p>
      <w:pPr>
        <w:keepLines w:val="0"/>
        <w:spacing w:after="80" w:line="252" w:lineRule="auto"/>
        <w:ind w:left="0"/>
        <w:widowControl/>
      </w:pPr>
      <w:r>
        <w:rPr>
          <w:rFonts w:ascii="Arial" w:hAnsi="Arial"/>
          <w:b w:val="0"/>
          <w:i w:val="0"/>
          <w:sz w:val="21"/>
        </w:rPr>
        <w:t>Flag guarding, including a prohibited spin move, will result in:</w:t>
      </w:r>
    </w:p>
    <w:p>
      <w:pPr>
        <w:spacing w:after="100"/>
        <w:ind w:left="288"/>
        <w:widowControl/>
      </w:pPr>
      <w:r>
        <w:rPr>
          <w:rFonts w:ascii="Arial" w:hAnsi="Arial"/>
          <w:b/>
          <w:sz w:val="21"/>
        </w:rPr>
        <w:t xml:space="preserve">Penalty: </w:t>
      </w:r>
      <w:r>
        <w:rPr>
          <w:rFonts w:ascii="Arial" w:hAnsi="Arial"/>
          <w:b/>
          <w:sz w:val="21"/>
        </w:rPr>
        <w:t>Loss of down.</w:t>
      </w:r>
    </w:p>
    <w:p>
      <w:pPr>
        <w:keepLines w:val="0"/>
        <w:spacing w:after="80" w:line="252" w:lineRule="auto"/>
        <w:ind w:left="0"/>
        <w:widowControl/>
      </w:pPr>
      <w:r>
        <w:rPr>
          <w:rFonts w:ascii="Arial" w:hAnsi="Arial"/>
          <w:b w:val="0"/>
          <w:i w:val="0"/>
          <w:sz w:val="21"/>
        </w:rPr>
        <w:t>The ball will be spotted at the spot of the violation, and the down will count.</w:t>
      </w:r>
    </w:p>
    <w:p>
      <w:pPr>
        <w:pStyle w:val="Heading1"/>
        <w:keepNext/>
        <w:spacing w:before="200" w:after="80"/>
        <w:widowControl/>
      </w:pPr>
      <w:r>
        <w:rPr>
          <w:rFonts w:ascii="Arial" w:hAnsi="Arial"/>
          <w:b/>
          <w:color w:val="1F4E79"/>
          <w:sz w:val="28"/>
        </w:rPr>
        <w:t>22. Leaving the Feet</w:t>
      </w:r>
    </w:p>
    <w:p>
      <w:pPr>
        <w:pStyle w:val="Heading2"/>
        <w:keepNext/>
        <w:spacing w:before="120" w:after="80"/>
        <w:widowControl/>
      </w:pPr>
      <w:r>
        <w:rPr>
          <w:rFonts w:ascii="Arial" w:hAnsi="Arial"/>
          <w:b/>
          <w:color w:val="000000"/>
          <w:sz w:val="23"/>
        </w:rPr>
        <w:t>22.1 Defensive Players</w:t>
      </w:r>
    </w:p>
    <w:p>
      <w:pPr>
        <w:keepLines w:val="0"/>
        <w:spacing w:after="80" w:line="252" w:lineRule="auto"/>
        <w:ind w:left="0"/>
        <w:widowControl/>
      </w:pPr>
      <w:r>
        <w:rPr>
          <w:rFonts w:ascii="Arial" w:hAnsi="Arial"/>
          <w:b w:val="0"/>
          <w:i w:val="0"/>
          <w:sz w:val="21"/>
        </w:rPr>
        <w:t>A defensive player may leave the player's feet in an attempt to legally pull a flag.</w:t>
      </w:r>
    </w:p>
    <w:p>
      <w:pPr>
        <w:keepLines w:val="0"/>
        <w:spacing w:after="80" w:line="252" w:lineRule="auto"/>
        <w:ind w:left="0"/>
        <w:widowControl/>
      </w:pPr>
      <w:r>
        <w:rPr>
          <w:rFonts w:ascii="Arial" w:hAnsi="Arial"/>
          <w:b w:val="0"/>
          <w:i w:val="0"/>
          <w:sz w:val="21"/>
        </w:rPr>
        <w:t>The player may not intentionally dive into or through the ball carrier or create unnecessary contact.</w:t>
      </w:r>
    </w:p>
    <w:p>
      <w:pPr>
        <w:pStyle w:val="Heading2"/>
        <w:keepNext/>
        <w:spacing w:before="120" w:after="80"/>
        <w:widowControl/>
      </w:pPr>
      <w:r>
        <w:rPr>
          <w:rFonts w:ascii="Arial" w:hAnsi="Arial"/>
          <w:b/>
          <w:color w:val="000000"/>
          <w:sz w:val="23"/>
        </w:rPr>
        <w:t>22.2 Offensive Players</w:t>
      </w:r>
    </w:p>
    <w:p>
      <w:pPr>
        <w:keepLines w:val="0"/>
        <w:spacing w:after="80" w:line="252" w:lineRule="auto"/>
        <w:ind w:left="0"/>
        <w:widowControl/>
      </w:pPr>
      <w:r>
        <w:rPr>
          <w:rFonts w:ascii="Arial" w:hAnsi="Arial"/>
          <w:b w:val="0"/>
          <w:i w:val="0"/>
          <w:sz w:val="21"/>
        </w:rPr>
        <w:t>An offensive ball carrier may leave the player's feet to advance the football or avoid having a flag pulled.</w:t>
      </w:r>
    </w:p>
    <w:p>
      <w:pPr>
        <w:keepLines w:val="0"/>
        <w:spacing w:after="80" w:line="252" w:lineRule="auto"/>
        <w:ind w:left="0"/>
        <w:widowControl/>
      </w:pPr>
      <w:r>
        <w:rPr>
          <w:rFonts w:ascii="Arial" w:hAnsi="Arial"/>
          <w:b w:val="0"/>
          <w:i w:val="0"/>
          <w:sz w:val="21"/>
        </w:rPr>
        <w:t>The ball carrier may not use this rule to initiate dangerous or unnecessary contact with a defender.</w:t>
      </w:r>
    </w:p>
    <w:p>
      <w:pPr>
        <w:pStyle w:val="Heading2"/>
        <w:keepNext/>
        <w:spacing w:before="120" w:after="80"/>
        <w:widowControl/>
      </w:pPr>
      <w:r>
        <w:rPr>
          <w:rFonts w:ascii="Arial" w:hAnsi="Arial"/>
          <w:b/>
          <w:color w:val="000000"/>
          <w:sz w:val="23"/>
        </w:rPr>
        <w:t>22.3 Ages 4-6</w:t>
      </w:r>
    </w:p>
    <w:p>
      <w:pPr>
        <w:keepLines w:val="0"/>
        <w:spacing w:after="80" w:line="252" w:lineRule="auto"/>
        <w:ind w:left="0"/>
        <w:widowControl/>
      </w:pPr>
      <w:r>
        <w:rPr>
          <w:rFonts w:ascii="Arial" w:hAnsi="Arial"/>
          <w:b w:val="0"/>
          <w:i w:val="0"/>
          <w:sz w:val="21"/>
        </w:rPr>
        <w:t>In the 4-6 age division, neither offensive nor defensive players may intentionally leave their feet to advance the football, avoid a flag pull, or make a flag pull.</w:t>
      </w:r>
    </w:p>
    <w:p>
      <w:pPr>
        <w:keepNext/>
        <w:spacing w:before="240" w:after="100"/>
        <w:pBdr>
          <w:bottom w:val="single" w:sz="8" w:space="2" w:color="1F4E79"/>
        </w:pBdr>
        <w:widowControl/>
      </w:pPr>
      <w:r>
        <w:rPr>
          <w:rFonts w:ascii="Arial" w:hAnsi="Arial"/>
          <w:b/>
          <w:color w:val="1F4E79"/>
          <w:sz w:val="24"/>
        </w:rPr>
        <w:t>DEAD BALLS AND POSSESSION</w:t>
      </w:r>
    </w:p>
    <w:p>
      <w:pPr>
        <w:pStyle w:val="Heading1"/>
        <w:keepNext/>
        <w:spacing w:before="200" w:after="80"/>
        <w:widowControl/>
      </w:pPr>
      <w:r>
        <w:rPr>
          <w:rFonts w:ascii="Arial" w:hAnsi="Arial"/>
          <w:b/>
          <w:color w:val="1F4E79"/>
          <w:sz w:val="28"/>
        </w:rPr>
        <w:t>23. When the Ball Carrier Is Down</w:t>
      </w:r>
    </w:p>
    <w:p>
      <w:pPr>
        <w:keepLines w:val="0"/>
        <w:spacing w:after="80" w:line="252" w:lineRule="auto"/>
        <w:ind w:left="0"/>
        <w:widowControl/>
      </w:pPr>
      <w:r>
        <w:rPr>
          <w:rFonts w:ascii="Arial" w:hAnsi="Arial"/>
          <w:b w:val="0"/>
          <w:i w:val="0"/>
          <w:sz w:val="21"/>
        </w:rPr>
        <w:t>The play will be declared dead when:</w:t>
      </w:r>
    </w:p>
    <w:p>
      <w:pPr>
        <w:spacing w:after="40" w:line="247" w:lineRule="auto"/>
        <w:ind w:left="360" w:hanging="259"/>
        <w:widowControl/>
      </w:pPr>
      <w:r>
        <w:rPr>
          <w:rFonts w:ascii="Arial" w:hAnsi="Arial"/>
          <w:b/>
          <w:sz w:val="21"/>
        </w:rPr>
        <w:t xml:space="preserve">a. </w:t>
      </w:r>
      <w:r>
        <w:rPr>
          <w:rFonts w:ascii="Arial" w:hAnsi="Arial"/>
          <w:sz w:val="21"/>
        </w:rPr>
        <w:t>A ball carrier's flag is legally pulled;</w:t>
      </w:r>
    </w:p>
    <w:p>
      <w:pPr>
        <w:spacing w:after="40" w:line="247" w:lineRule="auto"/>
        <w:ind w:left="360" w:hanging="259"/>
        <w:widowControl/>
      </w:pPr>
      <w:r>
        <w:rPr>
          <w:rFonts w:ascii="Arial" w:hAnsi="Arial"/>
          <w:b/>
          <w:sz w:val="21"/>
        </w:rPr>
        <w:t xml:space="preserve">b. </w:t>
      </w:r>
      <w:r>
        <w:rPr>
          <w:rFonts w:ascii="Arial" w:hAnsi="Arial"/>
          <w:sz w:val="21"/>
        </w:rPr>
        <w:t>The ball carrier's knee touches the ground;</w:t>
      </w:r>
    </w:p>
    <w:p>
      <w:pPr>
        <w:spacing w:after="40" w:line="247" w:lineRule="auto"/>
        <w:ind w:left="360" w:hanging="259"/>
        <w:widowControl/>
      </w:pPr>
      <w:r>
        <w:rPr>
          <w:rFonts w:ascii="Arial" w:hAnsi="Arial"/>
          <w:b/>
          <w:sz w:val="21"/>
        </w:rPr>
        <w:t xml:space="preserve">c. </w:t>
      </w:r>
      <w:r>
        <w:rPr>
          <w:rFonts w:ascii="Arial" w:hAnsi="Arial"/>
          <w:sz w:val="21"/>
        </w:rPr>
        <w:t>The ball carrier's elbow touches the ground;</w:t>
      </w:r>
    </w:p>
    <w:p>
      <w:pPr>
        <w:spacing w:after="40" w:line="247" w:lineRule="auto"/>
        <w:ind w:left="360" w:hanging="259"/>
        <w:widowControl/>
      </w:pPr>
      <w:r>
        <w:rPr>
          <w:rFonts w:ascii="Arial" w:hAnsi="Arial"/>
          <w:b/>
          <w:sz w:val="21"/>
        </w:rPr>
        <w:t xml:space="preserve">d. </w:t>
      </w:r>
      <w:r>
        <w:rPr>
          <w:rFonts w:ascii="Arial" w:hAnsi="Arial"/>
          <w:sz w:val="21"/>
        </w:rPr>
        <w:t>The football touches the ground while in the ball carrier's possession;</w:t>
      </w:r>
    </w:p>
    <w:p>
      <w:pPr>
        <w:spacing w:after="40" w:line="247" w:lineRule="auto"/>
        <w:ind w:left="360" w:hanging="259"/>
        <w:widowControl/>
      </w:pPr>
      <w:r>
        <w:rPr>
          <w:rFonts w:ascii="Arial" w:hAnsi="Arial"/>
          <w:b/>
          <w:sz w:val="21"/>
        </w:rPr>
        <w:t xml:space="preserve">e. </w:t>
      </w:r>
      <w:r>
        <w:rPr>
          <w:rFonts w:ascii="Arial" w:hAnsi="Arial"/>
          <w:sz w:val="21"/>
        </w:rPr>
        <w:t>The ball carrier steps out of bounds;</w:t>
      </w:r>
    </w:p>
    <w:p>
      <w:pPr>
        <w:spacing w:after="40" w:line="247" w:lineRule="auto"/>
        <w:ind w:left="360" w:hanging="259"/>
        <w:widowControl/>
      </w:pPr>
      <w:r>
        <w:rPr>
          <w:rFonts w:ascii="Arial" w:hAnsi="Arial"/>
          <w:b/>
          <w:sz w:val="21"/>
        </w:rPr>
        <w:t xml:space="preserve">f. </w:t>
      </w:r>
      <w:r>
        <w:rPr>
          <w:rFonts w:ascii="Arial" w:hAnsi="Arial"/>
          <w:sz w:val="21"/>
        </w:rPr>
        <w:t>A fumble or bad snap touches the ground;</w:t>
      </w:r>
    </w:p>
    <w:p>
      <w:pPr>
        <w:spacing w:after="40" w:line="247" w:lineRule="auto"/>
        <w:ind w:left="360" w:hanging="259"/>
        <w:widowControl/>
      </w:pPr>
      <w:r>
        <w:rPr>
          <w:rFonts w:ascii="Arial" w:hAnsi="Arial"/>
          <w:b/>
          <w:sz w:val="21"/>
        </w:rPr>
        <w:t xml:space="preserve">g. </w:t>
      </w:r>
      <w:r>
        <w:rPr>
          <w:rFonts w:ascii="Arial" w:hAnsi="Arial"/>
          <w:sz w:val="21"/>
        </w:rPr>
        <w:t>The five-second quarterback count expires;</w:t>
      </w:r>
    </w:p>
    <w:p>
      <w:pPr>
        <w:spacing w:after="40" w:line="247" w:lineRule="auto"/>
        <w:ind w:left="360" w:hanging="259"/>
        <w:widowControl/>
      </w:pPr>
      <w:r>
        <w:rPr>
          <w:rFonts w:ascii="Arial" w:hAnsi="Arial"/>
          <w:b/>
          <w:sz w:val="21"/>
        </w:rPr>
        <w:t xml:space="preserve">h. </w:t>
      </w:r>
      <w:r>
        <w:rPr>
          <w:rFonts w:ascii="Arial" w:hAnsi="Arial"/>
          <w:sz w:val="21"/>
        </w:rPr>
        <w:t>An interception occurs;</w:t>
      </w:r>
    </w:p>
    <w:p>
      <w:pPr>
        <w:spacing w:after="40" w:line="247" w:lineRule="auto"/>
        <w:ind w:left="360" w:hanging="259"/>
        <w:widowControl/>
      </w:pPr>
      <w:r>
        <w:rPr>
          <w:rFonts w:ascii="Arial" w:hAnsi="Arial"/>
          <w:b/>
          <w:sz w:val="21"/>
        </w:rPr>
        <w:t xml:space="preserve">i. </w:t>
      </w:r>
      <w:r>
        <w:rPr>
          <w:rFonts w:ascii="Arial" w:hAnsi="Arial"/>
          <w:sz w:val="21"/>
        </w:rPr>
        <w:t>A score occurs; or</w:t>
      </w:r>
    </w:p>
    <w:p>
      <w:pPr>
        <w:spacing w:after="40" w:line="247" w:lineRule="auto"/>
        <w:ind w:left="360" w:hanging="259"/>
        <w:widowControl/>
      </w:pPr>
      <w:r>
        <w:rPr>
          <w:rFonts w:ascii="Arial" w:hAnsi="Arial"/>
          <w:b/>
          <w:sz w:val="21"/>
        </w:rPr>
        <w:t xml:space="preserve">j. </w:t>
      </w:r>
      <w:r>
        <w:rPr>
          <w:rFonts w:ascii="Arial" w:hAnsi="Arial"/>
          <w:sz w:val="21"/>
        </w:rPr>
        <w:t>An official otherwise declares the play dead.</w:t>
      </w:r>
    </w:p>
    <w:p>
      <w:pPr>
        <w:pStyle w:val="Heading1"/>
        <w:keepNext/>
        <w:spacing w:before="200" w:after="80"/>
        <w:widowControl/>
      </w:pPr>
      <w:r>
        <w:rPr>
          <w:rFonts w:ascii="Arial" w:hAnsi="Arial"/>
          <w:b/>
          <w:color w:val="1F4E79"/>
          <w:sz w:val="28"/>
        </w:rPr>
        <w:t>24. Fumbles</w:t>
      </w:r>
    </w:p>
    <w:p>
      <w:pPr>
        <w:keepLines w:val="0"/>
        <w:spacing w:after="80" w:line="252" w:lineRule="auto"/>
        <w:ind w:left="0"/>
        <w:widowControl/>
      </w:pPr>
      <w:r>
        <w:rPr>
          <w:rFonts w:ascii="Arial" w:hAnsi="Arial"/>
          <w:b w:val="0"/>
          <w:i w:val="0"/>
          <w:sz w:val="21"/>
        </w:rPr>
        <w:t>All fumbles, including a fumbled or mishandled snap, become dead immediately when the football touches the ground.</w:t>
      </w:r>
    </w:p>
    <w:p>
      <w:pPr>
        <w:keepLines w:val="0"/>
        <w:spacing w:after="80" w:line="252" w:lineRule="auto"/>
        <w:ind w:left="0"/>
        <w:widowControl/>
      </w:pPr>
      <w:r>
        <w:rPr>
          <w:rFonts w:ascii="Arial" w:hAnsi="Arial"/>
          <w:b w:val="0"/>
          <w:i w:val="0"/>
          <w:sz w:val="21"/>
        </w:rPr>
        <w:t>The football cannot be recovered and advanced.</w:t>
      </w:r>
    </w:p>
    <w:p>
      <w:pPr>
        <w:keepLines w:val="0"/>
        <w:spacing w:after="80" w:line="252" w:lineRule="auto"/>
        <w:ind w:left="0"/>
        <w:widowControl/>
      </w:pPr>
      <w:r>
        <w:rPr>
          <w:rFonts w:ascii="Arial" w:hAnsi="Arial"/>
          <w:b w:val="0"/>
          <w:i w:val="0"/>
          <w:sz w:val="21"/>
        </w:rPr>
        <w:t>The team that last possessed the football will retain possession at the spot where the football became dead, subject to the down and distance.</w:t>
      </w:r>
    </w:p>
    <w:p>
      <w:pPr>
        <w:keepLines w:val="0"/>
        <w:spacing w:after="80" w:line="252" w:lineRule="auto"/>
        <w:ind w:left="0"/>
        <w:widowControl/>
      </w:pPr>
      <w:r>
        <w:rPr>
          <w:rFonts w:ascii="Arial" w:hAnsi="Arial"/>
          <w:b w:val="0"/>
          <w:i w:val="0"/>
          <w:sz w:val="21"/>
        </w:rPr>
        <w:t>There will be no diving onto loose footballs.</w:t>
      </w:r>
    </w:p>
    <w:p>
      <w:pPr>
        <w:pStyle w:val="Heading1"/>
        <w:keepNext/>
        <w:spacing w:before="200" w:after="80"/>
        <w:widowControl/>
      </w:pPr>
      <w:r>
        <w:rPr>
          <w:rFonts w:ascii="Arial" w:hAnsi="Arial"/>
          <w:b/>
          <w:color w:val="1F4E79"/>
          <w:sz w:val="28"/>
        </w:rPr>
        <w:t>25. Interceptions</w:t>
      </w:r>
    </w:p>
    <w:p>
      <w:pPr>
        <w:keepLines w:val="0"/>
        <w:spacing w:after="80" w:line="252" w:lineRule="auto"/>
        <w:ind w:left="0"/>
        <w:widowControl/>
      </w:pPr>
      <w:r>
        <w:rPr>
          <w:rFonts w:ascii="Arial" w:hAnsi="Arial"/>
          <w:b w:val="0"/>
          <w:i w:val="0"/>
          <w:sz w:val="21"/>
        </w:rPr>
        <w:t>Interceptions are permitted.</w:t>
      </w:r>
    </w:p>
    <w:p>
      <w:pPr>
        <w:keepLines w:val="0"/>
        <w:spacing w:after="80" w:line="252" w:lineRule="auto"/>
        <w:ind w:left="0"/>
        <w:widowControl/>
      </w:pPr>
      <w:r>
        <w:rPr>
          <w:rFonts w:ascii="Arial" w:hAnsi="Arial"/>
          <w:b w:val="0"/>
          <w:i w:val="0"/>
          <w:sz w:val="21"/>
        </w:rPr>
        <w:t>When a defensive player legally intercepts a pass, the play will immediately be blown dead.</w:t>
      </w:r>
    </w:p>
    <w:p>
      <w:pPr>
        <w:keepLines w:val="0"/>
        <w:spacing w:after="80" w:line="252" w:lineRule="auto"/>
        <w:ind w:left="0"/>
        <w:widowControl/>
      </w:pPr>
      <w:r>
        <w:rPr>
          <w:rFonts w:ascii="Arial" w:hAnsi="Arial"/>
          <w:b/>
          <w:i w:val="0"/>
          <w:sz w:val="21"/>
        </w:rPr>
        <w:t>Interceptions may not be returned.</w:t>
      </w:r>
    </w:p>
    <w:p>
      <w:pPr>
        <w:keepLines w:val="0"/>
        <w:spacing w:after="80" w:line="252" w:lineRule="auto"/>
        <w:ind w:left="0"/>
        <w:widowControl/>
      </w:pPr>
      <w:r>
        <w:rPr>
          <w:rFonts w:ascii="Arial" w:hAnsi="Arial"/>
          <w:b w:val="0"/>
          <w:i w:val="0"/>
          <w:sz w:val="21"/>
        </w:rPr>
        <w:t>Possession will change to the intercepting team.</w:t>
      </w:r>
    </w:p>
    <w:p>
      <w:pPr>
        <w:keepLines w:val="0"/>
        <w:spacing w:after="80" w:line="252" w:lineRule="auto"/>
        <w:ind w:left="0"/>
        <w:widowControl/>
      </w:pPr>
      <w:r>
        <w:rPr>
          <w:rFonts w:ascii="Arial" w:hAnsi="Arial"/>
          <w:b w:val="0"/>
          <w:i w:val="0"/>
          <w:sz w:val="21"/>
        </w:rPr>
        <w:t>The new offensive team will begin its possession at the 40-yard line with its choice of hash mark.</w:t>
      </w:r>
    </w:p>
    <w:p>
      <w:pPr>
        <w:pStyle w:val="Heading1"/>
        <w:keepNext/>
        <w:spacing w:before="200" w:after="80"/>
        <w:widowControl/>
      </w:pPr>
      <w:r>
        <w:rPr>
          <w:rFonts w:ascii="Arial" w:hAnsi="Arial"/>
          <w:b/>
          <w:color w:val="1F4E79"/>
          <w:sz w:val="28"/>
        </w:rPr>
        <w:t>26. Turnover on Downs</w:t>
      </w:r>
    </w:p>
    <w:p>
      <w:pPr>
        <w:keepLines w:val="0"/>
        <w:spacing w:after="80" w:line="252" w:lineRule="auto"/>
        <w:ind w:left="0"/>
        <w:widowControl/>
      </w:pPr>
      <w:r>
        <w:rPr>
          <w:rFonts w:ascii="Arial" w:hAnsi="Arial"/>
          <w:b w:val="0"/>
          <w:i w:val="0"/>
          <w:sz w:val="21"/>
        </w:rPr>
        <w:t>If the offense fails to reach the required first-down line or score a touchdown within four downs, possession will change.</w:t>
      </w:r>
    </w:p>
    <w:p>
      <w:pPr>
        <w:keepLines w:val="0"/>
        <w:spacing w:after="80" w:line="252" w:lineRule="auto"/>
        <w:ind w:left="0"/>
        <w:widowControl/>
      </w:pPr>
      <w:r>
        <w:rPr>
          <w:rFonts w:ascii="Arial" w:hAnsi="Arial"/>
          <w:b w:val="0"/>
          <w:i w:val="0"/>
          <w:sz w:val="21"/>
        </w:rPr>
        <w:t>The opposing team will begin its offensive possession at the 40-yard line.</w:t>
      </w:r>
    </w:p>
    <w:p>
      <w:pPr>
        <w:pStyle w:val="Heading1"/>
        <w:keepNext/>
        <w:spacing w:before="200" w:after="80"/>
        <w:widowControl/>
      </w:pPr>
      <w:r>
        <w:rPr>
          <w:rFonts w:ascii="Arial" w:hAnsi="Arial"/>
          <w:b/>
          <w:color w:val="1F4E79"/>
          <w:sz w:val="28"/>
        </w:rPr>
        <w:t>27. Punts and Kickoffs</w:t>
      </w:r>
    </w:p>
    <w:p>
      <w:pPr>
        <w:keepLines w:val="0"/>
        <w:spacing w:after="80" w:line="252" w:lineRule="auto"/>
        <w:ind w:left="0"/>
        <w:widowControl/>
      </w:pPr>
      <w:r>
        <w:rPr>
          <w:rFonts w:ascii="Arial" w:hAnsi="Arial"/>
          <w:b w:val="0"/>
          <w:i w:val="0"/>
          <w:sz w:val="21"/>
        </w:rPr>
        <w:t>There will be no live kickoffs.</w:t>
      </w:r>
    </w:p>
    <w:p>
      <w:pPr>
        <w:keepLines w:val="0"/>
        <w:spacing w:after="80" w:line="252" w:lineRule="auto"/>
        <w:ind w:left="0"/>
        <w:widowControl/>
      </w:pPr>
      <w:r>
        <w:rPr>
          <w:rFonts w:ascii="Arial" w:hAnsi="Arial"/>
          <w:b w:val="0"/>
          <w:i w:val="0"/>
          <w:sz w:val="21"/>
        </w:rPr>
        <w:t>There will be no live punt plays.</w:t>
      </w:r>
    </w:p>
    <w:p>
      <w:pPr>
        <w:keepLines w:val="0"/>
        <w:spacing w:after="80" w:line="252" w:lineRule="auto"/>
        <w:ind w:left="0"/>
        <w:widowControl/>
      </w:pPr>
      <w:r>
        <w:rPr>
          <w:rFonts w:ascii="Arial" w:hAnsi="Arial"/>
          <w:b w:val="0"/>
          <w:i w:val="0"/>
          <w:sz w:val="21"/>
        </w:rPr>
        <w:t>Normal changes of possession will result in the new offensive team beginning at the 40-yard line unless another MYSA rule specifically provides otherwise.</w:t>
      </w:r>
    </w:p>
    <w:p>
      <w:pPr>
        <w:keepNext/>
        <w:spacing w:before="240" w:after="100"/>
        <w:pBdr>
          <w:bottom w:val="single" w:sz="8" w:space="2" w:color="1F4E79"/>
        </w:pBdr>
        <w:widowControl/>
      </w:pPr>
      <w:r>
        <w:rPr>
          <w:rFonts w:ascii="Arial" w:hAnsi="Arial"/>
          <w:b/>
          <w:color w:val="1F4E79"/>
          <w:sz w:val="24"/>
        </w:rPr>
        <w:t>PLAY CLOCK</w:t>
      </w:r>
    </w:p>
    <w:p>
      <w:pPr>
        <w:pStyle w:val="Heading1"/>
        <w:keepNext/>
        <w:spacing w:before="200" w:after="80"/>
        <w:widowControl/>
      </w:pPr>
      <w:r>
        <w:rPr>
          <w:rFonts w:ascii="Arial" w:hAnsi="Arial"/>
          <w:b/>
          <w:color w:val="1F4E79"/>
          <w:sz w:val="28"/>
        </w:rPr>
        <w:t>28. Time to Put Ball in Play</w:t>
      </w:r>
    </w:p>
    <w:p>
      <w:pPr>
        <w:keepLines w:val="0"/>
        <w:spacing w:after="80" w:line="252" w:lineRule="auto"/>
        <w:ind w:left="0"/>
        <w:widowControl/>
      </w:pPr>
      <w:r>
        <w:rPr>
          <w:rFonts w:ascii="Arial" w:hAnsi="Arial"/>
          <w:b w:val="0"/>
          <w:i w:val="0"/>
          <w:sz w:val="21"/>
        </w:rPr>
        <w:t>All MYSA Flag Football teams will have twenty (20) seconds to put the football into play after the ball is declared ready for play.</w:t>
      </w:r>
    </w:p>
    <w:p>
      <w:pPr>
        <w:keepLines w:val="0"/>
        <w:spacing w:after="80" w:line="252" w:lineRule="auto"/>
        <w:ind w:left="0"/>
        <w:widowControl/>
      </w:pPr>
      <w:r>
        <w:rPr>
          <w:rFonts w:ascii="Arial" w:hAnsi="Arial"/>
          <w:b w:val="0"/>
          <w:i w:val="0"/>
          <w:sz w:val="21"/>
        </w:rPr>
        <w:t>Failure to do so will result in delay of game.</w:t>
      </w:r>
    </w:p>
    <w:p>
      <w:pPr>
        <w:spacing w:after="100"/>
        <w:ind w:left="288"/>
        <w:widowControl/>
      </w:pPr>
      <w:r>
        <w:rPr>
          <w:rFonts w:ascii="Arial" w:hAnsi="Arial"/>
          <w:b/>
          <w:sz w:val="21"/>
        </w:rPr>
        <w:t xml:space="preserve">Penalty: </w:t>
      </w:r>
      <w:r>
        <w:rPr>
          <w:rFonts w:ascii="Arial" w:hAnsi="Arial"/>
          <w:b/>
          <w:sz w:val="21"/>
        </w:rPr>
        <w:t>Loss of down.</w:t>
      </w:r>
    </w:p>
    <w:p>
      <w:pPr>
        <w:keepNext/>
        <w:spacing w:before="240" w:after="100"/>
        <w:pBdr>
          <w:bottom w:val="single" w:sz="8" w:space="2" w:color="1F4E79"/>
        </w:pBdr>
        <w:widowControl/>
      </w:pPr>
      <w:r>
        <w:rPr>
          <w:rFonts w:ascii="Arial" w:hAnsi="Arial"/>
          <w:b/>
          <w:color w:val="1F4E79"/>
          <w:sz w:val="24"/>
        </w:rPr>
        <w:t>COACHING AND SIDELINE RULES</w:t>
      </w:r>
    </w:p>
    <w:p>
      <w:pPr>
        <w:pStyle w:val="Heading1"/>
        <w:keepNext/>
        <w:spacing w:before="200" w:after="80"/>
        <w:widowControl/>
      </w:pPr>
      <w:r>
        <w:rPr>
          <w:rFonts w:ascii="Arial" w:hAnsi="Arial"/>
          <w:b/>
          <w:color w:val="1F4E79"/>
          <w:sz w:val="28"/>
        </w:rPr>
        <w:t>29. On-Field Coach</w:t>
      </w:r>
    </w:p>
    <w:p>
      <w:pPr>
        <w:keepLines w:val="0"/>
        <w:spacing w:after="80" w:line="252" w:lineRule="auto"/>
        <w:ind w:left="0"/>
        <w:widowControl/>
      </w:pPr>
      <w:r>
        <w:rPr>
          <w:rFonts w:ascii="Arial" w:hAnsi="Arial"/>
          <w:b w:val="0"/>
          <w:i w:val="0"/>
          <w:sz w:val="21"/>
        </w:rPr>
        <w:t>Only one (1) coach from each team may be on the field at a time when on-field coaching is permitted by MYSA.</w:t>
      </w:r>
    </w:p>
    <w:p>
      <w:pPr>
        <w:keepLines w:val="0"/>
        <w:spacing w:after="80" w:line="252" w:lineRule="auto"/>
        <w:ind w:left="0"/>
        <w:widowControl/>
      </w:pPr>
      <w:r>
        <w:rPr>
          <w:rFonts w:ascii="Arial" w:hAnsi="Arial"/>
          <w:b w:val="0"/>
          <w:i w:val="0"/>
          <w:sz w:val="21"/>
        </w:rPr>
        <w:t>The coach must remain behind all active players and must make a reasonable effort not to interfere with the play.</w:t>
      </w:r>
    </w:p>
    <w:p>
      <w:pPr>
        <w:keepLines w:val="0"/>
        <w:spacing w:after="80" w:line="252" w:lineRule="auto"/>
        <w:ind w:left="0"/>
        <w:widowControl/>
      </w:pPr>
      <w:r>
        <w:rPr>
          <w:rFonts w:ascii="Arial" w:hAnsi="Arial"/>
          <w:b w:val="0"/>
          <w:i w:val="0"/>
          <w:sz w:val="21"/>
        </w:rPr>
        <w:t>The coach may not:</w:t>
      </w:r>
    </w:p>
    <w:p>
      <w:pPr>
        <w:spacing w:after="40" w:line="247" w:lineRule="auto"/>
        <w:ind w:left="360" w:hanging="259"/>
        <w:widowControl/>
      </w:pPr>
      <w:r>
        <w:rPr>
          <w:rFonts w:ascii="Arial" w:hAnsi="Arial"/>
          <w:b/>
          <w:sz w:val="21"/>
        </w:rPr>
        <w:t xml:space="preserve">a. </w:t>
      </w:r>
      <w:r>
        <w:rPr>
          <w:rFonts w:ascii="Arial" w:hAnsi="Arial"/>
          <w:sz w:val="21"/>
        </w:rPr>
        <w:t>Obstruct a player;</w:t>
      </w:r>
    </w:p>
    <w:p>
      <w:pPr>
        <w:spacing w:after="40" w:line="247" w:lineRule="auto"/>
        <w:ind w:left="360" w:hanging="259"/>
        <w:widowControl/>
      </w:pPr>
      <w:r>
        <w:rPr>
          <w:rFonts w:ascii="Arial" w:hAnsi="Arial"/>
          <w:b/>
          <w:sz w:val="21"/>
        </w:rPr>
        <w:t xml:space="preserve">b. </w:t>
      </w:r>
      <w:r>
        <w:rPr>
          <w:rFonts w:ascii="Arial" w:hAnsi="Arial"/>
          <w:sz w:val="21"/>
        </w:rPr>
        <w:t>Become involved in a live play;</w:t>
      </w:r>
    </w:p>
    <w:p>
      <w:pPr>
        <w:spacing w:after="40" w:line="247" w:lineRule="auto"/>
        <w:ind w:left="360" w:hanging="259"/>
        <w:widowControl/>
      </w:pPr>
      <w:r>
        <w:rPr>
          <w:rFonts w:ascii="Arial" w:hAnsi="Arial"/>
          <w:b/>
          <w:sz w:val="21"/>
        </w:rPr>
        <w:t xml:space="preserve">c. </w:t>
      </w:r>
      <w:r>
        <w:rPr>
          <w:rFonts w:ascii="Arial" w:hAnsi="Arial"/>
          <w:sz w:val="21"/>
        </w:rPr>
        <w:t>Physically direct or move a player after the snap; or</w:t>
      </w:r>
    </w:p>
    <w:p>
      <w:pPr>
        <w:spacing w:after="40" w:line="247" w:lineRule="auto"/>
        <w:ind w:left="360" w:hanging="259"/>
        <w:widowControl/>
      </w:pPr>
      <w:r>
        <w:rPr>
          <w:rFonts w:ascii="Arial" w:hAnsi="Arial"/>
          <w:b/>
          <w:sz w:val="21"/>
        </w:rPr>
        <w:t xml:space="preserve">d. </w:t>
      </w:r>
      <w:r>
        <w:rPr>
          <w:rFonts w:ascii="Arial" w:hAnsi="Arial"/>
          <w:sz w:val="21"/>
        </w:rPr>
        <w:t>Interfere with an official.</w:t>
      </w:r>
    </w:p>
    <w:p>
      <w:pPr>
        <w:pStyle w:val="Heading2"/>
        <w:keepNext/>
        <w:spacing w:before="120" w:after="80"/>
        <w:widowControl/>
      </w:pPr>
      <w:r>
        <w:rPr>
          <w:rFonts w:ascii="Arial" w:hAnsi="Arial"/>
          <w:b/>
          <w:color w:val="000000"/>
          <w:sz w:val="23"/>
        </w:rPr>
        <w:t>29.1 Sideline Coach Limit</w:t>
      </w:r>
    </w:p>
    <w:p>
      <w:pPr>
        <w:keepLines w:val="0"/>
        <w:spacing w:after="80" w:line="252" w:lineRule="auto"/>
        <w:ind w:left="0"/>
        <w:widowControl/>
      </w:pPr>
      <w:r>
        <w:rPr>
          <w:rFonts w:ascii="Arial" w:hAnsi="Arial"/>
          <w:b w:val="0"/>
          <w:i w:val="0"/>
          <w:sz w:val="21"/>
        </w:rPr>
        <w:t>Each team may have no more than three (3) coaches on the team sideline during game play.</w:t>
      </w:r>
    </w:p>
    <w:p>
      <w:pPr>
        <w:keepLines w:val="0"/>
        <w:spacing w:after="80" w:line="252" w:lineRule="auto"/>
        <w:ind w:left="0"/>
        <w:widowControl/>
      </w:pPr>
      <w:r>
        <w:rPr>
          <w:rFonts w:ascii="Arial" w:hAnsi="Arial"/>
          <w:b w:val="0"/>
          <w:i w:val="0"/>
          <w:sz w:val="21"/>
        </w:rPr>
        <w:t>Only those three (3) coaches may remain in the designated team sideline area during the game.</w:t>
      </w:r>
    </w:p>
    <w:p>
      <w:pPr>
        <w:keepLines w:val="0"/>
        <w:spacing w:after="80" w:line="252" w:lineRule="auto"/>
        <w:ind w:left="0"/>
        <w:widowControl/>
      </w:pPr>
      <w:r>
        <w:rPr>
          <w:rFonts w:ascii="Arial" w:hAnsi="Arial"/>
          <w:b w:val="0"/>
          <w:i w:val="0"/>
          <w:sz w:val="21"/>
        </w:rPr>
        <w:t>If more than three (3) coaches are present on the sideline:</w:t>
      </w:r>
    </w:p>
    <w:p>
      <w:pPr>
        <w:spacing w:after="60"/>
        <w:ind w:left="360" w:hanging="259"/>
        <w:widowControl/>
      </w:pPr>
      <w:r>
        <w:rPr>
          <w:rFonts w:ascii="Arial" w:hAnsi="Arial"/>
          <w:b/>
          <w:sz w:val="21"/>
        </w:rPr>
        <w:t xml:space="preserve">a. First Infraction: </w:t>
      </w:r>
      <w:r>
        <w:rPr>
          <w:rFonts w:ascii="Arial" w:hAnsi="Arial"/>
          <w:sz w:val="21"/>
        </w:rPr>
        <w:t>The team will receive a warning and must immediately remove the additional coach or coaches from the sideline area.</w:t>
      </w:r>
    </w:p>
    <w:p>
      <w:pPr>
        <w:spacing w:after="60"/>
        <w:ind w:left="360" w:hanging="259"/>
        <w:widowControl/>
      </w:pPr>
      <w:r>
        <w:rPr>
          <w:rFonts w:ascii="Arial" w:hAnsi="Arial"/>
          <w:b/>
          <w:sz w:val="21"/>
        </w:rPr>
        <w:t xml:space="preserve">b. Second Infraction: </w:t>
      </w:r>
      <w:r>
        <w:rPr>
          <w:rFonts w:ascii="Arial" w:hAnsi="Arial"/>
          <w:sz w:val="21"/>
        </w:rPr>
        <w:t>The team may be assessed a ten (10) yard penalty and must immediately remove the additional coach or coaches from the sideline area.</w:t>
      </w:r>
    </w:p>
    <w:p>
      <w:pPr>
        <w:keepLines w:val="0"/>
        <w:spacing w:after="80" w:line="252" w:lineRule="auto"/>
        <w:ind w:left="0"/>
        <w:widowControl/>
      </w:pPr>
      <w:r>
        <w:rPr>
          <w:rFonts w:ascii="Arial" w:hAnsi="Arial"/>
          <w:b w:val="0"/>
          <w:i w:val="0"/>
          <w:sz w:val="21"/>
        </w:rPr>
        <w:t>Repeated violations may result in additional action by the game officials or MYSA Board.</w:t>
      </w:r>
    </w:p>
    <w:p>
      <w:pPr>
        <w:keepNext/>
        <w:spacing w:before="240" w:after="100"/>
        <w:pBdr>
          <w:bottom w:val="single" w:sz="8" w:space="2" w:color="1F4E79"/>
        </w:pBdr>
        <w:widowControl/>
      </w:pPr>
      <w:r>
        <w:rPr>
          <w:rFonts w:ascii="Arial" w:hAnsi="Arial"/>
          <w:b/>
          <w:color w:val="1F4E79"/>
          <w:sz w:val="24"/>
        </w:rPr>
        <w:t>SCORING</w:t>
      </w:r>
    </w:p>
    <w:p>
      <w:pPr>
        <w:pStyle w:val="Heading1"/>
        <w:keepNext/>
        <w:spacing w:before="200" w:after="80"/>
        <w:widowControl/>
      </w:pPr>
      <w:r>
        <w:rPr>
          <w:rFonts w:ascii="Arial" w:hAnsi="Arial"/>
          <w:b/>
          <w:color w:val="1F4E79"/>
          <w:sz w:val="28"/>
        </w:rPr>
        <w:t>30. Touchdowns</w:t>
      </w:r>
    </w:p>
    <w:p>
      <w:pPr>
        <w:keepLines w:val="0"/>
        <w:spacing w:after="80" w:line="252" w:lineRule="auto"/>
        <w:ind w:left="0"/>
        <w:widowControl/>
      </w:pPr>
      <w:r>
        <w:rPr>
          <w:rFonts w:ascii="Arial" w:hAnsi="Arial"/>
          <w:b w:val="0"/>
          <w:i w:val="0"/>
          <w:sz w:val="21"/>
        </w:rPr>
        <w:t>An offensive touchdown is worth six (6) points.</w:t>
      </w:r>
    </w:p>
    <w:p>
      <w:pPr>
        <w:keepLines w:val="0"/>
        <w:spacing w:after="80" w:line="252" w:lineRule="auto"/>
        <w:ind w:left="0"/>
        <w:widowControl/>
      </w:pPr>
      <w:r>
        <w:rPr>
          <w:rFonts w:ascii="Arial" w:hAnsi="Arial"/>
          <w:b w:val="0"/>
          <w:i w:val="0"/>
          <w:sz w:val="21"/>
        </w:rPr>
        <w:t>A touchdown occurs when a player legally possesses the football in the opponent's end zone or legally advances the football across the goal line.</w:t>
      </w:r>
    </w:p>
    <w:p>
      <w:pPr>
        <w:pStyle w:val="Heading1"/>
        <w:keepNext/>
        <w:spacing w:before="200" w:after="80"/>
        <w:widowControl/>
      </w:pPr>
      <w:r>
        <w:rPr>
          <w:rFonts w:ascii="Arial" w:hAnsi="Arial"/>
          <w:b/>
          <w:color w:val="1F4E79"/>
          <w:sz w:val="28"/>
        </w:rPr>
        <w:t>31. Point After Touchdown</w:t>
      </w:r>
    </w:p>
    <w:p>
      <w:pPr>
        <w:keepLines w:val="0"/>
        <w:spacing w:after="80" w:line="252" w:lineRule="auto"/>
        <w:ind w:left="0"/>
        <w:widowControl/>
      </w:pPr>
      <w:r>
        <w:rPr>
          <w:rFonts w:ascii="Arial" w:hAnsi="Arial"/>
          <w:b w:val="0"/>
          <w:i w:val="0"/>
          <w:sz w:val="21"/>
        </w:rPr>
        <w:t>After scoring a touchdown, the offensive team must choose one of the following:</w:t>
      </w:r>
    </w:p>
    <w:p>
      <w:pPr>
        <w:spacing w:after="40" w:line="247" w:lineRule="auto"/>
        <w:ind w:left="360" w:hanging="259"/>
        <w:widowControl/>
      </w:pPr>
      <w:r>
        <w:rPr>
          <w:rFonts w:ascii="Arial" w:hAnsi="Arial"/>
          <w:b/>
          <w:sz w:val="21"/>
        </w:rPr>
        <w:t xml:space="preserve">a. </w:t>
      </w:r>
      <w:r>
        <w:rPr>
          <w:rFonts w:ascii="Arial" w:hAnsi="Arial"/>
          <w:sz w:val="21"/>
        </w:rPr>
        <w:t>One (1) point - attempt from the 5-yard line; or</w:t>
      </w:r>
    </w:p>
    <w:p>
      <w:pPr>
        <w:spacing w:after="40" w:line="247" w:lineRule="auto"/>
        <w:ind w:left="360" w:hanging="259"/>
        <w:widowControl/>
      </w:pPr>
      <w:r>
        <w:rPr>
          <w:rFonts w:ascii="Arial" w:hAnsi="Arial"/>
          <w:b/>
          <w:sz w:val="21"/>
        </w:rPr>
        <w:t xml:space="preserve">b. </w:t>
      </w:r>
      <w:r>
        <w:rPr>
          <w:rFonts w:ascii="Arial" w:hAnsi="Arial"/>
          <w:sz w:val="21"/>
        </w:rPr>
        <w:t>Two (2) points - attempt from the 10-yard line.</w:t>
      </w:r>
    </w:p>
    <w:p>
      <w:pPr>
        <w:keepLines w:val="0"/>
        <w:spacing w:after="80" w:line="252" w:lineRule="auto"/>
        <w:ind w:left="0"/>
        <w:widowControl/>
      </w:pPr>
      <w:r>
        <w:rPr>
          <w:rFonts w:ascii="Arial" w:hAnsi="Arial"/>
          <w:b w:val="0"/>
          <w:i w:val="0"/>
          <w:sz w:val="21"/>
        </w:rPr>
        <w:t>The offense must declare its choice before the ball is declared ready for play.</w:t>
      </w:r>
    </w:p>
    <w:p>
      <w:pPr>
        <w:keepLines w:val="0"/>
        <w:spacing w:after="80" w:line="252" w:lineRule="auto"/>
        <w:ind w:left="0"/>
        <w:widowControl/>
      </w:pPr>
      <w:r>
        <w:rPr>
          <w:rFonts w:ascii="Arial" w:hAnsi="Arial"/>
          <w:b w:val="0"/>
          <w:i w:val="0"/>
          <w:sz w:val="21"/>
        </w:rPr>
        <w:t>All normal MYSA Flag Football rules apply during the point-after attempt.</w:t>
      </w:r>
    </w:p>
    <w:p>
      <w:pPr>
        <w:keepNext/>
        <w:spacing w:before="240" w:after="100"/>
        <w:pBdr>
          <w:bottom w:val="single" w:sz="8" w:space="2" w:color="1F4E79"/>
        </w:pBdr>
        <w:widowControl/>
      </w:pPr>
      <w:r>
        <w:rPr>
          <w:rFonts w:ascii="Arial" w:hAnsi="Arial"/>
          <w:b/>
          <w:color w:val="1F4E79"/>
          <w:sz w:val="24"/>
        </w:rPr>
        <w:t>SPECIAL GAME SITUATIONS</w:t>
      </w:r>
    </w:p>
    <w:p>
      <w:pPr>
        <w:pStyle w:val="Heading1"/>
        <w:keepNext/>
        <w:spacing w:before="200" w:after="80"/>
        <w:widowControl/>
      </w:pPr>
      <w:r>
        <w:rPr>
          <w:rFonts w:ascii="Arial" w:hAnsi="Arial"/>
          <w:b/>
          <w:color w:val="1F4E79"/>
          <w:sz w:val="28"/>
        </w:rPr>
        <w:t>32. Game Cannot End on a Defensive Penalty</w:t>
      </w:r>
    </w:p>
    <w:p>
      <w:pPr>
        <w:keepLines w:val="0"/>
        <w:spacing w:after="80" w:line="252" w:lineRule="auto"/>
        <w:ind w:left="0"/>
        <w:widowControl/>
      </w:pPr>
      <w:r>
        <w:rPr>
          <w:rFonts w:ascii="Arial" w:hAnsi="Arial"/>
          <w:b w:val="0"/>
          <w:i w:val="0"/>
          <w:sz w:val="21"/>
        </w:rPr>
        <w:t>A game may not end on an accepted defensive penalty.</w:t>
      </w:r>
    </w:p>
    <w:p>
      <w:pPr>
        <w:keepLines w:val="0"/>
        <w:spacing w:after="80" w:line="252" w:lineRule="auto"/>
        <w:ind w:left="0"/>
        <w:widowControl/>
      </w:pPr>
      <w:r>
        <w:rPr>
          <w:rFonts w:ascii="Arial" w:hAnsi="Arial"/>
          <w:b w:val="0"/>
          <w:i w:val="0"/>
          <w:sz w:val="21"/>
        </w:rPr>
        <w:t>If time expires during a play in which the defense commits an accepted penalty, the offense will receive one untimed down.</w:t>
      </w:r>
    </w:p>
    <w:p>
      <w:pPr>
        <w:keepLines w:val="0"/>
        <w:spacing w:after="80" w:line="252" w:lineRule="auto"/>
        <w:ind w:left="0"/>
        <w:widowControl/>
      </w:pPr>
      <w:r>
        <w:rPr>
          <w:rFonts w:ascii="Arial" w:hAnsi="Arial"/>
          <w:b w:val="0"/>
          <w:i w:val="0"/>
          <w:sz w:val="21"/>
        </w:rPr>
        <w:t>Additional untimed downs may be played when required by an accepted defensive penalty occurring during an untimed down.</w:t>
      </w:r>
    </w:p>
    <w:p>
      <w:pPr>
        <w:pStyle w:val="Heading1"/>
        <w:keepNext/>
        <w:spacing w:before="200" w:after="80"/>
        <w:widowControl/>
      </w:pPr>
      <w:r>
        <w:rPr>
          <w:rFonts w:ascii="Arial" w:hAnsi="Arial"/>
          <w:b/>
          <w:color w:val="1F4E79"/>
          <w:sz w:val="28"/>
        </w:rPr>
        <w:t>33. Overtime</w:t>
      </w:r>
    </w:p>
    <w:p>
      <w:pPr>
        <w:keepLines w:val="0"/>
        <w:spacing w:after="80" w:line="252" w:lineRule="auto"/>
        <w:ind w:left="0"/>
        <w:widowControl/>
      </w:pPr>
      <w:r>
        <w:rPr>
          <w:rFonts w:ascii="Arial" w:hAnsi="Arial"/>
          <w:b w:val="0"/>
          <w:i w:val="0"/>
          <w:sz w:val="21"/>
        </w:rPr>
        <w:t>If the score is tied at the end of regulation and MYSA requires a winner, each team will receive an opportunity to score beginning from the opponent's 10-yard line.</w:t>
      </w:r>
    </w:p>
    <w:p>
      <w:pPr>
        <w:keepLines w:val="0"/>
        <w:spacing w:after="80" w:line="252" w:lineRule="auto"/>
        <w:ind w:left="0"/>
        <w:widowControl/>
      </w:pPr>
      <w:r>
        <w:rPr>
          <w:rFonts w:ascii="Arial" w:hAnsi="Arial"/>
          <w:b w:val="0"/>
          <w:i w:val="0"/>
          <w:sz w:val="21"/>
        </w:rPr>
        <w:t>Each team will have a maximum of two (2) overtime possessions.</w:t>
      </w:r>
    </w:p>
    <w:p>
      <w:pPr>
        <w:keepLines w:val="0"/>
        <w:spacing w:after="80" w:line="252" w:lineRule="auto"/>
        <w:ind w:left="0"/>
        <w:widowControl/>
      </w:pPr>
      <w:r>
        <w:rPr>
          <w:rFonts w:ascii="Arial" w:hAnsi="Arial"/>
          <w:b w:val="0"/>
          <w:i w:val="0"/>
          <w:sz w:val="21"/>
        </w:rPr>
        <w:t>Both teams will receive an equal opportunity to possess the football.</w:t>
      </w:r>
    </w:p>
    <w:p>
      <w:pPr>
        <w:keepLines w:val="0"/>
        <w:spacing w:after="80" w:line="252" w:lineRule="auto"/>
        <w:ind w:left="0"/>
        <w:widowControl/>
      </w:pPr>
      <w:r>
        <w:rPr>
          <w:rFonts w:ascii="Arial" w:hAnsi="Arial"/>
          <w:b w:val="0"/>
          <w:i w:val="0"/>
          <w:sz w:val="21"/>
        </w:rPr>
        <w:t>If the game remains tied following the maximum overtime possessions, the result will be determined according to any additional procedure established by MYSA.</w:t>
      </w:r>
    </w:p>
    <w:p>
      <w:pPr>
        <w:keepNext/>
        <w:spacing w:before="240" w:after="100"/>
        <w:pBdr>
          <w:bottom w:val="single" w:sz="8" w:space="2" w:color="1F4E79"/>
        </w:pBdr>
        <w:widowControl/>
      </w:pPr>
      <w:r>
        <w:rPr>
          <w:rFonts w:ascii="Arial" w:hAnsi="Arial"/>
          <w:b/>
          <w:color w:val="1F4E79"/>
          <w:sz w:val="24"/>
        </w:rPr>
        <w:t>MERCY RULE</w:t>
      </w:r>
    </w:p>
    <w:p>
      <w:pPr>
        <w:pStyle w:val="Heading1"/>
        <w:keepNext/>
        <w:spacing w:before="200" w:after="80"/>
        <w:widowControl/>
      </w:pPr>
      <w:r>
        <w:rPr>
          <w:rFonts w:ascii="Arial" w:hAnsi="Arial"/>
          <w:b/>
          <w:color w:val="1F4E79"/>
          <w:sz w:val="28"/>
        </w:rPr>
        <w:t>34. Mercy Rule Activation</w:t>
      </w:r>
    </w:p>
    <w:p>
      <w:pPr>
        <w:keepLines w:val="0"/>
        <w:spacing w:after="80" w:line="252" w:lineRule="auto"/>
        <w:ind w:left="0"/>
        <w:widowControl/>
      </w:pPr>
      <w:r>
        <w:rPr>
          <w:rFonts w:ascii="Arial" w:hAnsi="Arial"/>
          <w:b w:val="0"/>
          <w:i w:val="0"/>
          <w:sz w:val="21"/>
        </w:rPr>
        <w:t>If either team takes a lead of twenty-four (24) points or more, the MYSA Mercy Rule will immediately go into effect.</w:t>
      </w:r>
    </w:p>
    <w:p>
      <w:pPr>
        <w:keepLines w:val="0"/>
        <w:spacing w:after="80" w:line="252" w:lineRule="auto"/>
        <w:ind w:left="0"/>
        <w:widowControl/>
      </w:pPr>
      <w:r>
        <w:rPr>
          <w:rFonts w:ascii="Arial" w:hAnsi="Arial"/>
          <w:b w:val="0"/>
          <w:i w:val="0"/>
          <w:sz w:val="21"/>
        </w:rPr>
        <w:t>Once activated, the Mercy Rule provisions will remain in effect as provided below.</w:t>
      </w:r>
    </w:p>
    <w:p>
      <w:pPr>
        <w:keepLines w:val="0"/>
        <w:spacing w:after="80" w:line="252" w:lineRule="auto"/>
        <w:ind w:left="0"/>
        <w:widowControl/>
      </w:pPr>
      <w:r>
        <w:rPr>
          <w:rFonts w:ascii="Arial" w:hAnsi="Arial"/>
          <w:b w:val="0"/>
          <w:i w:val="0"/>
          <w:sz w:val="21"/>
        </w:rPr>
        <w:t>The Mercy Rule is intended to prevent teams from unnecessarily running up the score while allowing both teams an opportunity to continue competing.</w:t>
      </w:r>
    </w:p>
    <w:p>
      <w:pPr>
        <w:pStyle w:val="Heading1"/>
        <w:keepNext/>
        <w:spacing w:before="200" w:after="80"/>
        <w:widowControl/>
      </w:pPr>
      <w:r>
        <w:rPr>
          <w:rFonts w:ascii="Arial" w:hAnsi="Arial"/>
          <w:b/>
          <w:color w:val="1F4E79"/>
          <w:sz w:val="28"/>
        </w:rPr>
        <w:t>35. Mercy Rule Possession</w:t>
      </w:r>
    </w:p>
    <w:p>
      <w:pPr>
        <w:keepLines w:val="0"/>
        <w:spacing w:after="80" w:line="252" w:lineRule="auto"/>
        <w:ind w:left="0"/>
        <w:widowControl/>
      </w:pPr>
      <w:r>
        <w:rPr>
          <w:rFonts w:ascii="Arial" w:hAnsi="Arial"/>
          <w:b w:val="0"/>
          <w:i w:val="0"/>
          <w:sz w:val="21"/>
        </w:rPr>
        <w:t>When the Mercy Rule is activated, the trailing team will be awarded possession at the opponent's 20-yard line.</w:t>
      </w:r>
    </w:p>
    <w:p>
      <w:pPr>
        <w:keepLines w:val="0"/>
        <w:spacing w:after="80" w:line="252" w:lineRule="auto"/>
        <w:ind w:left="0"/>
        <w:widowControl/>
      </w:pPr>
      <w:r>
        <w:rPr>
          <w:rFonts w:ascii="Arial" w:hAnsi="Arial"/>
          <w:b w:val="0"/>
          <w:i w:val="0"/>
          <w:sz w:val="21"/>
        </w:rPr>
        <w:t>The trailing team will receive up to three (3) consecutive possessions to attempt to score and reduce the point differential to fewer than twenty (20) points.</w:t>
      </w:r>
    </w:p>
    <w:p>
      <w:pPr>
        <w:pStyle w:val="Heading1"/>
        <w:keepNext/>
        <w:spacing w:before="200" w:after="80"/>
        <w:widowControl/>
      </w:pPr>
      <w:r>
        <w:rPr>
          <w:rFonts w:ascii="Arial" w:hAnsi="Arial"/>
          <w:b/>
          <w:color w:val="1F4E79"/>
          <w:sz w:val="28"/>
        </w:rPr>
        <w:t>36. Reduction of Point Differential</w:t>
      </w:r>
    </w:p>
    <w:p>
      <w:pPr>
        <w:keepLines w:val="0"/>
        <w:spacing w:after="80" w:line="252" w:lineRule="auto"/>
        <w:ind w:left="0"/>
        <w:widowControl/>
      </w:pPr>
      <w:r>
        <w:rPr>
          <w:rFonts w:ascii="Arial" w:hAnsi="Arial"/>
          <w:b w:val="0"/>
          <w:i w:val="0"/>
          <w:sz w:val="21"/>
        </w:rPr>
        <w:t>If the trailing team reduces the point differential to fewer than twenty (20) points during its three consecutive possessions, normal possession procedures may resume.</w:t>
      </w:r>
    </w:p>
    <w:p>
      <w:pPr>
        <w:pStyle w:val="Heading1"/>
        <w:keepNext/>
        <w:spacing w:before="200" w:after="80"/>
        <w:widowControl/>
      </w:pPr>
      <w:r>
        <w:rPr>
          <w:rFonts w:ascii="Arial" w:hAnsi="Arial"/>
          <w:b/>
          <w:color w:val="1F4E79"/>
          <w:sz w:val="28"/>
        </w:rPr>
        <w:t>37. Failure to Reduce the Point Differential</w:t>
      </w:r>
    </w:p>
    <w:p>
      <w:pPr>
        <w:keepLines w:val="0"/>
        <w:spacing w:after="80" w:line="252" w:lineRule="auto"/>
        <w:ind w:left="0"/>
        <w:widowControl/>
      </w:pPr>
      <w:r>
        <w:rPr>
          <w:rFonts w:ascii="Arial" w:hAnsi="Arial"/>
          <w:b w:val="0"/>
          <w:i w:val="0"/>
          <w:sz w:val="21"/>
        </w:rPr>
        <w:t>If the trailing team is unable to reduce the point differential to fewer than twenty (20) points after three consecutive possessions, the opposing team will receive the football.</w:t>
      </w:r>
    </w:p>
    <w:p>
      <w:pPr>
        <w:keepLines w:val="0"/>
        <w:spacing w:after="80" w:line="252" w:lineRule="auto"/>
        <w:ind w:left="0"/>
        <w:widowControl/>
      </w:pPr>
      <w:r>
        <w:rPr>
          <w:rFonts w:ascii="Arial" w:hAnsi="Arial"/>
          <w:b w:val="0"/>
          <w:i w:val="0"/>
          <w:sz w:val="21"/>
        </w:rPr>
        <w:t>The opposing team will begin its offensive possession at the 40-yard line unless otherwise directed by the game official.</w:t>
      </w:r>
    </w:p>
    <w:p>
      <w:pPr>
        <w:pStyle w:val="Heading1"/>
        <w:keepNext/>
        <w:spacing w:before="200" w:after="80"/>
        <w:widowControl/>
      </w:pPr>
      <w:r>
        <w:rPr>
          <w:rFonts w:ascii="Arial" w:hAnsi="Arial"/>
          <w:b/>
          <w:color w:val="1F4E79"/>
          <w:sz w:val="28"/>
        </w:rPr>
        <w:t>38. Mercy Rule Clock</w:t>
      </w:r>
    </w:p>
    <w:p>
      <w:pPr>
        <w:keepLines w:val="0"/>
        <w:spacing w:after="80" w:line="252" w:lineRule="auto"/>
        <w:ind w:left="0"/>
        <w:widowControl/>
      </w:pPr>
      <w:r>
        <w:rPr>
          <w:rFonts w:ascii="Arial" w:hAnsi="Arial"/>
          <w:b w:val="0"/>
          <w:i w:val="0"/>
          <w:sz w:val="21"/>
        </w:rPr>
        <w:t>Once the Mercy Rule goes into effect, the game clock will run continuously for the remainder of the game.</w:t>
      </w:r>
    </w:p>
    <w:p>
      <w:pPr>
        <w:keepLines w:val="0"/>
        <w:spacing w:after="80" w:line="252" w:lineRule="auto"/>
        <w:ind w:left="0"/>
        <w:widowControl/>
      </w:pPr>
      <w:r>
        <w:rPr>
          <w:rFonts w:ascii="Arial" w:hAnsi="Arial"/>
          <w:b w:val="0"/>
          <w:i w:val="0"/>
          <w:sz w:val="21"/>
        </w:rPr>
        <w:t>The clock will not return to normal operation even if the point differential later falls below twenty (20) points.</w:t>
      </w:r>
    </w:p>
    <w:p>
      <w:pPr>
        <w:keepLines w:val="0"/>
        <w:spacing w:after="80" w:line="252" w:lineRule="auto"/>
        <w:ind w:left="0"/>
        <w:widowControl/>
      </w:pPr>
      <w:r>
        <w:rPr>
          <w:rFonts w:ascii="Arial" w:hAnsi="Arial"/>
          <w:b w:val="0"/>
          <w:i w:val="0"/>
          <w:sz w:val="21"/>
        </w:rPr>
        <w:t>The clock may only be stopped for:</w:t>
      </w:r>
    </w:p>
    <w:p>
      <w:pPr>
        <w:spacing w:after="40" w:line="247" w:lineRule="auto"/>
        <w:ind w:left="360" w:hanging="259"/>
        <w:widowControl/>
      </w:pPr>
      <w:r>
        <w:rPr>
          <w:rFonts w:ascii="Arial" w:hAnsi="Arial"/>
          <w:b/>
          <w:sz w:val="21"/>
        </w:rPr>
        <w:t xml:space="preserve">a. </w:t>
      </w:r>
      <w:r>
        <w:rPr>
          <w:rFonts w:ascii="Arial" w:hAnsi="Arial"/>
          <w:sz w:val="21"/>
        </w:rPr>
        <w:t>An injury;</w:t>
      </w:r>
    </w:p>
    <w:p>
      <w:pPr>
        <w:spacing w:after="40" w:line="247" w:lineRule="auto"/>
        <w:ind w:left="360" w:hanging="259"/>
        <w:widowControl/>
      </w:pPr>
      <w:r>
        <w:rPr>
          <w:rFonts w:ascii="Arial" w:hAnsi="Arial"/>
          <w:b/>
          <w:sz w:val="21"/>
        </w:rPr>
        <w:t xml:space="preserve">b. </w:t>
      </w:r>
      <w:r>
        <w:rPr>
          <w:rFonts w:ascii="Arial" w:hAnsi="Arial"/>
          <w:sz w:val="21"/>
        </w:rPr>
        <w:t>A team timeout; or</w:t>
      </w:r>
    </w:p>
    <w:p>
      <w:pPr>
        <w:spacing w:after="40" w:line="247" w:lineRule="auto"/>
        <w:ind w:left="360" w:hanging="259"/>
        <w:widowControl/>
      </w:pPr>
      <w:r>
        <w:rPr>
          <w:rFonts w:ascii="Arial" w:hAnsi="Arial"/>
          <w:b/>
          <w:sz w:val="21"/>
        </w:rPr>
        <w:t xml:space="preserve">c. </w:t>
      </w:r>
      <w:r>
        <w:rPr>
          <w:rFonts w:ascii="Arial" w:hAnsi="Arial"/>
          <w:sz w:val="21"/>
        </w:rPr>
        <w:t>An official's timeout.</w:t>
      </w:r>
    </w:p>
    <w:p>
      <w:pPr>
        <w:keepLines w:val="0"/>
        <w:spacing w:after="80" w:line="252" w:lineRule="auto"/>
        <w:ind w:left="0"/>
        <w:widowControl/>
      </w:pPr>
      <w:r>
        <w:rPr>
          <w:rFonts w:ascii="Arial" w:hAnsi="Arial"/>
          <w:b w:val="0"/>
          <w:i w:val="0"/>
          <w:sz w:val="21"/>
        </w:rPr>
        <w:t>The continuous-clock provision will remain in effect until the game ends.</w:t>
      </w:r>
    </w:p>
    <w:p>
      <w:pPr>
        <w:keepNext/>
        <w:spacing w:before="240" w:after="100"/>
        <w:pBdr>
          <w:bottom w:val="single" w:sz="8" w:space="2" w:color="1F4E79"/>
        </w:pBdr>
        <w:widowControl/>
      </w:pPr>
      <w:r>
        <w:rPr>
          <w:rFonts w:ascii="Arial" w:hAnsi="Arial"/>
          <w:b/>
          <w:color w:val="1F4E79"/>
          <w:sz w:val="24"/>
        </w:rPr>
        <w:t>PENALTIES</w:t>
      </w:r>
    </w:p>
    <w:p>
      <w:pPr>
        <w:pStyle w:val="Heading1"/>
        <w:keepNext/>
        <w:spacing w:before="200" w:after="80"/>
        <w:widowControl/>
      </w:pPr>
      <w:r>
        <w:rPr>
          <w:rFonts w:ascii="Arial" w:hAnsi="Arial"/>
          <w:b/>
          <w:color w:val="1F4E79"/>
          <w:sz w:val="28"/>
        </w:rPr>
        <w:t>39. Offensive Penalties</w:t>
      </w:r>
    </w:p>
    <w:tbl>
      <w:tblPr>
        <w:tblStyle w:val="TableGrid"/>
        <w:tblW w:type="auto" w:w="0"/>
        <w:jc w:val="center"/>
        <w:tblLook w:firstColumn="1" w:firstRow="1" w:lastColumn="0" w:lastRow="0" w:noHBand="0" w:noVBand="1" w:val="04A0"/>
      </w:tblPr>
      <w:tblGrid>
        <w:gridCol w:w="3389"/>
        <w:gridCol w:w="3389"/>
        <w:gridCol w:w="3389"/>
      </w:tblGrid>
      <w:tr>
        <w:trPr>
          <w:tblHeader/>
        </w:trPr>
        <w:tc>
          <w:tcPr>
            <w:tcW w:type="dxa" w:w="3389"/>
            <w:shd w:fill="D9EAF7"/>
            <w:vAlign w:val="center"/>
            <w:tcMar>
              <w:top w:w="80" w:type="dxa"/>
              <w:start w:w="80" w:type="dxa"/>
              <w:bottom w:w="80" w:type="dxa"/>
              <w:end w:w="80" w:type="dxa"/>
            </w:tcMar>
          </w:tcPr>
          <w:p>
            <w:pPr>
              <w:jc w:val="center"/>
            </w:pPr>
            <w:r>
              <w:rPr>
                <w:rFonts w:ascii="Arial" w:hAnsi="Arial"/>
                <w:b/>
                <w:sz w:val="19"/>
              </w:rPr>
              <w:t>Penalty</w:t>
            </w:r>
          </w:p>
        </w:tc>
        <w:tc>
          <w:tcPr>
            <w:tcW w:type="dxa" w:w="3389"/>
            <w:shd w:fill="D9EAF7"/>
            <w:vAlign w:val="center"/>
            <w:tcMar>
              <w:top w:w="80" w:type="dxa"/>
              <w:start w:w="80" w:type="dxa"/>
              <w:bottom w:w="80" w:type="dxa"/>
              <w:end w:w="80" w:type="dxa"/>
            </w:tcMar>
          </w:tcPr>
          <w:p>
            <w:pPr>
              <w:jc w:val="center"/>
            </w:pPr>
            <w:r>
              <w:rPr>
                <w:rFonts w:ascii="Arial" w:hAnsi="Arial"/>
                <w:b/>
                <w:sz w:val="19"/>
              </w:rPr>
              <w:t>Enforcement</w:t>
            </w:r>
          </w:p>
        </w:tc>
        <w:tc>
          <w:tcPr>
            <w:tcW w:type="dxa" w:w="3389"/>
            <w:shd w:fill="D9EAF7"/>
            <w:vAlign w:val="center"/>
            <w:tcMar>
              <w:top w:w="80" w:type="dxa"/>
              <w:start w:w="80" w:type="dxa"/>
              <w:bottom w:w="80" w:type="dxa"/>
              <w:end w:w="80" w:type="dxa"/>
            </w:tcMar>
          </w:tcPr>
          <w:p>
            <w:pPr>
              <w:jc w:val="center"/>
            </w:pPr>
            <w:r>
              <w:rPr>
                <w:rFonts w:ascii="Arial" w:hAnsi="Arial"/>
                <w:b/>
                <w:sz w:val="19"/>
              </w:rPr>
              <w:t>Result</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False Start / Illegal Motion</w:t>
            </w:r>
          </w:p>
        </w:tc>
        <w:tc>
          <w:tcPr>
            <w:tcW w:type="dxa" w:w="3389"/>
            <w:vAlign w:val="center"/>
            <w:tcMar>
              <w:top w:w="80" w:type="dxa"/>
              <w:start w:w="80" w:type="dxa"/>
              <w:bottom w:w="80" w:type="dxa"/>
              <w:end w:w="80" w:type="dxa"/>
            </w:tcMar>
          </w:tcPr>
          <w:p>
            <w:pPr>
              <w:spacing w:after="0" w:line="240" w:lineRule="auto"/>
            </w:pPr>
            <w:r>
              <w:rPr>
                <w:rFonts w:ascii="Arial" w:hAnsi="Arial"/>
                <w:sz w:val="18"/>
              </w:rPr>
              <w:t>Line of Scrimmage</w:t>
            </w:r>
          </w:p>
        </w:tc>
        <w:tc>
          <w:tcPr>
            <w:tcW w:type="dxa" w:w="3389"/>
            <w:vAlign w:val="center"/>
            <w:tcMar>
              <w:top w:w="80" w:type="dxa"/>
              <w:start w:w="80" w:type="dxa"/>
              <w:bottom w:w="80" w:type="dxa"/>
              <w:end w:w="80" w:type="dxa"/>
            </w:tcMar>
          </w:tcPr>
          <w:p>
            <w:pPr>
              <w:spacing w:after="0" w:line="240" w:lineRule="auto"/>
            </w:pPr>
            <w:r>
              <w:rPr>
                <w:rFonts w:ascii="Arial" w:hAnsi="Arial"/>
                <w:sz w:val="18"/>
              </w:rPr>
              <w:t>Loss of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Delay of Game</w:t>
            </w:r>
          </w:p>
        </w:tc>
        <w:tc>
          <w:tcPr>
            <w:tcW w:type="dxa" w:w="3389"/>
            <w:vAlign w:val="center"/>
            <w:tcMar>
              <w:top w:w="80" w:type="dxa"/>
              <w:start w:w="80" w:type="dxa"/>
              <w:bottom w:w="80" w:type="dxa"/>
              <w:end w:w="80" w:type="dxa"/>
            </w:tcMar>
          </w:tcPr>
          <w:p>
            <w:pPr>
              <w:spacing w:after="0" w:line="240" w:lineRule="auto"/>
            </w:pPr>
            <w:r>
              <w:rPr>
                <w:rFonts w:ascii="Arial" w:hAnsi="Arial"/>
                <w:sz w:val="18"/>
              </w:rPr>
              <w:t>Line of Scrimmage</w:t>
            </w:r>
          </w:p>
        </w:tc>
        <w:tc>
          <w:tcPr>
            <w:tcW w:type="dxa" w:w="3389"/>
            <w:vAlign w:val="center"/>
            <w:tcMar>
              <w:top w:w="80" w:type="dxa"/>
              <w:start w:w="80" w:type="dxa"/>
              <w:bottom w:w="80" w:type="dxa"/>
              <w:end w:w="80" w:type="dxa"/>
            </w:tcMar>
          </w:tcPr>
          <w:p>
            <w:pPr>
              <w:spacing w:after="0" w:line="240" w:lineRule="auto"/>
            </w:pPr>
            <w:r>
              <w:rPr>
                <w:rFonts w:ascii="Arial" w:hAnsi="Arial"/>
                <w:sz w:val="18"/>
              </w:rPr>
              <w:t>Loss of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Illegal Forward Pass</w:t>
            </w:r>
          </w:p>
        </w:tc>
        <w:tc>
          <w:tcPr>
            <w:tcW w:type="dxa" w:w="3389"/>
            <w:vAlign w:val="center"/>
            <w:tcMar>
              <w:top w:w="80" w:type="dxa"/>
              <w:start w:w="80" w:type="dxa"/>
              <w:bottom w:w="80" w:type="dxa"/>
              <w:end w:w="80" w:type="dxa"/>
            </w:tcMar>
          </w:tcPr>
          <w:p>
            <w:pPr>
              <w:spacing w:after="0" w:line="240" w:lineRule="auto"/>
            </w:pPr>
            <w:r>
              <w:rPr>
                <w:rFonts w:ascii="Arial" w:hAnsi="Arial"/>
                <w:sz w:val="18"/>
              </w:rPr>
              <w:t>Line of Scrimmage</w:t>
            </w:r>
          </w:p>
        </w:tc>
        <w:tc>
          <w:tcPr>
            <w:tcW w:type="dxa" w:w="3389"/>
            <w:vAlign w:val="center"/>
            <w:tcMar>
              <w:top w:w="80" w:type="dxa"/>
              <w:start w:w="80" w:type="dxa"/>
              <w:bottom w:w="80" w:type="dxa"/>
              <w:end w:w="80" w:type="dxa"/>
            </w:tcMar>
          </w:tcPr>
          <w:p>
            <w:pPr>
              <w:spacing w:after="0" w:line="240" w:lineRule="auto"/>
            </w:pPr>
            <w:r>
              <w:rPr>
                <w:rFonts w:ascii="Arial" w:hAnsi="Arial"/>
                <w:sz w:val="18"/>
              </w:rPr>
              <w:t>Loss of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Blocking</w:t>
            </w:r>
          </w:p>
        </w:tc>
        <w:tc>
          <w:tcPr>
            <w:tcW w:type="dxa" w:w="3389"/>
            <w:vAlign w:val="center"/>
            <w:tcMar>
              <w:top w:w="80" w:type="dxa"/>
              <w:start w:w="80" w:type="dxa"/>
              <w:bottom w:w="80" w:type="dxa"/>
              <w:end w:w="80" w:type="dxa"/>
            </w:tcMar>
          </w:tcPr>
          <w:p>
            <w:pPr>
              <w:spacing w:after="0" w:line="240" w:lineRule="auto"/>
            </w:pPr>
            <w:r>
              <w:rPr>
                <w:rFonts w:ascii="Arial" w:hAnsi="Arial"/>
                <w:sz w:val="18"/>
              </w:rPr>
              <w:t>Previous Line of Scrimmage</w:t>
            </w:r>
          </w:p>
        </w:tc>
        <w:tc>
          <w:tcPr>
            <w:tcW w:type="dxa" w:w="3389"/>
            <w:vAlign w:val="center"/>
            <w:tcMar>
              <w:top w:w="80" w:type="dxa"/>
              <w:start w:w="80" w:type="dxa"/>
              <w:bottom w:w="80" w:type="dxa"/>
              <w:end w:w="80" w:type="dxa"/>
            </w:tcMar>
          </w:tcPr>
          <w:p>
            <w:pPr>
              <w:spacing w:after="0" w:line="240" w:lineRule="auto"/>
            </w:pPr>
            <w:r>
              <w:rPr>
                <w:rFonts w:ascii="Arial" w:hAnsi="Arial"/>
                <w:sz w:val="18"/>
              </w:rPr>
              <w:t>Loss of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Flag Guarding / Spin Move</w:t>
            </w:r>
          </w:p>
        </w:tc>
        <w:tc>
          <w:tcPr>
            <w:tcW w:type="dxa" w:w="3389"/>
            <w:vAlign w:val="center"/>
            <w:tcMar>
              <w:top w:w="80" w:type="dxa"/>
              <w:start w:w="80" w:type="dxa"/>
              <w:bottom w:w="80" w:type="dxa"/>
              <w:end w:w="80" w:type="dxa"/>
            </w:tcMar>
          </w:tcPr>
          <w:p>
            <w:pPr>
              <w:spacing w:after="0" w:line="240" w:lineRule="auto"/>
            </w:pPr>
            <w:r>
              <w:rPr>
                <w:rFonts w:ascii="Arial" w:hAnsi="Arial"/>
                <w:sz w:val="18"/>
              </w:rPr>
              <w:t>Spot of Violation</w:t>
            </w:r>
          </w:p>
        </w:tc>
        <w:tc>
          <w:tcPr>
            <w:tcW w:type="dxa" w:w="3389"/>
            <w:vAlign w:val="center"/>
            <w:tcMar>
              <w:top w:w="80" w:type="dxa"/>
              <w:start w:w="80" w:type="dxa"/>
              <w:bottom w:w="80" w:type="dxa"/>
              <w:end w:w="80" w:type="dxa"/>
            </w:tcMar>
          </w:tcPr>
          <w:p>
            <w:pPr>
              <w:spacing w:after="0" w:line="240" w:lineRule="auto"/>
            </w:pPr>
            <w:r>
              <w:rPr>
                <w:rFonts w:ascii="Arial" w:hAnsi="Arial"/>
                <w:sz w:val="18"/>
              </w:rPr>
              <w:t>Loss of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Offensive Pass Interference</w:t>
            </w:r>
          </w:p>
        </w:tc>
        <w:tc>
          <w:tcPr>
            <w:tcW w:type="dxa" w:w="3389"/>
            <w:vAlign w:val="center"/>
            <w:tcMar>
              <w:top w:w="80" w:type="dxa"/>
              <w:start w:w="80" w:type="dxa"/>
              <w:bottom w:w="80" w:type="dxa"/>
              <w:end w:w="80" w:type="dxa"/>
            </w:tcMar>
          </w:tcPr>
          <w:p>
            <w:pPr>
              <w:spacing w:after="0" w:line="240" w:lineRule="auto"/>
            </w:pPr>
            <w:r>
              <w:rPr>
                <w:rFonts w:ascii="Arial" w:hAnsi="Arial"/>
                <w:sz w:val="18"/>
              </w:rPr>
              <w:t>Previous Line of Scrimmage</w:t>
            </w:r>
          </w:p>
        </w:tc>
        <w:tc>
          <w:tcPr>
            <w:tcW w:type="dxa" w:w="3389"/>
            <w:vAlign w:val="center"/>
            <w:tcMar>
              <w:top w:w="80" w:type="dxa"/>
              <w:start w:w="80" w:type="dxa"/>
              <w:bottom w:w="80" w:type="dxa"/>
              <w:end w:w="80" w:type="dxa"/>
            </w:tcMar>
          </w:tcPr>
          <w:p>
            <w:pPr>
              <w:spacing w:after="0" w:line="240" w:lineRule="auto"/>
            </w:pPr>
            <w:r>
              <w:rPr>
                <w:rFonts w:ascii="Arial" w:hAnsi="Arial"/>
                <w:sz w:val="18"/>
              </w:rPr>
              <w:t>Loss of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Prohibited Center Sneak / Center Trick Play</w:t>
            </w:r>
          </w:p>
        </w:tc>
        <w:tc>
          <w:tcPr>
            <w:tcW w:type="dxa" w:w="3389"/>
            <w:vAlign w:val="center"/>
            <w:tcMar>
              <w:top w:w="80" w:type="dxa"/>
              <w:start w:w="80" w:type="dxa"/>
              <w:bottom w:w="80" w:type="dxa"/>
              <w:end w:w="80" w:type="dxa"/>
            </w:tcMar>
          </w:tcPr>
          <w:p>
            <w:pPr>
              <w:spacing w:after="0" w:line="240" w:lineRule="auto"/>
            </w:pPr>
            <w:r>
              <w:rPr>
                <w:rFonts w:ascii="Arial" w:hAnsi="Arial"/>
                <w:sz w:val="18"/>
              </w:rPr>
              <w:t>5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Loss of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Unnecessary Roughness</w:t>
            </w:r>
          </w:p>
        </w:tc>
        <w:tc>
          <w:tcPr>
            <w:tcW w:type="dxa" w:w="3389"/>
            <w:vAlign w:val="center"/>
            <w:tcMar>
              <w:top w:w="80" w:type="dxa"/>
              <w:start w:w="80" w:type="dxa"/>
              <w:bottom w:w="80" w:type="dxa"/>
              <w:end w:w="80" w:type="dxa"/>
            </w:tcMar>
          </w:tcPr>
          <w:p>
            <w:pPr>
              <w:spacing w:after="0" w:line="240" w:lineRule="auto"/>
            </w:pPr>
            <w:r>
              <w:rPr>
                <w:rFonts w:ascii="Arial" w:hAnsi="Arial"/>
                <w:sz w:val="18"/>
              </w:rPr>
              <w:t>15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Loss of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Unsportsmanlike Conduct</w:t>
            </w:r>
          </w:p>
        </w:tc>
        <w:tc>
          <w:tcPr>
            <w:tcW w:type="dxa" w:w="3389"/>
            <w:vAlign w:val="center"/>
            <w:tcMar>
              <w:top w:w="80" w:type="dxa"/>
              <w:start w:w="80" w:type="dxa"/>
              <w:bottom w:w="80" w:type="dxa"/>
              <w:end w:w="80" w:type="dxa"/>
            </w:tcMar>
          </w:tcPr>
          <w:p>
            <w:pPr>
              <w:spacing w:after="0" w:line="240" w:lineRule="auto"/>
            </w:pPr>
            <w:r>
              <w:rPr>
                <w:rFonts w:ascii="Arial" w:hAnsi="Arial"/>
                <w:sz w:val="18"/>
              </w:rPr>
              <w:t>15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Loss of Down</w:t>
            </w:r>
          </w:p>
        </w:tc>
      </w:tr>
    </w:tbl>
    <w:p>
      <w:pPr>
        <w:spacing w:after="0"/>
        <w:widowControl/>
      </w:pPr>
    </w:p>
    <w:p>
      <w:pPr>
        <w:pStyle w:val="Heading1"/>
        <w:keepNext/>
        <w:spacing w:before="200" w:after="80"/>
        <w:widowControl/>
      </w:pPr>
      <w:r>
        <w:rPr>
          <w:rFonts w:ascii="Arial" w:hAnsi="Arial"/>
          <w:b/>
          <w:color w:val="1F4E79"/>
          <w:sz w:val="28"/>
        </w:rPr>
        <w:t>40. Defensive Penalties</w:t>
      </w:r>
    </w:p>
    <w:tbl>
      <w:tblPr>
        <w:tblStyle w:val="TableGrid"/>
        <w:tblW w:type="auto" w:w="0"/>
        <w:jc w:val="center"/>
        <w:tblLook w:firstColumn="1" w:firstRow="1" w:lastColumn="0" w:lastRow="0" w:noHBand="0" w:noVBand="1" w:val="04A0"/>
      </w:tblPr>
      <w:tblGrid>
        <w:gridCol w:w="3389"/>
        <w:gridCol w:w="3389"/>
        <w:gridCol w:w="3389"/>
      </w:tblGrid>
      <w:tr>
        <w:trPr>
          <w:tblHeader/>
        </w:trPr>
        <w:tc>
          <w:tcPr>
            <w:tcW w:type="dxa" w:w="3389"/>
            <w:shd w:fill="D9EAF7"/>
            <w:vAlign w:val="center"/>
            <w:tcMar>
              <w:top w:w="80" w:type="dxa"/>
              <w:start w:w="80" w:type="dxa"/>
              <w:bottom w:w="80" w:type="dxa"/>
              <w:end w:w="80" w:type="dxa"/>
            </w:tcMar>
          </w:tcPr>
          <w:p>
            <w:pPr>
              <w:jc w:val="center"/>
            </w:pPr>
            <w:r>
              <w:rPr>
                <w:rFonts w:ascii="Arial" w:hAnsi="Arial"/>
                <w:b/>
                <w:sz w:val="19"/>
              </w:rPr>
              <w:t>Penalty</w:t>
            </w:r>
          </w:p>
        </w:tc>
        <w:tc>
          <w:tcPr>
            <w:tcW w:type="dxa" w:w="3389"/>
            <w:shd w:fill="D9EAF7"/>
            <w:vAlign w:val="center"/>
            <w:tcMar>
              <w:top w:w="80" w:type="dxa"/>
              <w:start w:w="80" w:type="dxa"/>
              <w:bottom w:w="80" w:type="dxa"/>
              <w:end w:w="80" w:type="dxa"/>
            </w:tcMar>
          </w:tcPr>
          <w:p>
            <w:pPr>
              <w:jc w:val="center"/>
            </w:pPr>
            <w:r>
              <w:rPr>
                <w:rFonts w:ascii="Arial" w:hAnsi="Arial"/>
                <w:b/>
                <w:sz w:val="19"/>
              </w:rPr>
              <w:t>Enforcement</w:t>
            </w:r>
          </w:p>
        </w:tc>
        <w:tc>
          <w:tcPr>
            <w:tcW w:type="dxa" w:w="3389"/>
            <w:shd w:fill="D9EAF7"/>
            <w:vAlign w:val="center"/>
            <w:tcMar>
              <w:top w:w="80" w:type="dxa"/>
              <w:start w:w="80" w:type="dxa"/>
              <w:bottom w:w="80" w:type="dxa"/>
              <w:end w:w="80" w:type="dxa"/>
            </w:tcMar>
          </w:tcPr>
          <w:p>
            <w:pPr>
              <w:jc w:val="center"/>
            </w:pPr>
            <w:r>
              <w:rPr>
                <w:rFonts w:ascii="Arial" w:hAnsi="Arial"/>
                <w:b/>
                <w:sz w:val="19"/>
              </w:rPr>
              <w:t>Result</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Encroachment / Neutral Zone Infraction</w:t>
            </w:r>
          </w:p>
        </w:tc>
        <w:tc>
          <w:tcPr>
            <w:tcW w:type="dxa" w:w="3389"/>
            <w:vAlign w:val="center"/>
            <w:tcMar>
              <w:top w:w="80" w:type="dxa"/>
              <w:start w:w="80" w:type="dxa"/>
              <w:bottom w:w="80" w:type="dxa"/>
              <w:end w:w="80" w:type="dxa"/>
            </w:tcMar>
          </w:tcPr>
          <w:p>
            <w:pPr>
              <w:spacing w:after="0" w:line="240" w:lineRule="auto"/>
            </w:pPr>
            <w:r>
              <w:rPr>
                <w:rFonts w:ascii="Arial" w:hAnsi="Arial"/>
                <w:sz w:val="18"/>
              </w:rPr>
              <w:t>5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Repeat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Illegal Participation</w:t>
            </w:r>
          </w:p>
        </w:tc>
        <w:tc>
          <w:tcPr>
            <w:tcW w:type="dxa" w:w="3389"/>
            <w:vAlign w:val="center"/>
            <w:tcMar>
              <w:top w:w="80" w:type="dxa"/>
              <w:start w:w="80" w:type="dxa"/>
              <w:bottom w:w="80" w:type="dxa"/>
              <w:end w:w="80" w:type="dxa"/>
            </w:tcMar>
          </w:tcPr>
          <w:p>
            <w:pPr>
              <w:spacing w:after="0" w:line="240" w:lineRule="auto"/>
            </w:pPr>
            <w:r>
              <w:rPr>
                <w:rFonts w:ascii="Arial" w:hAnsi="Arial"/>
                <w:sz w:val="18"/>
              </w:rPr>
              <w:t>5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Repeat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Defensive Holding</w:t>
            </w:r>
          </w:p>
        </w:tc>
        <w:tc>
          <w:tcPr>
            <w:tcW w:type="dxa" w:w="3389"/>
            <w:vAlign w:val="center"/>
            <w:tcMar>
              <w:top w:w="80" w:type="dxa"/>
              <w:start w:w="80" w:type="dxa"/>
              <w:bottom w:w="80" w:type="dxa"/>
              <w:end w:w="80" w:type="dxa"/>
            </w:tcMar>
          </w:tcPr>
          <w:p>
            <w:pPr>
              <w:spacing w:after="0" w:line="240" w:lineRule="auto"/>
            </w:pPr>
            <w:r>
              <w:rPr>
                <w:rFonts w:ascii="Arial" w:hAnsi="Arial"/>
                <w:sz w:val="18"/>
              </w:rPr>
              <w:t>10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Repeat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Defensive Pass Interference</w:t>
            </w:r>
          </w:p>
        </w:tc>
        <w:tc>
          <w:tcPr>
            <w:tcW w:type="dxa" w:w="3389"/>
            <w:vAlign w:val="center"/>
            <w:tcMar>
              <w:top w:w="80" w:type="dxa"/>
              <w:start w:w="80" w:type="dxa"/>
              <w:bottom w:w="80" w:type="dxa"/>
              <w:end w:w="80" w:type="dxa"/>
            </w:tcMar>
          </w:tcPr>
          <w:p>
            <w:pPr>
              <w:spacing w:after="0" w:line="240" w:lineRule="auto"/>
            </w:pPr>
            <w:r>
              <w:rPr>
                <w:rFonts w:ascii="Arial" w:hAnsi="Arial"/>
                <w:sz w:val="18"/>
              </w:rPr>
              <w:t>15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Automatic First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Illegal Blitz</w:t>
            </w:r>
          </w:p>
        </w:tc>
        <w:tc>
          <w:tcPr>
            <w:tcW w:type="dxa" w:w="3389"/>
            <w:vAlign w:val="center"/>
            <w:tcMar>
              <w:top w:w="80" w:type="dxa"/>
              <w:start w:w="80" w:type="dxa"/>
              <w:bottom w:w="80" w:type="dxa"/>
              <w:end w:w="80" w:type="dxa"/>
            </w:tcMar>
          </w:tcPr>
          <w:p>
            <w:pPr>
              <w:spacing w:after="0" w:line="240" w:lineRule="auto"/>
            </w:pPr>
            <w:r>
              <w:rPr>
                <w:rFonts w:ascii="Arial" w:hAnsi="Arial"/>
                <w:sz w:val="18"/>
              </w:rPr>
              <w:t>15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Unsportsmanlike Conduct</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Unnecessary Roughness</w:t>
            </w:r>
          </w:p>
        </w:tc>
        <w:tc>
          <w:tcPr>
            <w:tcW w:type="dxa" w:w="3389"/>
            <w:vAlign w:val="center"/>
            <w:tcMar>
              <w:top w:w="80" w:type="dxa"/>
              <w:start w:w="80" w:type="dxa"/>
              <w:bottom w:w="80" w:type="dxa"/>
              <w:end w:w="80" w:type="dxa"/>
            </w:tcMar>
          </w:tcPr>
          <w:p>
            <w:pPr>
              <w:spacing w:after="0" w:line="240" w:lineRule="auto"/>
            </w:pPr>
            <w:r>
              <w:rPr>
                <w:rFonts w:ascii="Arial" w:hAnsi="Arial"/>
                <w:sz w:val="18"/>
              </w:rPr>
              <w:t>15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Enforced From Applicable Spot</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Unsportsmanlike Conduct</w:t>
            </w:r>
          </w:p>
        </w:tc>
        <w:tc>
          <w:tcPr>
            <w:tcW w:type="dxa" w:w="3389"/>
            <w:vAlign w:val="center"/>
            <w:tcMar>
              <w:top w:w="80" w:type="dxa"/>
              <w:start w:w="80" w:type="dxa"/>
              <w:bottom w:w="80" w:type="dxa"/>
              <w:end w:w="80" w:type="dxa"/>
            </w:tcMar>
          </w:tcPr>
          <w:p>
            <w:pPr>
              <w:spacing w:after="0" w:line="240" w:lineRule="auto"/>
            </w:pPr>
            <w:r>
              <w:rPr>
                <w:rFonts w:ascii="Arial" w:hAnsi="Arial"/>
                <w:sz w:val="18"/>
              </w:rPr>
              <w:t>15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Automatic First Down</w:t>
            </w:r>
          </w:p>
        </w:tc>
      </w:tr>
      <w:tr>
        <w:tc>
          <w:tcPr>
            <w:tcW w:type="dxa" w:w="3389"/>
            <w:vAlign w:val="center"/>
            <w:tcMar>
              <w:top w:w="80" w:type="dxa"/>
              <w:start w:w="80" w:type="dxa"/>
              <w:bottom w:w="80" w:type="dxa"/>
              <w:end w:w="80" w:type="dxa"/>
            </w:tcMar>
          </w:tcPr>
          <w:p>
            <w:pPr>
              <w:spacing w:after="0" w:line="240" w:lineRule="auto"/>
            </w:pPr>
            <w:r>
              <w:rPr>
                <w:rFonts w:ascii="Arial" w:hAnsi="Arial"/>
                <w:sz w:val="18"/>
              </w:rPr>
              <w:t>More Than 3 Coaches on Sideline - Second Infraction</w:t>
            </w:r>
          </w:p>
        </w:tc>
        <w:tc>
          <w:tcPr>
            <w:tcW w:type="dxa" w:w="3389"/>
            <w:vAlign w:val="center"/>
            <w:tcMar>
              <w:top w:w="80" w:type="dxa"/>
              <w:start w:w="80" w:type="dxa"/>
              <w:bottom w:w="80" w:type="dxa"/>
              <w:end w:w="80" w:type="dxa"/>
            </w:tcMar>
          </w:tcPr>
          <w:p>
            <w:pPr>
              <w:spacing w:after="0" w:line="240" w:lineRule="auto"/>
            </w:pPr>
            <w:r>
              <w:rPr>
                <w:rFonts w:ascii="Arial" w:hAnsi="Arial"/>
                <w:sz w:val="18"/>
              </w:rPr>
              <w:t>10 Yards</w:t>
            </w:r>
          </w:p>
        </w:tc>
        <w:tc>
          <w:tcPr>
            <w:tcW w:type="dxa" w:w="3389"/>
            <w:vAlign w:val="center"/>
            <w:tcMar>
              <w:top w:w="80" w:type="dxa"/>
              <w:start w:w="80" w:type="dxa"/>
              <w:bottom w:w="80" w:type="dxa"/>
              <w:end w:w="80" w:type="dxa"/>
            </w:tcMar>
          </w:tcPr>
          <w:p>
            <w:pPr>
              <w:spacing w:after="0" w:line="240" w:lineRule="auto"/>
            </w:pPr>
            <w:r>
              <w:rPr>
                <w:rFonts w:ascii="Arial" w:hAnsi="Arial"/>
                <w:sz w:val="18"/>
              </w:rPr>
              <w:t>Coaches Must Be Removed</w:t>
            </w:r>
          </w:p>
        </w:tc>
      </w:tr>
    </w:tbl>
    <w:p>
      <w:pPr>
        <w:spacing w:after="0"/>
        <w:widowControl/>
      </w:pPr>
    </w:p>
    <w:p>
      <w:pPr>
        <w:pStyle w:val="Heading1"/>
        <w:keepNext/>
        <w:spacing w:before="200" w:after="80"/>
        <w:widowControl/>
      </w:pPr>
      <w:r>
        <w:rPr>
          <w:rFonts w:ascii="Arial" w:hAnsi="Arial"/>
          <w:b/>
          <w:color w:val="1F4E79"/>
          <w:sz w:val="28"/>
        </w:rPr>
        <w:t>41. Defensive Pass Interference</w:t>
      </w:r>
    </w:p>
    <w:p>
      <w:pPr>
        <w:keepLines w:val="0"/>
        <w:spacing w:after="80" w:line="252" w:lineRule="auto"/>
        <w:ind w:left="0"/>
        <w:widowControl/>
      </w:pPr>
      <w:r>
        <w:rPr>
          <w:rFonts w:ascii="Arial" w:hAnsi="Arial"/>
          <w:b w:val="0"/>
          <w:i w:val="0"/>
          <w:sz w:val="21"/>
        </w:rPr>
        <w:t>Defensive pass interference will result in:</w:t>
      </w:r>
    </w:p>
    <w:p>
      <w:pPr>
        <w:spacing w:after="40" w:line="247" w:lineRule="auto"/>
        <w:ind w:left="360" w:hanging="259"/>
        <w:widowControl/>
      </w:pPr>
      <w:r>
        <w:rPr>
          <w:rFonts w:ascii="Arial" w:hAnsi="Arial"/>
          <w:b/>
          <w:sz w:val="21"/>
        </w:rPr>
        <w:t xml:space="preserve">a. </w:t>
      </w:r>
      <w:r>
        <w:rPr>
          <w:rFonts w:ascii="Arial" w:hAnsi="Arial"/>
          <w:sz w:val="21"/>
        </w:rPr>
        <w:t>A fifteen (15) yard penalty; and</w:t>
      </w:r>
    </w:p>
    <w:p>
      <w:pPr>
        <w:spacing w:after="40" w:line="247" w:lineRule="auto"/>
        <w:ind w:left="360" w:hanging="259"/>
        <w:widowControl/>
      </w:pPr>
      <w:r>
        <w:rPr>
          <w:rFonts w:ascii="Arial" w:hAnsi="Arial"/>
          <w:b/>
          <w:sz w:val="21"/>
        </w:rPr>
        <w:t xml:space="preserve">b. </w:t>
      </w:r>
      <w:r>
        <w:rPr>
          <w:rFonts w:ascii="Arial" w:hAnsi="Arial"/>
          <w:sz w:val="21"/>
        </w:rPr>
        <w:t>An automatic first down.</w:t>
      </w:r>
    </w:p>
    <w:p>
      <w:pPr>
        <w:keepLines w:val="0"/>
        <w:spacing w:after="80" w:line="252" w:lineRule="auto"/>
        <w:ind w:left="0"/>
        <w:widowControl/>
      </w:pPr>
      <w:r>
        <w:rPr>
          <w:rFonts w:ascii="Arial" w:hAnsi="Arial"/>
          <w:b w:val="0"/>
          <w:i w:val="0"/>
          <w:sz w:val="21"/>
        </w:rPr>
        <w:t>Face guarding alone is not defensive pass interference.</w:t>
      </w:r>
    </w:p>
    <w:p>
      <w:pPr>
        <w:pStyle w:val="Heading1"/>
        <w:keepNext/>
        <w:spacing w:before="200" w:after="80"/>
        <w:widowControl/>
      </w:pPr>
      <w:r>
        <w:rPr>
          <w:rFonts w:ascii="Arial" w:hAnsi="Arial"/>
          <w:b/>
          <w:color w:val="1F4E79"/>
          <w:sz w:val="28"/>
        </w:rPr>
        <w:t>42. Defensive Holding</w:t>
      </w:r>
    </w:p>
    <w:p>
      <w:pPr>
        <w:keepLines w:val="0"/>
        <w:spacing w:after="80" w:line="252" w:lineRule="auto"/>
        <w:ind w:left="0"/>
        <w:widowControl/>
      </w:pPr>
      <w:r>
        <w:rPr>
          <w:rFonts w:ascii="Arial" w:hAnsi="Arial"/>
          <w:b w:val="0"/>
          <w:i w:val="0"/>
          <w:sz w:val="21"/>
        </w:rPr>
        <w:t>Defensive holding will result in:</w:t>
      </w:r>
    </w:p>
    <w:p>
      <w:pPr>
        <w:spacing w:after="40" w:line="247" w:lineRule="auto"/>
        <w:ind w:left="360" w:hanging="259"/>
        <w:widowControl/>
      </w:pPr>
      <w:r>
        <w:rPr>
          <w:rFonts w:ascii="Arial" w:hAnsi="Arial"/>
          <w:b/>
          <w:sz w:val="21"/>
        </w:rPr>
        <w:t xml:space="preserve">a. </w:t>
      </w:r>
      <w:r>
        <w:rPr>
          <w:rFonts w:ascii="Arial" w:hAnsi="Arial"/>
          <w:sz w:val="21"/>
        </w:rPr>
        <w:t>A ten (10) yard penalty; and</w:t>
      </w:r>
    </w:p>
    <w:p>
      <w:pPr>
        <w:spacing w:after="40" w:line="247" w:lineRule="auto"/>
        <w:ind w:left="360" w:hanging="259"/>
        <w:widowControl/>
      </w:pPr>
      <w:r>
        <w:rPr>
          <w:rFonts w:ascii="Arial" w:hAnsi="Arial"/>
          <w:b/>
          <w:sz w:val="21"/>
        </w:rPr>
        <w:t xml:space="preserve">b. </w:t>
      </w:r>
      <w:r>
        <w:rPr>
          <w:rFonts w:ascii="Arial" w:hAnsi="Arial"/>
          <w:sz w:val="21"/>
        </w:rPr>
        <w:t>Repetition of the down.</w:t>
      </w:r>
    </w:p>
    <w:p>
      <w:pPr>
        <w:pStyle w:val="Heading1"/>
        <w:keepNext/>
        <w:spacing w:before="200" w:after="80"/>
        <w:widowControl/>
      </w:pPr>
      <w:r>
        <w:rPr>
          <w:rFonts w:ascii="Arial" w:hAnsi="Arial"/>
          <w:b/>
          <w:color w:val="1F4E79"/>
          <w:sz w:val="28"/>
        </w:rPr>
        <w:t>43. Offensive Pass Interference</w:t>
      </w:r>
    </w:p>
    <w:p>
      <w:pPr>
        <w:keepLines w:val="0"/>
        <w:spacing w:after="80" w:line="252" w:lineRule="auto"/>
        <w:ind w:left="0"/>
        <w:widowControl/>
      </w:pPr>
      <w:r>
        <w:rPr>
          <w:rFonts w:ascii="Arial" w:hAnsi="Arial"/>
          <w:b w:val="0"/>
          <w:i w:val="0"/>
          <w:sz w:val="21"/>
        </w:rPr>
        <w:t>Offensive pass interference will result in:</w:t>
      </w:r>
    </w:p>
    <w:p>
      <w:pPr>
        <w:spacing w:after="40" w:line="247" w:lineRule="auto"/>
        <w:ind w:left="360" w:hanging="259"/>
        <w:widowControl/>
      </w:pPr>
      <w:r>
        <w:rPr>
          <w:rFonts w:ascii="Arial" w:hAnsi="Arial"/>
          <w:b/>
          <w:sz w:val="21"/>
        </w:rPr>
        <w:t xml:space="preserve">a. </w:t>
      </w:r>
      <w:r>
        <w:rPr>
          <w:rFonts w:ascii="Arial" w:hAnsi="Arial"/>
          <w:sz w:val="21"/>
        </w:rPr>
        <w:t>The football being returned to the previous line of scrimmage; and</w:t>
      </w:r>
    </w:p>
    <w:p>
      <w:pPr>
        <w:spacing w:after="40" w:line="247" w:lineRule="auto"/>
        <w:ind w:left="360" w:hanging="259"/>
        <w:widowControl/>
      </w:pPr>
      <w:r>
        <w:rPr>
          <w:rFonts w:ascii="Arial" w:hAnsi="Arial"/>
          <w:b/>
          <w:sz w:val="21"/>
        </w:rPr>
        <w:t xml:space="preserve">b. </w:t>
      </w:r>
      <w:r>
        <w:rPr>
          <w:rFonts w:ascii="Arial" w:hAnsi="Arial"/>
          <w:sz w:val="21"/>
        </w:rPr>
        <w:t>Loss of down.</w:t>
      </w:r>
    </w:p>
    <w:p>
      <w:pPr>
        <w:keepNext/>
        <w:spacing w:before="240" w:after="100"/>
        <w:pBdr>
          <w:bottom w:val="single" w:sz="8" w:space="2" w:color="1F4E79"/>
        </w:pBdr>
        <w:widowControl/>
      </w:pPr>
      <w:r>
        <w:rPr>
          <w:rFonts w:ascii="Arial" w:hAnsi="Arial"/>
          <w:b/>
          <w:color w:val="1F4E79"/>
          <w:sz w:val="24"/>
        </w:rPr>
        <w:t>SPORTSMANSHIP AND PLAYER CONDUCT</w:t>
      </w:r>
    </w:p>
    <w:p>
      <w:pPr>
        <w:pStyle w:val="Heading1"/>
        <w:keepNext/>
        <w:spacing w:before="200" w:after="80"/>
        <w:widowControl/>
      </w:pPr>
      <w:r>
        <w:rPr>
          <w:rFonts w:ascii="Arial" w:hAnsi="Arial"/>
          <w:b/>
          <w:color w:val="1F4E79"/>
          <w:sz w:val="28"/>
        </w:rPr>
        <w:t>44. Player Expectations</w:t>
      </w:r>
    </w:p>
    <w:p>
      <w:pPr>
        <w:keepLines w:val="0"/>
        <w:spacing w:after="80" w:line="252" w:lineRule="auto"/>
        <w:ind w:left="0"/>
        <w:widowControl/>
      </w:pPr>
      <w:r>
        <w:rPr>
          <w:rFonts w:ascii="Arial" w:hAnsi="Arial"/>
          <w:b w:val="0"/>
          <w:i w:val="0"/>
          <w:sz w:val="21"/>
        </w:rPr>
        <w:t>MYSA expects all players to demonstrate good sportsmanship, respect, and self-control toward:</w:t>
      </w:r>
    </w:p>
    <w:p>
      <w:pPr>
        <w:spacing w:after="40" w:line="247" w:lineRule="auto"/>
        <w:ind w:left="360" w:hanging="259"/>
        <w:widowControl/>
      </w:pPr>
      <w:r>
        <w:rPr>
          <w:rFonts w:ascii="Arial" w:hAnsi="Arial"/>
          <w:b/>
          <w:sz w:val="21"/>
        </w:rPr>
        <w:t xml:space="preserve">a. </w:t>
      </w:r>
      <w:r>
        <w:rPr>
          <w:rFonts w:ascii="Arial" w:hAnsi="Arial"/>
          <w:sz w:val="21"/>
        </w:rPr>
        <w:t>Teammates;</w:t>
      </w:r>
    </w:p>
    <w:p>
      <w:pPr>
        <w:spacing w:after="40" w:line="247" w:lineRule="auto"/>
        <w:ind w:left="360" w:hanging="259"/>
        <w:widowControl/>
      </w:pPr>
      <w:r>
        <w:rPr>
          <w:rFonts w:ascii="Arial" w:hAnsi="Arial"/>
          <w:b/>
          <w:sz w:val="21"/>
        </w:rPr>
        <w:t xml:space="preserve">b. </w:t>
      </w:r>
      <w:r>
        <w:rPr>
          <w:rFonts w:ascii="Arial" w:hAnsi="Arial"/>
          <w:sz w:val="21"/>
        </w:rPr>
        <w:t>Opposing players;</w:t>
      </w:r>
    </w:p>
    <w:p>
      <w:pPr>
        <w:spacing w:after="40" w:line="247" w:lineRule="auto"/>
        <w:ind w:left="360" w:hanging="259"/>
        <w:widowControl/>
      </w:pPr>
      <w:r>
        <w:rPr>
          <w:rFonts w:ascii="Arial" w:hAnsi="Arial"/>
          <w:b/>
          <w:sz w:val="21"/>
        </w:rPr>
        <w:t xml:space="preserve">c. </w:t>
      </w:r>
      <w:r>
        <w:rPr>
          <w:rFonts w:ascii="Arial" w:hAnsi="Arial"/>
          <w:sz w:val="21"/>
        </w:rPr>
        <w:t>Coaches;</w:t>
      </w:r>
    </w:p>
    <w:p>
      <w:pPr>
        <w:spacing w:after="40" w:line="247" w:lineRule="auto"/>
        <w:ind w:left="360" w:hanging="259"/>
        <w:widowControl/>
      </w:pPr>
      <w:r>
        <w:rPr>
          <w:rFonts w:ascii="Arial" w:hAnsi="Arial"/>
          <w:b/>
          <w:sz w:val="21"/>
        </w:rPr>
        <w:t xml:space="preserve">d. </w:t>
      </w:r>
      <w:r>
        <w:rPr>
          <w:rFonts w:ascii="Arial" w:hAnsi="Arial"/>
          <w:sz w:val="21"/>
        </w:rPr>
        <w:t>Officials;</w:t>
      </w:r>
    </w:p>
    <w:p>
      <w:pPr>
        <w:spacing w:after="40" w:line="247" w:lineRule="auto"/>
        <w:ind w:left="360" w:hanging="259"/>
        <w:widowControl/>
      </w:pPr>
      <w:r>
        <w:rPr>
          <w:rFonts w:ascii="Arial" w:hAnsi="Arial"/>
          <w:b/>
          <w:sz w:val="21"/>
        </w:rPr>
        <w:t xml:space="preserve">e. </w:t>
      </w:r>
      <w:r>
        <w:rPr>
          <w:rFonts w:ascii="Arial" w:hAnsi="Arial"/>
          <w:sz w:val="21"/>
        </w:rPr>
        <w:t>Spectators;</w:t>
      </w:r>
    </w:p>
    <w:p>
      <w:pPr>
        <w:spacing w:after="40" w:line="247" w:lineRule="auto"/>
        <w:ind w:left="360" w:hanging="259"/>
        <w:widowControl/>
      </w:pPr>
      <w:r>
        <w:rPr>
          <w:rFonts w:ascii="Arial" w:hAnsi="Arial"/>
          <w:b/>
          <w:sz w:val="21"/>
        </w:rPr>
        <w:t xml:space="preserve">f. </w:t>
      </w:r>
      <w:r>
        <w:rPr>
          <w:rFonts w:ascii="Arial" w:hAnsi="Arial"/>
          <w:sz w:val="21"/>
        </w:rPr>
        <w:t>MYSA Board Members; and</w:t>
      </w:r>
    </w:p>
    <w:p>
      <w:pPr>
        <w:spacing w:after="40" w:line="247" w:lineRule="auto"/>
        <w:ind w:left="360" w:hanging="259"/>
        <w:widowControl/>
      </w:pPr>
      <w:r>
        <w:rPr>
          <w:rFonts w:ascii="Arial" w:hAnsi="Arial"/>
          <w:b/>
          <w:sz w:val="21"/>
        </w:rPr>
        <w:t xml:space="preserve">g. </w:t>
      </w:r>
      <w:r>
        <w:rPr>
          <w:rFonts w:ascii="Arial" w:hAnsi="Arial"/>
          <w:sz w:val="21"/>
        </w:rPr>
        <w:t>Volunteers.</w:t>
      </w:r>
    </w:p>
    <w:p>
      <w:pPr>
        <w:keepLines w:val="0"/>
        <w:spacing w:after="80" w:line="252" w:lineRule="auto"/>
        <w:ind w:left="0"/>
        <w:widowControl/>
      </w:pPr>
      <w:r>
        <w:rPr>
          <w:rFonts w:ascii="Arial" w:hAnsi="Arial"/>
          <w:b w:val="0"/>
          <w:i w:val="0"/>
          <w:sz w:val="21"/>
        </w:rPr>
        <w:t>Players are expected to compete hard while maintaining respect for everyone involved in the game.</w:t>
      </w:r>
    </w:p>
    <w:p>
      <w:pPr>
        <w:keepLines w:val="0"/>
        <w:spacing w:after="80" w:line="252" w:lineRule="auto"/>
        <w:ind w:left="0"/>
        <w:widowControl/>
      </w:pPr>
      <w:r>
        <w:rPr>
          <w:rFonts w:ascii="Arial" w:hAnsi="Arial"/>
          <w:b/>
          <w:i w:val="0"/>
          <w:sz w:val="21"/>
        </w:rPr>
        <w:t>Because this is MYSA Flag rather than MYSA Tackle, players are expected to make every reasonable effort to avoid unnecessary physical contact.</w:t>
      </w:r>
    </w:p>
    <w:p>
      <w:pPr>
        <w:pStyle w:val="Heading1"/>
        <w:keepNext/>
        <w:spacing w:before="200" w:after="80"/>
        <w:widowControl/>
      </w:pPr>
      <w:r>
        <w:rPr>
          <w:rFonts w:ascii="Arial" w:hAnsi="Arial"/>
          <w:b/>
          <w:color w:val="1F4E79"/>
          <w:sz w:val="28"/>
        </w:rPr>
        <w:t>45. Inappropriate or Unsportsmanlike Language</w:t>
      </w:r>
    </w:p>
    <w:p>
      <w:pPr>
        <w:keepLines w:val="0"/>
        <w:spacing w:after="80" w:line="252" w:lineRule="auto"/>
        <w:ind w:left="0"/>
        <w:widowControl/>
      </w:pPr>
      <w:r>
        <w:rPr>
          <w:rFonts w:ascii="Arial" w:hAnsi="Arial"/>
          <w:b w:val="0"/>
          <w:i w:val="0"/>
          <w:sz w:val="21"/>
        </w:rPr>
        <w:t>Any player who uses inappropriate, abusive, threatening, vulgar, or unsportsmanlike language may be assessed an unsportsmanlike conduct penalty.</w:t>
      </w:r>
    </w:p>
    <w:p>
      <w:pPr>
        <w:spacing w:after="100"/>
        <w:ind w:left="288"/>
        <w:widowControl/>
      </w:pPr>
      <w:r>
        <w:rPr>
          <w:rFonts w:ascii="Arial" w:hAnsi="Arial"/>
          <w:b/>
          <w:sz w:val="21"/>
        </w:rPr>
        <w:t xml:space="preserve">Penalty: </w:t>
      </w:r>
      <w:r>
        <w:rPr>
          <w:rFonts w:ascii="Arial" w:hAnsi="Arial"/>
          <w:b/>
          <w:sz w:val="21"/>
        </w:rPr>
        <w:t>Fifteen (15) yards.</w:t>
      </w:r>
    </w:p>
    <w:p>
      <w:pPr>
        <w:keepLines w:val="0"/>
        <w:spacing w:after="80" w:line="252" w:lineRule="auto"/>
        <w:ind w:left="0"/>
        <w:widowControl/>
      </w:pPr>
      <w:r>
        <w:rPr>
          <w:rFonts w:ascii="Arial" w:hAnsi="Arial"/>
          <w:b w:val="0"/>
          <w:i w:val="0"/>
          <w:sz w:val="21"/>
        </w:rPr>
        <w:t>Repeated or particularly severe violations may result in additional disciplinary action, including:</w:t>
      </w:r>
    </w:p>
    <w:p>
      <w:pPr>
        <w:spacing w:after="40" w:line="247" w:lineRule="auto"/>
        <w:ind w:left="360" w:hanging="259"/>
        <w:widowControl/>
      </w:pPr>
      <w:r>
        <w:rPr>
          <w:rFonts w:ascii="Arial" w:hAnsi="Arial"/>
          <w:b/>
          <w:sz w:val="21"/>
        </w:rPr>
        <w:t xml:space="preserve">a. </w:t>
      </w:r>
      <w:r>
        <w:rPr>
          <w:rFonts w:ascii="Arial" w:hAnsi="Arial"/>
          <w:sz w:val="21"/>
        </w:rPr>
        <w:t>Ejection from the game;</w:t>
      </w:r>
    </w:p>
    <w:p>
      <w:pPr>
        <w:spacing w:after="40" w:line="247" w:lineRule="auto"/>
        <w:ind w:left="360" w:hanging="259"/>
        <w:widowControl/>
      </w:pPr>
      <w:r>
        <w:rPr>
          <w:rFonts w:ascii="Arial" w:hAnsi="Arial"/>
          <w:b/>
          <w:sz w:val="21"/>
        </w:rPr>
        <w:t xml:space="preserve">b. </w:t>
      </w:r>
      <w:r>
        <w:rPr>
          <w:rFonts w:ascii="Arial" w:hAnsi="Arial"/>
          <w:sz w:val="21"/>
        </w:rPr>
        <w:t>Suspension; and/or</w:t>
      </w:r>
    </w:p>
    <w:p>
      <w:pPr>
        <w:spacing w:after="40" w:line="247" w:lineRule="auto"/>
        <w:ind w:left="360" w:hanging="259"/>
        <w:widowControl/>
      </w:pPr>
      <w:r>
        <w:rPr>
          <w:rFonts w:ascii="Arial" w:hAnsi="Arial"/>
          <w:b/>
          <w:sz w:val="21"/>
        </w:rPr>
        <w:t xml:space="preserve">c. </w:t>
      </w:r>
      <w:r>
        <w:rPr>
          <w:rFonts w:ascii="Arial" w:hAnsi="Arial"/>
          <w:sz w:val="21"/>
        </w:rPr>
        <w:t>Review by the MYSA Board.</w:t>
      </w:r>
    </w:p>
    <w:p>
      <w:pPr>
        <w:pStyle w:val="Heading1"/>
        <w:keepNext/>
        <w:spacing w:before="200" w:after="80"/>
        <w:widowControl/>
      </w:pPr>
      <w:r>
        <w:rPr>
          <w:rFonts w:ascii="Arial" w:hAnsi="Arial"/>
          <w:b/>
          <w:color w:val="1F4E79"/>
          <w:sz w:val="28"/>
        </w:rPr>
        <w:t>46. Fighting and Intentional Physical Misconduct</w:t>
      </w:r>
    </w:p>
    <w:p>
      <w:pPr>
        <w:keepLines w:val="0"/>
        <w:spacing w:after="80" w:line="252" w:lineRule="auto"/>
        <w:ind w:left="0"/>
        <w:widowControl/>
      </w:pPr>
      <w:r>
        <w:rPr>
          <w:rFonts w:ascii="Arial" w:hAnsi="Arial"/>
          <w:b w:val="0"/>
          <w:i w:val="0"/>
          <w:sz w:val="21"/>
        </w:rPr>
        <w:t>There will be zero tolerance for fighting or intentional violent conduct.</w:t>
      </w:r>
    </w:p>
    <w:p>
      <w:pPr>
        <w:keepLines w:val="0"/>
        <w:spacing w:after="80" w:line="252" w:lineRule="auto"/>
        <w:ind w:left="0"/>
        <w:widowControl/>
      </w:pPr>
      <w:r>
        <w:rPr>
          <w:rFonts w:ascii="Arial" w:hAnsi="Arial"/>
          <w:b w:val="0"/>
          <w:i w:val="0"/>
          <w:sz w:val="21"/>
        </w:rPr>
        <w:t>Any player who intentionally:</w:t>
      </w:r>
    </w:p>
    <w:p>
      <w:pPr>
        <w:spacing w:after="40" w:line="247" w:lineRule="auto"/>
        <w:ind w:left="360" w:hanging="259"/>
        <w:widowControl/>
      </w:pPr>
      <w:r>
        <w:rPr>
          <w:rFonts w:ascii="Arial" w:hAnsi="Arial"/>
          <w:b/>
          <w:sz w:val="21"/>
        </w:rPr>
        <w:t xml:space="preserve">a. </w:t>
      </w:r>
      <w:r>
        <w:rPr>
          <w:rFonts w:ascii="Arial" w:hAnsi="Arial"/>
          <w:sz w:val="21"/>
        </w:rPr>
        <w:t>Punches;</w:t>
      </w:r>
    </w:p>
    <w:p>
      <w:pPr>
        <w:spacing w:after="40" w:line="247" w:lineRule="auto"/>
        <w:ind w:left="360" w:hanging="259"/>
        <w:widowControl/>
      </w:pPr>
      <w:r>
        <w:rPr>
          <w:rFonts w:ascii="Arial" w:hAnsi="Arial"/>
          <w:b/>
          <w:sz w:val="21"/>
        </w:rPr>
        <w:t xml:space="preserve">b. </w:t>
      </w:r>
      <w:r>
        <w:rPr>
          <w:rFonts w:ascii="Arial" w:hAnsi="Arial"/>
          <w:sz w:val="21"/>
        </w:rPr>
        <w:t>Kicks;</w:t>
      </w:r>
    </w:p>
    <w:p>
      <w:pPr>
        <w:spacing w:after="40" w:line="247" w:lineRule="auto"/>
        <w:ind w:left="360" w:hanging="259"/>
        <w:widowControl/>
      </w:pPr>
      <w:r>
        <w:rPr>
          <w:rFonts w:ascii="Arial" w:hAnsi="Arial"/>
          <w:b/>
          <w:sz w:val="21"/>
        </w:rPr>
        <w:t xml:space="preserve">c. </w:t>
      </w:r>
      <w:r>
        <w:rPr>
          <w:rFonts w:ascii="Arial" w:hAnsi="Arial"/>
          <w:sz w:val="21"/>
        </w:rPr>
        <w:t>Strikes;</w:t>
      </w:r>
    </w:p>
    <w:p>
      <w:pPr>
        <w:spacing w:after="40" w:line="247" w:lineRule="auto"/>
        <w:ind w:left="360" w:hanging="259"/>
        <w:widowControl/>
      </w:pPr>
      <w:r>
        <w:rPr>
          <w:rFonts w:ascii="Arial" w:hAnsi="Arial"/>
          <w:b/>
          <w:sz w:val="21"/>
        </w:rPr>
        <w:t xml:space="preserve">d. </w:t>
      </w:r>
      <w:r>
        <w:rPr>
          <w:rFonts w:ascii="Arial" w:hAnsi="Arial"/>
          <w:sz w:val="21"/>
        </w:rPr>
        <w:t>Hits;</w:t>
      </w:r>
    </w:p>
    <w:p>
      <w:pPr>
        <w:spacing w:after="40" w:line="247" w:lineRule="auto"/>
        <w:ind w:left="360" w:hanging="259"/>
        <w:widowControl/>
      </w:pPr>
      <w:r>
        <w:rPr>
          <w:rFonts w:ascii="Arial" w:hAnsi="Arial"/>
          <w:b/>
          <w:sz w:val="21"/>
        </w:rPr>
        <w:t xml:space="preserve">e. </w:t>
      </w:r>
      <w:r>
        <w:rPr>
          <w:rFonts w:ascii="Arial" w:hAnsi="Arial"/>
          <w:sz w:val="21"/>
        </w:rPr>
        <w:t>Tackles another player in a deliberately dangerous or violent manner; or</w:t>
      </w:r>
    </w:p>
    <w:p>
      <w:pPr>
        <w:spacing w:after="40" w:line="247" w:lineRule="auto"/>
        <w:ind w:left="360" w:hanging="259"/>
        <w:widowControl/>
      </w:pPr>
      <w:r>
        <w:rPr>
          <w:rFonts w:ascii="Arial" w:hAnsi="Arial"/>
          <w:b/>
          <w:sz w:val="21"/>
        </w:rPr>
        <w:t xml:space="preserve">f. </w:t>
      </w:r>
      <w:r>
        <w:rPr>
          <w:rFonts w:ascii="Arial" w:hAnsi="Arial"/>
          <w:sz w:val="21"/>
        </w:rPr>
        <w:t>Otherwise attempts to physically harm another person outside normal incidental flag-football contact</w:t>
      </w:r>
    </w:p>
    <w:p>
      <w:pPr>
        <w:keepLines w:val="0"/>
        <w:spacing w:after="80" w:line="252" w:lineRule="auto"/>
        <w:ind w:left="0"/>
        <w:widowControl/>
      </w:pPr>
      <w:r>
        <w:rPr>
          <w:rFonts w:ascii="Arial" w:hAnsi="Arial"/>
          <w:b w:val="0"/>
          <w:i w:val="0"/>
          <w:sz w:val="21"/>
        </w:rPr>
        <w:t>will be immediately ejected from the game.</w:t>
      </w:r>
    </w:p>
    <w:p>
      <w:pPr>
        <w:keepLines w:val="0"/>
        <w:spacing w:after="80" w:line="252" w:lineRule="auto"/>
        <w:ind w:left="0"/>
        <w:widowControl/>
      </w:pPr>
      <w:r>
        <w:rPr>
          <w:rFonts w:ascii="Arial" w:hAnsi="Arial"/>
          <w:b w:val="0"/>
          <w:i w:val="0"/>
          <w:sz w:val="21"/>
        </w:rPr>
        <w:t>A player ejected for fighting or intentional physical misconduct will also be suspended for one (1) full quarter of the player's next scheduled game.</w:t>
      </w:r>
    </w:p>
    <w:p>
      <w:pPr>
        <w:keepLines w:val="0"/>
        <w:spacing w:after="80" w:line="252" w:lineRule="auto"/>
        <w:ind w:left="0"/>
        <w:widowControl/>
      </w:pPr>
      <w:r>
        <w:rPr>
          <w:rFonts w:ascii="Arial" w:hAnsi="Arial"/>
          <w:b w:val="0"/>
          <w:i w:val="0"/>
          <w:sz w:val="21"/>
        </w:rPr>
        <w:t>Depending on the severity of the incident, the MYSA Board may impose additional disciplinary action, including further suspension.</w:t>
      </w:r>
    </w:p>
    <w:p>
      <w:pPr>
        <w:keepLines w:val="0"/>
        <w:spacing w:after="80" w:line="252" w:lineRule="auto"/>
        <w:ind w:left="0"/>
        <w:widowControl/>
      </w:pPr>
      <w:r>
        <w:rPr>
          <w:rFonts w:ascii="Arial" w:hAnsi="Arial"/>
          <w:b w:val="0"/>
          <w:i w:val="0"/>
          <w:sz w:val="21"/>
        </w:rPr>
        <w:t>Repeated or especially serious incidents may result in additional sanctions as determined by the MYSA Board.</w:t>
      </w:r>
    </w:p>
    <w:p>
      <w:pPr>
        <w:keepNext/>
        <w:spacing w:before="240" w:after="100"/>
        <w:pBdr>
          <w:bottom w:val="single" w:sz="8" w:space="2" w:color="1F4E79"/>
        </w:pBdr>
        <w:widowControl/>
      </w:pPr>
      <w:r>
        <w:rPr>
          <w:rFonts w:ascii="Arial" w:hAnsi="Arial"/>
          <w:b/>
          <w:color w:val="1F4E79"/>
          <w:sz w:val="24"/>
        </w:rPr>
        <w:t>SPECTATOR CONDUCT</w:t>
      </w:r>
    </w:p>
    <w:p>
      <w:pPr>
        <w:pStyle w:val="Heading1"/>
        <w:keepNext/>
        <w:spacing w:before="200" w:after="80"/>
        <w:widowControl/>
      </w:pPr>
      <w:r>
        <w:rPr>
          <w:rFonts w:ascii="Arial" w:hAnsi="Arial"/>
          <w:b/>
          <w:color w:val="1F4E79"/>
          <w:sz w:val="28"/>
        </w:rPr>
        <w:t>47. Zero-Tolerance Spectator Policy</w:t>
      </w:r>
    </w:p>
    <w:p>
      <w:pPr>
        <w:keepLines w:val="0"/>
        <w:spacing w:after="80" w:line="252" w:lineRule="auto"/>
        <w:ind w:left="0"/>
        <w:widowControl/>
      </w:pPr>
      <w:r>
        <w:rPr>
          <w:rFonts w:ascii="Arial" w:hAnsi="Arial"/>
          <w:b w:val="0"/>
          <w:i w:val="0"/>
          <w:sz w:val="21"/>
        </w:rPr>
        <w:t>MYSA has zero tolerance for inappropriate, abusive, threatening, vulgar, or unsportsmanlike language or behavior by spectators.</w:t>
      </w:r>
    </w:p>
    <w:p>
      <w:pPr>
        <w:keepLines w:val="0"/>
        <w:spacing w:after="80" w:line="252" w:lineRule="auto"/>
        <w:ind w:left="0"/>
        <w:widowControl/>
      </w:pPr>
      <w:r>
        <w:rPr>
          <w:rFonts w:ascii="Arial" w:hAnsi="Arial"/>
          <w:b w:val="0"/>
          <w:i w:val="0"/>
          <w:sz w:val="21"/>
        </w:rPr>
        <w:t>This applies to conduct directed toward:</w:t>
      </w:r>
    </w:p>
    <w:p>
      <w:pPr>
        <w:spacing w:after="40" w:line="247" w:lineRule="auto"/>
        <w:ind w:left="360" w:hanging="259"/>
        <w:widowControl/>
      </w:pPr>
      <w:r>
        <w:rPr>
          <w:rFonts w:ascii="Arial" w:hAnsi="Arial"/>
          <w:b/>
          <w:sz w:val="21"/>
        </w:rPr>
        <w:t xml:space="preserve">a. </w:t>
      </w:r>
      <w:r>
        <w:rPr>
          <w:rFonts w:ascii="Arial" w:hAnsi="Arial"/>
          <w:sz w:val="21"/>
        </w:rPr>
        <w:t>Game officials;</w:t>
      </w:r>
    </w:p>
    <w:p>
      <w:pPr>
        <w:spacing w:after="40" w:line="247" w:lineRule="auto"/>
        <w:ind w:left="360" w:hanging="259"/>
        <w:widowControl/>
      </w:pPr>
      <w:r>
        <w:rPr>
          <w:rFonts w:ascii="Arial" w:hAnsi="Arial"/>
          <w:b/>
          <w:sz w:val="21"/>
        </w:rPr>
        <w:t xml:space="preserve">b. </w:t>
      </w:r>
      <w:r>
        <w:rPr>
          <w:rFonts w:ascii="Arial" w:hAnsi="Arial"/>
          <w:sz w:val="21"/>
        </w:rPr>
        <w:t>Coaches;</w:t>
      </w:r>
    </w:p>
    <w:p>
      <w:pPr>
        <w:spacing w:after="40" w:line="247" w:lineRule="auto"/>
        <w:ind w:left="360" w:hanging="259"/>
        <w:widowControl/>
      </w:pPr>
      <w:r>
        <w:rPr>
          <w:rFonts w:ascii="Arial" w:hAnsi="Arial"/>
          <w:b/>
          <w:sz w:val="21"/>
        </w:rPr>
        <w:t xml:space="preserve">c. </w:t>
      </w:r>
      <w:r>
        <w:rPr>
          <w:rFonts w:ascii="Arial" w:hAnsi="Arial"/>
          <w:sz w:val="21"/>
        </w:rPr>
        <w:t>Players;</w:t>
      </w:r>
    </w:p>
    <w:p>
      <w:pPr>
        <w:spacing w:after="40" w:line="247" w:lineRule="auto"/>
        <w:ind w:left="360" w:hanging="259"/>
        <w:widowControl/>
      </w:pPr>
      <w:r>
        <w:rPr>
          <w:rFonts w:ascii="Arial" w:hAnsi="Arial"/>
          <w:b/>
          <w:sz w:val="21"/>
        </w:rPr>
        <w:t xml:space="preserve">d. </w:t>
      </w:r>
      <w:r>
        <w:rPr>
          <w:rFonts w:ascii="Arial" w:hAnsi="Arial"/>
          <w:sz w:val="21"/>
        </w:rPr>
        <w:t>Other spectators;</w:t>
      </w:r>
    </w:p>
    <w:p>
      <w:pPr>
        <w:spacing w:after="40" w:line="247" w:lineRule="auto"/>
        <w:ind w:left="360" w:hanging="259"/>
        <w:widowControl/>
      </w:pPr>
      <w:r>
        <w:rPr>
          <w:rFonts w:ascii="Arial" w:hAnsi="Arial"/>
          <w:b/>
          <w:sz w:val="21"/>
        </w:rPr>
        <w:t xml:space="preserve">e. </w:t>
      </w:r>
      <w:r>
        <w:rPr>
          <w:rFonts w:ascii="Arial" w:hAnsi="Arial"/>
          <w:sz w:val="21"/>
        </w:rPr>
        <w:t>MYSA Board Members;</w:t>
      </w:r>
    </w:p>
    <w:p>
      <w:pPr>
        <w:spacing w:after="40" w:line="247" w:lineRule="auto"/>
        <w:ind w:left="360" w:hanging="259"/>
        <w:widowControl/>
      </w:pPr>
      <w:r>
        <w:rPr>
          <w:rFonts w:ascii="Arial" w:hAnsi="Arial"/>
          <w:b/>
          <w:sz w:val="21"/>
        </w:rPr>
        <w:t xml:space="preserve">f. </w:t>
      </w:r>
      <w:r>
        <w:rPr>
          <w:rFonts w:ascii="Arial" w:hAnsi="Arial"/>
          <w:sz w:val="21"/>
        </w:rPr>
        <w:t>Volunteers; or</w:t>
      </w:r>
    </w:p>
    <w:p>
      <w:pPr>
        <w:spacing w:after="40" w:line="247" w:lineRule="auto"/>
        <w:ind w:left="360" w:hanging="259"/>
        <w:widowControl/>
      </w:pPr>
      <w:r>
        <w:rPr>
          <w:rFonts w:ascii="Arial" w:hAnsi="Arial"/>
          <w:b/>
          <w:sz w:val="21"/>
        </w:rPr>
        <w:t xml:space="preserve">g. </w:t>
      </w:r>
      <w:r>
        <w:rPr>
          <w:rFonts w:ascii="Arial" w:hAnsi="Arial"/>
          <w:sz w:val="21"/>
        </w:rPr>
        <w:t>Any other individual attending or participating in an MYSA event.</w:t>
      </w:r>
    </w:p>
    <w:p>
      <w:pPr>
        <w:pStyle w:val="Heading1"/>
        <w:keepNext/>
        <w:spacing w:before="200" w:after="80"/>
        <w:widowControl/>
      </w:pPr>
      <w:r>
        <w:rPr>
          <w:rFonts w:ascii="Arial" w:hAnsi="Arial"/>
          <w:b/>
          <w:color w:val="1F4E79"/>
          <w:sz w:val="28"/>
        </w:rPr>
        <w:t>48. Immediate Ejection</w:t>
      </w:r>
    </w:p>
    <w:p>
      <w:pPr>
        <w:keepLines w:val="0"/>
        <w:spacing w:after="80" w:line="252" w:lineRule="auto"/>
        <w:ind w:left="0"/>
        <w:widowControl/>
      </w:pPr>
      <w:r>
        <w:rPr>
          <w:rFonts w:ascii="Arial" w:hAnsi="Arial"/>
          <w:b w:val="0"/>
          <w:i w:val="0"/>
          <w:sz w:val="21"/>
        </w:rPr>
        <w:t>Any spectator observed engaging in prohibited conduct may be subject to immediate ejection and removal from the event.</w:t>
      </w:r>
    </w:p>
    <w:p>
      <w:pPr>
        <w:keepLines w:val="0"/>
        <w:spacing w:after="80" w:line="252" w:lineRule="auto"/>
        <w:ind w:left="0"/>
        <w:widowControl/>
      </w:pPr>
      <w:r>
        <w:rPr>
          <w:rFonts w:ascii="Arial" w:hAnsi="Arial"/>
          <w:b w:val="0"/>
          <w:i w:val="0"/>
          <w:sz w:val="21"/>
        </w:rPr>
        <w:t>An individual who is ejected must leave the playing area and event premises immediately when directed to do so.</w:t>
      </w:r>
    </w:p>
    <w:p>
      <w:pPr>
        <w:pStyle w:val="Heading1"/>
        <w:keepNext/>
        <w:spacing w:before="200" w:after="80"/>
        <w:widowControl/>
      </w:pPr>
      <w:r>
        <w:rPr>
          <w:rFonts w:ascii="Arial" w:hAnsi="Arial"/>
          <w:b/>
          <w:color w:val="1F4E79"/>
          <w:sz w:val="28"/>
        </w:rPr>
        <w:t>49. Additional Discipline</w:t>
      </w:r>
    </w:p>
    <w:p>
      <w:pPr>
        <w:keepLines w:val="0"/>
        <w:spacing w:after="80" w:line="252" w:lineRule="auto"/>
        <w:ind w:left="0"/>
        <w:widowControl/>
      </w:pPr>
      <w:r>
        <w:rPr>
          <w:rFonts w:ascii="Arial" w:hAnsi="Arial"/>
          <w:b w:val="0"/>
          <w:i w:val="0"/>
          <w:sz w:val="21"/>
        </w:rPr>
        <w:t>Following review of an incident, the MYSA Board may impose additional disciplinary action based on the nature and severity of the conduct.</w:t>
      </w:r>
    </w:p>
    <w:p>
      <w:pPr>
        <w:keepLines w:val="0"/>
        <w:spacing w:after="80" w:line="252" w:lineRule="auto"/>
        <w:ind w:left="0"/>
        <w:widowControl/>
      </w:pPr>
      <w:r>
        <w:rPr>
          <w:rFonts w:ascii="Arial" w:hAnsi="Arial"/>
          <w:b w:val="0"/>
          <w:i w:val="0"/>
          <w:sz w:val="21"/>
        </w:rPr>
        <w:t>Consequences may include:</w:t>
      </w:r>
    </w:p>
    <w:p>
      <w:pPr>
        <w:spacing w:after="40" w:line="247" w:lineRule="auto"/>
        <w:ind w:left="360" w:hanging="259"/>
        <w:widowControl/>
      </w:pPr>
      <w:r>
        <w:rPr>
          <w:rFonts w:ascii="Arial" w:hAnsi="Arial"/>
          <w:b/>
          <w:sz w:val="21"/>
        </w:rPr>
        <w:t xml:space="preserve">a. </w:t>
      </w:r>
      <w:r>
        <w:rPr>
          <w:rFonts w:ascii="Arial" w:hAnsi="Arial"/>
          <w:sz w:val="21"/>
        </w:rPr>
        <w:t>Suspension from one or more MYSA games or events;</w:t>
      </w:r>
    </w:p>
    <w:p>
      <w:pPr>
        <w:spacing w:after="40" w:line="247" w:lineRule="auto"/>
        <w:ind w:left="360" w:hanging="259"/>
        <w:widowControl/>
      </w:pPr>
      <w:r>
        <w:rPr>
          <w:rFonts w:ascii="Arial" w:hAnsi="Arial"/>
          <w:b/>
          <w:sz w:val="21"/>
        </w:rPr>
        <w:t xml:space="preserve">b. </w:t>
      </w:r>
      <w:r>
        <w:rPr>
          <w:rFonts w:ascii="Arial" w:hAnsi="Arial"/>
          <w:sz w:val="21"/>
        </w:rPr>
        <w:t>Suspension for the remainder of the season;</w:t>
      </w:r>
    </w:p>
    <w:p>
      <w:pPr>
        <w:spacing w:after="40" w:line="247" w:lineRule="auto"/>
        <w:ind w:left="360" w:hanging="259"/>
        <w:widowControl/>
      </w:pPr>
      <w:r>
        <w:rPr>
          <w:rFonts w:ascii="Arial" w:hAnsi="Arial"/>
          <w:b/>
          <w:sz w:val="21"/>
        </w:rPr>
        <w:t xml:space="preserve">c. </w:t>
      </w:r>
      <w:r>
        <w:rPr>
          <w:rFonts w:ascii="Arial" w:hAnsi="Arial"/>
          <w:sz w:val="21"/>
        </w:rPr>
        <w:t>Suspension from future MYSA seasons or events; or</w:t>
      </w:r>
    </w:p>
    <w:p>
      <w:pPr>
        <w:spacing w:after="40" w:line="247" w:lineRule="auto"/>
        <w:ind w:left="360" w:hanging="259"/>
        <w:widowControl/>
      </w:pPr>
      <w:r>
        <w:rPr>
          <w:rFonts w:ascii="Arial" w:hAnsi="Arial"/>
          <w:b/>
          <w:sz w:val="21"/>
        </w:rPr>
        <w:t xml:space="preserve">d. </w:t>
      </w:r>
      <w:r>
        <w:rPr>
          <w:rFonts w:ascii="Arial" w:hAnsi="Arial"/>
          <w:sz w:val="21"/>
        </w:rPr>
        <w:t>In serious or repeated cases, a lifetime ban from MYSA events.</w:t>
      </w:r>
    </w:p>
    <w:p>
      <w:pPr>
        <w:pStyle w:val="Heading1"/>
        <w:keepNext/>
        <w:spacing w:before="200" w:after="80"/>
        <w:widowControl/>
      </w:pPr>
      <w:r>
        <w:rPr>
          <w:rFonts w:ascii="Arial" w:hAnsi="Arial"/>
          <w:b/>
          <w:color w:val="1F4E79"/>
          <w:sz w:val="28"/>
        </w:rPr>
        <w:t>50. Failure to Leave or Serious Misconduct</w:t>
      </w:r>
    </w:p>
    <w:p>
      <w:pPr>
        <w:keepLines w:val="0"/>
        <w:spacing w:after="80" w:line="252" w:lineRule="auto"/>
        <w:ind w:left="0"/>
        <w:widowControl/>
      </w:pPr>
      <w:r>
        <w:rPr>
          <w:rFonts w:ascii="Arial" w:hAnsi="Arial"/>
          <w:b w:val="0"/>
          <w:i w:val="0"/>
          <w:sz w:val="21"/>
        </w:rPr>
        <w:t>An individual who refuses to comply with an ejection or removal order may be subject to additional disciplinary action.</w:t>
      </w:r>
    </w:p>
    <w:p>
      <w:pPr>
        <w:keepLines w:val="0"/>
        <w:spacing w:after="80" w:line="252" w:lineRule="auto"/>
        <w:ind w:left="0"/>
        <w:widowControl/>
      </w:pPr>
      <w:r>
        <w:rPr>
          <w:rFonts w:ascii="Arial" w:hAnsi="Arial"/>
          <w:b w:val="0"/>
          <w:i w:val="0"/>
          <w:sz w:val="21"/>
        </w:rPr>
        <w:t>When circumstances warrant, including threats, violence, refusal to leave the premises, or other serious misconduct, law enforcement may be contacted.</w:t>
      </w:r>
    </w:p>
    <w:p>
      <w:pPr>
        <w:keepLines w:val="0"/>
        <w:spacing w:after="80" w:line="252" w:lineRule="auto"/>
        <w:ind w:left="0"/>
        <w:widowControl/>
      </w:pPr>
      <w:r>
        <w:rPr>
          <w:rFonts w:ascii="Arial" w:hAnsi="Arial"/>
          <w:b w:val="0"/>
          <w:i w:val="0"/>
          <w:sz w:val="21"/>
        </w:rPr>
        <w:t>MYSA expects all spectators to help provide a safe, respectful, positive, and family-friendly environment for the children participating in the league.</w:t>
      </w:r>
    </w:p>
    <w:p>
      <w:pPr>
        <w:keepNext/>
        <w:spacing w:before="240" w:after="100"/>
        <w:pBdr>
          <w:bottom w:val="single" w:sz="8" w:space="2" w:color="1F4E79"/>
        </w:pBdr>
        <w:widowControl/>
      </w:pPr>
      <w:r>
        <w:rPr>
          <w:rFonts w:ascii="Arial" w:hAnsi="Arial"/>
          <w:b/>
          <w:color w:val="1F4E79"/>
          <w:sz w:val="24"/>
        </w:rPr>
        <w:t>PLAYOFFS</w:t>
      </w:r>
    </w:p>
    <w:p>
      <w:pPr>
        <w:pStyle w:val="Heading1"/>
        <w:keepNext/>
        <w:spacing w:before="200" w:after="80"/>
        <w:widowControl/>
      </w:pPr>
      <w:r>
        <w:rPr>
          <w:rFonts w:ascii="Arial" w:hAnsi="Arial"/>
          <w:b/>
          <w:color w:val="1F4E79"/>
          <w:sz w:val="28"/>
        </w:rPr>
        <w:t>51. Playoff Qualification and Tiebreakers</w:t>
      </w:r>
    </w:p>
    <w:p>
      <w:pPr>
        <w:keepLines w:val="0"/>
        <w:spacing w:after="80" w:line="252" w:lineRule="auto"/>
        <w:ind w:left="0"/>
        <w:widowControl/>
      </w:pPr>
      <w:r>
        <w:rPr>
          <w:rFonts w:ascii="Arial" w:hAnsi="Arial"/>
          <w:b w:val="0"/>
          <w:i w:val="0"/>
          <w:sz w:val="21"/>
        </w:rPr>
        <w:t>Playoff qualification and seeding will be determined using the following criteria in the order listed:</w:t>
      </w:r>
    </w:p>
    <w:p>
      <w:pPr>
        <w:spacing w:after="40"/>
        <w:ind w:left="360" w:hanging="259"/>
        <w:widowControl/>
      </w:pPr>
      <w:r>
        <w:rPr>
          <w:rFonts w:ascii="Arial" w:hAnsi="Arial"/>
          <w:b/>
          <w:sz w:val="21"/>
        </w:rPr>
        <w:t>1. Win/Loss Record</w:t>
      </w:r>
    </w:p>
    <w:p>
      <w:pPr>
        <w:spacing w:after="40"/>
        <w:ind w:left="360" w:hanging="259"/>
        <w:widowControl/>
      </w:pPr>
      <w:r>
        <w:rPr>
          <w:rFonts w:ascii="Arial" w:hAnsi="Arial"/>
          <w:b w:val="0"/>
          <w:sz w:val="21"/>
        </w:rPr>
        <w:t>2. Head-to-Head Result</w:t>
      </w:r>
    </w:p>
    <w:p>
      <w:pPr>
        <w:spacing w:after="40"/>
        <w:ind w:left="360" w:hanging="259"/>
        <w:widowControl/>
      </w:pPr>
      <w:r>
        <w:rPr>
          <w:rFonts w:ascii="Arial" w:hAnsi="Arial"/>
          <w:b w:val="0"/>
          <w:sz w:val="21"/>
        </w:rPr>
        <w:t>3. Least Amount of Points Allowed</w:t>
      </w:r>
    </w:p>
    <w:p>
      <w:pPr>
        <w:spacing w:after="40"/>
        <w:ind w:left="360" w:hanging="259"/>
        <w:widowControl/>
      </w:pPr>
      <w:r>
        <w:rPr>
          <w:rFonts w:ascii="Arial" w:hAnsi="Arial"/>
          <w:b w:val="0"/>
          <w:sz w:val="21"/>
        </w:rPr>
        <w:t>4. Coin Toss</w:t>
      </w:r>
    </w:p>
    <w:p>
      <w:pPr>
        <w:keepLines w:val="0"/>
        <w:spacing w:after="80" w:line="252" w:lineRule="auto"/>
        <w:ind w:left="0"/>
        <w:widowControl/>
      </w:pPr>
      <w:r>
        <w:rPr>
          <w:rFonts w:ascii="Arial" w:hAnsi="Arial"/>
          <w:b w:val="0"/>
          <w:i w:val="0"/>
          <w:sz w:val="21"/>
        </w:rPr>
        <w:t>Each criterion will be applied in order until the tie is resolved.</w:t>
      </w:r>
    </w:p>
    <w:p>
      <w:pPr>
        <w:keepNext/>
        <w:spacing w:before="240" w:after="100"/>
        <w:pBdr>
          <w:bottom w:val="single" w:sz="8" w:space="2" w:color="1F4E79"/>
        </w:pBdr>
        <w:widowControl/>
      </w:pPr>
      <w:r>
        <w:rPr>
          <w:rFonts w:ascii="Arial" w:hAnsi="Arial"/>
          <w:b/>
          <w:color w:val="1F4E79"/>
          <w:sz w:val="24"/>
        </w:rPr>
        <w:t>FIELD AND SIDELINE CLEANUP</w:t>
      </w:r>
    </w:p>
    <w:p>
      <w:pPr>
        <w:pStyle w:val="Heading1"/>
        <w:keepNext/>
        <w:spacing w:before="200" w:after="80"/>
        <w:widowControl/>
      </w:pPr>
      <w:r>
        <w:rPr>
          <w:rFonts w:ascii="Arial" w:hAnsi="Arial"/>
          <w:b/>
          <w:color w:val="1F4E79"/>
          <w:sz w:val="28"/>
        </w:rPr>
        <w:t>52. Team Cleanup Responsibility</w:t>
      </w:r>
    </w:p>
    <w:p>
      <w:pPr>
        <w:keepLines w:val="0"/>
        <w:spacing w:after="80" w:line="252" w:lineRule="auto"/>
        <w:ind w:left="0"/>
        <w:widowControl/>
      </w:pPr>
      <w:r>
        <w:rPr>
          <w:rFonts w:ascii="Arial" w:hAnsi="Arial"/>
          <w:b w:val="0"/>
          <w:i w:val="0"/>
          <w:sz w:val="21"/>
        </w:rPr>
        <w:t>Each team is responsible for cleaning its own sideline following practices and games.</w:t>
      </w:r>
    </w:p>
    <w:p>
      <w:pPr>
        <w:keepLines w:val="0"/>
        <w:spacing w:after="80" w:line="252" w:lineRule="auto"/>
        <w:ind w:left="0"/>
        <w:widowControl/>
      </w:pPr>
      <w:r>
        <w:rPr>
          <w:rFonts w:ascii="Arial" w:hAnsi="Arial"/>
          <w:b w:val="0"/>
          <w:i w:val="0"/>
          <w:sz w:val="21"/>
        </w:rPr>
        <w:t>Players, coaches, and spectators should dispose of:</w:t>
      </w:r>
    </w:p>
    <w:p>
      <w:pPr>
        <w:spacing w:after="40" w:line="247" w:lineRule="auto"/>
        <w:ind w:left="360" w:hanging="259"/>
        <w:widowControl/>
      </w:pPr>
      <w:r>
        <w:rPr>
          <w:rFonts w:ascii="Arial" w:hAnsi="Arial"/>
          <w:b/>
          <w:sz w:val="21"/>
        </w:rPr>
        <w:t xml:space="preserve">a. </w:t>
      </w:r>
      <w:r>
        <w:rPr>
          <w:rFonts w:ascii="Arial" w:hAnsi="Arial"/>
          <w:sz w:val="21"/>
        </w:rPr>
        <w:t>Water bottles;</w:t>
      </w:r>
    </w:p>
    <w:p>
      <w:pPr>
        <w:spacing w:after="40" w:line="247" w:lineRule="auto"/>
        <w:ind w:left="360" w:hanging="259"/>
        <w:widowControl/>
      </w:pPr>
      <w:r>
        <w:rPr>
          <w:rFonts w:ascii="Arial" w:hAnsi="Arial"/>
          <w:b/>
          <w:sz w:val="21"/>
        </w:rPr>
        <w:t xml:space="preserve">b. </w:t>
      </w:r>
      <w:r>
        <w:rPr>
          <w:rFonts w:ascii="Arial" w:hAnsi="Arial"/>
          <w:sz w:val="21"/>
        </w:rPr>
        <w:t>Food containers;</w:t>
      </w:r>
    </w:p>
    <w:p>
      <w:pPr>
        <w:spacing w:after="40" w:line="247" w:lineRule="auto"/>
        <w:ind w:left="360" w:hanging="259"/>
        <w:widowControl/>
      </w:pPr>
      <w:r>
        <w:rPr>
          <w:rFonts w:ascii="Arial" w:hAnsi="Arial"/>
          <w:b/>
          <w:sz w:val="21"/>
        </w:rPr>
        <w:t xml:space="preserve">c. </w:t>
      </w:r>
      <w:r>
        <w:rPr>
          <w:rFonts w:ascii="Arial" w:hAnsi="Arial"/>
          <w:sz w:val="21"/>
        </w:rPr>
        <w:t>Tape;</w:t>
      </w:r>
    </w:p>
    <w:p>
      <w:pPr>
        <w:spacing w:after="40" w:line="247" w:lineRule="auto"/>
        <w:ind w:left="360" w:hanging="259"/>
        <w:widowControl/>
      </w:pPr>
      <w:r>
        <w:rPr>
          <w:rFonts w:ascii="Arial" w:hAnsi="Arial"/>
          <w:b/>
          <w:sz w:val="21"/>
        </w:rPr>
        <w:t xml:space="preserve">d. </w:t>
      </w:r>
      <w:r>
        <w:rPr>
          <w:rFonts w:ascii="Arial" w:hAnsi="Arial"/>
          <w:sz w:val="21"/>
        </w:rPr>
        <w:t>Equipment packaging; and</w:t>
      </w:r>
    </w:p>
    <w:p>
      <w:pPr>
        <w:spacing w:after="40" w:line="247" w:lineRule="auto"/>
        <w:ind w:left="360" w:hanging="259"/>
        <w:widowControl/>
      </w:pPr>
      <w:r>
        <w:rPr>
          <w:rFonts w:ascii="Arial" w:hAnsi="Arial"/>
          <w:b/>
          <w:sz w:val="21"/>
        </w:rPr>
        <w:t xml:space="preserve">e. </w:t>
      </w:r>
      <w:r>
        <w:rPr>
          <w:rFonts w:ascii="Arial" w:hAnsi="Arial"/>
          <w:sz w:val="21"/>
        </w:rPr>
        <w:t>All other trash.</w:t>
      </w:r>
    </w:p>
    <w:p>
      <w:pPr>
        <w:keepLines w:val="0"/>
        <w:spacing w:after="80" w:line="252" w:lineRule="auto"/>
        <w:ind w:left="0"/>
        <w:widowControl/>
      </w:pPr>
      <w:r>
        <w:rPr>
          <w:rFonts w:ascii="Arial" w:hAnsi="Arial"/>
          <w:b/>
          <w:i w:val="0"/>
          <w:sz w:val="21"/>
        </w:rPr>
        <w:t>PLEASE HELP US KEEP THE FIELD CLEAN. EACH TEAM IS RESPONSIBLE FOR CLEANUP OF WATER BOTTLES AND TRASH ON ITS OWN SIDELINE. THANK YOU!</w:t>
      </w:r>
    </w:p>
    <w:p>
      <w:pPr>
        <w:keepNext/>
        <w:spacing w:before="240" w:after="100"/>
        <w:pBdr>
          <w:bottom w:val="single" w:sz="8" w:space="2" w:color="1F4E79"/>
        </w:pBdr>
        <w:widowControl/>
      </w:pPr>
      <w:r>
        <w:rPr>
          <w:rFonts w:ascii="Arial" w:hAnsi="Arial"/>
          <w:b/>
          <w:color w:val="1F4E79"/>
          <w:sz w:val="24"/>
        </w:rPr>
        <w:t>MYSA RECREATIONAL FLAG FOOTBALL EXPECTATION</w:t>
      </w:r>
    </w:p>
    <w:p>
      <w:pPr>
        <w:keepLines w:val="0"/>
        <w:spacing w:after="80" w:line="252" w:lineRule="auto"/>
        <w:ind w:left="0"/>
        <w:widowControl/>
      </w:pPr>
      <w:r>
        <w:rPr>
          <w:rFonts w:ascii="Arial" w:hAnsi="Arial"/>
          <w:b w:val="0"/>
          <w:i w:val="0"/>
          <w:sz w:val="21"/>
        </w:rPr>
        <w:t>MYSA Flag Football is intended to provide children with an opportunity to learn the game of football, develop their skills, compete, exercise, and enjoy being part of a team.</w:t>
      </w:r>
    </w:p>
    <w:p>
      <w:pPr>
        <w:keepLines w:val="0"/>
        <w:spacing w:after="80" w:line="252" w:lineRule="auto"/>
        <w:ind w:left="0"/>
        <w:widowControl/>
      </w:pPr>
      <w:r>
        <w:rPr>
          <w:rFonts w:ascii="Arial" w:hAnsi="Arial"/>
          <w:b/>
          <w:i w:val="0"/>
          <w:sz w:val="21"/>
        </w:rPr>
        <w:t>MYSA Flag is not MYSA Tackle.</w:t>
      </w:r>
    </w:p>
    <w:p>
      <w:pPr>
        <w:keepLines w:val="0"/>
        <w:spacing w:after="80" w:line="252" w:lineRule="auto"/>
        <w:ind w:left="0"/>
        <w:widowControl/>
      </w:pPr>
      <w:r>
        <w:rPr>
          <w:rFonts w:ascii="Arial" w:hAnsi="Arial"/>
          <w:b w:val="0"/>
          <w:i w:val="0"/>
          <w:sz w:val="21"/>
        </w:rPr>
        <w:t>The goal is to teach football fundamentals through passing, catching, running, positioning, flag pulling, teamwork, decision-making, and sportsmanship while reducing unnecessary physical contact.</w:t>
      </w:r>
    </w:p>
    <w:p>
      <w:pPr>
        <w:keepLines w:val="0"/>
        <w:spacing w:after="80" w:line="252" w:lineRule="auto"/>
        <w:ind w:left="0"/>
        <w:widowControl/>
      </w:pPr>
      <w:r>
        <w:rPr>
          <w:rFonts w:ascii="Arial" w:hAnsi="Arial"/>
          <w:b w:val="0"/>
          <w:i w:val="0"/>
          <w:sz w:val="21"/>
        </w:rPr>
        <w:t>Coaches, players, parents, spectators, officials, MYSA Board Members, and volunteers are expected to conduct themselves in a manner that supports these goals.</w:t>
      </w:r>
    </w:p>
    <w:p>
      <w:pPr>
        <w:keepLines w:val="0"/>
        <w:spacing w:after="80" w:line="252" w:lineRule="auto"/>
        <w:ind w:left="0"/>
        <w:widowControl/>
      </w:pPr>
      <w:r>
        <w:rPr>
          <w:rFonts w:ascii="Arial" w:hAnsi="Arial"/>
          <w:b w:val="0"/>
          <w:i w:val="0"/>
          <w:sz w:val="21"/>
        </w:rPr>
        <w:t>Player safety, sportsmanship, respect, fair participation, player development, and enjoyment of the game should remain the priority at all MYSA events.</w:t>
      </w:r>
    </w:p>
    <w:p>
      <w:pPr>
        <w:keepLines w:val="0"/>
        <w:spacing w:after="80" w:line="252" w:lineRule="auto"/>
        <w:ind w:left="0"/>
        <w:widowControl/>
      </w:pPr>
      <w:r>
        <w:rPr>
          <w:rFonts w:ascii="Arial" w:hAnsi="Arial"/>
          <w:b/>
          <w:i w:val="0"/>
          <w:sz w:val="21"/>
        </w:rPr>
        <w:t>REMEMBER: THIS IS A RECREATIONAL LEAGUE.</w:t>
      </w:r>
    </w:p>
    <w:sectPr w:rsidR="00FC693F" w:rsidRPr="0006063C" w:rsidSect="00034616">
      <w:headerReference w:type="default" r:id="rId9"/>
      <w:footerReference w:type="default" r:id="rId10"/>
      <w:pgSz w:w="12240" w:h="15840"/>
      <w:pgMar w:top="936" w:right="1037" w:bottom="936" w:left="1037" w:header="36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5A5A5A"/>
        <w:sz w:val="18"/>
      </w:rPr>
      <w:t xml:space="preserve">Page </w:t>
    </w:r>
    <w:r>
      <w:rPr>
        <w:rFonts w:ascii="Arial" w:hAnsi="Arial"/>
        <w:color w:val="5A5A5A"/>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5A5A5A"/>
        <w:sz w:val="17"/>
      </w:rPr>
      <w:t>MYSA 11-on-11 Recreational Flag Football Rules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MYSA 11-on-11 Recreational Flag Football Rules</dc:title>
  <dc:subject>MYSA Recreational Flag Football Rules</dc:subject>
  <dc:creator>MYSA</dc:creator>
  <cp:keywords>MYSA, flag football, 11-on-11, recreational football, rules</cp:keywords>
  <dc:description>generated by python-docx</dc:description>
  <cp:lastModifiedBy/>
  <cp:revision>1</cp:revision>
  <dcterms:created xsi:type="dcterms:W3CDTF">2013-12-23T23:15:00Z</dcterms:created>
  <dcterms:modified xsi:type="dcterms:W3CDTF">2013-12-23T23:15:00Z</dcterms:modified>
  <cp:category/>
</cp:coreProperties>
</file>