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Alternative Provision Referral Form</w:t>
      </w:r>
    </w:p>
    <w:p>
      <w:r>
        <w:rPr>
          <w:b/>
        </w:rPr>
        <w:t>For completion by the referring school, local authority or commissioning organisation.</w:t>
      </w:r>
    </w:p>
    <w:p>
      <w:r>
        <w:t>Please provide sufficient information for Bridgepoint to make a safe and informed suitability decision. A referral does not automatically guarantee a placement.</w:t>
      </w:r>
    </w:p>
    <w:p>
      <w:pPr>
        <w:pStyle w:val="Heading1"/>
      </w:pPr>
      <w:r>
        <w:t>1. Learner Details</w:t>
      </w:r>
    </w:p>
    <w:tbl>
      <w:tblPr>
        <w:tblStyle w:val="TableGrid"/>
        <w:tblW w:type="auto" w:w="0"/>
        <w:jc w:val="center"/>
        <w:tblLook w:firstColumn="1" w:firstRow="1" w:lastColumn="0" w:lastRow="0" w:noHBand="0" w:noVBand="1" w:val="04A0"/>
      </w:tblPr>
      <w:tblGrid>
        <w:gridCol w:w="5184"/>
        <w:gridCol w:w="5184"/>
      </w:tblGrid>
      <w:tr>
        <w:tc>
          <w:tcPr>
            <w:tcW w:type="dxa" w:w="3240"/>
            <w:shd w:fill="EDEDED"/>
            <w:vAlign w:val="center"/>
          </w:tcPr>
          <w:p>
            <w:r>
              <w:rPr>
                <w:b/>
              </w:rPr>
              <w:t>Full name</w:t>
            </w:r>
          </w:p>
        </w:tc>
        <w:tc>
          <w:tcPr>
            <w:tcW w:type="dxa" w:w="6840"/>
          </w:tcPr>
          <w:p>
            <w:r/>
          </w:p>
        </w:tc>
      </w:tr>
      <w:tr>
        <w:tc>
          <w:tcPr>
            <w:tcW w:type="dxa" w:w="3240"/>
            <w:shd w:fill="EDEDED"/>
            <w:vAlign w:val="center"/>
          </w:tcPr>
          <w:p>
            <w:r>
              <w:rPr>
                <w:b/>
              </w:rPr>
              <w:t>Date of birth</w:t>
            </w:r>
          </w:p>
        </w:tc>
        <w:tc>
          <w:tcPr>
            <w:tcW w:type="dxa" w:w="6840"/>
          </w:tcPr>
          <w:p>
            <w:r/>
          </w:p>
        </w:tc>
      </w:tr>
      <w:tr>
        <w:tc>
          <w:tcPr>
            <w:tcW w:type="dxa" w:w="3240"/>
            <w:shd w:fill="EDEDED"/>
            <w:vAlign w:val="center"/>
          </w:tcPr>
          <w:p>
            <w:r>
              <w:rPr>
                <w:b/>
              </w:rPr>
              <w:t>Age / Year group</w:t>
            </w:r>
          </w:p>
        </w:tc>
        <w:tc>
          <w:tcPr>
            <w:tcW w:type="dxa" w:w="6840"/>
          </w:tcPr>
          <w:p>
            <w:r/>
          </w:p>
        </w:tc>
      </w:tr>
      <w:tr>
        <w:tc>
          <w:tcPr>
            <w:tcW w:type="dxa" w:w="3240"/>
            <w:shd w:fill="EDEDED"/>
            <w:vAlign w:val="center"/>
          </w:tcPr>
          <w:p>
            <w:r>
              <w:rPr>
                <w:b/>
              </w:rPr>
              <w:t>Home address</w:t>
            </w:r>
          </w:p>
        </w:tc>
        <w:tc>
          <w:tcPr>
            <w:tcW w:type="dxa" w:w="6840"/>
          </w:tcPr>
          <w:p>
            <w:r/>
          </w:p>
        </w:tc>
      </w:tr>
      <w:tr>
        <w:tc>
          <w:tcPr>
            <w:tcW w:type="dxa" w:w="3240"/>
            <w:shd w:fill="EDEDED"/>
            <w:vAlign w:val="center"/>
          </w:tcPr>
          <w:p>
            <w:r>
              <w:rPr>
                <w:b/>
              </w:rPr>
              <w:t>Current school / education setting</w:t>
            </w:r>
          </w:p>
        </w:tc>
        <w:tc>
          <w:tcPr>
            <w:tcW w:type="dxa" w:w="6840"/>
          </w:tcPr>
          <w:p>
            <w:r/>
          </w:p>
        </w:tc>
      </w:tr>
      <w:tr>
        <w:tc>
          <w:tcPr>
            <w:tcW w:type="dxa" w:w="3240"/>
            <w:shd w:fill="EDEDED"/>
            <w:vAlign w:val="center"/>
          </w:tcPr>
          <w:p>
            <w:r>
              <w:rPr>
                <w:b/>
              </w:rPr>
              <w:t>UPN (if known)</w:t>
            </w:r>
          </w:p>
        </w:tc>
        <w:tc>
          <w:tcPr>
            <w:tcW w:type="dxa" w:w="6840"/>
          </w:tcPr>
          <w:p>
            <w:r/>
          </w:p>
        </w:tc>
      </w:tr>
      <w:tr>
        <w:tc>
          <w:tcPr>
            <w:tcW w:type="dxa" w:w="3240"/>
            <w:shd w:fill="EDEDED"/>
            <w:vAlign w:val="center"/>
          </w:tcPr>
          <w:p>
            <w:r>
              <w:rPr>
                <w:b/>
              </w:rPr>
              <w:t>Parent / carer name(s)</w:t>
            </w:r>
          </w:p>
        </w:tc>
        <w:tc>
          <w:tcPr>
            <w:tcW w:type="dxa" w:w="6840"/>
          </w:tcPr>
          <w:p>
            <w:r/>
          </w:p>
        </w:tc>
      </w:tr>
      <w:tr>
        <w:tc>
          <w:tcPr>
            <w:tcW w:type="dxa" w:w="3240"/>
            <w:shd w:fill="EDEDED"/>
            <w:vAlign w:val="center"/>
          </w:tcPr>
          <w:p>
            <w:r>
              <w:rPr>
                <w:b/>
              </w:rPr>
              <w:t>Parent / carer contact details</w:t>
            </w:r>
          </w:p>
        </w:tc>
        <w:tc>
          <w:tcPr>
            <w:tcW w:type="dxa" w:w="6840"/>
          </w:tcPr>
          <w:p>
            <w:r/>
          </w:p>
        </w:tc>
      </w:tr>
      <w:tr>
        <w:tc>
          <w:tcPr>
            <w:tcW w:type="dxa" w:w="3240"/>
            <w:shd w:fill="EDEDED"/>
            <w:vAlign w:val="center"/>
          </w:tcPr>
          <w:p>
            <w:r>
              <w:rPr>
                <w:b/>
              </w:rPr>
              <w:t>Preferred name / pronouns (if relevant)</w:t>
            </w:r>
          </w:p>
        </w:tc>
        <w:tc>
          <w:tcPr>
            <w:tcW w:type="dxa" w:w="6840"/>
          </w:tcPr>
          <w:p>
            <w:r/>
          </w:p>
        </w:tc>
      </w:tr>
    </w:tbl>
    <w:p>
      <w:pPr>
        <w:pStyle w:val="Heading1"/>
      </w:pPr>
      <w:r>
        <w:t>2. Referrer and Commissioner Details</w:t>
      </w:r>
    </w:p>
    <w:tbl>
      <w:tblPr>
        <w:tblStyle w:val="TableGrid"/>
        <w:tblW w:type="auto" w:w="0"/>
        <w:jc w:val="center"/>
        <w:tblLook w:firstColumn="1" w:firstRow="1" w:lastColumn="0" w:lastRow="0" w:noHBand="0" w:noVBand="1" w:val="04A0"/>
      </w:tblPr>
      <w:tblGrid>
        <w:gridCol w:w="5184"/>
        <w:gridCol w:w="5184"/>
      </w:tblGrid>
      <w:tr>
        <w:tc>
          <w:tcPr>
            <w:tcW w:type="dxa" w:w="3240"/>
            <w:shd w:fill="EDEDED"/>
            <w:vAlign w:val="center"/>
          </w:tcPr>
          <w:p>
            <w:r>
              <w:rPr>
                <w:b/>
              </w:rPr>
              <w:t>Referring organisation</w:t>
            </w:r>
          </w:p>
        </w:tc>
        <w:tc>
          <w:tcPr>
            <w:tcW w:type="dxa" w:w="6840"/>
          </w:tcPr>
          <w:p>
            <w:r/>
          </w:p>
        </w:tc>
      </w:tr>
      <w:tr>
        <w:tc>
          <w:tcPr>
            <w:tcW w:type="dxa" w:w="3240"/>
            <w:shd w:fill="EDEDED"/>
            <w:vAlign w:val="center"/>
          </w:tcPr>
          <w:p>
            <w:r>
              <w:rPr>
                <w:b/>
              </w:rPr>
              <w:t>Referrer's name and role</w:t>
            </w:r>
          </w:p>
        </w:tc>
        <w:tc>
          <w:tcPr>
            <w:tcW w:type="dxa" w:w="6840"/>
          </w:tcPr>
          <w:p>
            <w:r/>
          </w:p>
        </w:tc>
      </w:tr>
      <w:tr>
        <w:tc>
          <w:tcPr>
            <w:tcW w:type="dxa" w:w="3240"/>
            <w:shd w:fill="EDEDED"/>
            <w:vAlign w:val="center"/>
          </w:tcPr>
          <w:p>
            <w:r>
              <w:rPr>
                <w:b/>
              </w:rPr>
              <w:t>Email / telephone</w:t>
            </w:r>
          </w:p>
        </w:tc>
        <w:tc>
          <w:tcPr>
            <w:tcW w:type="dxa" w:w="6840"/>
          </w:tcPr>
          <w:p>
            <w:r/>
          </w:p>
        </w:tc>
      </w:tr>
      <w:tr>
        <w:tc>
          <w:tcPr>
            <w:tcW w:type="dxa" w:w="3240"/>
            <w:shd w:fill="EDEDED"/>
            <w:vAlign w:val="center"/>
          </w:tcPr>
          <w:p>
            <w:r>
              <w:rPr>
                <w:b/>
              </w:rPr>
              <w:t>Commissioning organisation (if different)</w:t>
            </w:r>
          </w:p>
        </w:tc>
        <w:tc>
          <w:tcPr>
            <w:tcW w:type="dxa" w:w="6840"/>
          </w:tcPr>
          <w:p>
            <w:r/>
          </w:p>
        </w:tc>
      </w:tr>
      <w:tr>
        <w:tc>
          <w:tcPr>
            <w:tcW w:type="dxa" w:w="3240"/>
            <w:shd w:fill="EDEDED"/>
            <w:vAlign w:val="center"/>
          </w:tcPr>
          <w:p>
            <w:r>
              <w:rPr>
                <w:b/>
              </w:rPr>
              <w:t>Named commissioning contact</w:t>
            </w:r>
          </w:p>
        </w:tc>
        <w:tc>
          <w:tcPr>
            <w:tcW w:type="dxa" w:w="6840"/>
          </w:tcPr>
          <w:p>
            <w:r/>
          </w:p>
        </w:tc>
      </w:tr>
      <w:tr>
        <w:tc>
          <w:tcPr>
            <w:tcW w:type="dxa" w:w="3240"/>
            <w:shd w:fill="EDEDED"/>
            <w:vAlign w:val="center"/>
          </w:tcPr>
          <w:p>
            <w:r>
              <w:rPr>
                <w:b/>
              </w:rPr>
              <w:t>Who will fund the placement?</w:t>
            </w:r>
          </w:p>
        </w:tc>
        <w:tc>
          <w:tcPr>
            <w:tcW w:type="dxa" w:w="6840"/>
          </w:tcPr>
          <w:p>
            <w:r/>
          </w:p>
        </w:tc>
      </w:tr>
      <w:tr>
        <w:tc>
          <w:tcPr>
            <w:tcW w:type="dxa" w:w="3240"/>
            <w:shd w:fill="EDEDED"/>
            <w:vAlign w:val="center"/>
          </w:tcPr>
          <w:p>
            <w:r>
              <w:rPr>
                <w:b/>
              </w:rPr>
              <w:t>Invoice / finance contact (if known)</w:t>
            </w:r>
          </w:p>
        </w:tc>
        <w:tc>
          <w:tcPr>
            <w:tcW w:type="dxa" w:w="6840"/>
          </w:tcPr>
          <w:p>
            <w:r/>
          </w:p>
        </w:tc>
      </w:tr>
    </w:tbl>
    <w:p>
      <w:pPr>
        <w:pStyle w:val="Heading1"/>
      </w:pPr>
      <w:r>
        <w:t>3. Reason for Referral</w:t>
      </w:r>
    </w:p>
    <w:p>
      <w:r>
        <w:rPr>
          <w:b/>
        </w:rPr>
        <w:t>Please describe why Alternative Provision is being requested and what is happening for the learner currently.</w:t>
      </w:r>
    </w:p>
    <w:tbl>
      <w:tblPr>
        <w:tblStyle w:val="TableGrid"/>
        <w:tblW w:type="auto" w:w="0"/>
        <w:tblLook w:firstColumn="1" w:firstRow="1" w:lastColumn="0" w:lastRow="0" w:noHBand="0" w:noVBand="1" w:val="04A0"/>
      </w:tblPr>
      <w:tblGrid>
        <w:gridCol w:w="10368"/>
      </w:tblGrid>
      <w:tr>
        <w:tc>
          <w:tcPr>
            <w:tcW w:type="dxa" w:w="10368"/>
          </w:tcPr>
          <w:p>
            <w:r>
              <w:br/>
              <w:br/>
              <w:br/>
              <w:br/>
              <w:br/>
            </w:r>
          </w:p>
        </w:tc>
      </w:tr>
    </w:tbl>
    <w:tbl>
      <w:tblPr>
        <w:tblStyle w:val="TableGrid"/>
        <w:tblW w:type="auto" w:w="0"/>
        <w:jc w:val="center"/>
        <w:tblLook w:firstColumn="1" w:firstRow="1" w:lastColumn="0" w:lastRow="0" w:noHBand="0" w:noVBand="1" w:val="04A0"/>
      </w:tblPr>
      <w:tblGrid>
        <w:gridCol w:w="5184"/>
        <w:gridCol w:w="5184"/>
      </w:tblGrid>
      <w:tr>
        <w:tc>
          <w:tcPr>
            <w:tcW w:type="dxa" w:w="3240"/>
            <w:shd w:fill="EDEDED"/>
            <w:vAlign w:val="center"/>
          </w:tcPr>
          <w:p>
            <w:r>
              <w:rPr>
                <w:b/>
              </w:rPr>
              <w:t>Current attendance (%) if known</w:t>
            </w:r>
          </w:p>
        </w:tc>
        <w:tc>
          <w:tcPr>
            <w:tcW w:type="dxa" w:w="6840"/>
          </w:tcPr>
          <w:p>
            <w:r/>
          </w:p>
        </w:tc>
      </w:tr>
      <w:tr>
        <w:tc>
          <w:tcPr>
            <w:tcW w:type="dxa" w:w="3240"/>
            <w:shd w:fill="EDEDED"/>
            <w:vAlign w:val="center"/>
          </w:tcPr>
          <w:p>
            <w:r>
              <w:rPr>
                <w:b/>
              </w:rPr>
              <w:t>Current timetable / hours of education</w:t>
            </w:r>
          </w:p>
        </w:tc>
        <w:tc>
          <w:tcPr>
            <w:tcW w:type="dxa" w:w="6840"/>
          </w:tcPr>
          <w:p>
            <w:r/>
          </w:p>
        </w:tc>
      </w:tr>
      <w:tr>
        <w:tc>
          <w:tcPr>
            <w:tcW w:type="dxa" w:w="3240"/>
            <w:shd w:fill="EDEDED"/>
            <w:vAlign w:val="center"/>
          </w:tcPr>
          <w:p>
            <w:r>
              <w:rPr>
                <w:b/>
              </w:rPr>
              <w:t>Length of significant absence or reduced timetable (if applicable)</w:t>
            </w:r>
          </w:p>
        </w:tc>
        <w:tc>
          <w:tcPr>
            <w:tcW w:type="dxa" w:w="6840"/>
          </w:tcPr>
          <w:p>
            <w:r/>
          </w:p>
        </w:tc>
      </w:tr>
      <w:tr>
        <w:tc>
          <w:tcPr>
            <w:tcW w:type="dxa" w:w="3240"/>
            <w:shd w:fill="EDEDED"/>
            <w:vAlign w:val="center"/>
          </w:tcPr>
          <w:p>
            <w:r>
              <w:rPr>
                <w:b/>
              </w:rPr>
              <w:t>Previous / current Alternative Provision</w:t>
            </w:r>
          </w:p>
        </w:tc>
        <w:tc>
          <w:tcPr>
            <w:tcW w:type="dxa" w:w="6840"/>
          </w:tcPr>
          <w:p>
            <w:r/>
          </w:p>
        </w:tc>
      </w:tr>
    </w:tbl>
    <w:p>
      <w:r>
        <w:rPr>
          <w:b/>
        </w:rPr>
        <w:t>What has already been tried, and what has or has not helped?</w:t>
      </w:r>
    </w:p>
    <w:tbl>
      <w:tblPr>
        <w:tblStyle w:val="TableGrid"/>
        <w:tblW w:type="auto" w:w="0"/>
        <w:tblLook w:firstColumn="1" w:firstRow="1" w:lastColumn="0" w:lastRow="0" w:noHBand="0" w:noVBand="1" w:val="04A0"/>
      </w:tblPr>
      <w:tblGrid>
        <w:gridCol w:w="10368"/>
      </w:tblGrid>
      <w:tr>
        <w:tc>
          <w:tcPr>
            <w:tcW w:type="dxa" w:w="10368"/>
          </w:tcPr>
          <w:p>
            <w:r>
              <w:br/>
              <w:br/>
              <w:br/>
              <w:br/>
            </w:r>
          </w:p>
        </w:tc>
      </w:tr>
    </w:tbl>
    <w:p>
      <w:pPr>
        <w:pStyle w:val="Heading1"/>
      </w:pPr>
      <w:r>
        <w:t>4. SEND and Learning Profile</w:t>
      </w:r>
    </w:p>
    <w:p>
      <w:r>
        <w:t>☐ EHCP   ☐ SEN Support   ☐ Assessment in progress   ☐ No formal SEND plan   ☐ Unknown</w:t>
      </w:r>
    </w:p>
    <w:p>
      <w:r>
        <w:rPr>
          <w:b/>
        </w:rPr>
        <w:t>Known diagnoses, identified needs or areas currently being assessed:</w:t>
      </w:r>
    </w:p>
    <w:tbl>
      <w:tblPr>
        <w:tblStyle w:val="TableGrid"/>
        <w:tblW w:type="auto" w:w="0"/>
        <w:tblLook w:firstColumn="1" w:firstRow="1" w:lastColumn="0" w:lastRow="0" w:noHBand="0" w:noVBand="1" w:val="04A0"/>
      </w:tblPr>
      <w:tblGrid>
        <w:gridCol w:w="10368"/>
      </w:tblGrid>
      <w:tr>
        <w:tc>
          <w:tcPr>
            <w:tcW w:type="dxa" w:w="10368"/>
          </w:tcPr>
          <w:p>
            <w:r>
              <w:br/>
              <w:br/>
              <w:br/>
            </w:r>
          </w:p>
        </w:tc>
      </w:tr>
    </w:tbl>
    <w:p>
      <w:r>
        <w:rPr>
          <w:b/>
        </w:rPr>
        <w:t>Learning profile, attainment and areas requiring support:</w:t>
      </w:r>
    </w:p>
    <w:tbl>
      <w:tblPr>
        <w:tblStyle w:val="TableGrid"/>
        <w:tblW w:type="auto" w:w="0"/>
        <w:tblLook w:firstColumn="1" w:firstRow="1" w:lastColumn="0" w:lastRow="0" w:noHBand="0" w:noVBand="1" w:val="04A0"/>
      </w:tblPr>
      <w:tblGrid>
        <w:gridCol w:w="10368"/>
      </w:tblGrid>
      <w:tr>
        <w:tc>
          <w:tcPr>
            <w:tcW w:type="dxa" w:w="10368"/>
          </w:tcPr>
          <w:p>
            <w:r>
              <w:br/>
              <w:br/>
              <w:br/>
              <w:br/>
            </w:r>
          </w:p>
        </w:tc>
      </w:tr>
    </w:tbl>
    <w:p>
      <w:r>
        <w:rPr>
          <w:b/>
        </w:rPr>
        <w:t>Communication needs - including preferred communication, receptive/expressive language, AAC or processing time:</w:t>
      </w:r>
    </w:p>
    <w:tbl>
      <w:tblPr>
        <w:tblStyle w:val="TableGrid"/>
        <w:tblW w:type="auto" w:w="0"/>
        <w:tblLook w:firstColumn="1" w:firstRow="1" w:lastColumn="0" w:lastRow="0" w:noHBand="0" w:noVBand="1" w:val="04A0"/>
      </w:tblPr>
      <w:tblGrid>
        <w:gridCol w:w="10368"/>
      </w:tblGrid>
      <w:tr>
        <w:tc>
          <w:tcPr>
            <w:tcW w:type="dxa" w:w="10368"/>
          </w:tcPr>
          <w:p>
            <w:r>
              <w:br/>
              <w:br/>
              <w:br/>
              <w:br/>
            </w:r>
          </w:p>
        </w:tc>
      </w:tr>
    </w:tbl>
    <w:p>
      <w:r>
        <w:rPr>
          <w:b/>
        </w:rPr>
        <w:t>Sensory needs, triggers and helpful adjustments:</w:t>
      </w:r>
    </w:p>
    <w:tbl>
      <w:tblPr>
        <w:tblStyle w:val="TableGrid"/>
        <w:tblW w:type="auto" w:w="0"/>
        <w:tblLook w:firstColumn="1" w:firstRow="1" w:lastColumn="0" w:lastRow="0" w:noHBand="0" w:noVBand="1" w:val="04A0"/>
      </w:tblPr>
      <w:tblGrid>
        <w:gridCol w:w="10368"/>
      </w:tblGrid>
      <w:tr>
        <w:tc>
          <w:tcPr>
            <w:tcW w:type="dxa" w:w="10368"/>
          </w:tcPr>
          <w:p>
            <w:r>
              <w:br/>
              <w:br/>
              <w:br/>
              <w:br/>
            </w:r>
          </w:p>
        </w:tc>
      </w:tr>
    </w:tbl>
    <w:p>
      <w:r>
        <w:rPr>
          <w:b/>
        </w:rPr>
        <w:t>Regulation / executive-functioning needs and strategies that help:</w:t>
      </w:r>
    </w:p>
    <w:tbl>
      <w:tblPr>
        <w:tblStyle w:val="TableGrid"/>
        <w:tblW w:type="auto" w:w="0"/>
        <w:tblLook w:firstColumn="1" w:firstRow="1" w:lastColumn="0" w:lastRow="0" w:noHBand="0" w:noVBand="1" w:val="04A0"/>
      </w:tblPr>
      <w:tblGrid>
        <w:gridCol w:w="10368"/>
      </w:tblGrid>
      <w:tr>
        <w:tc>
          <w:tcPr>
            <w:tcW w:type="dxa" w:w="10368"/>
          </w:tcPr>
          <w:p>
            <w:r>
              <w:br/>
              <w:br/>
              <w:br/>
              <w:br/>
            </w:r>
          </w:p>
        </w:tc>
      </w:tr>
    </w:tbl>
    <w:p>
      <w:pPr>
        <w:pStyle w:val="Heading1"/>
      </w:pPr>
      <w:r>
        <w:t>5. Safeguarding and Risk Information</w:t>
      </w:r>
    </w:p>
    <w:p>
      <w:r>
        <w:rPr>
          <w:b/>
        </w:rPr>
        <w:t xml:space="preserve">IMPORTANT: </w:t>
      </w:r>
      <w:r>
        <w:t>Relevant safeguarding and risk information must be shared so Bridgepoint can assess whether the placement can be delivered safely.</w:t>
      </w:r>
    </w:p>
    <w:p>
      <w:r>
        <w:t>☐ Current safeguarding concerns   ☐ Social care involvement   ☐ Early Help   ☐ Child in Need   ☐ Child Protection Plan   ☐ Looked After Child   ☐ None known</w:t>
      </w:r>
    </w:p>
    <w:tbl>
      <w:tblPr>
        <w:tblStyle w:val="TableGrid"/>
        <w:tblW w:type="auto" w:w="0"/>
        <w:jc w:val="center"/>
        <w:tblLook w:firstColumn="1" w:firstRow="1" w:lastColumn="0" w:lastRow="0" w:noHBand="0" w:noVBand="1" w:val="04A0"/>
      </w:tblPr>
      <w:tblGrid>
        <w:gridCol w:w="5184"/>
        <w:gridCol w:w="5184"/>
      </w:tblGrid>
      <w:tr>
        <w:tc>
          <w:tcPr>
            <w:tcW w:type="dxa" w:w="3240"/>
            <w:shd w:fill="EDEDED"/>
            <w:vAlign w:val="center"/>
          </w:tcPr>
          <w:p>
            <w:r>
              <w:rPr>
                <w:b/>
              </w:rPr>
              <w:t>Named social worker / professional (if applicable)</w:t>
            </w:r>
          </w:p>
        </w:tc>
        <w:tc>
          <w:tcPr>
            <w:tcW w:type="dxa" w:w="6840"/>
          </w:tcPr>
          <w:p>
            <w:r/>
          </w:p>
        </w:tc>
      </w:tr>
      <w:tr>
        <w:tc>
          <w:tcPr>
            <w:tcW w:type="dxa" w:w="3240"/>
            <w:shd w:fill="EDEDED"/>
            <w:vAlign w:val="center"/>
          </w:tcPr>
          <w:p>
            <w:r>
              <w:rPr>
                <w:b/>
              </w:rPr>
              <w:t>Contact details</w:t>
            </w:r>
          </w:p>
        </w:tc>
        <w:tc>
          <w:tcPr>
            <w:tcW w:type="dxa" w:w="6840"/>
          </w:tcPr>
          <w:p>
            <w:r/>
          </w:p>
        </w:tc>
      </w:tr>
    </w:tbl>
    <w:p>
      <w:r>
        <w:rPr>
          <w:b/>
        </w:rPr>
        <w:t>Please describe any safeguarding concerns, vulnerabilities or relevant history that Bridgepoint needs to know:</w:t>
      </w:r>
    </w:p>
    <w:tbl>
      <w:tblPr>
        <w:tblStyle w:val="TableGrid"/>
        <w:tblW w:type="auto" w:w="0"/>
        <w:tblLook w:firstColumn="1" w:firstRow="1" w:lastColumn="0" w:lastRow="0" w:noHBand="0" w:noVBand="1" w:val="04A0"/>
      </w:tblPr>
      <w:tblGrid>
        <w:gridCol w:w="10368"/>
      </w:tblGrid>
      <w:tr>
        <w:tc>
          <w:tcPr>
            <w:tcW w:type="dxa" w:w="10368"/>
          </w:tcPr>
          <w:p>
            <w:r>
              <w:br/>
              <w:br/>
              <w:br/>
              <w:br/>
              <w:br/>
            </w:r>
          </w:p>
        </w:tc>
      </w:tr>
    </w:tbl>
    <w:p>
      <w:r>
        <w:t>☐ Absconding / elopement   ☐ Self-injury   ☐ Aggression   ☐ Risk to others   ☐ Exploitation vulnerability   ☐ Online risk   ☐ Property damage   ☐ Other</w:t>
      </w:r>
    </w:p>
    <w:p>
      <w:r>
        <w:rPr>
          <w:b/>
        </w:rPr>
        <w:t>Describe identified risks, known triggers, frequency/severity and strategies currently used to manage risk:</w:t>
      </w:r>
    </w:p>
    <w:tbl>
      <w:tblPr>
        <w:tblStyle w:val="TableGrid"/>
        <w:tblW w:type="auto" w:w="0"/>
        <w:tblLook w:firstColumn="1" w:firstRow="1" w:lastColumn="0" w:lastRow="0" w:noHBand="0" w:noVBand="1" w:val="04A0"/>
      </w:tblPr>
      <w:tblGrid>
        <w:gridCol w:w="10368"/>
      </w:tblGrid>
      <w:tr>
        <w:tc>
          <w:tcPr>
            <w:tcW w:type="dxa" w:w="10368"/>
          </w:tcPr>
          <w:p>
            <w:r>
              <w:br/>
              <w:br/>
              <w:br/>
              <w:br/>
              <w:br/>
            </w:r>
          </w:p>
        </w:tc>
      </w:tr>
    </w:tbl>
    <w:p>
      <w:r>
        <w:rPr>
          <w:b/>
        </w:rPr>
        <w:t>Are there any known risks associated with particular people, peers, locations, transport or community access?</w:t>
      </w:r>
    </w:p>
    <w:tbl>
      <w:tblPr>
        <w:tblStyle w:val="TableGrid"/>
        <w:tblW w:type="auto" w:w="0"/>
        <w:tblLook w:firstColumn="1" w:firstRow="1" w:lastColumn="0" w:lastRow="0" w:noHBand="0" w:noVBand="1" w:val="04A0"/>
      </w:tblPr>
      <w:tblGrid>
        <w:gridCol w:w="10368"/>
      </w:tblGrid>
      <w:tr>
        <w:tc>
          <w:tcPr>
            <w:tcW w:type="dxa" w:w="10368"/>
          </w:tcPr>
          <w:p>
            <w:r>
              <w:br/>
              <w:br/>
              <w:br/>
            </w:r>
          </w:p>
        </w:tc>
      </w:tr>
    </w:tbl>
    <w:p>
      <w:pPr>
        <w:pStyle w:val="Heading1"/>
      </w:pPr>
      <w:r>
        <w:t>6. Health, Medical and Personal Care</w:t>
      </w:r>
    </w:p>
    <w:p>
      <w:r>
        <w:rPr>
          <w:b/>
        </w:rPr>
        <w:t>Relevant health conditions, disabilities, allergies or medical needs:</w:t>
      </w:r>
    </w:p>
    <w:tbl>
      <w:tblPr>
        <w:tblStyle w:val="TableGrid"/>
        <w:tblW w:type="auto" w:w="0"/>
        <w:tblLook w:firstColumn="1" w:firstRow="1" w:lastColumn="0" w:lastRow="0" w:noHBand="0" w:noVBand="1" w:val="04A0"/>
      </w:tblPr>
      <w:tblGrid>
        <w:gridCol w:w="10368"/>
      </w:tblGrid>
      <w:tr>
        <w:tc>
          <w:tcPr>
            <w:tcW w:type="dxa" w:w="10368"/>
          </w:tcPr>
          <w:p>
            <w:r>
              <w:br/>
              <w:br/>
              <w:br/>
            </w:r>
          </w:p>
        </w:tc>
      </w:tr>
    </w:tbl>
    <w:p>
      <w:r>
        <w:rPr>
          <w:b/>
        </w:rPr>
        <w:t>Medication, including emergency medication and arrangements required during sessions:</w:t>
      </w:r>
    </w:p>
    <w:tbl>
      <w:tblPr>
        <w:tblStyle w:val="TableGrid"/>
        <w:tblW w:type="auto" w:w="0"/>
        <w:tblLook w:firstColumn="1" w:firstRow="1" w:lastColumn="0" w:lastRow="0" w:noHBand="0" w:noVBand="1" w:val="04A0"/>
      </w:tblPr>
      <w:tblGrid>
        <w:gridCol w:w="10368"/>
      </w:tblGrid>
      <w:tr>
        <w:tc>
          <w:tcPr>
            <w:tcW w:type="dxa" w:w="10368"/>
          </w:tcPr>
          <w:p>
            <w:r>
              <w:br/>
              <w:br/>
              <w:br/>
            </w:r>
          </w:p>
        </w:tc>
      </w:tr>
    </w:tbl>
    <w:p>
      <w:r>
        <w:rPr>
          <w:b/>
        </w:rPr>
        <w:t>Dietary requirements / allergies / eating or drinking support:</w:t>
      </w:r>
    </w:p>
    <w:tbl>
      <w:tblPr>
        <w:tblStyle w:val="TableGrid"/>
        <w:tblW w:type="auto" w:w="0"/>
        <w:tblLook w:firstColumn="1" w:firstRow="1" w:lastColumn="0" w:lastRow="0" w:noHBand="0" w:noVBand="1" w:val="04A0"/>
      </w:tblPr>
      <w:tblGrid>
        <w:gridCol w:w="10368"/>
      </w:tblGrid>
      <w:tr>
        <w:tc>
          <w:tcPr>
            <w:tcW w:type="dxa" w:w="10368"/>
          </w:tcPr>
          <w:p>
            <w:r>
              <w:br/>
              <w:br/>
              <w:br/>
            </w:r>
          </w:p>
        </w:tc>
      </w:tr>
    </w:tbl>
    <w:p>
      <w:r>
        <w:rPr>
          <w:b/>
        </w:rPr>
        <w:t>Personal care, mobility or intimate-care requirements:</w:t>
      </w:r>
    </w:p>
    <w:tbl>
      <w:tblPr>
        <w:tblStyle w:val="TableGrid"/>
        <w:tblW w:type="auto" w:w="0"/>
        <w:tblLook w:firstColumn="1" w:firstRow="1" w:lastColumn="0" w:lastRow="0" w:noHBand="0" w:noVBand="1" w:val="04A0"/>
      </w:tblPr>
      <w:tblGrid>
        <w:gridCol w:w="10368"/>
      </w:tblGrid>
      <w:tr>
        <w:tc>
          <w:tcPr>
            <w:tcW w:type="dxa" w:w="10368"/>
          </w:tcPr>
          <w:p>
            <w:r>
              <w:br/>
              <w:br/>
              <w:br/>
            </w:r>
          </w:p>
        </w:tc>
      </w:tr>
    </w:tbl>
    <w:tbl>
      <w:tblPr>
        <w:tblStyle w:val="TableGrid"/>
        <w:tblW w:type="auto" w:w="0"/>
        <w:jc w:val="center"/>
        <w:tblLook w:firstColumn="1" w:firstRow="1" w:lastColumn="0" w:lastRow="0" w:noHBand="0" w:noVBand="1" w:val="04A0"/>
      </w:tblPr>
      <w:tblGrid>
        <w:gridCol w:w="5184"/>
        <w:gridCol w:w="5184"/>
      </w:tblGrid>
      <w:tr>
        <w:tc>
          <w:tcPr>
            <w:tcW w:type="dxa" w:w="3240"/>
            <w:shd w:fill="EDEDED"/>
            <w:vAlign w:val="center"/>
          </w:tcPr>
          <w:p>
            <w:r>
              <w:rPr>
                <w:b/>
              </w:rPr>
              <w:t>Emergency health plan attached?</w:t>
            </w:r>
          </w:p>
        </w:tc>
        <w:tc>
          <w:tcPr>
            <w:tcW w:type="dxa" w:w="6840"/>
          </w:tcPr>
          <w:p>
            <w:r>
              <w:t>☐ Yes   ☐ No   ☐ Not applicable</w:t>
            </w:r>
          </w:p>
        </w:tc>
      </w:tr>
      <w:tr>
        <w:tc>
          <w:tcPr>
            <w:tcW w:type="dxa" w:w="3240"/>
            <w:shd w:fill="EDEDED"/>
            <w:vAlign w:val="center"/>
          </w:tcPr>
          <w:p>
            <w:r>
              <w:rPr>
                <w:b/>
              </w:rPr>
              <w:t>Relevant medical plan attached?</w:t>
            </w:r>
          </w:p>
        </w:tc>
        <w:tc>
          <w:tcPr>
            <w:tcW w:type="dxa" w:w="6840"/>
          </w:tcPr>
          <w:p>
            <w:r>
              <w:t>☐ Yes   ☐ No   ☐ Not applicable</w:t>
            </w:r>
          </w:p>
        </w:tc>
      </w:tr>
    </w:tbl>
    <w:p>
      <w:pPr>
        <w:pStyle w:val="Heading1"/>
      </w:pPr>
      <w:r>
        <w:t>7. About the Learner</w:t>
      </w:r>
    </w:p>
    <w:p>
      <w:r>
        <w:rPr>
          <w:b/>
        </w:rPr>
        <w:t xml:space="preserve">This section matters. </w:t>
      </w:r>
      <w:r>
        <w:t>Please tell us about the child or young person as a whole person, not only the difficulties that led to referral.</w:t>
      </w:r>
    </w:p>
    <w:p>
      <w:r>
        <w:rPr>
          <w:b/>
        </w:rPr>
        <w:t>Strengths, interests, hobbies and things they enjoy:</w:t>
      </w:r>
    </w:p>
    <w:tbl>
      <w:tblPr>
        <w:tblStyle w:val="TableGrid"/>
        <w:tblW w:type="auto" w:w="0"/>
        <w:tblLook w:firstColumn="1" w:firstRow="1" w:lastColumn="0" w:lastRow="0" w:noHBand="0" w:noVBand="1" w:val="04A0"/>
      </w:tblPr>
      <w:tblGrid>
        <w:gridCol w:w="10368"/>
      </w:tblGrid>
      <w:tr>
        <w:tc>
          <w:tcPr>
            <w:tcW w:type="dxa" w:w="10368"/>
          </w:tcPr>
          <w:p>
            <w:r>
              <w:br/>
              <w:br/>
              <w:br/>
              <w:br/>
            </w:r>
          </w:p>
        </w:tc>
      </w:tr>
    </w:tbl>
    <w:p>
      <w:r>
        <w:rPr>
          <w:b/>
        </w:rPr>
        <w:t>What are they good at / proud of?</w:t>
      </w:r>
    </w:p>
    <w:tbl>
      <w:tblPr>
        <w:tblStyle w:val="TableGrid"/>
        <w:tblW w:type="auto" w:w="0"/>
        <w:tblLook w:firstColumn="1" w:firstRow="1" w:lastColumn="0" w:lastRow="0" w:noHBand="0" w:noVBand="1" w:val="04A0"/>
      </w:tblPr>
      <w:tblGrid>
        <w:gridCol w:w="10368"/>
      </w:tblGrid>
      <w:tr>
        <w:tc>
          <w:tcPr>
            <w:tcW w:type="dxa" w:w="10368"/>
          </w:tcPr>
          <w:p>
            <w:r>
              <w:br/>
              <w:br/>
              <w:br/>
            </w:r>
          </w:p>
        </w:tc>
      </w:tr>
    </w:tbl>
    <w:p>
      <w:r>
        <w:rPr>
          <w:b/>
        </w:rPr>
        <w:t>What do they dislike or find particularly difficult?</w:t>
      </w:r>
    </w:p>
    <w:tbl>
      <w:tblPr>
        <w:tblStyle w:val="TableGrid"/>
        <w:tblW w:type="auto" w:w="0"/>
        <w:tblLook w:firstColumn="1" w:firstRow="1" w:lastColumn="0" w:lastRow="0" w:noHBand="0" w:noVBand="1" w:val="04A0"/>
      </w:tblPr>
      <w:tblGrid>
        <w:gridCol w:w="10368"/>
      </w:tblGrid>
      <w:tr>
        <w:tc>
          <w:tcPr>
            <w:tcW w:type="dxa" w:w="10368"/>
          </w:tcPr>
          <w:p>
            <w:r>
              <w:br/>
              <w:br/>
              <w:br/>
            </w:r>
          </w:p>
        </w:tc>
      </w:tr>
    </w:tbl>
    <w:p>
      <w:r>
        <w:rPr>
          <w:b/>
        </w:rPr>
        <w:t>How do they show that they are becoming anxious, overwhelmed or distressed?</w:t>
      </w:r>
    </w:p>
    <w:tbl>
      <w:tblPr>
        <w:tblStyle w:val="TableGrid"/>
        <w:tblW w:type="auto" w:w="0"/>
        <w:tblLook w:firstColumn="1" w:firstRow="1" w:lastColumn="0" w:lastRow="0" w:noHBand="0" w:noVBand="1" w:val="04A0"/>
      </w:tblPr>
      <w:tblGrid>
        <w:gridCol w:w="10368"/>
      </w:tblGrid>
      <w:tr>
        <w:tc>
          <w:tcPr>
            <w:tcW w:type="dxa" w:w="10368"/>
          </w:tcPr>
          <w:p>
            <w:r>
              <w:br/>
              <w:br/>
              <w:br/>
              <w:br/>
            </w:r>
          </w:p>
        </w:tc>
      </w:tr>
    </w:tbl>
    <w:p>
      <w:r>
        <w:rPr>
          <w:b/>
        </w:rPr>
        <w:t>What helps them feel safe, regulated and ready to engage?</w:t>
      </w:r>
    </w:p>
    <w:tbl>
      <w:tblPr>
        <w:tblStyle w:val="TableGrid"/>
        <w:tblW w:type="auto" w:w="0"/>
        <w:tblLook w:firstColumn="1" w:firstRow="1" w:lastColumn="0" w:lastRow="0" w:noHBand="0" w:noVBand="1" w:val="04A0"/>
      </w:tblPr>
      <w:tblGrid>
        <w:gridCol w:w="10368"/>
      </w:tblGrid>
      <w:tr>
        <w:tc>
          <w:tcPr>
            <w:tcW w:type="dxa" w:w="10368"/>
          </w:tcPr>
          <w:p>
            <w:r>
              <w:br/>
              <w:br/>
              <w:br/>
              <w:br/>
            </w:r>
          </w:p>
        </w:tc>
      </w:tr>
    </w:tbl>
    <w:p>
      <w:r>
        <w:rPr>
          <w:b/>
        </w:rPr>
        <w:t>What does the learner say they want or need from education / this placement?</w:t>
      </w:r>
    </w:p>
    <w:tbl>
      <w:tblPr>
        <w:tblStyle w:val="TableGrid"/>
        <w:tblW w:type="auto" w:w="0"/>
        <w:tblLook w:firstColumn="1" w:firstRow="1" w:lastColumn="0" w:lastRow="0" w:noHBand="0" w:noVBand="1" w:val="04A0"/>
      </w:tblPr>
      <w:tblGrid>
        <w:gridCol w:w="10368"/>
      </w:tblGrid>
      <w:tr>
        <w:tc>
          <w:tcPr>
            <w:tcW w:type="dxa" w:w="10368"/>
          </w:tcPr>
          <w:p>
            <w:r>
              <w:br/>
              <w:br/>
              <w:br/>
              <w:br/>
            </w:r>
          </w:p>
        </w:tc>
      </w:tr>
    </w:tbl>
    <w:p>
      <w:pPr>
        <w:pStyle w:val="Heading1"/>
      </w:pPr>
      <w:r>
        <w:t>8. Placement Requested</w:t>
      </w:r>
    </w:p>
    <w:tbl>
      <w:tblPr>
        <w:tblStyle w:val="TableGrid"/>
        <w:tblW w:type="auto" w:w="0"/>
        <w:jc w:val="center"/>
        <w:tblLook w:firstColumn="1" w:firstRow="1" w:lastColumn="0" w:lastRow="0" w:noHBand="0" w:noVBand="1" w:val="04A0"/>
      </w:tblPr>
      <w:tblGrid>
        <w:gridCol w:w="5184"/>
        <w:gridCol w:w="5184"/>
      </w:tblGrid>
      <w:tr>
        <w:tc>
          <w:tcPr>
            <w:tcW w:type="dxa" w:w="3240"/>
            <w:shd w:fill="EDEDED"/>
            <w:vAlign w:val="center"/>
          </w:tcPr>
          <w:p>
            <w:r>
              <w:rPr>
                <w:b/>
              </w:rPr>
              <w:t>Requested start date</w:t>
            </w:r>
          </w:p>
        </w:tc>
        <w:tc>
          <w:tcPr>
            <w:tcW w:type="dxa" w:w="6840"/>
          </w:tcPr>
          <w:p>
            <w:r/>
          </w:p>
        </w:tc>
      </w:tr>
      <w:tr>
        <w:tc>
          <w:tcPr>
            <w:tcW w:type="dxa" w:w="3240"/>
            <w:shd w:fill="EDEDED"/>
            <w:vAlign w:val="center"/>
          </w:tcPr>
          <w:p>
            <w:r>
              <w:rPr>
                <w:b/>
              </w:rPr>
              <w:t>Requested days / sessions</w:t>
            </w:r>
          </w:p>
        </w:tc>
        <w:tc>
          <w:tcPr>
            <w:tcW w:type="dxa" w:w="6840"/>
          </w:tcPr>
          <w:p>
            <w:r/>
          </w:p>
        </w:tc>
      </w:tr>
      <w:tr>
        <w:tc>
          <w:tcPr>
            <w:tcW w:type="dxa" w:w="3240"/>
            <w:shd w:fill="EDEDED"/>
            <w:vAlign w:val="center"/>
          </w:tcPr>
          <w:p>
            <w:r>
              <w:rPr>
                <w:b/>
              </w:rPr>
              <w:t>Requested hours</w:t>
            </w:r>
          </w:p>
        </w:tc>
        <w:tc>
          <w:tcPr>
            <w:tcW w:type="dxa" w:w="6840"/>
          </w:tcPr>
          <w:p>
            <w:r/>
          </w:p>
        </w:tc>
      </w:tr>
      <w:tr>
        <w:tc>
          <w:tcPr>
            <w:tcW w:type="dxa" w:w="3240"/>
            <w:shd w:fill="EDEDED"/>
            <w:vAlign w:val="center"/>
          </w:tcPr>
          <w:p>
            <w:r>
              <w:rPr>
                <w:b/>
              </w:rPr>
              <w:t>Expected placement duration (if known)</w:t>
            </w:r>
          </w:p>
        </w:tc>
        <w:tc>
          <w:tcPr>
            <w:tcW w:type="dxa" w:w="6840"/>
          </w:tcPr>
          <w:p>
            <w:r/>
          </w:p>
        </w:tc>
      </w:tr>
      <w:tr>
        <w:tc>
          <w:tcPr>
            <w:tcW w:type="dxa" w:w="3240"/>
            <w:shd w:fill="EDEDED"/>
            <w:vAlign w:val="center"/>
          </w:tcPr>
          <w:p>
            <w:r>
              <w:rPr>
                <w:b/>
              </w:rPr>
              <w:t>Proposed staffing level (if known)</w:t>
            </w:r>
          </w:p>
        </w:tc>
        <w:tc>
          <w:tcPr>
            <w:tcW w:type="dxa" w:w="6840"/>
          </w:tcPr>
          <w:p>
            <w:r/>
          </w:p>
        </w:tc>
      </w:tr>
      <w:tr>
        <w:tc>
          <w:tcPr>
            <w:tcW w:type="dxa" w:w="3240"/>
            <w:shd w:fill="EDEDED"/>
            <w:vAlign w:val="center"/>
          </w:tcPr>
          <w:p>
            <w:r>
              <w:rPr>
                <w:b/>
              </w:rPr>
              <w:t>Transport arrangements / responsibility</w:t>
            </w:r>
          </w:p>
        </w:tc>
        <w:tc>
          <w:tcPr>
            <w:tcW w:type="dxa" w:w="6840"/>
          </w:tcPr>
          <w:p>
            <w:r/>
          </w:p>
        </w:tc>
      </w:tr>
    </w:tbl>
    <w:p>
      <w:r>
        <w:t>☐ Individual provision   ☐ Small-group provision   ☐ Combination   ☐ To be assessed by Bridgepoint</w:t>
      </w:r>
    </w:p>
    <w:p>
      <w:pPr>
        <w:pStyle w:val="Heading1"/>
      </w:pPr>
      <w:r>
        <w:t>9. Desired Outcomes</w:t>
      </w:r>
    </w:p>
    <w:p>
      <w:r>
        <w:rPr>
          <w:b/>
        </w:rPr>
        <w:t>What are the main outcomes the commissioner wants this placement to achieve?</w:t>
      </w:r>
    </w:p>
    <w:tbl>
      <w:tblPr>
        <w:tblStyle w:val="TableGrid"/>
        <w:tblW w:type="auto" w:w="0"/>
        <w:tblLook w:firstColumn="1" w:firstRow="1" w:lastColumn="0" w:lastRow="0" w:noHBand="0" w:noVBand="1" w:val="04A0"/>
      </w:tblPr>
      <w:tblGrid>
        <w:gridCol w:w="10368"/>
      </w:tblGrid>
      <w:tr>
        <w:tc>
          <w:tcPr>
            <w:tcW w:type="dxa" w:w="10368"/>
          </w:tcPr>
          <w:p>
            <w:r>
              <w:br/>
              <w:br/>
              <w:br/>
              <w:br/>
              <w:br/>
            </w:r>
          </w:p>
        </w:tc>
      </w:tr>
    </w:tbl>
    <w:p>
      <w:r>
        <w:t>☐ Re-engagement with education   ☐ Improved attendance   ☐ Literacy / numeracy   ☐ Communication   ☐ Regulation   ☐ Confidence   ☐ Independence   ☐ Social development   ☐ Preparation for reintegration   ☐ Preparation for next placement   ☐ Other</w:t>
      </w:r>
    </w:p>
    <w:p>
      <w:r>
        <w:rPr>
          <w:b/>
        </w:rPr>
        <w:t>If the learner has an EHCP, identify the outcomes / provision particularly relevant to this referral:</w:t>
      </w:r>
    </w:p>
    <w:tbl>
      <w:tblPr>
        <w:tblStyle w:val="TableGrid"/>
        <w:tblW w:type="auto" w:w="0"/>
        <w:tblLook w:firstColumn="1" w:firstRow="1" w:lastColumn="0" w:lastRow="0" w:noHBand="0" w:noVBand="1" w:val="04A0"/>
      </w:tblPr>
      <w:tblGrid>
        <w:gridCol w:w="10368"/>
      </w:tblGrid>
      <w:tr>
        <w:tc>
          <w:tcPr>
            <w:tcW w:type="dxa" w:w="10368"/>
          </w:tcPr>
          <w:p>
            <w:r>
              <w:br/>
              <w:br/>
              <w:br/>
              <w:br/>
            </w:r>
          </w:p>
        </w:tc>
      </w:tr>
    </w:tbl>
    <w:p>
      <w:pPr>
        <w:pStyle w:val="Heading1"/>
      </w:pPr>
      <w:r>
        <w:t>10. Documents Supplied</w:t>
      </w:r>
    </w:p>
    <w:p>
      <w:r>
        <w:t>☐ EHCP   ☐ SEND support plan   ☐ Risk assessment(s)   ☐ Safeguarding information   ☐ Professional reports   ☐ Medical plan   ☐ Behaviour / regulation plan   ☐ Attendance information   ☐ Current timetable   ☐ Other</w:t>
      </w:r>
    </w:p>
    <w:p>
      <w:r>
        <w:rPr>
          <w:b/>
        </w:rPr>
        <w:t>Please list any additional documents supplied or information still to follow:</w:t>
      </w:r>
    </w:p>
    <w:tbl>
      <w:tblPr>
        <w:tblStyle w:val="TableGrid"/>
        <w:tblW w:type="auto" w:w="0"/>
        <w:tblLook w:firstColumn="1" w:firstRow="1" w:lastColumn="0" w:lastRow="0" w:noHBand="0" w:noVBand="1" w:val="04A0"/>
      </w:tblPr>
      <w:tblGrid>
        <w:gridCol w:w="10368"/>
      </w:tblGrid>
      <w:tr>
        <w:tc>
          <w:tcPr>
            <w:tcW w:type="dxa" w:w="10368"/>
          </w:tcPr>
          <w:p>
            <w:r>
              <w:br/>
              <w:br/>
              <w:br/>
            </w:r>
          </w:p>
        </w:tc>
      </w:tr>
    </w:tbl>
    <w:p>
      <w:pPr>
        <w:pStyle w:val="Heading1"/>
      </w:pPr>
      <w:r>
        <w:t>11. Referrer Declaration</w:t>
      </w:r>
    </w:p>
    <w:p>
      <w:r>
        <w:t>I confirm that, to the best of my knowledge, the information provided in this referral is accurate and that relevant information required for Bridgepoint to assess the learner's needs, safeguarding and safety has not knowingly been withheld. I understand that referral does not guarantee acceptance and that a placement is only confirmed once Bridgepoint and the commissioner have agreed the placement arrangements.</w:t>
      </w:r>
    </w:p>
    <w:tbl>
      <w:tblPr>
        <w:tblStyle w:val="TableGrid"/>
        <w:tblW w:type="auto" w:w="0"/>
        <w:jc w:val="center"/>
        <w:tblLook w:firstColumn="1" w:firstRow="1" w:lastColumn="0" w:lastRow="0" w:noHBand="0" w:noVBand="1" w:val="04A0"/>
      </w:tblPr>
      <w:tblGrid>
        <w:gridCol w:w="5184"/>
        <w:gridCol w:w="5184"/>
      </w:tblGrid>
      <w:tr>
        <w:tc>
          <w:tcPr>
            <w:tcW w:type="dxa" w:w="3240"/>
            <w:shd w:fill="EDEDED"/>
            <w:vAlign w:val="center"/>
          </w:tcPr>
          <w:p>
            <w:r>
              <w:rPr>
                <w:b/>
              </w:rPr>
              <w:t>Name</w:t>
            </w:r>
          </w:p>
        </w:tc>
        <w:tc>
          <w:tcPr>
            <w:tcW w:type="dxa" w:w="6840"/>
          </w:tcPr>
          <w:p>
            <w:r/>
          </w:p>
        </w:tc>
      </w:tr>
      <w:tr>
        <w:tc>
          <w:tcPr>
            <w:tcW w:type="dxa" w:w="3240"/>
            <w:shd w:fill="EDEDED"/>
            <w:vAlign w:val="center"/>
          </w:tcPr>
          <w:p>
            <w:r>
              <w:rPr>
                <w:b/>
              </w:rPr>
              <w:t>Role / organisation</w:t>
            </w:r>
          </w:p>
        </w:tc>
        <w:tc>
          <w:tcPr>
            <w:tcW w:type="dxa" w:w="6840"/>
          </w:tcPr>
          <w:p>
            <w:r/>
          </w:p>
        </w:tc>
      </w:tr>
      <w:tr>
        <w:tc>
          <w:tcPr>
            <w:tcW w:type="dxa" w:w="3240"/>
            <w:shd w:fill="EDEDED"/>
            <w:vAlign w:val="center"/>
          </w:tcPr>
          <w:p>
            <w:r>
              <w:rPr>
                <w:b/>
              </w:rPr>
              <w:t>Signature</w:t>
            </w:r>
          </w:p>
        </w:tc>
        <w:tc>
          <w:tcPr>
            <w:tcW w:type="dxa" w:w="6840"/>
          </w:tcPr>
          <w:p>
            <w:r/>
          </w:p>
        </w:tc>
      </w:tr>
      <w:tr>
        <w:tc>
          <w:tcPr>
            <w:tcW w:type="dxa" w:w="3240"/>
            <w:shd w:fill="EDEDED"/>
            <w:vAlign w:val="center"/>
          </w:tcPr>
          <w:p>
            <w:r>
              <w:rPr>
                <w:b/>
              </w:rPr>
              <w:t>Date</w:t>
            </w:r>
          </w:p>
        </w:tc>
        <w:tc>
          <w:tcPr>
            <w:tcW w:type="dxa" w:w="6840"/>
          </w:tcPr>
          <w:p>
            <w:r/>
          </w:p>
        </w:tc>
      </w:tr>
    </w:tbl>
    <w:p>
      <w:pPr>
        <w:pStyle w:val="Heading1"/>
      </w:pPr>
      <w:r>
        <w:t>12. Bridgepoint Use Only</w:t>
      </w:r>
    </w:p>
    <w:tbl>
      <w:tblPr>
        <w:tblStyle w:val="TableGrid"/>
        <w:tblW w:type="auto" w:w="0"/>
        <w:jc w:val="center"/>
        <w:tblLook w:firstColumn="1" w:firstRow="1" w:lastColumn="0" w:lastRow="0" w:noHBand="0" w:noVBand="1" w:val="04A0"/>
      </w:tblPr>
      <w:tblGrid>
        <w:gridCol w:w="5184"/>
        <w:gridCol w:w="5184"/>
      </w:tblGrid>
      <w:tr>
        <w:tc>
          <w:tcPr>
            <w:tcW w:type="dxa" w:w="3240"/>
            <w:shd w:fill="EDEDED"/>
            <w:vAlign w:val="center"/>
          </w:tcPr>
          <w:p>
            <w:r>
              <w:rPr>
                <w:b/>
              </w:rPr>
              <w:t>Date referral received</w:t>
            </w:r>
          </w:p>
        </w:tc>
        <w:tc>
          <w:tcPr>
            <w:tcW w:type="dxa" w:w="6840"/>
          </w:tcPr>
          <w:p>
            <w:r/>
          </w:p>
        </w:tc>
      </w:tr>
      <w:tr>
        <w:tc>
          <w:tcPr>
            <w:tcW w:type="dxa" w:w="3240"/>
            <w:shd w:fill="EDEDED"/>
            <w:vAlign w:val="center"/>
          </w:tcPr>
          <w:p>
            <w:r>
              <w:rPr>
                <w:b/>
              </w:rPr>
              <w:t>Reviewed by</w:t>
            </w:r>
          </w:p>
        </w:tc>
        <w:tc>
          <w:tcPr>
            <w:tcW w:type="dxa" w:w="6840"/>
          </w:tcPr>
          <w:p>
            <w:r/>
          </w:p>
        </w:tc>
      </w:tr>
      <w:tr>
        <w:tc>
          <w:tcPr>
            <w:tcW w:type="dxa" w:w="3240"/>
            <w:shd w:fill="EDEDED"/>
            <w:vAlign w:val="center"/>
          </w:tcPr>
          <w:p>
            <w:r>
              <w:rPr>
                <w:b/>
              </w:rPr>
              <w:t>Further information required</w:t>
            </w:r>
          </w:p>
        </w:tc>
        <w:tc>
          <w:tcPr>
            <w:tcW w:type="dxa" w:w="6840"/>
          </w:tcPr>
          <w:p>
            <w:r>
              <w:t>☐ Yes   ☐ No</w:t>
            </w:r>
          </w:p>
        </w:tc>
      </w:tr>
      <w:tr>
        <w:tc>
          <w:tcPr>
            <w:tcW w:type="dxa" w:w="3240"/>
            <w:shd w:fill="EDEDED"/>
            <w:vAlign w:val="center"/>
          </w:tcPr>
          <w:p>
            <w:r>
              <w:rPr>
                <w:b/>
              </w:rPr>
              <w:t>Initial suitability</w:t>
            </w:r>
          </w:p>
        </w:tc>
        <w:tc>
          <w:tcPr>
            <w:tcW w:type="dxa" w:w="6840"/>
          </w:tcPr>
          <w:p>
            <w:r>
              <w:t>☐ Proceed   ☐ Further assessment   ☐ Decline</w:t>
            </w:r>
          </w:p>
        </w:tc>
      </w:tr>
      <w:tr>
        <w:tc>
          <w:tcPr>
            <w:tcW w:type="dxa" w:w="3240"/>
            <w:shd w:fill="EDEDED"/>
            <w:vAlign w:val="center"/>
          </w:tcPr>
          <w:p>
            <w:r>
              <w:rPr>
                <w:b/>
              </w:rPr>
              <w:t>Learner / family visit arranged</w:t>
            </w:r>
          </w:p>
        </w:tc>
        <w:tc>
          <w:tcPr>
            <w:tcW w:type="dxa" w:w="6840"/>
          </w:tcPr>
          <w:p>
            <w:r/>
          </w:p>
        </w:tc>
      </w:tr>
      <w:tr>
        <w:tc>
          <w:tcPr>
            <w:tcW w:type="dxa" w:w="3240"/>
            <w:shd w:fill="EDEDED"/>
            <w:vAlign w:val="center"/>
          </w:tcPr>
          <w:p>
            <w:r>
              <w:rPr>
                <w:b/>
              </w:rPr>
              <w:t>Risk assessment completed</w:t>
            </w:r>
          </w:p>
        </w:tc>
        <w:tc>
          <w:tcPr>
            <w:tcW w:type="dxa" w:w="6840"/>
          </w:tcPr>
          <w:p>
            <w:r>
              <w:t>☐ Yes   ☐ No</w:t>
            </w:r>
          </w:p>
        </w:tc>
      </w:tr>
      <w:tr>
        <w:tc>
          <w:tcPr>
            <w:tcW w:type="dxa" w:w="3240"/>
            <w:shd w:fill="EDEDED"/>
            <w:vAlign w:val="center"/>
          </w:tcPr>
          <w:p>
            <w:r>
              <w:rPr>
                <w:b/>
              </w:rPr>
              <w:t>Proposed staffing level</w:t>
            </w:r>
          </w:p>
        </w:tc>
        <w:tc>
          <w:tcPr>
            <w:tcW w:type="dxa" w:w="6840"/>
          </w:tcPr>
          <w:p>
            <w:r/>
          </w:p>
        </w:tc>
      </w:tr>
      <w:tr>
        <w:tc>
          <w:tcPr>
            <w:tcW w:type="dxa" w:w="3240"/>
            <w:shd w:fill="EDEDED"/>
            <w:vAlign w:val="center"/>
          </w:tcPr>
          <w:p>
            <w:r>
              <w:rPr>
                <w:b/>
              </w:rPr>
              <w:t>Proposed timetable</w:t>
            </w:r>
          </w:p>
        </w:tc>
        <w:tc>
          <w:tcPr>
            <w:tcW w:type="dxa" w:w="6840"/>
          </w:tcPr>
          <w:p>
            <w:r/>
          </w:p>
        </w:tc>
      </w:tr>
      <w:tr>
        <w:tc>
          <w:tcPr>
            <w:tcW w:type="dxa" w:w="3240"/>
            <w:shd w:fill="EDEDED"/>
            <w:vAlign w:val="center"/>
          </w:tcPr>
          <w:p>
            <w:r>
              <w:rPr>
                <w:b/>
              </w:rPr>
              <w:t>Placement cost / funding agreed</w:t>
            </w:r>
          </w:p>
        </w:tc>
        <w:tc>
          <w:tcPr>
            <w:tcW w:type="dxa" w:w="6840"/>
          </w:tcPr>
          <w:p>
            <w:r/>
          </w:p>
        </w:tc>
      </w:tr>
      <w:tr>
        <w:tc>
          <w:tcPr>
            <w:tcW w:type="dxa" w:w="3240"/>
            <w:shd w:fill="EDEDED"/>
            <w:vAlign w:val="center"/>
          </w:tcPr>
          <w:p>
            <w:r>
              <w:rPr>
                <w:b/>
              </w:rPr>
              <w:t>Commissioner approval received</w:t>
            </w:r>
          </w:p>
        </w:tc>
        <w:tc>
          <w:tcPr>
            <w:tcW w:type="dxa" w:w="6840"/>
          </w:tcPr>
          <w:p>
            <w:r>
              <w:t>☐ Yes   ☐ No</w:t>
            </w:r>
          </w:p>
        </w:tc>
      </w:tr>
      <w:tr>
        <w:tc>
          <w:tcPr>
            <w:tcW w:type="dxa" w:w="3240"/>
            <w:shd w:fill="EDEDED"/>
            <w:vAlign w:val="center"/>
          </w:tcPr>
          <w:p>
            <w:r>
              <w:rPr>
                <w:b/>
              </w:rPr>
              <w:t>Final decision</w:t>
            </w:r>
          </w:p>
        </w:tc>
        <w:tc>
          <w:tcPr>
            <w:tcW w:type="dxa" w:w="6840"/>
          </w:tcPr>
          <w:p>
            <w:r>
              <w:t>☐ Accepted   ☐ Accepted with conditions   ☐ Declined</w:t>
            </w:r>
          </w:p>
        </w:tc>
      </w:tr>
      <w:tr>
        <w:tc>
          <w:tcPr>
            <w:tcW w:type="dxa" w:w="3240"/>
            <w:shd w:fill="EDEDED"/>
            <w:vAlign w:val="center"/>
          </w:tcPr>
          <w:p>
            <w:r>
              <w:rPr>
                <w:b/>
              </w:rPr>
              <w:t>Proposed / confirmed start date</w:t>
            </w:r>
          </w:p>
        </w:tc>
        <w:tc>
          <w:tcPr>
            <w:tcW w:type="dxa" w:w="6840"/>
          </w:tcPr>
          <w:p>
            <w:r/>
          </w:p>
        </w:tc>
      </w:tr>
      <w:tr>
        <w:tc>
          <w:tcPr>
            <w:tcW w:type="dxa" w:w="3240"/>
            <w:shd w:fill="EDEDED"/>
            <w:vAlign w:val="center"/>
          </w:tcPr>
          <w:p>
            <w:r>
              <w:rPr>
                <w:b/>
              </w:rPr>
              <w:t>First review date</w:t>
            </w:r>
          </w:p>
        </w:tc>
        <w:tc>
          <w:tcPr>
            <w:tcW w:type="dxa" w:w="6840"/>
          </w:tcPr>
          <w:p>
            <w:r/>
          </w:p>
        </w:tc>
      </w:tr>
    </w:tbl>
    <w:p>
      <w:r>
        <w:rPr>
          <w:b/>
        </w:rPr>
        <w:t>Conditions, rationale, actions or notes:</w:t>
      </w:r>
    </w:p>
    <w:tbl>
      <w:tblPr>
        <w:tblStyle w:val="TableGrid"/>
        <w:tblW w:type="auto" w:w="0"/>
        <w:tblLook w:firstColumn="1" w:firstRow="1" w:lastColumn="0" w:lastRow="0" w:noHBand="0" w:noVBand="1" w:val="04A0"/>
      </w:tblPr>
      <w:tblGrid>
        <w:gridCol w:w="10368"/>
      </w:tblGrid>
      <w:tr>
        <w:tc>
          <w:tcPr>
            <w:tcW w:type="dxa" w:w="10368"/>
          </w:tcPr>
          <w:p>
            <w:r>
              <w:br/>
              <w:br/>
              <w:br/>
              <w:br/>
              <w:br/>
            </w:r>
          </w:p>
        </w:tc>
      </w:tr>
    </w:tbl>
    <w:p/>
    <w:p>
      <w:r>
        <w:rPr>
          <w:b/>
        </w:rPr>
        <w:t xml:space="preserve">Safeguarding contacts: </w:t>
      </w:r>
      <w:r>
        <w:t>DSL - Charlotte Ujvari, Founder, Director &amp; Provision Lead | DDSL - Daniel Shave, Deputy Provision Manager</w:t>
      </w:r>
    </w:p>
    <w:sectPr w:rsidR="00FC693F" w:rsidRPr="0006063C" w:rsidSect="00034616">
      <w:headerReference w:type="default" r:id="rId9"/>
      <w:footerReference w:type="default" r:id="rId10"/>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Bridgepoint Learning CIC | Alternative Provision Referral Form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16"/>
      </w:rPr>
      <w:t>BRIDGEPOINT LEARNING CIC | ALTERNATIVE PROVISION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