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40"/>
      </w:pPr>
      <w:r>
        <w:rPr>
          <w:rFonts w:ascii="Calibri" w:hAnsi="Calibri"/>
          <w:b/>
          <w:color w:val="333333"/>
          <w:sz w:val="20"/>
        </w:rPr>
        <w:t>MEMBER PLANNING QUESTIONNAIRE</w:t>
      </w:r>
    </w:p>
    <w:p>
      <w:pPr>
        <w:spacing w:before="0" w:after="80"/>
      </w:pPr>
      <w:r>
        <w:rPr>
          <w:rFonts w:ascii="Calibri" w:hAnsi="Calibri"/>
          <w:b/>
          <w:color w:val="000000"/>
          <w:sz w:val="48"/>
        </w:rPr>
        <w:t>Preliminary Payment Intent</w:t>
      </w:r>
    </w:p>
    <w:p>
      <w:pPr>
        <w:spacing w:after="240"/>
      </w:pPr>
      <w:r>
        <w:rPr>
          <w:rFonts w:ascii="Calibri" w:hAnsi="Calibri"/>
          <w:color w:val="666666"/>
          <w:sz w:val="26"/>
        </w:rPr>
        <w:t>Community Pool Special Assessment</w:t>
      </w:r>
    </w:p>
    <w:p>
      <w:pPr>
        <w:spacing w:after="200"/>
      </w:pPr>
      <w:r>
        <w:rPr>
          <w:rFonts w:ascii="Calibri" w:hAnsi="Calibri"/>
          <w:b/>
          <w:color w:val="000000"/>
          <w:sz w:val="22"/>
        </w:rPr>
        <w:t>Please return by 4:00 p.m. on Sunday, August 30, 2026</w:t>
      </w:r>
    </w:p>
    <w:p>
      <w:pPr>
        <w:spacing w:after="160"/>
      </w:pPr>
      <w:r>
        <w:t>Upfront payments will reduce the amount the Association must borrow. Your response will help the Board estimate installment demand and determine whether an initial lump-sum payment from every member may be needed to establish adequate project funding.</w:t>
      </w:r>
    </w:p>
    <w:p>
      <w:pPr>
        <w:spacing w:before="40" w:after="240" w:line="252" w:lineRule="auto"/>
        <w:ind w:left="173" w:right="173"/>
        <w:shd w:fill="F4F4F4"/>
      </w:pPr>
      <w:r>
        <w:rPr>
          <w:rFonts w:ascii="Calibri" w:hAnsi="Calibri"/>
          <w:b/>
          <w:color w:val="000000"/>
          <w:sz w:val="21"/>
        </w:rPr>
        <w:t xml:space="preserve">Planning response only. </w:t>
      </w:r>
      <w:r>
        <w:rPr>
          <w:rFonts w:ascii="Calibri" w:hAnsi="Calibri"/>
          <w:color w:val="000000"/>
          <w:sz w:val="21"/>
        </w:rPr>
        <w:t>This questionnaire is not a ballot, proxy, assessment authorization, or binding payment election, and it will not limit your eventual payment choice. Final payment options and any required initial payment will be provided before members make a binding selection.</w:t>
      </w:r>
    </w:p>
    <w:p>
      <w:pPr>
        <w:spacing w:after="80"/>
      </w:pPr>
      <w:r>
        <w:rPr>
          <w:rFonts w:ascii="Calibri" w:hAnsi="Calibri"/>
          <w:b/>
        </w:rPr>
        <w:t xml:space="preserve">Member name(s): </w:t>
      </w:r>
      <w:r>
        <w:t>________________________________________________________</w:t>
      </w:r>
    </w:p>
    <w:p>
      <w:pPr>
        <w:spacing w:after="240"/>
      </w:pPr>
      <w:r>
        <w:rPr>
          <w:rFonts w:ascii="Calibri" w:hAnsi="Calibri"/>
          <w:b/>
        </w:rPr>
        <w:t xml:space="preserve">Chestnut Creek address: </w:t>
      </w:r>
      <w:r>
        <w:t>__________________________________________________</w:t>
      </w:r>
    </w:p>
    <w:p>
      <w:pPr>
        <w:pStyle w:val="Heading2"/>
      </w:pPr>
      <w:r>
        <w:t>1. If the assessment is approved, how do you currently expect to pay your share? (Select one.)</w:t>
      </w:r>
    </w:p>
    <w:p>
      <w:pPr>
        <w:spacing w:after="100"/>
        <w:ind w:left="317" w:hanging="29"/>
      </w:pPr>
      <w:r>
        <w:rPr>
          <w:rFonts w:ascii="DejaVu Sans" w:hAnsi="DejaVu Sans"/>
          <w:color w:val="000000"/>
          <w:sz w:val="24"/>
        </w:rPr>
        <w:t xml:space="preserve">☐  </w:t>
      </w:r>
      <w:r>
        <w:t>Pay the entire assessment in full by the established due date.</w:t>
      </w:r>
    </w:p>
    <w:p>
      <w:pPr>
        <w:spacing w:after="100"/>
        <w:ind w:left="317" w:hanging="29"/>
      </w:pPr>
      <w:r>
        <w:rPr>
          <w:rFonts w:ascii="DejaVu Sans" w:hAnsi="DejaVu Sans"/>
          <w:color w:val="000000"/>
          <w:sz w:val="24"/>
        </w:rPr>
        <w:t xml:space="preserve">☐  </w:t>
      </w:r>
      <w:r>
        <w:t>Make a partial upfront payment and finance the remaining balance.</w:t>
      </w:r>
    </w:p>
    <w:p>
      <w:pPr>
        <w:spacing w:after="100"/>
        <w:ind w:left="317" w:hanging="29"/>
      </w:pPr>
      <w:r>
        <w:rPr>
          <w:rFonts w:ascii="DejaVu Sans" w:hAnsi="DejaVu Sans"/>
          <w:color w:val="000000"/>
          <w:sz w:val="24"/>
        </w:rPr>
        <w:t xml:space="preserve">☐  </w:t>
      </w:r>
      <w:r>
        <w:t>Use the installment option for as much of the assessment as permitted.</w:t>
      </w:r>
    </w:p>
    <w:p>
      <w:pPr>
        <w:spacing w:after="100"/>
        <w:ind w:left="317" w:hanging="29"/>
      </w:pPr>
      <w:r>
        <w:rPr>
          <w:rFonts w:ascii="DejaVu Sans" w:hAnsi="DejaVu Sans"/>
          <w:color w:val="000000"/>
          <w:sz w:val="24"/>
        </w:rPr>
        <w:t xml:space="preserve">☐  </w:t>
      </w:r>
      <w:r>
        <w:t>Unsure at this time.</w:t>
      </w:r>
    </w:p>
    <w:p>
      <w:pPr>
        <w:pStyle w:val="Heading2"/>
      </w:pPr>
      <w:r>
        <w:t>2. If every member is required to make an initial one-time payment before the remaining balance can be financed, approximately how much could your household reasonably pay at that time?</w:t>
      </w:r>
    </w:p>
    <w:p>
      <w:pPr>
        <w:spacing w:after="100"/>
      </w:pPr>
      <w:r>
        <w:rPr>
          <w:rFonts w:ascii="Calibri" w:hAnsi="Calibri"/>
          <w:i/>
          <w:color w:val="666666"/>
          <w:sz w:val="19"/>
        </w:rPr>
        <w:t>Members expecting to pay the full assessment may skip this question. Otherwise, select one.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/>
                <w:color w:val="000000"/>
                <w:sz w:val="24"/>
              </w:rPr>
              <w:t xml:space="preserve">☐  </w:t>
            </w:r>
            <w:r>
              <w:rPr>
                <w:rFonts w:ascii="Calibri" w:hAnsi="Calibri"/>
                <w:color w:val="000000"/>
                <w:sz w:val="21"/>
              </w:rPr>
              <w:t>$0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/>
                <w:color w:val="000000"/>
                <w:sz w:val="24"/>
              </w:rPr>
              <w:t xml:space="preserve">☐  </w:t>
            </w:r>
            <w:r>
              <w:rPr>
                <w:rFonts w:ascii="Calibri" w:hAnsi="Calibri"/>
                <w:color w:val="000000"/>
                <w:sz w:val="21"/>
              </w:rPr>
              <w:t>Up to $500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/>
                <w:color w:val="000000"/>
                <w:sz w:val="24"/>
              </w:rPr>
              <w:t xml:space="preserve">☐  </w:t>
            </w:r>
            <w:r>
              <w:rPr>
                <w:rFonts w:ascii="Calibri" w:hAnsi="Calibri"/>
                <w:color w:val="000000"/>
                <w:sz w:val="21"/>
              </w:rPr>
              <w:t>$501-$1,000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/>
                <w:color w:val="000000"/>
                <w:sz w:val="24"/>
              </w:rPr>
              <w:t xml:space="preserve">☐  </w:t>
            </w:r>
            <w:r>
              <w:rPr>
                <w:rFonts w:ascii="Calibri" w:hAnsi="Calibri"/>
                <w:color w:val="000000"/>
                <w:sz w:val="21"/>
              </w:rPr>
              <w:t>$1,001-$1,500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/>
                <w:color w:val="000000"/>
                <w:sz w:val="24"/>
              </w:rPr>
              <w:t xml:space="preserve">☐  </w:t>
            </w:r>
            <w:r>
              <w:rPr>
                <w:rFonts w:ascii="Calibri" w:hAnsi="Calibri"/>
                <w:color w:val="000000"/>
                <w:sz w:val="21"/>
              </w:rPr>
              <w:t>$1,501-$2,000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/>
                <w:color w:val="000000"/>
                <w:sz w:val="24"/>
              </w:rPr>
              <w:t xml:space="preserve">☐  </w:t>
            </w:r>
            <w:r>
              <w:rPr>
                <w:rFonts w:ascii="Calibri" w:hAnsi="Calibri"/>
                <w:color w:val="000000"/>
                <w:sz w:val="21"/>
              </w:rPr>
              <w:t>More than $2,000 - estimated amount: $________________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/>
                <w:color w:val="000000"/>
                <w:sz w:val="24"/>
              </w:rPr>
              <w:t xml:space="preserve">☐  </w:t>
            </w:r>
            <w:r>
              <w:rPr>
                <w:rFonts w:ascii="Calibri" w:hAnsi="Calibri"/>
                <w:color w:val="000000"/>
                <w:sz w:val="21"/>
              </w:rPr>
              <w:t>Unsure at this time.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/>
        </w:tc>
      </w:tr>
    </w:tbl>
    <w:p>
      <w:pPr>
        <w:spacing w:before="200" w:after="80"/>
      </w:pPr>
      <w:r>
        <w:t>Return the completed questionnaire by emailing a scan or clear photo to VicePresident@ChestnutCreek.org, mailing it to 3243 Saddleback Mountain Rd., or bringing it to the information meeting on Sunday, August 30, 2026, at 4:00 p.m. at the Chestnut Creek pool pavilion.</w:t>
      </w:r>
    </w:p>
    <w:p>
      <w:pPr>
        <w:spacing w:after="0"/>
      </w:pPr>
      <w:r>
        <w:rPr>
          <w:rFonts w:ascii="Calibri" w:hAnsi="Calibri"/>
          <w:b/>
          <w:color w:val="000000"/>
          <w:sz w:val="21"/>
        </w:rPr>
        <w:t>Thank you. Your response will help the Board structure the financing before the September 13, 2026, vote.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/>
        <w:color w:val="666666"/>
        <w:sz w:val="17"/>
      </w:rPr>
      <w:t>Preliminary Payment Questionnaire  |  September 2026 Vote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60"/>
      <w:jc w:val="left"/>
      <w:pBdr>
        <w:bottom w:val="single" w:sz="4" w:space="4" w:color="#DBDBDB"/>
      </w:pBdr>
    </w:pPr>
    <w:r>
      <w:rPr>
        <w:rFonts w:ascii="Calibri" w:hAnsi="Calibri"/>
        <w:b/>
        <w:color w:val="666666"/>
        <w:sz w:val="18"/>
      </w:rPr>
      <w:t>CHESTNUT CREEK  |  COMMUNITY POOL EVALUATION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33333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3333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#7B7B7B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000000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000000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#7B7B7B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000000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000000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000000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000000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#000000" w:themeColor="text1"/>
        <w:bottom w:val="single" w:sz="8" w:space="0" w:color="#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000000" w:themeColor="text1"/>
          <w:left w:val="nil"/>
          <w:bottom w:val="single" w:sz="8" w:space="0" w:color="#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000000" w:themeColor="text1"/>
          <w:left w:val="nil"/>
          <w:bottom w:val="single" w:sz="8" w:space="0" w:color="#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00000" w:themeColor="accent1" w:themeShade="BF"/>
    </w:rPr>
    <w:tblPr>
      <w:tblStyleRowBandSize w:val="1"/>
      <w:tblStyleColBandSize w:val="1"/>
      <w:tblInd w:w="0" w:type="dxa"/>
      <w:tblBorders>
        <w:top w:val="single" w:sz="8" w:space="0" w:color="#7B7B7B" w:themeColor="accent1"/>
        <w:bottom w:val="single" w:sz="8" w:space="0" w:color="#7B7B7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7B7B7B" w:themeColor="accent1"/>
          <w:left w:val="nil"/>
          <w:bottom w:val="single" w:sz="8" w:space="0" w:color="#7B7B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7B7B7B" w:themeColor="accent1"/>
          <w:left w:val="nil"/>
          <w:bottom w:val="single" w:sz="8" w:space="0" w:color="#7B7B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ED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DED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000000" w:themeColor="accent2" w:themeShade="BF"/>
    </w:rPr>
    <w:tblPr>
      <w:tblStyleRowBandSize w:val="1"/>
      <w:tblStyleColBandSize w:val="1"/>
      <w:tblInd w:w="0" w:type="dxa"/>
      <w:tblBorders>
        <w:top w:val="single" w:sz="8" w:space="0" w:color="#686868" w:themeColor="accent2"/>
        <w:bottom w:val="single" w:sz="8" w:space="0" w:color="#68686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686868" w:themeColor="accent2"/>
          <w:left w:val="nil"/>
          <w:bottom w:val="single" w:sz="8" w:space="0" w:color="#68686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686868" w:themeColor="accent2"/>
          <w:left w:val="nil"/>
          <w:bottom w:val="single" w:sz="8" w:space="0" w:color="#68686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000000" w:themeColor="accent3" w:themeShade="BF"/>
    </w:rPr>
    <w:tblPr>
      <w:tblStyleRowBandSize w:val="1"/>
      <w:tblStyleColBandSize w:val="1"/>
      <w:tblInd w:w="0" w:type="dxa"/>
      <w:tblBorders>
        <w:top w:val="single" w:sz="8" w:space="0" w:color="#ADADAD" w:themeColor="accent3"/>
        <w:bottom w:val="single" w:sz="8" w:space="0" w:color="#ADAD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ADADAD" w:themeColor="accent3"/>
          <w:left w:val="nil"/>
          <w:bottom w:val="single" w:sz="8" w:space="0" w:color="#ADAD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ADADAD" w:themeColor="accent3"/>
          <w:left w:val="nil"/>
          <w:bottom w:val="single" w:sz="8" w:space="0" w:color="#ADAD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A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AE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00000" w:themeColor="accent4" w:themeShade="BF"/>
    </w:rPr>
    <w:tblPr>
      <w:tblStyleRowBandSize w:val="1"/>
      <w:tblStyleColBandSize w:val="1"/>
      <w:tblInd w:w="0" w:type="dxa"/>
      <w:tblBorders>
        <w:top w:val="single" w:sz="8" w:space="0" w:color="#6E6E6E" w:themeColor="accent4"/>
        <w:bottom w:val="single" w:sz="8" w:space="0" w:color="#6E6E6E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6E6E6E" w:themeColor="accent4"/>
          <w:left w:val="nil"/>
          <w:bottom w:val="single" w:sz="8" w:space="0" w:color="#6E6E6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6E6E6E" w:themeColor="accent4"/>
          <w:left w:val="nil"/>
          <w:bottom w:val="single" w:sz="8" w:space="0" w:color="#6E6E6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000000" w:themeColor="accent5" w:themeShade="BF"/>
    </w:rPr>
    <w:tblPr>
      <w:tblStyleRowBandSize w:val="1"/>
      <w:tblStyleColBandSize w:val="1"/>
      <w:tblInd w:w="0" w:type="dxa"/>
      <w:tblBorders>
        <w:top w:val="single" w:sz="8" w:space="0" w:color="#999999" w:themeColor="accent5"/>
        <w:bottom w:val="single" w:sz="8" w:space="0" w:color="#99999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999999" w:themeColor="accent5"/>
          <w:left w:val="nil"/>
          <w:bottom w:val="single" w:sz="8" w:space="0" w:color="#99999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999999" w:themeColor="accent5"/>
          <w:left w:val="nil"/>
          <w:bottom w:val="single" w:sz="8" w:space="0" w:color="#99999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  <w:tblInd w:w="0" w:type="dxa"/>
      <w:tblBorders>
        <w:top w:val="single" w:sz="8" w:space="0" w:color="#A5A5A5" w:themeColor="accent6"/>
        <w:bottom w:val="single" w:sz="8" w:space="0" w:color="#A5A5A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A5A5A5" w:themeColor="accent6"/>
          <w:left w:val="nil"/>
          <w:bottom w:val="single" w:sz="8" w:space="0" w:color="#A5A5A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A5A5A5" w:themeColor="accent6"/>
          <w:left w:val="nil"/>
          <w:bottom w:val="single" w:sz="8" w:space="0" w:color="#A5A5A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000000" w:themeColor="text1"/>
        <w:left w:val="single" w:sz="8" w:space="0" w:color="#000000" w:themeColor="text1"/>
        <w:bottom w:val="single" w:sz="8" w:space="0" w:color="#000000" w:themeColor="text1"/>
        <w:right w:val="single" w:sz="8" w:space="0" w:color="#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</w:tcBorders>
      </w:tcPr>
    </w:tblStylePr>
    <w:tblStylePr w:type="band1Horz">
      <w:tblPr/>
      <w:tcPr>
        <w:tcBorders>
          <w:top w:val="single" w:sz="8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7B7B7B" w:themeColor="accent1"/>
        <w:left w:val="single" w:sz="8" w:space="0" w:color="#7B7B7B" w:themeColor="accent1"/>
        <w:bottom w:val="single" w:sz="8" w:space="0" w:color="#7B7B7B" w:themeColor="accent1"/>
        <w:right w:val="single" w:sz="8" w:space="0" w:color="#7B7B7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7B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</w:tcBorders>
      </w:tcPr>
    </w:tblStylePr>
    <w:tblStylePr w:type="band1Horz">
      <w:tblPr/>
      <w:tcPr>
        <w:tcBorders>
          <w:top w:val="single" w:sz="8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686868" w:themeColor="accent2"/>
        <w:left w:val="single" w:sz="8" w:space="0" w:color="#686868" w:themeColor="accent2"/>
        <w:bottom w:val="single" w:sz="8" w:space="0" w:color="#686868" w:themeColor="accent2"/>
        <w:right w:val="single" w:sz="8" w:space="0" w:color="#68686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8686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</w:tcBorders>
      </w:tcPr>
    </w:tblStylePr>
    <w:tblStylePr w:type="band1Horz">
      <w:tblPr/>
      <w:tcPr>
        <w:tcBorders>
          <w:top w:val="single" w:sz="8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ADADAD" w:themeColor="accent3"/>
        <w:left w:val="single" w:sz="8" w:space="0" w:color="#ADADAD" w:themeColor="accent3"/>
        <w:bottom w:val="single" w:sz="8" w:space="0" w:color="#ADADAD" w:themeColor="accent3"/>
        <w:right w:val="single" w:sz="8" w:space="0" w:color="#ADAD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AD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</w:tcBorders>
      </w:tcPr>
    </w:tblStylePr>
    <w:tblStylePr w:type="band1Horz">
      <w:tblPr/>
      <w:tcPr>
        <w:tcBorders>
          <w:top w:val="single" w:sz="8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6E6E6E" w:themeColor="accent4"/>
        <w:left w:val="single" w:sz="8" w:space="0" w:color="#6E6E6E" w:themeColor="accent4"/>
        <w:bottom w:val="single" w:sz="8" w:space="0" w:color="#6E6E6E" w:themeColor="accent4"/>
        <w:right w:val="single" w:sz="8" w:space="0" w:color="#6E6E6E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E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</w:tcBorders>
      </w:tcPr>
    </w:tblStylePr>
    <w:tblStylePr w:type="band1Horz">
      <w:tblPr/>
      <w:tcPr>
        <w:tcBorders>
          <w:top w:val="single" w:sz="8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999999" w:themeColor="accent5"/>
        <w:left w:val="single" w:sz="8" w:space="0" w:color="#999999" w:themeColor="accent5"/>
        <w:bottom w:val="single" w:sz="8" w:space="0" w:color="#999999" w:themeColor="accent5"/>
        <w:right w:val="single" w:sz="8" w:space="0" w:color="#99999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</w:tcBorders>
      </w:tcPr>
    </w:tblStylePr>
    <w:tblStylePr w:type="band1Horz">
      <w:tblPr/>
      <w:tcPr>
        <w:tcBorders>
          <w:top w:val="single" w:sz="8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A5A5A5" w:themeColor="accent6"/>
        <w:left w:val="single" w:sz="8" w:space="0" w:color="#A5A5A5" w:themeColor="accent6"/>
        <w:bottom w:val="single" w:sz="8" w:space="0" w:color="#A5A5A5" w:themeColor="accent6"/>
        <w:right w:val="single" w:sz="8" w:space="0" w:color="#A5A5A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</w:tcBorders>
      </w:tcPr>
    </w:tblStylePr>
    <w:tblStylePr w:type="band1Horz">
      <w:tblPr/>
      <w:tcPr>
        <w:tcBorders>
          <w:top w:val="single" w:sz="8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000000" w:themeColor="text1"/>
        <w:left w:val="single" w:sz="8" w:space="0" w:color="#000000" w:themeColor="text1"/>
        <w:bottom w:val="single" w:sz="8" w:space="0" w:color="#000000" w:themeColor="text1"/>
        <w:right w:val="single" w:sz="8" w:space="0" w:color="#000000" w:themeColor="text1"/>
        <w:insideH w:val="single" w:sz="8" w:space="0" w:color="#000000" w:themeColor="text1"/>
        <w:insideV w:val="single" w:sz="8" w:space="0" w:color="#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000000" w:themeColor="text1"/>
          <w:left w:val="single" w:sz="8" w:space="0" w:color="#000000" w:themeColor="text1"/>
          <w:bottom w:val="single" w:sz="18" w:space="0" w:color="#000000" w:themeColor="text1"/>
          <w:right w:val="single" w:sz="8" w:space="0" w:color="#000000" w:themeColor="text1"/>
          <w:insideH w:val="nil"/>
          <w:insideV w:val="single" w:sz="8" w:space="0" w:color="#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  <w:insideH w:val="nil"/>
          <w:insideV w:val="single" w:sz="8" w:space="0" w:color="#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</w:tcBorders>
      </w:tcPr>
    </w:tblStylePr>
    <w:tblStylePr w:type="band1Vert">
      <w:tblPr/>
      <w:tcPr>
        <w:tcBorders>
          <w:top w:val="single" w:sz="8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  <w:insideV w:val="single" w:sz="8" w:space="0" w:color="#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  <w:insideV w:val="single" w:sz="8" w:space="0" w:color="#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7B7B7B" w:themeColor="accent1"/>
        <w:left w:val="single" w:sz="8" w:space="0" w:color="#7B7B7B" w:themeColor="accent1"/>
        <w:bottom w:val="single" w:sz="8" w:space="0" w:color="#7B7B7B" w:themeColor="accent1"/>
        <w:right w:val="single" w:sz="8" w:space="0" w:color="#7B7B7B" w:themeColor="accent1"/>
        <w:insideH w:val="single" w:sz="8" w:space="0" w:color="#7B7B7B" w:themeColor="accent1"/>
        <w:insideV w:val="single" w:sz="8" w:space="0" w:color="#7B7B7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7B7B7B" w:themeColor="accent1"/>
          <w:left w:val="single" w:sz="8" w:space="0" w:color="#7B7B7B" w:themeColor="accent1"/>
          <w:bottom w:val="single" w:sz="18" w:space="0" w:color="#7B7B7B" w:themeColor="accent1"/>
          <w:right w:val="single" w:sz="8" w:space="0" w:color="#7B7B7B" w:themeColor="accent1"/>
          <w:insideH w:val="nil"/>
          <w:insideV w:val="single" w:sz="8" w:space="0" w:color="#7B7B7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  <w:insideH w:val="nil"/>
          <w:insideV w:val="single" w:sz="8" w:space="0" w:color="#7B7B7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</w:tcBorders>
      </w:tcPr>
    </w:tblStylePr>
    <w:tblStylePr w:type="band1Vert">
      <w:tblPr/>
      <w:tcPr>
        <w:tcBorders>
          <w:top w:val="single" w:sz="8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</w:tcBorders>
        <w:shd w:val="clear" w:color="auto" w:fill="DEDEDE" w:themeFill="accent1" w:themeFillTint="3F"/>
      </w:tcPr>
    </w:tblStylePr>
    <w:tblStylePr w:type="band1Horz">
      <w:tblPr/>
      <w:tcPr>
        <w:tcBorders>
          <w:top w:val="single" w:sz="8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  <w:insideV w:val="single" w:sz="8" w:space="0" w:color="#7B7B7B" w:themeColor="accent1"/>
        </w:tcBorders>
        <w:shd w:val="clear" w:color="auto" w:fill="DEDEDE" w:themeFill="accent1" w:themeFillTint="3F"/>
      </w:tcPr>
    </w:tblStylePr>
    <w:tblStylePr w:type="band2Horz">
      <w:tblPr/>
      <w:tcPr>
        <w:tcBorders>
          <w:top w:val="single" w:sz="8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  <w:insideV w:val="single" w:sz="8" w:space="0" w:color="#7B7B7B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686868" w:themeColor="accent2"/>
        <w:left w:val="single" w:sz="8" w:space="0" w:color="#686868" w:themeColor="accent2"/>
        <w:bottom w:val="single" w:sz="8" w:space="0" w:color="#686868" w:themeColor="accent2"/>
        <w:right w:val="single" w:sz="8" w:space="0" w:color="#686868" w:themeColor="accent2"/>
        <w:insideH w:val="single" w:sz="8" w:space="0" w:color="#686868" w:themeColor="accent2"/>
        <w:insideV w:val="single" w:sz="8" w:space="0" w:color="#68686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686868" w:themeColor="accent2"/>
          <w:left w:val="single" w:sz="8" w:space="0" w:color="#686868" w:themeColor="accent2"/>
          <w:bottom w:val="single" w:sz="18" w:space="0" w:color="#686868" w:themeColor="accent2"/>
          <w:right w:val="single" w:sz="8" w:space="0" w:color="#686868" w:themeColor="accent2"/>
          <w:insideH w:val="nil"/>
          <w:insideV w:val="single" w:sz="8" w:space="0" w:color="#68686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  <w:insideH w:val="nil"/>
          <w:insideV w:val="single" w:sz="8" w:space="0" w:color="#68686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</w:tcBorders>
      </w:tcPr>
    </w:tblStylePr>
    <w:tblStylePr w:type="band1Vert">
      <w:tblPr/>
      <w:tcPr>
        <w:tcBorders>
          <w:top w:val="single" w:sz="8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</w:tcBorders>
        <w:shd w:val="clear" w:color="auto" w:fill="D9D9D9" w:themeFill="accent2" w:themeFillTint="3F"/>
      </w:tcPr>
    </w:tblStylePr>
    <w:tblStylePr w:type="band1Horz">
      <w:tblPr/>
      <w:tcPr>
        <w:tcBorders>
          <w:top w:val="single" w:sz="8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  <w:insideV w:val="single" w:sz="8" w:space="0" w:color="#686868" w:themeColor="accent2"/>
        </w:tcBorders>
        <w:shd w:val="clear" w:color="auto" w:fill="D9D9D9" w:themeFill="accent2" w:themeFillTint="3F"/>
      </w:tcPr>
    </w:tblStylePr>
    <w:tblStylePr w:type="band2Horz">
      <w:tblPr/>
      <w:tcPr>
        <w:tcBorders>
          <w:top w:val="single" w:sz="8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  <w:insideV w:val="single" w:sz="8" w:space="0" w:color="#686868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ADADAD" w:themeColor="accent3"/>
        <w:left w:val="single" w:sz="8" w:space="0" w:color="#ADADAD" w:themeColor="accent3"/>
        <w:bottom w:val="single" w:sz="8" w:space="0" w:color="#ADADAD" w:themeColor="accent3"/>
        <w:right w:val="single" w:sz="8" w:space="0" w:color="#ADADAD" w:themeColor="accent3"/>
        <w:insideH w:val="single" w:sz="8" w:space="0" w:color="#ADADAD" w:themeColor="accent3"/>
        <w:insideV w:val="single" w:sz="8" w:space="0" w:color="#ADAD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ADADAD" w:themeColor="accent3"/>
          <w:left w:val="single" w:sz="8" w:space="0" w:color="#ADADAD" w:themeColor="accent3"/>
          <w:bottom w:val="single" w:sz="18" w:space="0" w:color="#ADADAD" w:themeColor="accent3"/>
          <w:right w:val="single" w:sz="8" w:space="0" w:color="#ADADAD" w:themeColor="accent3"/>
          <w:insideH w:val="nil"/>
          <w:insideV w:val="single" w:sz="8" w:space="0" w:color="#ADAD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  <w:insideH w:val="nil"/>
          <w:insideV w:val="single" w:sz="8" w:space="0" w:color="#ADAD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</w:tcBorders>
      </w:tcPr>
    </w:tblStylePr>
    <w:tblStylePr w:type="band1Vert">
      <w:tblPr/>
      <w:tcPr>
        <w:tcBorders>
          <w:top w:val="single" w:sz="8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</w:tcBorders>
        <w:shd w:val="clear" w:color="auto" w:fill="EAEAEA" w:themeFill="accent3" w:themeFillTint="3F"/>
      </w:tcPr>
    </w:tblStylePr>
    <w:tblStylePr w:type="band1Horz">
      <w:tblPr/>
      <w:tcPr>
        <w:tcBorders>
          <w:top w:val="single" w:sz="8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  <w:insideV w:val="single" w:sz="8" w:space="0" w:color="#ADADAD" w:themeColor="accent3"/>
        </w:tcBorders>
        <w:shd w:val="clear" w:color="auto" w:fill="EAEAEA" w:themeFill="accent3" w:themeFillTint="3F"/>
      </w:tcPr>
    </w:tblStylePr>
    <w:tblStylePr w:type="band2Horz">
      <w:tblPr/>
      <w:tcPr>
        <w:tcBorders>
          <w:top w:val="single" w:sz="8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  <w:insideV w:val="single" w:sz="8" w:space="0" w:color="#ADADAD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6E6E6E" w:themeColor="accent4"/>
        <w:left w:val="single" w:sz="8" w:space="0" w:color="#6E6E6E" w:themeColor="accent4"/>
        <w:bottom w:val="single" w:sz="8" w:space="0" w:color="#6E6E6E" w:themeColor="accent4"/>
        <w:right w:val="single" w:sz="8" w:space="0" w:color="#6E6E6E" w:themeColor="accent4"/>
        <w:insideH w:val="single" w:sz="8" w:space="0" w:color="#6E6E6E" w:themeColor="accent4"/>
        <w:insideV w:val="single" w:sz="8" w:space="0" w:color="#6E6E6E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6E6E6E" w:themeColor="accent4"/>
          <w:left w:val="single" w:sz="8" w:space="0" w:color="#6E6E6E" w:themeColor="accent4"/>
          <w:bottom w:val="single" w:sz="18" w:space="0" w:color="#6E6E6E" w:themeColor="accent4"/>
          <w:right w:val="single" w:sz="8" w:space="0" w:color="#6E6E6E" w:themeColor="accent4"/>
          <w:insideH w:val="nil"/>
          <w:insideV w:val="single" w:sz="8" w:space="0" w:color="#6E6E6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  <w:insideH w:val="nil"/>
          <w:insideV w:val="single" w:sz="8" w:space="0" w:color="#6E6E6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</w:tcBorders>
      </w:tcPr>
    </w:tblStylePr>
    <w:tblStylePr w:type="band1Vert">
      <w:tblPr/>
      <w:tcPr>
        <w:tcBorders>
          <w:top w:val="single" w:sz="8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</w:tcBorders>
        <w:shd w:val="clear" w:color="auto" w:fill="DBDBDB" w:themeFill="accent4" w:themeFillTint="3F"/>
      </w:tcPr>
    </w:tblStylePr>
    <w:tblStylePr w:type="band1Horz">
      <w:tblPr/>
      <w:tcPr>
        <w:tcBorders>
          <w:top w:val="single" w:sz="8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  <w:insideV w:val="single" w:sz="8" w:space="0" w:color="#6E6E6E" w:themeColor="accent4"/>
        </w:tcBorders>
        <w:shd w:val="clear" w:color="auto" w:fill="DBDBDB" w:themeFill="accent4" w:themeFillTint="3F"/>
      </w:tcPr>
    </w:tblStylePr>
    <w:tblStylePr w:type="band2Horz">
      <w:tblPr/>
      <w:tcPr>
        <w:tcBorders>
          <w:top w:val="single" w:sz="8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  <w:insideV w:val="single" w:sz="8" w:space="0" w:color="#6E6E6E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999999" w:themeColor="accent5"/>
        <w:left w:val="single" w:sz="8" w:space="0" w:color="#999999" w:themeColor="accent5"/>
        <w:bottom w:val="single" w:sz="8" w:space="0" w:color="#999999" w:themeColor="accent5"/>
        <w:right w:val="single" w:sz="8" w:space="0" w:color="#999999" w:themeColor="accent5"/>
        <w:insideH w:val="single" w:sz="8" w:space="0" w:color="#999999" w:themeColor="accent5"/>
        <w:insideV w:val="single" w:sz="8" w:space="0" w:color="#99999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999999" w:themeColor="accent5"/>
          <w:left w:val="single" w:sz="8" w:space="0" w:color="#999999" w:themeColor="accent5"/>
          <w:bottom w:val="single" w:sz="18" w:space="0" w:color="#999999" w:themeColor="accent5"/>
          <w:right w:val="single" w:sz="8" w:space="0" w:color="#999999" w:themeColor="accent5"/>
          <w:insideH w:val="nil"/>
          <w:insideV w:val="single" w:sz="8" w:space="0" w:color="#99999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  <w:insideH w:val="nil"/>
          <w:insideV w:val="single" w:sz="8" w:space="0" w:color="#99999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</w:tcBorders>
      </w:tcPr>
    </w:tblStylePr>
    <w:tblStylePr w:type="band1Vert">
      <w:tblPr/>
      <w:tcPr>
        <w:tcBorders>
          <w:top w:val="single" w:sz="8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</w:tcBorders>
        <w:shd w:val="clear" w:color="auto" w:fill="E5E5E5" w:themeFill="accent5" w:themeFillTint="3F"/>
      </w:tcPr>
    </w:tblStylePr>
    <w:tblStylePr w:type="band1Horz">
      <w:tblPr/>
      <w:tcPr>
        <w:tcBorders>
          <w:top w:val="single" w:sz="8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  <w:insideV w:val="single" w:sz="8" w:space="0" w:color="#999999" w:themeColor="accent5"/>
        </w:tcBorders>
        <w:shd w:val="clear" w:color="auto" w:fill="E5E5E5" w:themeFill="accent5" w:themeFillTint="3F"/>
      </w:tcPr>
    </w:tblStylePr>
    <w:tblStylePr w:type="band2Horz">
      <w:tblPr/>
      <w:tcPr>
        <w:tcBorders>
          <w:top w:val="single" w:sz="8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  <w:insideV w:val="single" w:sz="8" w:space="0" w:color="#999999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A5A5A5" w:themeColor="accent6"/>
        <w:left w:val="single" w:sz="8" w:space="0" w:color="#A5A5A5" w:themeColor="accent6"/>
        <w:bottom w:val="single" w:sz="8" w:space="0" w:color="#A5A5A5" w:themeColor="accent6"/>
        <w:right w:val="single" w:sz="8" w:space="0" w:color="#A5A5A5" w:themeColor="accent6"/>
        <w:insideH w:val="single" w:sz="8" w:space="0" w:color="#A5A5A5" w:themeColor="accent6"/>
        <w:insideV w:val="single" w:sz="8" w:space="0" w:color="#A5A5A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A5A5A5" w:themeColor="accent6"/>
          <w:left w:val="single" w:sz="8" w:space="0" w:color="#A5A5A5" w:themeColor="accent6"/>
          <w:bottom w:val="single" w:sz="18" w:space="0" w:color="#A5A5A5" w:themeColor="accent6"/>
          <w:right w:val="single" w:sz="8" w:space="0" w:color="#A5A5A5" w:themeColor="accent6"/>
          <w:insideH w:val="nil"/>
          <w:insideV w:val="single" w:sz="8" w:space="0" w:color="#A5A5A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  <w:insideH w:val="nil"/>
          <w:insideV w:val="single" w:sz="8" w:space="0" w:color="#A5A5A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</w:tcBorders>
      </w:tcPr>
    </w:tblStylePr>
    <w:tblStylePr w:type="band1Vert">
      <w:tblPr/>
      <w:tcPr>
        <w:tcBorders>
          <w:top w:val="single" w:sz="8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</w:tcBorders>
        <w:shd w:val="clear" w:color="auto" w:fill="E8E8E8" w:themeFill="accent6" w:themeFillTint="3F"/>
      </w:tcPr>
    </w:tblStylePr>
    <w:tblStylePr w:type="band1Horz">
      <w:tblPr/>
      <w:tcPr>
        <w:tcBorders>
          <w:top w:val="single" w:sz="8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  <w:insideV w:val="single" w:sz="8" w:space="0" w:color="#A5A5A5" w:themeColor="accent6"/>
        </w:tcBorders>
        <w:shd w:val="clear" w:color="auto" w:fill="E8E8E8" w:themeFill="accent6" w:themeFillTint="3F"/>
      </w:tcPr>
    </w:tblStylePr>
    <w:tblStylePr w:type="band2Horz">
      <w:tblPr/>
      <w:tcPr>
        <w:tcBorders>
          <w:top w:val="single" w:sz="8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  <w:insideV w:val="single" w:sz="8" w:space="0" w:color="#A5A5A5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404040" w:themeColor="text1" w:themeTint="BF"/>
        <w:left w:val="single" w:sz="8" w:space="0" w:color="#404040" w:themeColor="text1" w:themeTint="BF"/>
        <w:bottom w:val="single" w:sz="8" w:space="0" w:color="#404040" w:themeColor="text1" w:themeTint="BF"/>
        <w:right w:val="single" w:sz="8" w:space="0" w:color="#404040" w:themeColor="text1" w:themeTint="BF"/>
        <w:insideH w:val="single" w:sz="8" w:space="0" w:color="#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#404040" w:themeColor="text1" w:themeTint="BF"/>
          <w:left w:val="single" w:sz="8" w:space="0" w:color="#404040" w:themeColor="text1" w:themeTint="BF"/>
          <w:bottom w:val="single" w:sz="8" w:space="0" w:color="#404040" w:themeColor="text1" w:themeTint="BF"/>
          <w:right w:val="single" w:sz="8" w:space="0" w:color="#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404040" w:themeColor="text1" w:themeTint="BF"/>
          <w:left w:val="single" w:sz="8" w:space="0" w:color="#404040" w:themeColor="text1" w:themeTint="BF"/>
          <w:bottom w:val="single" w:sz="8" w:space="0" w:color="#404040" w:themeColor="text1" w:themeTint="BF"/>
          <w:right w:val="single" w:sz="8" w:space="0" w:color="#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9B9B9B" w:themeColor="accent1" w:themeTint="BF"/>
        <w:left w:val="single" w:sz="8" w:space="0" w:color="#9B9B9B" w:themeColor="accent1" w:themeTint="BF"/>
        <w:bottom w:val="single" w:sz="8" w:space="0" w:color="#9B9B9B" w:themeColor="accent1" w:themeTint="BF"/>
        <w:right w:val="single" w:sz="8" w:space="0" w:color="#9B9B9B" w:themeColor="accent1" w:themeTint="BF"/>
        <w:insideH w:val="single" w:sz="8" w:space="0" w:color="#9B9B9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#9B9B9B" w:themeColor="accent1" w:themeTint="BF"/>
          <w:left w:val="single" w:sz="8" w:space="0" w:color="#9B9B9B" w:themeColor="accent1" w:themeTint="BF"/>
          <w:bottom w:val="single" w:sz="8" w:space="0" w:color="#9B9B9B" w:themeColor="accent1" w:themeTint="BF"/>
          <w:right w:val="single" w:sz="8" w:space="0" w:color="#9B9B9B" w:themeColor="accent1" w:themeTint="BF"/>
          <w:insideH w:val="nil"/>
          <w:insideV w:val="nil"/>
        </w:tcBorders>
        <w:shd w:val="clear" w:color="auto" w:fill="7B7B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9B9B9B" w:themeColor="accent1" w:themeTint="BF"/>
          <w:left w:val="single" w:sz="8" w:space="0" w:color="#9B9B9B" w:themeColor="accent1" w:themeTint="BF"/>
          <w:bottom w:val="single" w:sz="8" w:space="0" w:color="#9B9B9B" w:themeColor="accent1" w:themeTint="BF"/>
          <w:right w:val="single" w:sz="8" w:space="0" w:color="#9B9B9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DED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8D8D8D" w:themeColor="accent2" w:themeTint="BF"/>
        <w:left w:val="single" w:sz="8" w:space="0" w:color="#8D8D8D" w:themeColor="accent2" w:themeTint="BF"/>
        <w:bottom w:val="single" w:sz="8" w:space="0" w:color="#8D8D8D" w:themeColor="accent2" w:themeTint="BF"/>
        <w:right w:val="single" w:sz="8" w:space="0" w:color="#8D8D8D" w:themeColor="accent2" w:themeTint="BF"/>
        <w:insideH w:val="single" w:sz="8" w:space="0" w:color="#8D8D8D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#8D8D8D" w:themeColor="accent2" w:themeTint="BF"/>
          <w:left w:val="single" w:sz="8" w:space="0" w:color="#8D8D8D" w:themeColor="accent2" w:themeTint="BF"/>
          <w:bottom w:val="single" w:sz="8" w:space="0" w:color="#8D8D8D" w:themeColor="accent2" w:themeTint="BF"/>
          <w:right w:val="single" w:sz="8" w:space="0" w:color="#8D8D8D" w:themeColor="accent2" w:themeTint="BF"/>
          <w:insideH w:val="nil"/>
          <w:insideV w:val="nil"/>
        </w:tcBorders>
        <w:shd w:val="clear" w:color="auto" w:fill="68686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8D8D8D" w:themeColor="accent2" w:themeTint="BF"/>
          <w:left w:val="single" w:sz="8" w:space="0" w:color="#8D8D8D" w:themeColor="accent2" w:themeTint="BF"/>
          <w:bottom w:val="single" w:sz="8" w:space="0" w:color="#8D8D8D" w:themeColor="accent2" w:themeTint="BF"/>
          <w:right w:val="single" w:sz="8" w:space="0" w:color="#8D8D8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C1C1C1" w:themeColor="accent3" w:themeTint="BF"/>
        <w:left w:val="single" w:sz="8" w:space="0" w:color="#C1C1C1" w:themeColor="accent3" w:themeTint="BF"/>
        <w:bottom w:val="single" w:sz="8" w:space="0" w:color="#C1C1C1" w:themeColor="accent3" w:themeTint="BF"/>
        <w:right w:val="single" w:sz="8" w:space="0" w:color="#C1C1C1" w:themeColor="accent3" w:themeTint="BF"/>
        <w:insideH w:val="single" w:sz="8" w:space="0" w:color="#C1C1C1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#C1C1C1" w:themeColor="accent3" w:themeTint="BF"/>
          <w:left w:val="single" w:sz="8" w:space="0" w:color="#C1C1C1" w:themeColor="accent3" w:themeTint="BF"/>
          <w:bottom w:val="single" w:sz="8" w:space="0" w:color="#C1C1C1" w:themeColor="accent3" w:themeTint="BF"/>
          <w:right w:val="single" w:sz="8" w:space="0" w:color="#C1C1C1" w:themeColor="accent3" w:themeTint="BF"/>
          <w:insideH w:val="nil"/>
          <w:insideV w:val="nil"/>
        </w:tcBorders>
        <w:shd w:val="clear" w:color="auto" w:fill="ADAD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C1C1C1" w:themeColor="accent3" w:themeTint="BF"/>
          <w:left w:val="single" w:sz="8" w:space="0" w:color="#C1C1C1" w:themeColor="accent3" w:themeTint="BF"/>
          <w:bottom w:val="single" w:sz="8" w:space="0" w:color="#C1C1C1" w:themeColor="accent3" w:themeTint="BF"/>
          <w:right w:val="single" w:sz="8" w:space="0" w:color="#C1C1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A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929292" w:themeColor="accent4" w:themeTint="BF"/>
        <w:left w:val="single" w:sz="8" w:space="0" w:color="#929292" w:themeColor="accent4" w:themeTint="BF"/>
        <w:bottom w:val="single" w:sz="8" w:space="0" w:color="#929292" w:themeColor="accent4" w:themeTint="BF"/>
        <w:right w:val="single" w:sz="8" w:space="0" w:color="#929292" w:themeColor="accent4" w:themeTint="BF"/>
        <w:insideH w:val="single" w:sz="8" w:space="0" w:color="#929292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#929292" w:themeColor="accent4" w:themeTint="BF"/>
          <w:left w:val="single" w:sz="8" w:space="0" w:color="#929292" w:themeColor="accent4" w:themeTint="BF"/>
          <w:bottom w:val="single" w:sz="8" w:space="0" w:color="#929292" w:themeColor="accent4" w:themeTint="BF"/>
          <w:right w:val="single" w:sz="8" w:space="0" w:color="#929292" w:themeColor="accent4" w:themeTint="BF"/>
          <w:insideH w:val="nil"/>
          <w:insideV w:val="nil"/>
        </w:tcBorders>
        <w:shd w:val="clear" w:color="auto" w:fill="6E6E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929292" w:themeColor="accent4" w:themeTint="BF"/>
          <w:left w:val="single" w:sz="8" w:space="0" w:color="#929292" w:themeColor="accent4" w:themeTint="BF"/>
          <w:bottom w:val="single" w:sz="8" w:space="0" w:color="#929292" w:themeColor="accent4" w:themeTint="BF"/>
          <w:right w:val="single" w:sz="8" w:space="0" w:color="#92929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B2B2B2" w:themeColor="accent5" w:themeTint="BF"/>
        <w:left w:val="single" w:sz="8" w:space="0" w:color="#B2B2B2" w:themeColor="accent5" w:themeTint="BF"/>
        <w:bottom w:val="single" w:sz="8" w:space="0" w:color="#B2B2B2" w:themeColor="accent5" w:themeTint="BF"/>
        <w:right w:val="single" w:sz="8" w:space="0" w:color="#B2B2B2" w:themeColor="accent5" w:themeTint="BF"/>
        <w:insideH w:val="single" w:sz="8" w:space="0" w:color="#B2B2B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#B2B2B2" w:themeColor="accent5" w:themeTint="BF"/>
          <w:left w:val="single" w:sz="8" w:space="0" w:color="#B2B2B2" w:themeColor="accent5" w:themeTint="BF"/>
          <w:bottom w:val="single" w:sz="8" w:space="0" w:color="#B2B2B2" w:themeColor="accent5" w:themeTint="BF"/>
          <w:right w:val="single" w:sz="8" w:space="0" w:color="#B2B2B2" w:themeColor="accent5" w:themeTint="BF"/>
          <w:insideH w:val="nil"/>
          <w:insideV w:val="nil"/>
        </w:tcBorders>
        <w:shd w:val="clear" w:color="auto" w:fill="9999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B2B2B2" w:themeColor="accent5" w:themeTint="BF"/>
          <w:left w:val="single" w:sz="8" w:space="0" w:color="#B2B2B2" w:themeColor="accent5" w:themeTint="BF"/>
          <w:bottom w:val="single" w:sz="8" w:space="0" w:color="#B2B2B2" w:themeColor="accent5" w:themeTint="BF"/>
          <w:right w:val="single" w:sz="8" w:space="0" w:color="#B2B2B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BBBBBB" w:themeColor="accent6" w:themeTint="BF"/>
        <w:left w:val="single" w:sz="8" w:space="0" w:color="#BBBBBB" w:themeColor="accent6" w:themeTint="BF"/>
        <w:bottom w:val="single" w:sz="8" w:space="0" w:color="#BBBBBB" w:themeColor="accent6" w:themeTint="BF"/>
        <w:right w:val="single" w:sz="8" w:space="0" w:color="#BBBBBB" w:themeColor="accent6" w:themeTint="BF"/>
        <w:insideH w:val="single" w:sz="8" w:space="0" w:color="#BBBBBB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#BBBBBB" w:themeColor="accent6" w:themeTint="BF"/>
          <w:left w:val="single" w:sz="8" w:space="0" w:color="#BBBBBB" w:themeColor="accent6" w:themeTint="BF"/>
          <w:bottom w:val="single" w:sz="8" w:space="0" w:color="#BBBBBB" w:themeColor="accent6" w:themeTint="BF"/>
          <w:right w:val="single" w:sz="8" w:space="0" w:color="#BBBBBB" w:themeColor="accent6" w:themeTint="BF"/>
          <w:insideH w:val="nil"/>
          <w:insideV w:val="nil"/>
        </w:tcBorders>
        <w:shd w:val="clear" w:color="auto" w:fill="A5A5A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BBBBBB" w:themeColor="accent6" w:themeTint="BF"/>
          <w:left w:val="single" w:sz="8" w:space="0" w:color="#BBBBBB" w:themeColor="accent6" w:themeTint="BF"/>
          <w:bottom w:val="single" w:sz="8" w:space="0" w:color="#BBBBBB" w:themeColor="accent6" w:themeTint="BF"/>
          <w:right w:val="single" w:sz="8" w:space="0" w:color="#BBBBB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7B7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7B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7B7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686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686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686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AD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AD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AD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E6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E6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E6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000000" w:themeColor="text1"/>
        <w:bottom w:val="single" w:sz="8" w:space="0" w:color="#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#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#000000" w:themeColor="text1"/>
          <w:bottom w:val="single" w:sz="8" w:space="0" w:color="#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#000000" w:themeColor="text1"/>
          <w:bottom w:val="single" w:sz="8" w:space="0" w:color="#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7B7B7B" w:themeColor="accent1"/>
        <w:bottom w:val="single" w:sz="8" w:space="0" w:color="#7B7B7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#7B7B7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#7B7B7B" w:themeColor="accent1"/>
          <w:bottom w:val="single" w:sz="8" w:space="0" w:color="#7B7B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#7B7B7B" w:themeColor="accent1"/>
          <w:bottom w:val="single" w:sz="8" w:space="0" w:color="#7B7B7B" w:themeColor="accent1"/>
        </w:tcBorders>
      </w:tcPr>
    </w:tblStylePr>
    <w:tblStylePr w:type="band1Vert">
      <w:tblPr/>
      <w:tcPr>
        <w:shd w:val="clear" w:color="auto" w:fill="DEDEDE" w:themeFill="accent1" w:themeFillTint="3F"/>
      </w:tcPr>
    </w:tblStylePr>
    <w:tblStylePr w:type="band1Horz">
      <w:tblPr/>
      <w:tcPr>
        <w:shd w:val="clear" w:color="auto" w:fill="DEDED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686868" w:themeColor="accent2"/>
        <w:bottom w:val="single" w:sz="8" w:space="0" w:color="#68686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#686868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#686868" w:themeColor="accent2"/>
          <w:bottom w:val="single" w:sz="8" w:space="0" w:color="#68686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#686868" w:themeColor="accent2"/>
          <w:bottom w:val="single" w:sz="8" w:space="0" w:color="#686868" w:themeColor="accent2"/>
        </w:tcBorders>
      </w:tcPr>
    </w:tblStylePr>
    <w:tblStylePr w:type="band1Vert">
      <w:tblPr/>
      <w:tcPr>
        <w:shd w:val="clear" w:color="auto" w:fill="D9D9D9" w:themeFill="accent2" w:themeFillTint="3F"/>
      </w:tcPr>
    </w:tblStylePr>
    <w:tblStylePr w:type="band1Horz">
      <w:tblPr/>
      <w:tcPr>
        <w:shd w:val="clear" w:color="auto" w:fill="D9D9D9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ADADAD" w:themeColor="accent3"/>
        <w:bottom w:val="single" w:sz="8" w:space="0" w:color="#ADAD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#ADADA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#ADADAD" w:themeColor="accent3"/>
          <w:bottom w:val="single" w:sz="8" w:space="0" w:color="#ADAD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#ADADAD" w:themeColor="accent3"/>
          <w:bottom w:val="single" w:sz="8" w:space="0" w:color="#ADADAD" w:themeColor="accent3"/>
        </w:tcBorders>
      </w:tcPr>
    </w:tblStylePr>
    <w:tblStylePr w:type="band1Vert">
      <w:tblPr/>
      <w:tcPr>
        <w:shd w:val="clear" w:color="auto" w:fill="EAEAEA" w:themeFill="accent3" w:themeFillTint="3F"/>
      </w:tcPr>
    </w:tblStylePr>
    <w:tblStylePr w:type="band1Horz">
      <w:tblPr/>
      <w:tcPr>
        <w:shd w:val="clear" w:color="auto" w:fill="EAEAE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6E6E6E" w:themeColor="accent4"/>
        <w:bottom w:val="single" w:sz="8" w:space="0" w:color="#6E6E6E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#6E6E6E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#6E6E6E" w:themeColor="accent4"/>
          <w:bottom w:val="single" w:sz="8" w:space="0" w:color="#6E6E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#6E6E6E" w:themeColor="accent4"/>
          <w:bottom w:val="single" w:sz="8" w:space="0" w:color="#6E6E6E" w:themeColor="accent4"/>
        </w:tcBorders>
      </w:tcPr>
    </w:tblStylePr>
    <w:tblStylePr w:type="band1Vert">
      <w:tblPr/>
      <w:tcPr>
        <w:shd w:val="clear" w:color="auto" w:fill="DBDBDB" w:themeFill="accent4" w:themeFillTint="3F"/>
      </w:tcPr>
    </w:tblStylePr>
    <w:tblStylePr w:type="band1Horz">
      <w:tblPr/>
      <w:tcPr>
        <w:shd w:val="clear" w:color="auto" w:fill="DBDBDB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999999" w:themeColor="accent5"/>
        <w:bottom w:val="single" w:sz="8" w:space="0" w:color="#99999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#999999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#999999" w:themeColor="accent5"/>
          <w:bottom w:val="single" w:sz="8" w:space="0" w:color="#9999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#999999" w:themeColor="accent5"/>
          <w:bottom w:val="single" w:sz="8" w:space="0" w:color="#999999" w:themeColor="accent5"/>
        </w:tcBorders>
      </w:tcPr>
    </w:tblStylePr>
    <w:tblStylePr w:type="band1Vert">
      <w:tblPr/>
      <w:tcPr>
        <w:shd w:val="clear" w:color="auto" w:fill="E5E5E5" w:themeFill="accent5" w:themeFillTint="3F"/>
      </w:tcPr>
    </w:tblStylePr>
    <w:tblStylePr w:type="band1Horz">
      <w:tblPr/>
      <w:tcPr>
        <w:shd w:val="clear" w:color="auto" w:fill="E5E5E5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A5A5A5" w:themeColor="accent6"/>
        <w:bottom w:val="single" w:sz="8" w:space="0" w:color="#A5A5A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#A5A5A5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#A5A5A5" w:themeColor="accent6"/>
          <w:bottom w:val="single" w:sz="8" w:space="0" w:color="#A5A5A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#A5A5A5" w:themeColor="accent6"/>
          <w:bottom w:val="single" w:sz="8" w:space="0" w:color="#A5A5A5" w:themeColor="accent6"/>
        </w:tcBorders>
      </w:tcPr>
    </w:tblStylePr>
    <w:tblStylePr w:type="band1Vert">
      <w:tblPr/>
      <w:tcPr>
        <w:shd w:val="clear" w:color="auto" w:fill="E8E8E8" w:themeFill="accent6" w:themeFillTint="3F"/>
      </w:tcPr>
    </w:tblStylePr>
    <w:tblStylePr w:type="band1Horz">
      <w:tblPr/>
      <w:tcPr>
        <w:shd w:val="clear" w:color="auto" w:fill="E8E8E8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000000" w:themeColor="text1"/>
        <w:left w:val="single" w:sz="8" w:space="0" w:color="#000000" w:themeColor="text1"/>
        <w:bottom w:val="single" w:sz="8" w:space="0" w:color="#000000" w:themeColor="text1"/>
        <w:right w:val="single" w:sz="8" w:space="0" w:color="#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#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#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#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7B7B7B" w:themeColor="accent1"/>
        <w:left w:val="single" w:sz="8" w:space="0" w:color="#7B7B7B" w:themeColor="accent1"/>
        <w:bottom w:val="single" w:sz="8" w:space="0" w:color="#7B7B7B" w:themeColor="accent1"/>
        <w:right w:val="single" w:sz="8" w:space="0" w:color="#7B7B7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#7B7B7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#7B7B7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#7B7B7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#7B7B7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ED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DED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686868" w:themeColor="accent2"/>
        <w:left w:val="single" w:sz="8" w:space="0" w:color="#686868" w:themeColor="accent2"/>
        <w:bottom w:val="single" w:sz="8" w:space="0" w:color="#686868" w:themeColor="accent2"/>
        <w:right w:val="single" w:sz="8" w:space="0" w:color="#68686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#6868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#686868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#68686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#68686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ADADAD" w:themeColor="accent3"/>
        <w:left w:val="single" w:sz="8" w:space="0" w:color="#ADADAD" w:themeColor="accent3"/>
        <w:bottom w:val="single" w:sz="8" w:space="0" w:color="#ADADAD" w:themeColor="accent3"/>
        <w:right w:val="single" w:sz="8" w:space="0" w:color="#ADAD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#ADAD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#ADADA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#ADAD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#ADAD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A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A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6E6E6E" w:themeColor="accent4"/>
        <w:left w:val="single" w:sz="8" w:space="0" w:color="#6E6E6E" w:themeColor="accent4"/>
        <w:bottom w:val="single" w:sz="8" w:space="0" w:color="#6E6E6E" w:themeColor="accent4"/>
        <w:right w:val="single" w:sz="8" w:space="0" w:color="#6E6E6E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#6E6E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#6E6E6E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#6E6E6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#6E6E6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999999" w:themeColor="accent5"/>
        <w:left w:val="single" w:sz="8" w:space="0" w:color="#999999" w:themeColor="accent5"/>
        <w:bottom w:val="single" w:sz="8" w:space="0" w:color="#999999" w:themeColor="accent5"/>
        <w:right w:val="single" w:sz="8" w:space="0" w:color="#99999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#9999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#99999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#99999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#99999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A5A5A5" w:themeColor="accent6"/>
        <w:left w:val="single" w:sz="8" w:space="0" w:color="#A5A5A5" w:themeColor="accent6"/>
        <w:bottom w:val="single" w:sz="8" w:space="0" w:color="#A5A5A5" w:themeColor="accent6"/>
        <w:right w:val="single" w:sz="8" w:space="0" w:color="#A5A5A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#A5A5A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#A5A5A5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#A5A5A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#A5A5A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404040" w:themeColor="text1" w:themeTint="BF"/>
        <w:left w:val="single" w:sz="8" w:space="0" w:color="#404040" w:themeColor="text1" w:themeTint="BF"/>
        <w:bottom w:val="single" w:sz="8" w:space="0" w:color="#404040" w:themeColor="text1" w:themeTint="BF"/>
        <w:right w:val="single" w:sz="8" w:space="0" w:color="#404040" w:themeColor="text1" w:themeTint="BF"/>
        <w:insideH w:val="single" w:sz="8" w:space="0" w:color="#404040" w:themeColor="text1" w:themeTint="BF"/>
        <w:insideV w:val="single" w:sz="8" w:space="0" w:color="#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#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9B9B9B" w:themeColor="accent1" w:themeTint="BF"/>
        <w:left w:val="single" w:sz="8" w:space="0" w:color="#9B9B9B" w:themeColor="accent1" w:themeTint="BF"/>
        <w:bottom w:val="single" w:sz="8" w:space="0" w:color="#9B9B9B" w:themeColor="accent1" w:themeTint="BF"/>
        <w:right w:val="single" w:sz="8" w:space="0" w:color="#9B9B9B" w:themeColor="accent1" w:themeTint="BF"/>
        <w:insideH w:val="single" w:sz="8" w:space="0" w:color="#9B9B9B" w:themeColor="accent1" w:themeTint="BF"/>
        <w:insideV w:val="single" w:sz="8" w:space="0" w:color="#9B9B9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DED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#9B9B9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CBC" w:themeFill="accent1" w:themeFillTint="7F"/>
      </w:tcPr>
    </w:tblStylePr>
    <w:tblStylePr w:type="band1Horz">
      <w:tblPr/>
      <w:tcPr>
        <w:shd w:val="clear" w:color="auto" w:fill="BCBCBC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8D8D8D" w:themeColor="accent2" w:themeTint="BF"/>
        <w:left w:val="single" w:sz="8" w:space="0" w:color="#8D8D8D" w:themeColor="accent2" w:themeTint="BF"/>
        <w:bottom w:val="single" w:sz="8" w:space="0" w:color="#8D8D8D" w:themeColor="accent2" w:themeTint="BF"/>
        <w:right w:val="single" w:sz="8" w:space="0" w:color="#8D8D8D" w:themeColor="accent2" w:themeTint="BF"/>
        <w:insideH w:val="single" w:sz="8" w:space="0" w:color="#8D8D8D" w:themeColor="accent2" w:themeTint="BF"/>
        <w:insideV w:val="single" w:sz="8" w:space="0" w:color="#8D8D8D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#8D8D8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B3B3" w:themeFill="accent2" w:themeFillTint="7F"/>
      </w:tcPr>
    </w:tblStylePr>
    <w:tblStylePr w:type="band1Horz">
      <w:tblPr/>
      <w:tcPr>
        <w:shd w:val="clear" w:color="auto" w:fill="B3B3B3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C1C1C1" w:themeColor="accent3" w:themeTint="BF"/>
        <w:left w:val="single" w:sz="8" w:space="0" w:color="#C1C1C1" w:themeColor="accent3" w:themeTint="BF"/>
        <w:bottom w:val="single" w:sz="8" w:space="0" w:color="#C1C1C1" w:themeColor="accent3" w:themeTint="BF"/>
        <w:right w:val="single" w:sz="8" w:space="0" w:color="#C1C1C1" w:themeColor="accent3" w:themeTint="BF"/>
        <w:insideH w:val="single" w:sz="8" w:space="0" w:color="#C1C1C1" w:themeColor="accent3" w:themeTint="BF"/>
        <w:insideV w:val="single" w:sz="8" w:space="0" w:color="#C1C1C1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#C1C1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3" w:themeFillTint="7F"/>
      </w:tcPr>
    </w:tblStylePr>
    <w:tblStylePr w:type="band1Horz">
      <w:tblPr/>
      <w:tcPr>
        <w:shd w:val="clear" w:color="auto" w:fill="D6D6D6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929292" w:themeColor="accent4" w:themeTint="BF"/>
        <w:left w:val="single" w:sz="8" w:space="0" w:color="#929292" w:themeColor="accent4" w:themeTint="BF"/>
        <w:bottom w:val="single" w:sz="8" w:space="0" w:color="#929292" w:themeColor="accent4" w:themeTint="BF"/>
        <w:right w:val="single" w:sz="8" w:space="0" w:color="#929292" w:themeColor="accent4" w:themeTint="BF"/>
        <w:insideH w:val="single" w:sz="8" w:space="0" w:color="#929292" w:themeColor="accent4" w:themeTint="BF"/>
        <w:insideV w:val="single" w:sz="8" w:space="0" w:color="#929292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DB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#92929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6B6" w:themeFill="accent4" w:themeFillTint="7F"/>
      </w:tcPr>
    </w:tblStylePr>
    <w:tblStylePr w:type="band1Horz">
      <w:tblPr/>
      <w:tcPr>
        <w:shd w:val="clear" w:color="auto" w:fill="B6B6B6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B2B2B2" w:themeColor="accent5" w:themeTint="BF"/>
        <w:left w:val="single" w:sz="8" w:space="0" w:color="#B2B2B2" w:themeColor="accent5" w:themeTint="BF"/>
        <w:bottom w:val="single" w:sz="8" w:space="0" w:color="#B2B2B2" w:themeColor="accent5" w:themeTint="BF"/>
        <w:right w:val="single" w:sz="8" w:space="0" w:color="#B2B2B2" w:themeColor="accent5" w:themeTint="BF"/>
        <w:insideH w:val="single" w:sz="8" w:space="0" w:color="#B2B2B2" w:themeColor="accent5" w:themeTint="BF"/>
        <w:insideV w:val="single" w:sz="8" w:space="0" w:color="#B2B2B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#B2B2B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7F"/>
      </w:tcPr>
    </w:tblStylePr>
    <w:tblStylePr w:type="band1Horz">
      <w:tblPr/>
      <w:tcPr>
        <w:shd w:val="clear" w:color="auto" w:fill="CCCCCC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BBBBBB" w:themeColor="accent6" w:themeTint="BF"/>
        <w:left w:val="single" w:sz="8" w:space="0" w:color="#BBBBBB" w:themeColor="accent6" w:themeTint="BF"/>
        <w:bottom w:val="single" w:sz="8" w:space="0" w:color="#BBBBBB" w:themeColor="accent6" w:themeTint="BF"/>
        <w:right w:val="single" w:sz="8" w:space="0" w:color="#BBBBBB" w:themeColor="accent6" w:themeTint="BF"/>
        <w:insideH w:val="single" w:sz="8" w:space="0" w:color="#BBBBBB" w:themeColor="accent6" w:themeTint="BF"/>
        <w:insideV w:val="single" w:sz="8" w:space="0" w:color="#BBBBBB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#BBBBB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6" w:themeFillTint="7F"/>
      </w:tcPr>
    </w:tblStylePr>
    <w:tblStylePr w:type="band1Horz">
      <w:tblPr/>
      <w:tcPr>
        <w:shd w:val="clear" w:color="auto" w:fill="D2D2D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000000" w:themeColor="text1"/>
        <w:left w:val="single" w:sz="8" w:space="0" w:color="#000000" w:themeColor="text1"/>
        <w:bottom w:val="single" w:sz="8" w:space="0" w:color="#000000" w:themeColor="text1"/>
        <w:right w:val="single" w:sz="8" w:space="0" w:color="#000000" w:themeColor="text1"/>
        <w:insideH w:val="single" w:sz="8" w:space="0" w:color="#000000" w:themeColor="text1"/>
        <w:insideV w:val="single" w:sz="8" w:space="0" w:color="#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#000000" w:themeColor="text1"/>
          <w:insideV w:val="single" w:sz="6" w:space="0" w:color="#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7B7B7B" w:themeColor="accent1"/>
        <w:left w:val="single" w:sz="8" w:space="0" w:color="#7B7B7B" w:themeColor="accent1"/>
        <w:bottom w:val="single" w:sz="8" w:space="0" w:color="#7B7B7B" w:themeColor="accent1"/>
        <w:right w:val="single" w:sz="8" w:space="0" w:color="#7B7B7B" w:themeColor="accent1"/>
        <w:insideH w:val="single" w:sz="8" w:space="0" w:color="#7B7B7B" w:themeColor="accent1"/>
        <w:insideV w:val="single" w:sz="8" w:space="0" w:color="#7B7B7B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DED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1F1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4E4" w:themeFill="accent1" w:themeFillTint="33"/>
      </w:tcPr>
    </w:tblStylePr>
    <w:tblStylePr w:type="band1Vert">
      <w:tblPr/>
      <w:tcPr>
        <w:shd w:val="clear" w:color="auto" w:fill="BCBCBC" w:themeFill="accent1" w:themeFillTint="7F"/>
      </w:tcPr>
    </w:tblStylePr>
    <w:tblStylePr w:type="band1Horz">
      <w:tblPr/>
      <w:tcPr>
        <w:tcBorders>
          <w:insideH w:val="single" w:sz="6" w:space="0" w:color="#7B7B7B" w:themeColor="accent1"/>
          <w:insideV w:val="single" w:sz="6" w:space="0" w:color="#7B7B7B" w:themeColor="accent1"/>
        </w:tcBorders>
        <w:shd w:val="clear" w:color="auto" w:fill="BCBCB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686868" w:themeColor="accent2"/>
        <w:left w:val="single" w:sz="8" w:space="0" w:color="#686868" w:themeColor="accent2"/>
        <w:bottom w:val="single" w:sz="8" w:space="0" w:color="#686868" w:themeColor="accent2"/>
        <w:right w:val="single" w:sz="8" w:space="0" w:color="#686868" w:themeColor="accent2"/>
        <w:insideH w:val="single" w:sz="8" w:space="0" w:color="#686868" w:themeColor="accent2"/>
        <w:insideV w:val="single" w:sz="8" w:space="0" w:color="#686868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2" w:themeFillTint="33"/>
      </w:tcPr>
    </w:tblStylePr>
    <w:tblStylePr w:type="band1Vert">
      <w:tblPr/>
      <w:tcPr>
        <w:shd w:val="clear" w:color="auto" w:fill="B3B3B3" w:themeFill="accent2" w:themeFillTint="7F"/>
      </w:tcPr>
    </w:tblStylePr>
    <w:tblStylePr w:type="band1Horz">
      <w:tblPr/>
      <w:tcPr>
        <w:tcBorders>
          <w:insideH w:val="single" w:sz="6" w:space="0" w:color="#686868" w:themeColor="accent2"/>
          <w:insideV w:val="single" w:sz="6" w:space="0" w:color="#686868" w:themeColor="accent2"/>
        </w:tcBorders>
        <w:shd w:val="clear" w:color="auto" w:fill="B3B3B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ADADAD" w:themeColor="accent3"/>
        <w:left w:val="single" w:sz="8" w:space="0" w:color="#ADADAD" w:themeColor="accent3"/>
        <w:bottom w:val="single" w:sz="8" w:space="0" w:color="#ADADAD" w:themeColor="accent3"/>
        <w:right w:val="single" w:sz="8" w:space="0" w:color="#ADADAD" w:themeColor="accent3"/>
        <w:insideH w:val="single" w:sz="8" w:space="0" w:color="#ADADAD" w:themeColor="accent3"/>
        <w:insideV w:val="single" w:sz="8" w:space="0" w:color="#ADADAD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EEE" w:themeFill="accent3" w:themeFillTint="33"/>
      </w:tcPr>
    </w:tblStylePr>
    <w:tblStylePr w:type="band1Vert">
      <w:tblPr/>
      <w:tcPr>
        <w:shd w:val="clear" w:color="auto" w:fill="D6D6D6" w:themeFill="accent3" w:themeFillTint="7F"/>
      </w:tcPr>
    </w:tblStylePr>
    <w:tblStylePr w:type="band1Horz">
      <w:tblPr/>
      <w:tcPr>
        <w:tcBorders>
          <w:insideH w:val="single" w:sz="6" w:space="0" w:color="#ADADAD" w:themeColor="accent3"/>
          <w:insideV w:val="single" w:sz="6" w:space="0" w:color="#ADADAD" w:themeColor="accent3"/>
        </w:tcBorders>
        <w:shd w:val="clear" w:color="auto" w:fill="D6D6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6E6E6E" w:themeColor="accent4"/>
        <w:left w:val="single" w:sz="8" w:space="0" w:color="#6E6E6E" w:themeColor="accent4"/>
        <w:bottom w:val="single" w:sz="8" w:space="0" w:color="#6E6E6E" w:themeColor="accent4"/>
        <w:right w:val="single" w:sz="8" w:space="0" w:color="#6E6E6E" w:themeColor="accent4"/>
        <w:insideH w:val="single" w:sz="8" w:space="0" w:color="#6E6E6E" w:themeColor="accent4"/>
        <w:insideV w:val="single" w:sz="8" w:space="0" w:color="#6E6E6E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DB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accent4" w:themeFillTint="33"/>
      </w:tcPr>
    </w:tblStylePr>
    <w:tblStylePr w:type="band1Vert">
      <w:tblPr/>
      <w:tcPr>
        <w:shd w:val="clear" w:color="auto" w:fill="B6B6B6" w:themeFill="accent4" w:themeFillTint="7F"/>
      </w:tcPr>
    </w:tblStylePr>
    <w:tblStylePr w:type="band1Horz">
      <w:tblPr/>
      <w:tcPr>
        <w:tcBorders>
          <w:insideH w:val="single" w:sz="6" w:space="0" w:color="#6E6E6E" w:themeColor="accent4"/>
          <w:insideV w:val="single" w:sz="6" w:space="0" w:color="#6E6E6E" w:themeColor="accent4"/>
        </w:tcBorders>
        <w:shd w:val="clear" w:color="auto" w:fill="B6B6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999999" w:themeColor="accent5"/>
        <w:left w:val="single" w:sz="8" w:space="0" w:color="#999999" w:themeColor="accent5"/>
        <w:bottom w:val="single" w:sz="8" w:space="0" w:color="#999999" w:themeColor="accent5"/>
        <w:right w:val="single" w:sz="8" w:space="0" w:color="#999999" w:themeColor="accent5"/>
        <w:insideH w:val="single" w:sz="8" w:space="0" w:color="#999999" w:themeColor="accent5"/>
        <w:insideV w:val="single" w:sz="8" w:space="0" w:color="#999999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5" w:themeFillTint="33"/>
      </w:tcPr>
    </w:tblStylePr>
    <w:tblStylePr w:type="band1Vert">
      <w:tblPr/>
      <w:tcPr>
        <w:shd w:val="clear" w:color="auto" w:fill="CCCCCC" w:themeFill="accent5" w:themeFillTint="7F"/>
      </w:tcPr>
    </w:tblStylePr>
    <w:tblStylePr w:type="band1Horz">
      <w:tblPr/>
      <w:tcPr>
        <w:tcBorders>
          <w:insideH w:val="single" w:sz="6" w:space="0" w:color="#999999" w:themeColor="accent5"/>
          <w:insideV w:val="single" w:sz="6" w:space="0" w:color="#999999" w:themeColor="accent5"/>
        </w:tcBorders>
        <w:shd w:val="clear" w:color="auto" w:fill="CCCC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A5A5A5" w:themeColor="accent6"/>
        <w:left w:val="single" w:sz="8" w:space="0" w:color="#A5A5A5" w:themeColor="accent6"/>
        <w:bottom w:val="single" w:sz="8" w:space="0" w:color="#A5A5A5" w:themeColor="accent6"/>
        <w:right w:val="single" w:sz="8" w:space="0" w:color="#A5A5A5" w:themeColor="accent6"/>
        <w:insideH w:val="single" w:sz="8" w:space="0" w:color="#A5A5A5" w:themeColor="accent6"/>
        <w:insideV w:val="single" w:sz="8" w:space="0" w:color="#A5A5A5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C" w:themeFill="accent6" w:themeFillTint="33"/>
      </w:tcPr>
    </w:tblStylePr>
    <w:tblStylePr w:type="band1Vert">
      <w:tblPr/>
      <w:tcPr>
        <w:shd w:val="clear" w:color="auto" w:fill="D2D2D2" w:themeFill="accent6" w:themeFillTint="7F"/>
      </w:tcPr>
    </w:tblStylePr>
    <w:tblStylePr w:type="band1Horz">
      <w:tblPr/>
      <w:tcPr>
        <w:tcBorders>
          <w:insideH w:val="single" w:sz="6" w:space="0" w:color="#A5A5A5" w:themeColor="accent6"/>
          <w:insideV w:val="single" w:sz="6" w:space="0" w:color="#A5A5A5" w:themeColor="accent6"/>
        </w:tcBorders>
        <w:shd w:val="clear" w:color="auto" w:fill="D2D2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FFFFFF" w:themeColor="background1"/>
        <w:left w:val="single" w:sz="8" w:space="0" w:color="#FFFFFF" w:themeColor="background1"/>
        <w:bottom w:val="single" w:sz="8" w:space="0" w:color="#FFFFFF" w:themeColor="background1"/>
        <w:right w:val="single" w:sz="8" w:space="0" w:color="#FFFFFF" w:themeColor="background1"/>
        <w:insideH w:val="single" w:sz="6" w:space="0" w:color="#FFFFFF" w:themeColor="background1"/>
        <w:insideV w:val="single" w:sz="6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24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#FFFFFF" w:themeColor="background1"/>
          <w:right w:val="single" w:sz="24" w:space="0" w:color="#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#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single" w:sz="8" w:space="0" w:color="#FFFFFF" w:themeColor="background1"/>
          <w:insideV w:val="single" w:sz="8" w:space="0" w:color="#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FFFFFF" w:themeColor="background1"/>
        <w:left w:val="single" w:sz="8" w:space="0" w:color="#FFFFFF" w:themeColor="background1"/>
        <w:bottom w:val="single" w:sz="8" w:space="0" w:color="#FFFFFF" w:themeColor="background1"/>
        <w:right w:val="single" w:sz="8" w:space="0" w:color="#FFFFFF" w:themeColor="background1"/>
        <w:insideH w:val="single" w:sz="6" w:space="0" w:color="#FFFFFF" w:themeColor="background1"/>
        <w:insideV w:val="single" w:sz="6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DED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24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7B7B7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7B7B7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#FFFFFF" w:themeColor="background1"/>
          <w:right w:val="single" w:sz="24" w:space="0" w:color="#FFFFFF" w:themeColor="background1"/>
          <w:insideH w:val="nil"/>
          <w:insideV w:val="nil"/>
        </w:tcBorders>
        <w:shd w:val="clear" w:color="auto" w:fill="7B7B7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#FFFFFF" w:themeColor="background1"/>
          <w:bottom w:val="nil"/>
          <w:right w:val="nil"/>
          <w:insideH w:val="nil"/>
          <w:insideV w:val="nil"/>
        </w:tcBorders>
        <w:shd w:val="clear" w:color="auto" w:fill="7B7B7B" w:themeFill="accent1"/>
      </w:tcPr>
    </w:tblStylePr>
    <w:tblStylePr w:type="band1Vert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nil"/>
        </w:tcBorders>
        <w:shd w:val="clear" w:color="auto" w:fill="BCBCBC" w:themeFill="accent1" w:themeFillTint="7F"/>
      </w:tcPr>
    </w:tblStylePr>
    <w:tblStylePr w:type="band1Horz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single" w:sz="8" w:space="0" w:color="#FFFFFF" w:themeColor="background1"/>
          <w:insideV w:val="single" w:sz="8" w:space="0" w:color="#FFFFFF" w:themeColor="background1"/>
        </w:tcBorders>
        <w:shd w:val="clear" w:color="auto" w:fill="BCBCBC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FFFFFF" w:themeColor="background1"/>
        <w:left w:val="single" w:sz="8" w:space="0" w:color="#FFFFFF" w:themeColor="background1"/>
        <w:bottom w:val="single" w:sz="8" w:space="0" w:color="#FFFFFF" w:themeColor="background1"/>
        <w:right w:val="single" w:sz="8" w:space="0" w:color="#FFFFFF" w:themeColor="background1"/>
        <w:insideH w:val="single" w:sz="6" w:space="0" w:color="#FFFFFF" w:themeColor="background1"/>
        <w:insideV w:val="single" w:sz="6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24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68686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68686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#FFFFFF" w:themeColor="background1"/>
          <w:right w:val="single" w:sz="24" w:space="0" w:color="#FFFFFF" w:themeColor="background1"/>
          <w:insideH w:val="nil"/>
          <w:insideV w:val="nil"/>
        </w:tcBorders>
        <w:shd w:val="clear" w:color="auto" w:fill="68686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#FFFFFF" w:themeColor="background1"/>
          <w:bottom w:val="nil"/>
          <w:right w:val="nil"/>
          <w:insideH w:val="nil"/>
          <w:insideV w:val="nil"/>
        </w:tcBorders>
        <w:shd w:val="clear" w:color="auto" w:fill="686868" w:themeFill="accent2"/>
      </w:tcPr>
    </w:tblStylePr>
    <w:tblStylePr w:type="band1Vert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nil"/>
        </w:tcBorders>
        <w:shd w:val="clear" w:color="auto" w:fill="B3B3B3" w:themeFill="accent2" w:themeFillTint="7F"/>
      </w:tcPr>
    </w:tblStylePr>
    <w:tblStylePr w:type="band1Horz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single" w:sz="8" w:space="0" w:color="#FFFFFF" w:themeColor="background1"/>
          <w:insideV w:val="single" w:sz="8" w:space="0" w:color="#FFFFFF" w:themeColor="background1"/>
        </w:tcBorders>
        <w:shd w:val="clear" w:color="auto" w:fill="B3B3B3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FFFFFF" w:themeColor="background1"/>
        <w:left w:val="single" w:sz="8" w:space="0" w:color="#FFFFFF" w:themeColor="background1"/>
        <w:bottom w:val="single" w:sz="8" w:space="0" w:color="#FFFFFF" w:themeColor="background1"/>
        <w:right w:val="single" w:sz="8" w:space="0" w:color="#FFFFFF" w:themeColor="background1"/>
        <w:insideH w:val="single" w:sz="6" w:space="0" w:color="#FFFFFF" w:themeColor="background1"/>
        <w:insideV w:val="single" w:sz="6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24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ADAD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ADAD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#FFFFFF" w:themeColor="background1"/>
          <w:right w:val="single" w:sz="24" w:space="0" w:color="#FFFFFF" w:themeColor="background1"/>
          <w:insideH w:val="nil"/>
          <w:insideV w:val="nil"/>
        </w:tcBorders>
        <w:shd w:val="clear" w:color="auto" w:fill="ADAD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#FFFFFF" w:themeColor="background1"/>
          <w:bottom w:val="nil"/>
          <w:right w:val="nil"/>
          <w:insideH w:val="nil"/>
          <w:insideV w:val="nil"/>
        </w:tcBorders>
        <w:shd w:val="clear" w:color="auto" w:fill="ADADAD" w:themeFill="accent3"/>
      </w:tcPr>
    </w:tblStylePr>
    <w:tblStylePr w:type="band1Vert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nil"/>
        </w:tcBorders>
        <w:shd w:val="clear" w:color="auto" w:fill="D6D6D6" w:themeFill="accent3" w:themeFillTint="7F"/>
      </w:tcPr>
    </w:tblStylePr>
    <w:tblStylePr w:type="band1Horz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single" w:sz="8" w:space="0" w:color="#FFFFFF" w:themeColor="background1"/>
          <w:insideV w:val="single" w:sz="8" w:space="0" w:color="#FFFFFF" w:themeColor="background1"/>
        </w:tcBorders>
        <w:shd w:val="clear" w:color="auto" w:fill="D6D6D6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FFFFFF" w:themeColor="background1"/>
        <w:left w:val="single" w:sz="8" w:space="0" w:color="#FFFFFF" w:themeColor="background1"/>
        <w:bottom w:val="single" w:sz="8" w:space="0" w:color="#FFFFFF" w:themeColor="background1"/>
        <w:right w:val="single" w:sz="8" w:space="0" w:color="#FFFFFF" w:themeColor="background1"/>
        <w:insideH w:val="single" w:sz="6" w:space="0" w:color="#FFFFFF" w:themeColor="background1"/>
        <w:insideV w:val="single" w:sz="6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DB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24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6E6E6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6E6E6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#FFFFFF" w:themeColor="background1"/>
          <w:right w:val="single" w:sz="24" w:space="0" w:color="#FFFFFF" w:themeColor="background1"/>
          <w:insideH w:val="nil"/>
          <w:insideV w:val="nil"/>
        </w:tcBorders>
        <w:shd w:val="clear" w:color="auto" w:fill="6E6E6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#FFFFFF" w:themeColor="background1"/>
          <w:bottom w:val="nil"/>
          <w:right w:val="nil"/>
          <w:insideH w:val="nil"/>
          <w:insideV w:val="nil"/>
        </w:tcBorders>
        <w:shd w:val="clear" w:color="auto" w:fill="6E6E6E" w:themeFill="accent4"/>
      </w:tcPr>
    </w:tblStylePr>
    <w:tblStylePr w:type="band1Vert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nil"/>
        </w:tcBorders>
        <w:shd w:val="clear" w:color="auto" w:fill="B6B6B6" w:themeFill="accent4" w:themeFillTint="7F"/>
      </w:tcPr>
    </w:tblStylePr>
    <w:tblStylePr w:type="band1Horz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single" w:sz="8" w:space="0" w:color="#FFFFFF" w:themeColor="background1"/>
          <w:insideV w:val="single" w:sz="8" w:space="0" w:color="#FFFFFF" w:themeColor="background1"/>
        </w:tcBorders>
        <w:shd w:val="clear" w:color="auto" w:fill="B6B6B6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FFFFFF" w:themeColor="background1"/>
        <w:left w:val="single" w:sz="8" w:space="0" w:color="#FFFFFF" w:themeColor="background1"/>
        <w:bottom w:val="single" w:sz="8" w:space="0" w:color="#FFFFFF" w:themeColor="background1"/>
        <w:right w:val="single" w:sz="8" w:space="0" w:color="#FFFFFF" w:themeColor="background1"/>
        <w:insideH w:val="single" w:sz="6" w:space="0" w:color="#FFFFFF" w:themeColor="background1"/>
        <w:insideV w:val="single" w:sz="6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24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99999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99999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#FFFFFF" w:themeColor="background1"/>
          <w:right w:val="single" w:sz="24" w:space="0" w:color="#FFFFFF" w:themeColor="background1"/>
          <w:insideH w:val="nil"/>
          <w:insideV w:val="nil"/>
        </w:tcBorders>
        <w:shd w:val="clear" w:color="auto" w:fill="99999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#FFFFFF" w:themeColor="background1"/>
          <w:bottom w:val="nil"/>
          <w:right w:val="nil"/>
          <w:insideH w:val="nil"/>
          <w:insideV w:val="nil"/>
        </w:tcBorders>
        <w:shd w:val="clear" w:color="auto" w:fill="999999" w:themeFill="accent5"/>
      </w:tcPr>
    </w:tblStylePr>
    <w:tblStylePr w:type="band1Vert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nil"/>
        </w:tcBorders>
        <w:shd w:val="clear" w:color="auto" w:fill="CCCCCC" w:themeFill="accent5" w:themeFillTint="7F"/>
      </w:tcPr>
    </w:tblStylePr>
    <w:tblStylePr w:type="band1Horz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single" w:sz="8" w:space="0" w:color="#FFFFFF" w:themeColor="background1"/>
          <w:insideV w:val="single" w:sz="8" w:space="0" w:color="#FFFFFF" w:themeColor="background1"/>
        </w:tcBorders>
        <w:shd w:val="clear" w:color="auto" w:fill="CCCCCC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FFFFFF" w:themeColor="background1"/>
        <w:left w:val="single" w:sz="8" w:space="0" w:color="#FFFFFF" w:themeColor="background1"/>
        <w:bottom w:val="single" w:sz="8" w:space="0" w:color="#FFFFFF" w:themeColor="background1"/>
        <w:right w:val="single" w:sz="8" w:space="0" w:color="#FFFFFF" w:themeColor="background1"/>
        <w:insideH w:val="single" w:sz="6" w:space="0" w:color="#FFFFFF" w:themeColor="background1"/>
        <w:insideV w:val="single" w:sz="6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24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A5A5A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A5A5A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#FFFFFF" w:themeColor="background1"/>
          <w:right w:val="single" w:sz="24" w:space="0" w:color="#FFFFFF" w:themeColor="background1"/>
          <w:insideH w:val="nil"/>
          <w:insideV w:val="nil"/>
        </w:tcBorders>
        <w:shd w:val="clear" w:color="auto" w:fill="A5A5A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#FFFFFF" w:themeColor="background1"/>
          <w:bottom w:val="nil"/>
          <w:right w:val="nil"/>
          <w:insideH w:val="nil"/>
          <w:insideV w:val="nil"/>
        </w:tcBorders>
        <w:shd w:val="clear" w:color="auto" w:fill="A5A5A5" w:themeFill="accent6"/>
      </w:tcPr>
    </w:tblStylePr>
    <w:tblStylePr w:type="band1Vert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nil"/>
        </w:tcBorders>
        <w:shd w:val="clear" w:color="auto" w:fill="D2D2D2" w:themeFill="accent6" w:themeFillTint="7F"/>
      </w:tcPr>
    </w:tblStylePr>
    <w:tblStylePr w:type="band1Horz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single" w:sz="8" w:space="0" w:color="#FFFFFF" w:themeColor="background1"/>
          <w:insideV w:val="single" w:sz="8" w:space="0" w:color="#FFFFFF" w:themeColor="background1"/>
        </w:tcBorders>
        <w:shd w:val="clear" w:color="auto" w:fill="D2D2D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#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#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#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#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B7B7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#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#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C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#FFFFFF" w:themeColor="background1"/>
          <w:insideH w:val="nil"/>
          <w:insideV w:val="nil"/>
        </w:tcBorders>
        <w:shd w:val="clear" w:color="auto" w:fill="5A5A5A" w:themeFill="accent1" w:themeFillShade="BF"/>
      </w:tcPr>
    </w:tblStylePr>
    <w:tblStylePr w:type="lastCol">
      <w:tblPr/>
      <w:tcPr>
        <w:tcBorders>
          <w:top w:val="nil"/>
          <w:left w:val="single" w:sz="18" w:space="0" w:color="#FFFFFF" w:themeColor="background1"/>
          <w:bottom w:val="nil"/>
          <w:right w:val="nil"/>
          <w:insideH w:val="nil"/>
          <w:insideV w:val="nil"/>
        </w:tcBorders>
        <w:shd w:val="clear" w:color="auto" w:fill="5A5A5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8686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#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#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#FFFFFF" w:themeColor="background1"/>
          <w:insideH w:val="nil"/>
          <w:insideV w:val="nil"/>
        </w:tcBorders>
        <w:shd w:val="clear" w:color="auto" w:fill="4A4A4A" w:themeFill="accent2" w:themeFillShade="BF"/>
      </w:tcPr>
    </w:tblStylePr>
    <w:tblStylePr w:type="lastCol">
      <w:tblPr/>
      <w:tcPr>
        <w:tcBorders>
          <w:top w:val="nil"/>
          <w:left w:val="single" w:sz="18" w:space="0" w:color="#FFFFFF" w:themeColor="background1"/>
          <w:bottom w:val="nil"/>
          <w:right w:val="nil"/>
          <w:insideH w:val="nil"/>
          <w:insideV w:val="nil"/>
        </w:tcBorders>
        <w:shd w:val="clear" w:color="auto" w:fill="4A4A4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DAD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#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#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95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#FFFFFF" w:themeColor="background1"/>
          <w:insideH w:val="nil"/>
          <w:insideV w:val="nil"/>
        </w:tcBorders>
        <w:shd w:val="clear" w:color="auto" w:fill="868686" w:themeFill="accent3" w:themeFillShade="BF"/>
      </w:tcPr>
    </w:tblStylePr>
    <w:tblStylePr w:type="lastCol">
      <w:tblPr/>
      <w:tcPr>
        <w:tcBorders>
          <w:top w:val="nil"/>
          <w:left w:val="single" w:sz="18" w:space="0" w:color="#FFFFFF" w:themeColor="background1"/>
          <w:bottom w:val="nil"/>
          <w:right w:val="nil"/>
          <w:insideH w:val="nil"/>
          <w:insideV w:val="nil"/>
        </w:tcBorders>
        <w:shd w:val="clear" w:color="auto" w:fill="86868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68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686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E6E6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#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#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6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#FFFFFF" w:themeColor="background1"/>
          <w:insideH w:val="nil"/>
          <w:insideV w:val="nil"/>
        </w:tcBorders>
        <w:shd w:val="clear" w:color="auto" w:fill="515151" w:themeFill="accent4" w:themeFillShade="BF"/>
      </w:tcPr>
    </w:tblStylePr>
    <w:tblStylePr w:type="lastCol">
      <w:tblPr/>
      <w:tcPr>
        <w:tcBorders>
          <w:top w:val="nil"/>
          <w:left w:val="single" w:sz="18" w:space="0" w:color="#FFFFFF" w:themeColor="background1"/>
          <w:bottom w:val="nil"/>
          <w:right w:val="nil"/>
          <w:insideH w:val="nil"/>
          <w:insideV w:val="nil"/>
        </w:tcBorders>
        <w:shd w:val="clear" w:color="auto" w:fill="51515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15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151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9999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#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#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D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#FFFFFF" w:themeColor="background1"/>
          <w:insideH w:val="nil"/>
          <w:insideV w:val="nil"/>
        </w:tcBorders>
        <w:shd w:val="clear" w:color="auto" w:fill="747474" w:themeFill="accent5" w:themeFillShade="BF"/>
      </w:tcPr>
    </w:tblStylePr>
    <w:tblStylePr w:type="lastCol">
      <w:tblPr/>
      <w:tcPr>
        <w:tcBorders>
          <w:top w:val="nil"/>
          <w:left w:val="single" w:sz="18" w:space="0" w:color="#FFFFFF" w:themeColor="background1"/>
          <w:bottom w:val="nil"/>
          <w:right w:val="nil"/>
          <w:insideH w:val="nil"/>
          <w:insideV w:val="nil"/>
        </w:tcBorders>
        <w:shd w:val="clear" w:color="auto" w:fill="74747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747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7474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#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#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535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#FFFFFF" w:themeColor="background1"/>
          <w:insideH w:val="nil"/>
          <w:insideV w:val="nil"/>
        </w:tcBorders>
        <w:shd w:val="clear" w:color="auto" w:fill="7E7E7E" w:themeFill="accent6" w:themeFillShade="BF"/>
      </w:tcPr>
    </w:tblStylePr>
    <w:tblStylePr w:type="lastCol">
      <w:tblPr/>
      <w:tcPr>
        <w:tcBorders>
          <w:top w:val="nil"/>
          <w:left w:val="single" w:sz="18" w:space="0" w:color="#FFFFFF" w:themeColor="background1"/>
          <w:bottom w:val="nil"/>
          <w:right w:val="nil"/>
          <w:insideH w:val="nil"/>
          <w:insideV w:val="nil"/>
        </w:tcBorders>
        <w:shd w:val="clear" w:color="auto" w:fill="7E7E7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E7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E7E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#686868" w:themeColor="accent2"/>
        <w:left w:val="single" w:sz="4" w:space="0" w:color="#000000" w:themeColor="text1"/>
        <w:bottom w:val="single" w:sz="4" w:space="0" w:color="#000000" w:themeColor="text1"/>
        <w:right w:val="single" w:sz="4" w:space="0" w:color="#000000" w:themeColor="text1"/>
        <w:insideH w:val="single" w:sz="4" w:space="0" w:color="#FFFFFF" w:themeColor="background1"/>
        <w:insideV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#6868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#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#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#686868" w:themeColor="accent2"/>
        <w:left w:val="single" w:sz="4" w:space="0" w:color="#7B7B7B" w:themeColor="accent1"/>
        <w:bottom w:val="single" w:sz="4" w:space="0" w:color="#7B7B7B" w:themeColor="accent1"/>
        <w:right w:val="single" w:sz="4" w:space="0" w:color="#7B7B7B" w:themeColor="accent1"/>
        <w:insideH w:val="single" w:sz="4" w:space="0" w:color="#FFFFFF" w:themeColor="background1"/>
        <w:insideV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1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#6868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#FFFFFF" w:themeColor="background1"/>
        </w:tcBorders>
        <w:shd w:val="clear" w:color="auto" w:fill="4848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#484848" w:themeColor="accent1" w:themeShade="99"/>
          <w:insideV w:val="nil"/>
        </w:tcBorders>
        <w:shd w:val="clear" w:color="auto" w:fill="4848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4848" w:themeFill="accent1" w:themeFillShade="99"/>
      </w:tcPr>
    </w:tblStylePr>
    <w:tblStylePr w:type="band1Vert">
      <w:tblPr/>
      <w:tcPr>
        <w:shd w:val="clear" w:color="auto" w:fill="C9C9C9" w:themeFill="accent1" w:themeFillTint="66"/>
      </w:tcPr>
    </w:tblStylePr>
    <w:tblStylePr w:type="band1Horz">
      <w:tblPr/>
      <w:tcPr>
        <w:shd w:val="clear" w:color="auto" w:fill="BCBCB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#686868" w:themeColor="accent2"/>
        <w:left w:val="single" w:sz="4" w:space="0" w:color="#686868" w:themeColor="accent2"/>
        <w:bottom w:val="single" w:sz="4" w:space="0" w:color="#686868" w:themeColor="accent2"/>
        <w:right w:val="single" w:sz="4" w:space="0" w:color="#686868" w:themeColor="accent2"/>
        <w:insideH w:val="single" w:sz="4" w:space="0" w:color="#FFFFFF" w:themeColor="background1"/>
        <w:insideV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#6868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#FFFFFF" w:themeColor="background1"/>
        </w:tcBorders>
        <w:shd w:val="clear" w:color="auto" w:fill="3C3C3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#3C3C3C" w:themeColor="accent2" w:themeShade="99"/>
          <w:insideV w:val="nil"/>
        </w:tcBorders>
        <w:shd w:val="clear" w:color="auto" w:fill="3C3C3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3C3C" w:themeFill="accent2" w:themeFillShade="99"/>
      </w:tcPr>
    </w:tblStylePr>
    <w:tblStylePr w:type="band1Vert">
      <w:tblPr/>
      <w:tcPr>
        <w:shd w:val="clear" w:color="auto" w:fill="C1C1C1" w:themeFill="accent2" w:themeFillTint="66"/>
      </w:tcPr>
    </w:tblStylePr>
    <w:tblStylePr w:type="band1Horz">
      <w:tblPr/>
      <w:tcPr>
        <w:shd w:val="clear" w:color="auto" w:fill="B3B3B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#6E6E6E" w:themeColor="accent4"/>
        <w:left w:val="single" w:sz="4" w:space="0" w:color="#ADADAD" w:themeColor="accent3"/>
        <w:bottom w:val="single" w:sz="4" w:space="0" w:color="#ADADAD" w:themeColor="accent3"/>
        <w:right w:val="single" w:sz="4" w:space="0" w:color="#ADADAD" w:themeColor="accent3"/>
        <w:insideH w:val="single" w:sz="4" w:space="0" w:color="#FFFFFF" w:themeColor="background1"/>
        <w:insideV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#6E6E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#FFFFFF" w:themeColor="background1"/>
        </w:tcBorders>
        <w:shd w:val="clear" w:color="auto" w:fill="6B6B6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#6B6B6B" w:themeColor="accent3" w:themeShade="99"/>
          <w:insideV w:val="nil"/>
        </w:tcBorders>
        <w:shd w:val="clear" w:color="auto" w:fill="6B6B6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99"/>
      </w:tcPr>
    </w:tblStylePr>
    <w:tblStylePr w:type="band1Vert">
      <w:tblPr/>
      <w:tcPr>
        <w:shd w:val="clear" w:color="auto" w:fill="DDDDDD" w:themeFill="accent3" w:themeFillTint="66"/>
      </w:tcPr>
    </w:tblStylePr>
    <w:tblStylePr w:type="band1Horz">
      <w:tblPr/>
      <w:tcPr>
        <w:shd w:val="clear" w:color="auto" w:fill="D6D6D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#ADADAD" w:themeColor="accent3"/>
        <w:left w:val="single" w:sz="4" w:space="0" w:color="#6E6E6E" w:themeColor="accent4"/>
        <w:bottom w:val="single" w:sz="4" w:space="0" w:color="#6E6E6E" w:themeColor="accent4"/>
        <w:right w:val="single" w:sz="4" w:space="0" w:color="#6E6E6E" w:themeColor="accent4"/>
        <w:insideH w:val="single" w:sz="4" w:space="0" w:color="#FFFFFF" w:themeColor="background1"/>
        <w:insideV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#ADAD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#FFFFFF" w:themeColor="background1"/>
        </w:tcBorders>
        <w:shd w:val="clear" w:color="auto" w:fill="41414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#414141" w:themeColor="accent4" w:themeShade="99"/>
          <w:insideV w:val="nil"/>
        </w:tcBorders>
        <w:shd w:val="clear" w:color="auto" w:fill="41414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99"/>
      </w:tcPr>
    </w:tblStylePr>
    <w:tblStylePr w:type="band1Vert">
      <w:tblPr/>
      <w:tcPr>
        <w:shd w:val="clear" w:color="auto" w:fill="C4C4C4" w:themeFill="accent4" w:themeFillTint="66"/>
      </w:tcPr>
    </w:tblStylePr>
    <w:tblStylePr w:type="band1Horz">
      <w:tblPr/>
      <w:tcPr>
        <w:shd w:val="clear" w:color="auto" w:fill="B6B6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#A5A5A5" w:themeColor="accent6"/>
        <w:left w:val="single" w:sz="4" w:space="0" w:color="#999999" w:themeColor="accent5"/>
        <w:bottom w:val="single" w:sz="4" w:space="0" w:color="#999999" w:themeColor="accent5"/>
        <w:right w:val="single" w:sz="4" w:space="0" w:color="#999999" w:themeColor="accent5"/>
        <w:insideH w:val="single" w:sz="4" w:space="0" w:color="#FFFFFF" w:themeColor="background1"/>
        <w:insideV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#A5A5A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#FFFFFF" w:themeColor="background1"/>
        </w:tcBorders>
        <w:shd w:val="clear" w:color="auto" w:fill="5D5D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#5D5D5D" w:themeColor="accent5" w:themeShade="99"/>
          <w:insideV w:val="nil"/>
        </w:tcBorders>
        <w:shd w:val="clear" w:color="auto" w:fill="5D5D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D5D" w:themeFill="accent5" w:themeFillShade="99"/>
      </w:tcPr>
    </w:tblStylePr>
    <w:tblStylePr w:type="band1Vert">
      <w:tblPr/>
      <w:tcPr>
        <w:shd w:val="clear" w:color="auto" w:fill="D6D6D6" w:themeFill="accent5" w:themeFillTint="66"/>
      </w:tcPr>
    </w:tblStylePr>
    <w:tblStylePr w:type="band1Horz">
      <w:tblPr/>
      <w:tcPr>
        <w:shd w:val="clear" w:color="auto" w:fill="CCCC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#999999" w:themeColor="accent5"/>
        <w:left w:val="single" w:sz="4" w:space="0" w:color="#A5A5A5" w:themeColor="accent6"/>
        <w:bottom w:val="single" w:sz="4" w:space="0" w:color="#A5A5A5" w:themeColor="accent6"/>
        <w:right w:val="single" w:sz="4" w:space="0" w:color="#A5A5A5" w:themeColor="accent6"/>
        <w:insideH w:val="single" w:sz="4" w:space="0" w:color="#FFFFFF" w:themeColor="background1"/>
        <w:insideV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#9999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#FFFFFF" w:themeColor="background1"/>
        </w:tcBorders>
        <w:shd w:val="clear" w:color="auto" w:fill="65656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#656565" w:themeColor="accent6" w:themeShade="99"/>
          <w:insideV w:val="nil"/>
        </w:tcBorders>
        <w:shd w:val="clear" w:color="auto" w:fill="65656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6" w:themeFillShade="99"/>
      </w:tcPr>
    </w:tblStylePr>
    <w:tblStylePr w:type="band1Vert">
      <w:tblPr/>
      <w:tcPr>
        <w:shd w:val="clear" w:color="auto" w:fill="DADADA" w:themeFill="accent6" w:themeFillTint="66"/>
      </w:tcPr>
    </w:tblStylePr>
    <w:tblStylePr w:type="band1Horz">
      <w:tblPr/>
      <w:tcPr>
        <w:shd w:val="clear" w:color="auto" w:fill="D2D2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#FFFFFF" w:themeColor="background1"/>
        </w:tcBorders>
        <w:shd w:val="clear" w:color="auto" w:fill="4F4F4F" w:themeFill="accent2" w:themeFillShade="CC"/>
      </w:tcPr>
    </w:tblStylePr>
    <w:tblStylePr w:type="lastRow">
      <w:rPr>
        <w:b/>
        <w:bCs/>
        <w:color w:val="000000" w:themeColor="accent2" w:themeShade="CC"/>
      </w:rPr>
      <w:tblPr/>
      <w:tcPr>
        <w:tcBorders>
          <w:top w:val="single" w:sz="12" w:space="0" w:color="#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1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#FFFFFF" w:themeColor="background1"/>
        </w:tcBorders>
        <w:shd w:val="clear" w:color="auto" w:fill="4F4F4F" w:themeFill="accent2" w:themeFillShade="CC"/>
      </w:tcPr>
    </w:tblStylePr>
    <w:tblStylePr w:type="lastRow">
      <w:rPr>
        <w:b/>
        <w:bCs/>
        <w:color w:val="000000" w:themeColor="accent2" w:themeShade="CC"/>
      </w:rPr>
      <w:tblPr/>
      <w:tcPr>
        <w:tcBorders>
          <w:top w:val="single" w:sz="12" w:space="0" w:color="#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DEDE" w:themeFill="accent1" w:themeFillTint="3F"/>
      </w:tcPr>
    </w:tblStylePr>
    <w:tblStylePr w:type="band1Horz">
      <w:tblPr/>
      <w:tcPr>
        <w:shd w:val="clear" w:color="auto" w:fill="E4E4E4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#FFFFFF" w:themeColor="background1"/>
        </w:tcBorders>
        <w:shd w:val="clear" w:color="auto" w:fill="4F4F4F" w:themeFill="accent2" w:themeFillShade="CC"/>
      </w:tcPr>
    </w:tblStylePr>
    <w:tblStylePr w:type="lastRow">
      <w:rPr>
        <w:b/>
        <w:bCs/>
        <w:color w:val="000000" w:themeColor="accent2" w:themeShade="CC"/>
      </w:rPr>
      <w:tblPr/>
      <w:tcPr>
        <w:tcBorders>
          <w:top w:val="single" w:sz="12" w:space="0" w:color="#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  <w:tblStylePr w:type="band1Horz">
      <w:tblPr/>
      <w:tcPr>
        <w:shd w:val="clear" w:color="auto" w:fill="E0E0E0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#FFFFFF" w:themeColor="background1"/>
        </w:tcBorders>
        <w:shd w:val="clear" w:color="auto" w:fill="575757" w:themeFill="accent4" w:themeFillShade="CC"/>
      </w:tcPr>
    </w:tblStylePr>
    <w:tblStylePr w:type="lastRow">
      <w:rPr>
        <w:b/>
        <w:bCs/>
        <w:color w:val="000000" w:themeColor="accent4" w:themeShade="CC"/>
      </w:rPr>
      <w:tblPr/>
      <w:tcPr>
        <w:tcBorders>
          <w:top w:val="single" w:sz="12" w:space="0" w:color="#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F"/>
      </w:tcPr>
    </w:tblStylePr>
    <w:tblStylePr w:type="band1Horz">
      <w:tblPr/>
      <w:tcPr>
        <w:shd w:val="clear" w:color="auto" w:fill="EEEEEE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#FFFFFF" w:themeColor="background1"/>
        </w:tcBorders>
        <w:shd w:val="clear" w:color="auto" w:fill="8F8F8F" w:themeFill="accent3" w:themeFillShade="CC"/>
      </w:tcPr>
    </w:tblStylePr>
    <w:tblStylePr w:type="lastRow">
      <w:rPr>
        <w:b/>
        <w:bCs/>
        <w:color w:val="000000" w:themeColor="accent3" w:themeShade="CC"/>
      </w:rPr>
      <w:tblPr/>
      <w:tcPr>
        <w:tcBorders>
          <w:top w:val="single" w:sz="12" w:space="0" w:color="#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4" w:themeFillTint="3F"/>
      </w:tcPr>
    </w:tblStylePr>
    <w:tblStylePr w:type="band1Horz">
      <w:tblPr/>
      <w:tcPr>
        <w:shd w:val="clear" w:color="auto" w:fill="E1E1E1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#FFFFFF" w:themeColor="background1"/>
        </w:tcBorders>
        <w:shd w:val="clear" w:color="auto" w:fill="868686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#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F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#FFFFFF" w:themeColor="background1"/>
        </w:tcBorders>
        <w:shd w:val="clear" w:color="auto" w:fill="7C7C7C" w:themeFill="accent5" w:themeFillShade="CC"/>
      </w:tcPr>
    </w:tblStylePr>
    <w:tblStylePr w:type="lastRow">
      <w:rPr>
        <w:b/>
        <w:bCs/>
        <w:color w:val="000000" w:themeColor="accent5" w:themeShade="CC"/>
      </w:rPr>
      <w:tblPr/>
      <w:tcPr>
        <w:tcBorders>
          <w:top w:val="single" w:sz="12" w:space="0" w:color="#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6" w:themeFillTint="3F"/>
      </w:tcPr>
    </w:tblStylePr>
    <w:tblStylePr w:type="band1Horz">
      <w:tblPr/>
      <w:tcPr>
        <w:shd w:val="clear" w:color="auto" w:fill="ECECEC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4E4" w:themeFill="accent1" w:themeFillTint="33"/>
    </w:tcPr>
    <w:tblStylePr w:type="firstRow">
      <w:rPr>
        <w:b/>
        <w:bCs/>
      </w:rPr>
      <w:tblPr/>
      <w:tcPr>
        <w:shd w:val="clear" w:color="auto" w:fill="C9C9C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C9C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A5A5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A5A5A" w:themeFill="accent1" w:themeFillShade="BF"/>
      </w:tcPr>
    </w:tblStylePr>
    <w:tblStylePr w:type="band1Vert">
      <w:tblPr/>
      <w:tcPr>
        <w:shd w:val="clear" w:color="auto" w:fill="BCBCBC" w:themeFill="accent1" w:themeFillTint="7F"/>
      </w:tcPr>
    </w:tblStylePr>
    <w:tblStylePr w:type="band1Horz">
      <w:tblPr/>
      <w:tcPr>
        <w:shd w:val="clear" w:color="auto" w:fill="BCBCBC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 w:themeFill="accent2" w:themeFillTint="33"/>
    </w:tcPr>
    <w:tblStylePr w:type="firstRow">
      <w:rPr>
        <w:b/>
        <w:bCs/>
      </w:rPr>
      <w:tblPr/>
      <w:tcPr>
        <w:shd w:val="clear" w:color="auto" w:fill="C1C1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2" w:themeFillShade="BF"/>
      </w:tcPr>
    </w:tblStylePr>
    <w:tblStylePr w:type="band1Vert">
      <w:tblPr/>
      <w:tcPr>
        <w:shd w:val="clear" w:color="auto" w:fill="B3B3B3" w:themeFill="accent2" w:themeFillTint="7F"/>
      </w:tcPr>
    </w:tblStylePr>
    <w:tblStylePr w:type="band1Horz">
      <w:tblPr/>
      <w:tcPr>
        <w:shd w:val="clear" w:color="auto" w:fill="B3B3B3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EEEE" w:themeFill="accent3" w:themeFillTint="33"/>
    </w:tcPr>
    <w:tblStylePr w:type="firstRow">
      <w:rPr>
        <w:b/>
        <w:bCs/>
      </w:rPr>
      <w:tblPr/>
      <w:tcPr>
        <w:shd w:val="clear" w:color="auto" w:fill="DDDDD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DDD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6868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68686" w:themeFill="accent3" w:themeFillShade="BF"/>
      </w:tcPr>
    </w:tblStylePr>
    <w:tblStylePr w:type="band1Vert">
      <w:tblPr/>
      <w:tcPr>
        <w:shd w:val="clear" w:color="auto" w:fill="D6D6D6" w:themeFill="accent3" w:themeFillTint="7F"/>
      </w:tcPr>
    </w:tblStylePr>
    <w:tblStylePr w:type="band1Horz">
      <w:tblPr/>
      <w:tcPr>
        <w:shd w:val="clear" w:color="auto" w:fill="D6D6D6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1E1" w:themeFill="accent4" w:themeFillTint="33"/>
    </w:tcPr>
    <w:tblStylePr w:type="firstRow">
      <w:rPr>
        <w:b/>
        <w:bCs/>
      </w:rPr>
      <w:tblPr/>
      <w:tcPr>
        <w:shd w:val="clear" w:color="auto" w:fill="C4C4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C4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1515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15151" w:themeFill="accent4" w:themeFillShade="BF"/>
      </w:tcPr>
    </w:tblStylePr>
    <w:tblStylePr w:type="band1Vert">
      <w:tblPr/>
      <w:tcPr>
        <w:shd w:val="clear" w:color="auto" w:fill="B6B6B6" w:themeFill="accent4" w:themeFillTint="7F"/>
      </w:tcPr>
    </w:tblStylePr>
    <w:tblStylePr w:type="band1Horz">
      <w:tblPr/>
      <w:tcPr>
        <w:shd w:val="clear" w:color="auto" w:fill="B6B6B6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5" w:themeFillTint="33"/>
    </w:tcPr>
    <w:tblStylePr w:type="firstRow">
      <w:rPr>
        <w:b/>
        <w:bCs/>
      </w:rPr>
      <w:tblPr/>
      <w:tcPr>
        <w:shd w:val="clear" w:color="auto" w:fill="D6D6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D6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4747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47474" w:themeFill="accent5" w:themeFillShade="BF"/>
      </w:tcPr>
    </w:tblStylePr>
    <w:tblStylePr w:type="band1Vert">
      <w:tblPr/>
      <w:tcPr>
        <w:shd w:val="clear" w:color="auto" w:fill="CCCCCC" w:themeFill="accent5" w:themeFillTint="7F"/>
      </w:tcPr>
    </w:tblStylePr>
    <w:tblStylePr w:type="band1Horz">
      <w:tblPr/>
      <w:tcPr>
        <w:shd w:val="clear" w:color="auto" w:fill="CCCCCC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ECEC" w:themeFill="accent6" w:themeFillTint="33"/>
    </w:tcPr>
    <w:tblStylePr w:type="firstRow">
      <w:rPr>
        <w:b/>
        <w:bCs/>
      </w:rPr>
      <w:tblPr/>
      <w:tcPr>
        <w:shd w:val="clear" w:color="auto" w:fill="DADAD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AD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E7E7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E7E7E" w:themeFill="accent6" w:themeFillShade="BF"/>
      </w:tcPr>
    </w:tblStylePr>
    <w:tblStylePr w:type="band1Vert">
      <w:tblPr/>
      <w:tcPr>
        <w:shd w:val="clear" w:color="auto" w:fill="D2D2D2" w:themeFill="accent6" w:themeFillTint="7F"/>
      </w:tcPr>
    </w:tblStylePr>
    <w:tblStylePr w:type="band1Horz">
      <w:tblPr/>
      <w:tcPr>
        <w:shd w:val="clear" w:color="auto" w:fill="D2D2D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#7B7B7B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000000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000000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#7B7B7B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000000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000000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000000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000000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#000000" w:themeColor="text1"/>
        <w:bottom w:val="single" w:sz="8" w:space="0" w:color="#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000000" w:themeColor="text1"/>
          <w:left w:val="nil"/>
          <w:bottom w:val="single" w:sz="8" w:space="0" w:color="#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000000" w:themeColor="text1"/>
          <w:left w:val="nil"/>
          <w:bottom w:val="single" w:sz="8" w:space="0" w:color="#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00000" w:themeColor="accent1" w:themeShade="BF"/>
    </w:rPr>
    <w:tblPr>
      <w:tblStyleRowBandSize w:val="1"/>
      <w:tblStyleColBandSize w:val="1"/>
      <w:tblInd w:w="0" w:type="dxa"/>
      <w:tblBorders>
        <w:top w:val="single" w:sz="8" w:space="0" w:color="#7B7B7B" w:themeColor="accent1"/>
        <w:bottom w:val="single" w:sz="8" w:space="0" w:color="#7B7B7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7B7B7B" w:themeColor="accent1"/>
          <w:left w:val="nil"/>
          <w:bottom w:val="single" w:sz="8" w:space="0" w:color="#7B7B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7B7B7B" w:themeColor="accent1"/>
          <w:left w:val="nil"/>
          <w:bottom w:val="single" w:sz="8" w:space="0" w:color="#7B7B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ED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DED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000000" w:themeColor="accent2" w:themeShade="BF"/>
    </w:rPr>
    <w:tblPr>
      <w:tblStyleRowBandSize w:val="1"/>
      <w:tblStyleColBandSize w:val="1"/>
      <w:tblInd w:w="0" w:type="dxa"/>
      <w:tblBorders>
        <w:top w:val="single" w:sz="8" w:space="0" w:color="#686868" w:themeColor="accent2"/>
        <w:bottom w:val="single" w:sz="8" w:space="0" w:color="#68686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686868" w:themeColor="accent2"/>
          <w:left w:val="nil"/>
          <w:bottom w:val="single" w:sz="8" w:space="0" w:color="#68686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686868" w:themeColor="accent2"/>
          <w:left w:val="nil"/>
          <w:bottom w:val="single" w:sz="8" w:space="0" w:color="#68686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000000" w:themeColor="accent3" w:themeShade="BF"/>
    </w:rPr>
    <w:tblPr>
      <w:tblStyleRowBandSize w:val="1"/>
      <w:tblStyleColBandSize w:val="1"/>
      <w:tblInd w:w="0" w:type="dxa"/>
      <w:tblBorders>
        <w:top w:val="single" w:sz="8" w:space="0" w:color="#ADADAD" w:themeColor="accent3"/>
        <w:bottom w:val="single" w:sz="8" w:space="0" w:color="#ADAD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ADADAD" w:themeColor="accent3"/>
          <w:left w:val="nil"/>
          <w:bottom w:val="single" w:sz="8" w:space="0" w:color="#ADAD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ADADAD" w:themeColor="accent3"/>
          <w:left w:val="nil"/>
          <w:bottom w:val="single" w:sz="8" w:space="0" w:color="#ADAD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A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AE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00000" w:themeColor="accent4" w:themeShade="BF"/>
    </w:rPr>
    <w:tblPr>
      <w:tblStyleRowBandSize w:val="1"/>
      <w:tblStyleColBandSize w:val="1"/>
      <w:tblInd w:w="0" w:type="dxa"/>
      <w:tblBorders>
        <w:top w:val="single" w:sz="8" w:space="0" w:color="#6E6E6E" w:themeColor="accent4"/>
        <w:bottom w:val="single" w:sz="8" w:space="0" w:color="#6E6E6E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6E6E6E" w:themeColor="accent4"/>
          <w:left w:val="nil"/>
          <w:bottom w:val="single" w:sz="8" w:space="0" w:color="#6E6E6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6E6E6E" w:themeColor="accent4"/>
          <w:left w:val="nil"/>
          <w:bottom w:val="single" w:sz="8" w:space="0" w:color="#6E6E6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000000" w:themeColor="accent5" w:themeShade="BF"/>
    </w:rPr>
    <w:tblPr>
      <w:tblStyleRowBandSize w:val="1"/>
      <w:tblStyleColBandSize w:val="1"/>
      <w:tblInd w:w="0" w:type="dxa"/>
      <w:tblBorders>
        <w:top w:val="single" w:sz="8" w:space="0" w:color="#999999" w:themeColor="accent5"/>
        <w:bottom w:val="single" w:sz="8" w:space="0" w:color="#99999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999999" w:themeColor="accent5"/>
          <w:left w:val="nil"/>
          <w:bottom w:val="single" w:sz="8" w:space="0" w:color="#99999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999999" w:themeColor="accent5"/>
          <w:left w:val="nil"/>
          <w:bottom w:val="single" w:sz="8" w:space="0" w:color="#99999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  <w:tblInd w:w="0" w:type="dxa"/>
      <w:tblBorders>
        <w:top w:val="single" w:sz="8" w:space="0" w:color="#A5A5A5" w:themeColor="accent6"/>
        <w:bottom w:val="single" w:sz="8" w:space="0" w:color="#A5A5A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A5A5A5" w:themeColor="accent6"/>
          <w:left w:val="nil"/>
          <w:bottom w:val="single" w:sz="8" w:space="0" w:color="#A5A5A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#A5A5A5" w:themeColor="accent6"/>
          <w:left w:val="nil"/>
          <w:bottom w:val="single" w:sz="8" w:space="0" w:color="#A5A5A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000000" w:themeColor="text1"/>
        <w:left w:val="single" w:sz="8" w:space="0" w:color="#000000" w:themeColor="text1"/>
        <w:bottom w:val="single" w:sz="8" w:space="0" w:color="#000000" w:themeColor="text1"/>
        <w:right w:val="single" w:sz="8" w:space="0" w:color="#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</w:tcBorders>
      </w:tcPr>
    </w:tblStylePr>
    <w:tblStylePr w:type="band1Horz">
      <w:tblPr/>
      <w:tcPr>
        <w:tcBorders>
          <w:top w:val="single" w:sz="8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7B7B7B" w:themeColor="accent1"/>
        <w:left w:val="single" w:sz="8" w:space="0" w:color="#7B7B7B" w:themeColor="accent1"/>
        <w:bottom w:val="single" w:sz="8" w:space="0" w:color="#7B7B7B" w:themeColor="accent1"/>
        <w:right w:val="single" w:sz="8" w:space="0" w:color="#7B7B7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7B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</w:tcBorders>
      </w:tcPr>
    </w:tblStylePr>
    <w:tblStylePr w:type="band1Horz">
      <w:tblPr/>
      <w:tcPr>
        <w:tcBorders>
          <w:top w:val="single" w:sz="8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686868" w:themeColor="accent2"/>
        <w:left w:val="single" w:sz="8" w:space="0" w:color="#686868" w:themeColor="accent2"/>
        <w:bottom w:val="single" w:sz="8" w:space="0" w:color="#686868" w:themeColor="accent2"/>
        <w:right w:val="single" w:sz="8" w:space="0" w:color="#68686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8686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</w:tcBorders>
      </w:tcPr>
    </w:tblStylePr>
    <w:tblStylePr w:type="band1Horz">
      <w:tblPr/>
      <w:tcPr>
        <w:tcBorders>
          <w:top w:val="single" w:sz="8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ADADAD" w:themeColor="accent3"/>
        <w:left w:val="single" w:sz="8" w:space="0" w:color="#ADADAD" w:themeColor="accent3"/>
        <w:bottom w:val="single" w:sz="8" w:space="0" w:color="#ADADAD" w:themeColor="accent3"/>
        <w:right w:val="single" w:sz="8" w:space="0" w:color="#ADAD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AD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</w:tcBorders>
      </w:tcPr>
    </w:tblStylePr>
    <w:tblStylePr w:type="band1Horz">
      <w:tblPr/>
      <w:tcPr>
        <w:tcBorders>
          <w:top w:val="single" w:sz="8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6E6E6E" w:themeColor="accent4"/>
        <w:left w:val="single" w:sz="8" w:space="0" w:color="#6E6E6E" w:themeColor="accent4"/>
        <w:bottom w:val="single" w:sz="8" w:space="0" w:color="#6E6E6E" w:themeColor="accent4"/>
        <w:right w:val="single" w:sz="8" w:space="0" w:color="#6E6E6E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E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</w:tcBorders>
      </w:tcPr>
    </w:tblStylePr>
    <w:tblStylePr w:type="band1Horz">
      <w:tblPr/>
      <w:tcPr>
        <w:tcBorders>
          <w:top w:val="single" w:sz="8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999999" w:themeColor="accent5"/>
        <w:left w:val="single" w:sz="8" w:space="0" w:color="#999999" w:themeColor="accent5"/>
        <w:bottom w:val="single" w:sz="8" w:space="0" w:color="#999999" w:themeColor="accent5"/>
        <w:right w:val="single" w:sz="8" w:space="0" w:color="#99999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</w:tcBorders>
      </w:tcPr>
    </w:tblStylePr>
    <w:tblStylePr w:type="band1Horz">
      <w:tblPr/>
      <w:tcPr>
        <w:tcBorders>
          <w:top w:val="single" w:sz="8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A5A5A5" w:themeColor="accent6"/>
        <w:left w:val="single" w:sz="8" w:space="0" w:color="#A5A5A5" w:themeColor="accent6"/>
        <w:bottom w:val="single" w:sz="8" w:space="0" w:color="#A5A5A5" w:themeColor="accent6"/>
        <w:right w:val="single" w:sz="8" w:space="0" w:color="#A5A5A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</w:tcBorders>
      </w:tcPr>
    </w:tblStylePr>
    <w:tblStylePr w:type="band1Horz">
      <w:tblPr/>
      <w:tcPr>
        <w:tcBorders>
          <w:top w:val="single" w:sz="8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000000" w:themeColor="text1"/>
        <w:left w:val="single" w:sz="8" w:space="0" w:color="#000000" w:themeColor="text1"/>
        <w:bottom w:val="single" w:sz="8" w:space="0" w:color="#000000" w:themeColor="text1"/>
        <w:right w:val="single" w:sz="8" w:space="0" w:color="#000000" w:themeColor="text1"/>
        <w:insideH w:val="single" w:sz="8" w:space="0" w:color="#000000" w:themeColor="text1"/>
        <w:insideV w:val="single" w:sz="8" w:space="0" w:color="#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000000" w:themeColor="text1"/>
          <w:left w:val="single" w:sz="8" w:space="0" w:color="#000000" w:themeColor="text1"/>
          <w:bottom w:val="single" w:sz="18" w:space="0" w:color="#000000" w:themeColor="text1"/>
          <w:right w:val="single" w:sz="8" w:space="0" w:color="#000000" w:themeColor="text1"/>
          <w:insideH w:val="nil"/>
          <w:insideV w:val="single" w:sz="8" w:space="0" w:color="#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  <w:insideH w:val="nil"/>
          <w:insideV w:val="single" w:sz="8" w:space="0" w:color="#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</w:tcBorders>
      </w:tcPr>
    </w:tblStylePr>
    <w:tblStylePr w:type="band1Vert">
      <w:tblPr/>
      <w:tcPr>
        <w:tcBorders>
          <w:top w:val="single" w:sz="8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  <w:insideV w:val="single" w:sz="8" w:space="0" w:color="#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#000000" w:themeColor="text1"/>
          <w:left w:val="single" w:sz="8" w:space="0" w:color="#000000" w:themeColor="text1"/>
          <w:bottom w:val="single" w:sz="8" w:space="0" w:color="#000000" w:themeColor="text1"/>
          <w:right w:val="single" w:sz="8" w:space="0" w:color="#000000" w:themeColor="text1"/>
          <w:insideV w:val="single" w:sz="8" w:space="0" w:color="#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7B7B7B" w:themeColor="accent1"/>
        <w:left w:val="single" w:sz="8" w:space="0" w:color="#7B7B7B" w:themeColor="accent1"/>
        <w:bottom w:val="single" w:sz="8" w:space="0" w:color="#7B7B7B" w:themeColor="accent1"/>
        <w:right w:val="single" w:sz="8" w:space="0" w:color="#7B7B7B" w:themeColor="accent1"/>
        <w:insideH w:val="single" w:sz="8" w:space="0" w:color="#7B7B7B" w:themeColor="accent1"/>
        <w:insideV w:val="single" w:sz="8" w:space="0" w:color="#7B7B7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7B7B7B" w:themeColor="accent1"/>
          <w:left w:val="single" w:sz="8" w:space="0" w:color="#7B7B7B" w:themeColor="accent1"/>
          <w:bottom w:val="single" w:sz="18" w:space="0" w:color="#7B7B7B" w:themeColor="accent1"/>
          <w:right w:val="single" w:sz="8" w:space="0" w:color="#7B7B7B" w:themeColor="accent1"/>
          <w:insideH w:val="nil"/>
          <w:insideV w:val="single" w:sz="8" w:space="0" w:color="#7B7B7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  <w:insideH w:val="nil"/>
          <w:insideV w:val="single" w:sz="8" w:space="0" w:color="#7B7B7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</w:tcBorders>
      </w:tcPr>
    </w:tblStylePr>
    <w:tblStylePr w:type="band1Vert">
      <w:tblPr/>
      <w:tcPr>
        <w:tcBorders>
          <w:top w:val="single" w:sz="8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</w:tcBorders>
        <w:shd w:val="clear" w:color="auto" w:fill="DEDEDE" w:themeFill="accent1" w:themeFillTint="3F"/>
      </w:tcPr>
    </w:tblStylePr>
    <w:tblStylePr w:type="band1Horz">
      <w:tblPr/>
      <w:tcPr>
        <w:tcBorders>
          <w:top w:val="single" w:sz="8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  <w:insideV w:val="single" w:sz="8" w:space="0" w:color="#7B7B7B" w:themeColor="accent1"/>
        </w:tcBorders>
        <w:shd w:val="clear" w:color="auto" w:fill="DEDEDE" w:themeFill="accent1" w:themeFillTint="3F"/>
      </w:tcPr>
    </w:tblStylePr>
    <w:tblStylePr w:type="band2Horz">
      <w:tblPr/>
      <w:tcPr>
        <w:tcBorders>
          <w:top w:val="single" w:sz="8" w:space="0" w:color="#7B7B7B" w:themeColor="accent1"/>
          <w:left w:val="single" w:sz="8" w:space="0" w:color="#7B7B7B" w:themeColor="accent1"/>
          <w:bottom w:val="single" w:sz="8" w:space="0" w:color="#7B7B7B" w:themeColor="accent1"/>
          <w:right w:val="single" w:sz="8" w:space="0" w:color="#7B7B7B" w:themeColor="accent1"/>
          <w:insideV w:val="single" w:sz="8" w:space="0" w:color="#7B7B7B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686868" w:themeColor="accent2"/>
        <w:left w:val="single" w:sz="8" w:space="0" w:color="#686868" w:themeColor="accent2"/>
        <w:bottom w:val="single" w:sz="8" w:space="0" w:color="#686868" w:themeColor="accent2"/>
        <w:right w:val="single" w:sz="8" w:space="0" w:color="#686868" w:themeColor="accent2"/>
        <w:insideH w:val="single" w:sz="8" w:space="0" w:color="#686868" w:themeColor="accent2"/>
        <w:insideV w:val="single" w:sz="8" w:space="0" w:color="#68686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686868" w:themeColor="accent2"/>
          <w:left w:val="single" w:sz="8" w:space="0" w:color="#686868" w:themeColor="accent2"/>
          <w:bottom w:val="single" w:sz="18" w:space="0" w:color="#686868" w:themeColor="accent2"/>
          <w:right w:val="single" w:sz="8" w:space="0" w:color="#686868" w:themeColor="accent2"/>
          <w:insideH w:val="nil"/>
          <w:insideV w:val="single" w:sz="8" w:space="0" w:color="#68686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  <w:insideH w:val="nil"/>
          <w:insideV w:val="single" w:sz="8" w:space="0" w:color="#68686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</w:tcBorders>
      </w:tcPr>
    </w:tblStylePr>
    <w:tblStylePr w:type="band1Vert">
      <w:tblPr/>
      <w:tcPr>
        <w:tcBorders>
          <w:top w:val="single" w:sz="8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</w:tcBorders>
        <w:shd w:val="clear" w:color="auto" w:fill="D9D9D9" w:themeFill="accent2" w:themeFillTint="3F"/>
      </w:tcPr>
    </w:tblStylePr>
    <w:tblStylePr w:type="band1Horz">
      <w:tblPr/>
      <w:tcPr>
        <w:tcBorders>
          <w:top w:val="single" w:sz="8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  <w:insideV w:val="single" w:sz="8" w:space="0" w:color="#686868" w:themeColor="accent2"/>
        </w:tcBorders>
        <w:shd w:val="clear" w:color="auto" w:fill="D9D9D9" w:themeFill="accent2" w:themeFillTint="3F"/>
      </w:tcPr>
    </w:tblStylePr>
    <w:tblStylePr w:type="band2Horz">
      <w:tblPr/>
      <w:tcPr>
        <w:tcBorders>
          <w:top w:val="single" w:sz="8" w:space="0" w:color="#686868" w:themeColor="accent2"/>
          <w:left w:val="single" w:sz="8" w:space="0" w:color="#686868" w:themeColor="accent2"/>
          <w:bottom w:val="single" w:sz="8" w:space="0" w:color="#686868" w:themeColor="accent2"/>
          <w:right w:val="single" w:sz="8" w:space="0" w:color="#686868" w:themeColor="accent2"/>
          <w:insideV w:val="single" w:sz="8" w:space="0" w:color="#686868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ADADAD" w:themeColor="accent3"/>
        <w:left w:val="single" w:sz="8" w:space="0" w:color="#ADADAD" w:themeColor="accent3"/>
        <w:bottom w:val="single" w:sz="8" w:space="0" w:color="#ADADAD" w:themeColor="accent3"/>
        <w:right w:val="single" w:sz="8" w:space="0" w:color="#ADADAD" w:themeColor="accent3"/>
        <w:insideH w:val="single" w:sz="8" w:space="0" w:color="#ADADAD" w:themeColor="accent3"/>
        <w:insideV w:val="single" w:sz="8" w:space="0" w:color="#ADAD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ADADAD" w:themeColor="accent3"/>
          <w:left w:val="single" w:sz="8" w:space="0" w:color="#ADADAD" w:themeColor="accent3"/>
          <w:bottom w:val="single" w:sz="18" w:space="0" w:color="#ADADAD" w:themeColor="accent3"/>
          <w:right w:val="single" w:sz="8" w:space="0" w:color="#ADADAD" w:themeColor="accent3"/>
          <w:insideH w:val="nil"/>
          <w:insideV w:val="single" w:sz="8" w:space="0" w:color="#ADAD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  <w:insideH w:val="nil"/>
          <w:insideV w:val="single" w:sz="8" w:space="0" w:color="#ADAD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</w:tcBorders>
      </w:tcPr>
    </w:tblStylePr>
    <w:tblStylePr w:type="band1Vert">
      <w:tblPr/>
      <w:tcPr>
        <w:tcBorders>
          <w:top w:val="single" w:sz="8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</w:tcBorders>
        <w:shd w:val="clear" w:color="auto" w:fill="EAEAEA" w:themeFill="accent3" w:themeFillTint="3F"/>
      </w:tcPr>
    </w:tblStylePr>
    <w:tblStylePr w:type="band1Horz">
      <w:tblPr/>
      <w:tcPr>
        <w:tcBorders>
          <w:top w:val="single" w:sz="8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  <w:insideV w:val="single" w:sz="8" w:space="0" w:color="#ADADAD" w:themeColor="accent3"/>
        </w:tcBorders>
        <w:shd w:val="clear" w:color="auto" w:fill="EAEAEA" w:themeFill="accent3" w:themeFillTint="3F"/>
      </w:tcPr>
    </w:tblStylePr>
    <w:tblStylePr w:type="band2Horz">
      <w:tblPr/>
      <w:tcPr>
        <w:tcBorders>
          <w:top w:val="single" w:sz="8" w:space="0" w:color="#ADADAD" w:themeColor="accent3"/>
          <w:left w:val="single" w:sz="8" w:space="0" w:color="#ADADAD" w:themeColor="accent3"/>
          <w:bottom w:val="single" w:sz="8" w:space="0" w:color="#ADADAD" w:themeColor="accent3"/>
          <w:right w:val="single" w:sz="8" w:space="0" w:color="#ADADAD" w:themeColor="accent3"/>
          <w:insideV w:val="single" w:sz="8" w:space="0" w:color="#ADADAD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6E6E6E" w:themeColor="accent4"/>
        <w:left w:val="single" w:sz="8" w:space="0" w:color="#6E6E6E" w:themeColor="accent4"/>
        <w:bottom w:val="single" w:sz="8" w:space="0" w:color="#6E6E6E" w:themeColor="accent4"/>
        <w:right w:val="single" w:sz="8" w:space="0" w:color="#6E6E6E" w:themeColor="accent4"/>
        <w:insideH w:val="single" w:sz="8" w:space="0" w:color="#6E6E6E" w:themeColor="accent4"/>
        <w:insideV w:val="single" w:sz="8" w:space="0" w:color="#6E6E6E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6E6E6E" w:themeColor="accent4"/>
          <w:left w:val="single" w:sz="8" w:space="0" w:color="#6E6E6E" w:themeColor="accent4"/>
          <w:bottom w:val="single" w:sz="18" w:space="0" w:color="#6E6E6E" w:themeColor="accent4"/>
          <w:right w:val="single" w:sz="8" w:space="0" w:color="#6E6E6E" w:themeColor="accent4"/>
          <w:insideH w:val="nil"/>
          <w:insideV w:val="single" w:sz="8" w:space="0" w:color="#6E6E6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  <w:insideH w:val="nil"/>
          <w:insideV w:val="single" w:sz="8" w:space="0" w:color="#6E6E6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</w:tcBorders>
      </w:tcPr>
    </w:tblStylePr>
    <w:tblStylePr w:type="band1Vert">
      <w:tblPr/>
      <w:tcPr>
        <w:tcBorders>
          <w:top w:val="single" w:sz="8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</w:tcBorders>
        <w:shd w:val="clear" w:color="auto" w:fill="DBDBDB" w:themeFill="accent4" w:themeFillTint="3F"/>
      </w:tcPr>
    </w:tblStylePr>
    <w:tblStylePr w:type="band1Horz">
      <w:tblPr/>
      <w:tcPr>
        <w:tcBorders>
          <w:top w:val="single" w:sz="8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  <w:insideV w:val="single" w:sz="8" w:space="0" w:color="#6E6E6E" w:themeColor="accent4"/>
        </w:tcBorders>
        <w:shd w:val="clear" w:color="auto" w:fill="DBDBDB" w:themeFill="accent4" w:themeFillTint="3F"/>
      </w:tcPr>
    </w:tblStylePr>
    <w:tblStylePr w:type="band2Horz">
      <w:tblPr/>
      <w:tcPr>
        <w:tcBorders>
          <w:top w:val="single" w:sz="8" w:space="0" w:color="#6E6E6E" w:themeColor="accent4"/>
          <w:left w:val="single" w:sz="8" w:space="0" w:color="#6E6E6E" w:themeColor="accent4"/>
          <w:bottom w:val="single" w:sz="8" w:space="0" w:color="#6E6E6E" w:themeColor="accent4"/>
          <w:right w:val="single" w:sz="8" w:space="0" w:color="#6E6E6E" w:themeColor="accent4"/>
          <w:insideV w:val="single" w:sz="8" w:space="0" w:color="#6E6E6E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999999" w:themeColor="accent5"/>
        <w:left w:val="single" w:sz="8" w:space="0" w:color="#999999" w:themeColor="accent5"/>
        <w:bottom w:val="single" w:sz="8" w:space="0" w:color="#999999" w:themeColor="accent5"/>
        <w:right w:val="single" w:sz="8" w:space="0" w:color="#999999" w:themeColor="accent5"/>
        <w:insideH w:val="single" w:sz="8" w:space="0" w:color="#999999" w:themeColor="accent5"/>
        <w:insideV w:val="single" w:sz="8" w:space="0" w:color="#99999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999999" w:themeColor="accent5"/>
          <w:left w:val="single" w:sz="8" w:space="0" w:color="#999999" w:themeColor="accent5"/>
          <w:bottom w:val="single" w:sz="18" w:space="0" w:color="#999999" w:themeColor="accent5"/>
          <w:right w:val="single" w:sz="8" w:space="0" w:color="#999999" w:themeColor="accent5"/>
          <w:insideH w:val="nil"/>
          <w:insideV w:val="single" w:sz="8" w:space="0" w:color="#99999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  <w:insideH w:val="nil"/>
          <w:insideV w:val="single" w:sz="8" w:space="0" w:color="#99999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</w:tcBorders>
      </w:tcPr>
    </w:tblStylePr>
    <w:tblStylePr w:type="band1Vert">
      <w:tblPr/>
      <w:tcPr>
        <w:tcBorders>
          <w:top w:val="single" w:sz="8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</w:tcBorders>
        <w:shd w:val="clear" w:color="auto" w:fill="E5E5E5" w:themeFill="accent5" w:themeFillTint="3F"/>
      </w:tcPr>
    </w:tblStylePr>
    <w:tblStylePr w:type="band1Horz">
      <w:tblPr/>
      <w:tcPr>
        <w:tcBorders>
          <w:top w:val="single" w:sz="8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  <w:insideV w:val="single" w:sz="8" w:space="0" w:color="#999999" w:themeColor="accent5"/>
        </w:tcBorders>
        <w:shd w:val="clear" w:color="auto" w:fill="E5E5E5" w:themeFill="accent5" w:themeFillTint="3F"/>
      </w:tcPr>
    </w:tblStylePr>
    <w:tblStylePr w:type="band2Horz">
      <w:tblPr/>
      <w:tcPr>
        <w:tcBorders>
          <w:top w:val="single" w:sz="8" w:space="0" w:color="#999999" w:themeColor="accent5"/>
          <w:left w:val="single" w:sz="8" w:space="0" w:color="#999999" w:themeColor="accent5"/>
          <w:bottom w:val="single" w:sz="8" w:space="0" w:color="#999999" w:themeColor="accent5"/>
          <w:right w:val="single" w:sz="8" w:space="0" w:color="#999999" w:themeColor="accent5"/>
          <w:insideV w:val="single" w:sz="8" w:space="0" w:color="#999999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A5A5A5" w:themeColor="accent6"/>
        <w:left w:val="single" w:sz="8" w:space="0" w:color="#A5A5A5" w:themeColor="accent6"/>
        <w:bottom w:val="single" w:sz="8" w:space="0" w:color="#A5A5A5" w:themeColor="accent6"/>
        <w:right w:val="single" w:sz="8" w:space="0" w:color="#A5A5A5" w:themeColor="accent6"/>
        <w:insideH w:val="single" w:sz="8" w:space="0" w:color="#A5A5A5" w:themeColor="accent6"/>
        <w:insideV w:val="single" w:sz="8" w:space="0" w:color="#A5A5A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A5A5A5" w:themeColor="accent6"/>
          <w:left w:val="single" w:sz="8" w:space="0" w:color="#A5A5A5" w:themeColor="accent6"/>
          <w:bottom w:val="single" w:sz="18" w:space="0" w:color="#A5A5A5" w:themeColor="accent6"/>
          <w:right w:val="single" w:sz="8" w:space="0" w:color="#A5A5A5" w:themeColor="accent6"/>
          <w:insideH w:val="nil"/>
          <w:insideV w:val="single" w:sz="8" w:space="0" w:color="#A5A5A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  <w:insideH w:val="nil"/>
          <w:insideV w:val="single" w:sz="8" w:space="0" w:color="#A5A5A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</w:tcBorders>
      </w:tcPr>
    </w:tblStylePr>
    <w:tblStylePr w:type="band1Vert">
      <w:tblPr/>
      <w:tcPr>
        <w:tcBorders>
          <w:top w:val="single" w:sz="8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</w:tcBorders>
        <w:shd w:val="clear" w:color="auto" w:fill="E8E8E8" w:themeFill="accent6" w:themeFillTint="3F"/>
      </w:tcPr>
    </w:tblStylePr>
    <w:tblStylePr w:type="band1Horz">
      <w:tblPr/>
      <w:tcPr>
        <w:tcBorders>
          <w:top w:val="single" w:sz="8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  <w:insideV w:val="single" w:sz="8" w:space="0" w:color="#A5A5A5" w:themeColor="accent6"/>
        </w:tcBorders>
        <w:shd w:val="clear" w:color="auto" w:fill="E8E8E8" w:themeFill="accent6" w:themeFillTint="3F"/>
      </w:tcPr>
    </w:tblStylePr>
    <w:tblStylePr w:type="band2Horz">
      <w:tblPr/>
      <w:tcPr>
        <w:tcBorders>
          <w:top w:val="single" w:sz="8" w:space="0" w:color="#A5A5A5" w:themeColor="accent6"/>
          <w:left w:val="single" w:sz="8" w:space="0" w:color="#A5A5A5" w:themeColor="accent6"/>
          <w:bottom w:val="single" w:sz="8" w:space="0" w:color="#A5A5A5" w:themeColor="accent6"/>
          <w:right w:val="single" w:sz="8" w:space="0" w:color="#A5A5A5" w:themeColor="accent6"/>
          <w:insideV w:val="single" w:sz="8" w:space="0" w:color="#A5A5A5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404040" w:themeColor="text1" w:themeTint="BF"/>
        <w:left w:val="single" w:sz="8" w:space="0" w:color="#404040" w:themeColor="text1" w:themeTint="BF"/>
        <w:bottom w:val="single" w:sz="8" w:space="0" w:color="#404040" w:themeColor="text1" w:themeTint="BF"/>
        <w:right w:val="single" w:sz="8" w:space="0" w:color="#404040" w:themeColor="text1" w:themeTint="BF"/>
        <w:insideH w:val="single" w:sz="8" w:space="0" w:color="#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#404040" w:themeColor="text1" w:themeTint="BF"/>
          <w:left w:val="single" w:sz="8" w:space="0" w:color="#404040" w:themeColor="text1" w:themeTint="BF"/>
          <w:bottom w:val="single" w:sz="8" w:space="0" w:color="#404040" w:themeColor="text1" w:themeTint="BF"/>
          <w:right w:val="single" w:sz="8" w:space="0" w:color="#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404040" w:themeColor="text1" w:themeTint="BF"/>
          <w:left w:val="single" w:sz="8" w:space="0" w:color="#404040" w:themeColor="text1" w:themeTint="BF"/>
          <w:bottom w:val="single" w:sz="8" w:space="0" w:color="#404040" w:themeColor="text1" w:themeTint="BF"/>
          <w:right w:val="single" w:sz="8" w:space="0" w:color="#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9B9B9B" w:themeColor="accent1" w:themeTint="BF"/>
        <w:left w:val="single" w:sz="8" w:space="0" w:color="#9B9B9B" w:themeColor="accent1" w:themeTint="BF"/>
        <w:bottom w:val="single" w:sz="8" w:space="0" w:color="#9B9B9B" w:themeColor="accent1" w:themeTint="BF"/>
        <w:right w:val="single" w:sz="8" w:space="0" w:color="#9B9B9B" w:themeColor="accent1" w:themeTint="BF"/>
        <w:insideH w:val="single" w:sz="8" w:space="0" w:color="#9B9B9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#9B9B9B" w:themeColor="accent1" w:themeTint="BF"/>
          <w:left w:val="single" w:sz="8" w:space="0" w:color="#9B9B9B" w:themeColor="accent1" w:themeTint="BF"/>
          <w:bottom w:val="single" w:sz="8" w:space="0" w:color="#9B9B9B" w:themeColor="accent1" w:themeTint="BF"/>
          <w:right w:val="single" w:sz="8" w:space="0" w:color="#9B9B9B" w:themeColor="accent1" w:themeTint="BF"/>
          <w:insideH w:val="nil"/>
          <w:insideV w:val="nil"/>
        </w:tcBorders>
        <w:shd w:val="clear" w:color="auto" w:fill="7B7B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9B9B9B" w:themeColor="accent1" w:themeTint="BF"/>
          <w:left w:val="single" w:sz="8" w:space="0" w:color="#9B9B9B" w:themeColor="accent1" w:themeTint="BF"/>
          <w:bottom w:val="single" w:sz="8" w:space="0" w:color="#9B9B9B" w:themeColor="accent1" w:themeTint="BF"/>
          <w:right w:val="single" w:sz="8" w:space="0" w:color="#9B9B9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DED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8D8D8D" w:themeColor="accent2" w:themeTint="BF"/>
        <w:left w:val="single" w:sz="8" w:space="0" w:color="#8D8D8D" w:themeColor="accent2" w:themeTint="BF"/>
        <w:bottom w:val="single" w:sz="8" w:space="0" w:color="#8D8D8D" w:themeColor="accent2" w:themeTint="BF"/>
        <w:right w:val="single" w:sz="8" w:space="0" w:color="#8D8D8D" w:themeColor="accent2" w:themeTint="BF"/>
        <w:insideH w:val="single" w:sz="8" w:space="0" w:color="#8D8D8D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#8D8D8D" w:themeColor="accent2" w:themeTint="BF"/>
          <w:left w:val="single" w:sz="8" w:space="0" w:color="#8D8D8D" w:themeColor="accent2" w:themeTint="BF"/>
          <w:bottom w:val="single" w:sz="8" w:space="0" w:color="#8D8D8D" w:themeColor="accent2" w:themeTint="BF"/>
          <w:right w:val="single" w:sz="8" w:space="0" w:color="#8D8D8D" w:themeColor="accent2" w:themeTint="BF"/>
          <w:insideH w:val="nil"/>
          <w:insideV w:val="nil"/>
        </w:tcBorders>
        <w:shd w:val="clear" w:color="auto" w:fill="68686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8D8D8D" w:themeColor="accent2" w:themeTint="BF"/>
          <w:left w:val="single" w:sz="8" w:space="0" w:color="#8D8D8D" w:themeColor="accent2" w:themeTint="BF"/>
          <w:bottom w:val="single" w:sz="8" w:space="0" w:color="#8D8D8D" w:themeColor="accent2" w:themeTint="BF"/>
          <w:right w:val="single" w:sz="8" w:space="0" w:color="#8D8D8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C1C1C1" w:themeColor="accent3" w:themeTint="BF"/>
        <w:left w:val="single" w:sz="8" w:space="0" w:color="#C1C1C1" w:themeColor="accent3" w:themeTint="BF"/>
        <w:bottom w:val="single" w:sz="8" w:space="0" w:color="#C1C1C1" w:themeColor="accent3" w:themeTint="BF"/>
        <w:right w:val="single" w:sz="8" w:space="0" w:color="#C1C1C1" w:themeColor="accent3" w:themeTint="BF"/>
        <w:insideH w:val="single" w:sz="8" w:space="0" w:color="#C1C1C1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#C1C1C1" w:themeColor="accent3" w:themeTint="BF"/>
          <w:left w:val="single" w:sz="8" w:space="0" w:color="#C1C1C1" w:themeColor="accent3" w:themeTint="BF"/>
          <w:bottom w:val="single" w:sz="8" w:space="0" w:color="#C1C1C1" w:themeColor="accent3" w:themeTint="BF"/>
          <w:right w:val="single" w:sz="8" w:space="0" w:color="#C1C1C1" w:themeColor="accent3" w:themeTint="BF"/>
          <w:insideH w:val="nil"/>
          <w:insideV w:val="nil"/>
        </w:tcBorders>
        <w:shd w:val="clear" w:color="auto" w:fill="ADAD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C1C1C1" w:themeColor="accent3" w:themeTint="BF"/>
          <w:left w:val="single" w:sz="8" w:space="0" w:color="#C1C1C1" w:themeColor="accent3" w:themeTint="BF"/>
          <w:bottom w:val="single" w:sz="8" w:space="0" w:color="#C1C1C1" w:themeColor="accent3" w:themeTint="BF"/>
          <w:right w:val="single" w:sz="8" w:space="0" w:color="#C1C1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A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929292" w:themeColor="accent4" w:themeTint="BF"/>
        <w:left w:val="single" w:sz="8" w:space="0" w:color="#929292" w:themeColor="accent4" w:themeTint="BF"/>
        <w:bottom w:val="single" w:sz="8" w:space="0" w:color="#929292" w:themeColor="accent4" w:themeTint="BF"/>
        <w:right w:val="single" w:sz="8" w:space="0" w:color="#929292" w:themeColor="accent4" w:themeTint="BF"/>
        <w:insideH w:val="single" w:sz="8" w:space="0" w:color="#929292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#929292" w:themeColor="accent4" w:themeTint="BF"/>
          <w:left w:val="single" w:sz="8" w:space="0" w:color="#929292" w:themeColor="accent4" w:themeTint="BF"/>
          <w:bottom w:val="single" w:sz="8" w:space="0" w:color="#929292" w:themeColor="accent4" w:themeTint="BF"/>
          <w:right w:val="single" w:sz="8" w:space="0" w:color="#929292" w:themeColor="accent4" w:themeTint="BF"/>
          <w:insideH w:val="nil"/>
          <w:insideV w:val="nil"/>
        </w:tcBorders>
        <w:shd w:val="clear" w:color="auto" w:fill="6E6E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929292" w:themeColor="accent4" w:themeTint="BF"/>
          <w:left w:val="single" w:sz="8" w:space="0" w:color="#929292" w:themeColor="accent4" w:themeTint="BF"/>
          <w:bottom w:val="single" w:sz="8" w:space="0" w:color="#929292" w:themeColor="accent4" w:themeTint="BF"/>
          <w:right w:val="single" w:sz="8" w:space="0" w:color="#92929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B2B2B2" w:themeColor="accent5" w:themeTint="BF"/>
        <w:left w:val="single" w:sz="8" w:space="0" w:color="#B2B2B2" w:themeColor="accent5" w:themeTint="BF"/>
        <w:bottom w:val="single" w:sz="8" w:space="0" w:color="#B2B2B2" w:themeColor="accent5" w:themeTint="BF"/>
        <w:right w:val="single" w:sz="8" w:space="0" w:color="#B2B2B2" w:themeColor="accent5" w:themeTint="BF"/>
        <w:insideH w:val="single" w:sz="8" w:space="0" w:color="#B2B2B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#B2B2B2" w:themeColor="accent5" w:themeTint="BF"/>
          <w:left w:val="single" w:sz="8" w:space="0" w:color="#B2B2B2" w:themeColor="accent5" w:themeTint="BF"/>
          <w:bottom w:val="single" w:sz="8" w:space="0" w:color="#B2B2B2" w:themeColor="accent5" w:themeTint="BF"/>
          <w:right w:val="single" w:sz="8" w:space="0" w:color="#B2B2B2" w:themeColor="accent5" w:themeTint="BF"/>
          <w:insideH w:val="nil"/>
          <w:insideV w:val="nil"/>
        </w:tcBorders>
        <w:shd w:val="clear" w:color="auto" w:fill="9999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B2B2B2" w:themeColor="accent5" w:themeTint="BF"/>
          <w:left w:val="single" w:sz="8" w:space="0" w:color="#B2B2B2" w:themeColor="accent5" w:themeTint="BF"/>
          <w:bottom w:val="single" w:sz="8" w:space="0" w:color="#B2B2B2" w:themeColor="accent5" w:themeTint="BF"/>
          <w:right w:val="single" w:sz="8" w:space="0" w:color="#B2B2B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BBBBBB" w:themeColor="accent6" w:themeTint="BF"/>
        <w:left w:val="single" w:sz="8" w:space="0" w:color="#BBBBBB" w:themeColor="accent6" w:themeTint="BF"/>
        <w:bottom w:val="single" w:sz="8" w:space="0" w:color="#BBBBBB" w:themeColor="accent6" w:themeTint="BF"/>
        <w:right w:val="single" w:sz="8" w:space="0" w:color="#BBBBBB" w:themeColor="accent6" w:themeTint="BF"/>
        <w:insideH w:val="single" w:sz="8" w:space="0" w:color="#BBBBBB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#BBBBBB" w:themeColor="accent6" w:themeTint="BF"/>
          <w:left w:val="single" w:sz="8" w:space="0" w:color="#BBBBBB" w:themeColor="accent6" w:themeTint="BF"/>
          <w:bottom w:val="single" w:sz="8" w:space="0" w:color="#BBBBBB" w:themeColor="accent6" w:themeTint="BF"/>
          <w:right w:val="single" w:sz="8" w:space="0" w:color="#BBBBBB" w:themeColor="accent6" w:themeTint="BF"/>
          <w:insideH w:val="nil"/>
          <w:insideV w:val="nil"/>
        </w:tcBorders>
        <w:shd w:val="clear" w:color="auto" w:fill="A5A5A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#BBBBBB" w:themeColor="accent6" w:themeTint="BF"/>
          <w:left w:val="single" w:sz="8" w:space="0" w:color="#BBBBBB" w:themeColor="accent6" w:themeTint="BF"/>
          <w:bottom w:val="single" w:sz="8" w:space="0" w:color="#BBBBBB" w:themeColor="accent6" w:themeTint="BF"/>
          <w:right w:val="single" w:sz="8" w:space="0" w:color="#BBBBB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7B7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7B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7B7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686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686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686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AD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AD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AD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E6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E6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E6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000000" w:themeColor="text1"/>
        <w:bottom w:val="single" w:sz="8" w:space="0" w:color="#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#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#000000" w:themeColor="text1"/>
          <w:bottom w:val="single" w:sz="8" w:space="0" w:color="#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#000000" w:themeColor="text1"/>
          <w:bottom w:val="single" w:sz="8" w:space="0" w:color="#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7B7B7B" w:themeColor="accent1"/>
        <w:bottom w:val="single" w:sz="8" w:space="0" w:color="#7B7B7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#7B7B7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#7B7B7B" w:themeColor="accent1"/>
          <w:bottom w:val="single" w:sz="8" w:space="0" w:color="#7B7B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#7B7B7B" w:themeColor="accent1"/>
          <w:bottom w:val="single" w:sz="8" w:space="0" w:color="#7B7B7B" w:themeColor="accent1"/>
        </w:tcBorders>
      </w:tcPr>
    </w:tblStylePr>
    <w:tblStylePr w:type="band1Vert">
      <w:tblPr/>
      <w:tcPr>
        <w:shd w:val="clear" w:color="auto" w:fill="DEDEDE" w:themeFill="accent1" w:themeFillTint="3F"/>
      </w:tcPr>
    </w:tblStylePr>
    <w:tblStylePr w:type="band1Horz">
      <w:tblPr/>
      <w:tcPr>
        <w:shd w:val="clear" w:color="auto" w:fill="DEDED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686868" w:themeColor="accent2"/>
        <w:bottom w:val="single" w:sz="8" w:space="0" w:color="#68686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#686868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#686868" w:themeColor="accent2"/>
          <w:bottom w:val="single" w:sz="8" w:space="0" w:color="#68686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#686868" w:themeColor="accent2"/>
          <w:bottom w:val="single" w:sz="8" w:space="0" w:color="#686868" w:themeColor="accent2"/>
        </w:tcBorders>
      </w:tcPr>
    </w:tblStylePr>
    <w:tblStylePr w:type="band1Vert">
      <w:tblPr/>
      <w:tcPr>
        <w:shd w:val="clear" w:color="auto" w:fill="D9D9D9" w:themeFill="accent2" w:themeFillTint="3F"/>
      </w:tcPr>
    </w:tblStylePr>
    <w:tblStylePr w:type="band1Horz">
      <w:tblPr/>
      <w:tcPr>
        <w:shd w:val="clear" w:color="auto" w:fill="D9D9D9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ADADAD" w:themeColor="accent3"/>
        <w:bottom w:val="single" w:sz="8" w:space="0" w:color="#ADAD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#ADADA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#ADADAD" w:themeColor="accent3"/>
          <w:bottom w:val="single" w:sz="8" w:space="0" w:color="#ADAD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#ADADAD" w:themeColor="accent3"/>
          <w:bottom w:val="single" w:sz="8" w:space="0" w:color="#ADADAD" w:themeColor="accent3"/>
        </w:tcBorders>
      </w:tcPr>
    </w:tblStylePr>
    <w:tblStylePr w:type="band1Vert">
      <w:tblPr/>
      <w:tcPr>
        <w:shd w:val="clear" w:color="auto" w:fill="EAEAEA" w:themeFill="accent3" w:themeFillTint="3F"/>
      </w:tcPr>
    </w:tblStylePr>
    <w:tblStylePr w:type="band1Horz">
      <w:tblPr/>
      <w:tcPr>
        <w:shd w:val="clear" w:color="auto" w:fill="EAEAE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6E6E6E" w:themeColor="accent4"/>
        <w:bottom w:val="single" w:sz="8" w:space="0" w:color="#6E6E6E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#6E6E6E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#6E6E6E" w:themeColor="accent4"/>
          <w:bottom w:val="single" w:sz="8" w:space="0" w:color="#6E6E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#6E6E6E" w:themeColor="accent4"/>
          <w:bottom w:val="single" w:sz="8" w:space="0" w:color="#6E6E6E" w:themeColor="accent4"/>
        </w:tcBorders>
      </w:tcPr>
    </w:tblStylePr>
    <w:tblStylePr w:type="band1Vert">
      <w:tblPr/>
      <w:tcPr>
        <w:shd w:val="clear" w:color="auto" w:fill="DBDBDB" w:themeFill="accent4" w:themeFillTint="3F"/>
      </w:tcPr>
    </w:tblStylePr>
    <w:tblStylePr w:type="band1Horz">
      <w:tblPr/>
      <w:tcPr>
        <w:shd w:val="clear" w:color="auto" w:fill="DBDBDB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999999" w:themeColor="accent5"/>
        <w:bottom w:val="single" w:sz="8" w:space="0" w:color="#99999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#999999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#999999" w:themeColor="accent5"/>
          <w:bottom w:val="single" w:sz="8" w:space="0" w:color="#9999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#999999" w:themeColor="accent5"/>
          <w:bottom w:val="single" w:sz="8" w:space="0" w:color="#999999" w:themeColor="accent5"/>
        </w:tcBorders>
      </w:tcPr>
    </w:tblStylePr>
    <w:tblStylePr w:type="band1Vert">
      <w:tblPr/>
      <w:tcPr>
        <w:shd w:val="clear" w:color="auto" w:fill="E5E5E5" w:themeFill="accent5" w:themeFillTint="3F"/>
      </w:tcPr>
    </w:tblStylePr>
    <w:tblStylePr w:type="band1Horz">
      <w:tblPr/>
      <w:tcPr>
        <w:shd w:val="clear" w:color="auto" w:fill="E5E5E5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A5A5A5" w:themeColor="accent6"/>
        <w:bottom w:val="single" w:sz="8" w:space="0" w:color="#A5A5A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#A5A5A5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#A5A5A5" w:themeColor="accent6"/>
          <w:bottom w:val="single" w:sz="8" w:space="0" w:color="#A5A5A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#A5A5A5" w:themeColor="accent6"/>
          <w:bottom w:val="single" w:sz="8" w:space="0" w:color="#A5A5A5" w:themeColor="accent6"/>
        </w:tcBorders>
      </w:tcPr>
    </w:tblStylePr>
    <w:tblStylePr w:type="band1Vert">
      <w:tblPr/>
      <w:tcPr>
        <w:shd w:val="clear" w:color="auto" w:fill="E8E8E8" w:themeFill="accent6" w:themeFillTint="3F"/>
      </w:tcPr>
    </w:tblStylePr>
    <w:tblStylePr w:type="band1Horz">
      <w:tblPr/>
      <w:tcPr>
        <w:shd w:val="clear" w:color="auto" w:fill="E8E8E8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000000" w:themeColor="text1"/>
        <w:left w:val="single" w:sz="8" w:space="0" w:color="#000000" w:themeColor="text1"/>
        <w:bottom w:val="single" w:sz="8" w:space="0" w:color="#000000" w:themeColor="text1"/>
        <w:right w:val="single" w:sz="8" w:space="0" w:color="#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#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#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#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7B7B7B" w:themeColor="accent1"/>
        <w:left w:val="single" w:sz="8" w:space="0" w:color="#7B7B7B" w:themeColor="accent1"/>
        <w:bottom w:val="single" w:sz="8" w:space="0" w:color="#7B7B7B" w:themeColor="accent1"/>
        <w:right w:val="single" w:sz="8" w:space="0" w:color="#7B7B7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#7B7B7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#7B7B7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#7B7B7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#7B7B7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ED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DED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686868" w:themeColor="accent2"/>
        <w:left w:val="single" w:sz="8" w:space="0" w:color="#686868" w:themeColor="accent2"/>
        <w:bottom w:val="single" w:sz="8" w:space="0" w:color="#686868" w:themeColor="accent2"/>
        <w:right w:val="single" w:sz="8" w:space="0" w:color="#68686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#6868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#686868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#68686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#68686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ADADAD" w:themeColor="accent3"/>
        <w:left w:val="single" w:sz="8" w:space="0" w:color="#ADADAD" w:themeColor="accent3"/>
        <w:bottom w:val="single" w:sz="8" w:space="0" w:color="#ADADAD" w:themeColor="accent3"/>
        <w:right w:val="single" w:sz="8" w:space="0" w:color="#ADAD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#ADAD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#ADADA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#ADAD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#ADAD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A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A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6E6E6E" w:themeColor="accent4"/>
        <w:left w:val="single" w:sz="8" w:space="0" w:color="#6E6E6E" w:themeColor="accent4"/>
        <w:bottom w:val="single" w:sz="8" w:space="0" w:color="#6E6E6E" w:themeColor="accent4"/>
        <w:right w:val="single" w:sz="8" w:space="0" w:color="#6E6E6E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#6E6E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#6E6E6E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#6E6E6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#6E6E6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999999" w:themeColor="accent5"/>
        <w:left w:val="single" w:sz="8" w:space="0" w:color="#999999" w:themeColor="accent5"/>
        <w:bottom w:val="single" w:sz="8" w:space="0" w:color="#999999" w:themeColor="accent5"/>
        <w:right w:val="single" w:sz="8" w:space="0" w:color="#99999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#9999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#99999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#99999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#99999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A5A5A5" w:themeColor="accent6"/>
        <w:left w:val="single" w:sz="8" w:space="0" w:color="#A5A5A5" w:themeColor="accent6"/>
        <w:bottom w:val="single" w:sz="8" w:space="0" w:color="#A5A5A5" w:themeColor="accent6"/>
        <w:right w:val="single" w:sz="8" w:space="0" w:color="#A5A5A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#A5A5A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#A5A5A5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#A5A5A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#A5A5A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404040" w:themeColor="text1" w:themeTint="BF"/>
        <w:left w:val="single" w:sz="8" w:space="0" w:color="#404040" w:themeColor="text1" w:themeTint="BF"/>
        <w:bottom w:val="single" w:sz="8" w:space="0" w:color="#404040" w:themeColor="text1" w:themeTint="BF"/>
        <w:right w:val="single" w:sz="8" w:space="0" w:color="#404040" w:themeColor="text1" w:themeTint="BF"/>
        <w:insideH w:val="single" w:sz="8" w:space="0" w:color="#404040" w:themeColor="text1" w:themeTint="BF"/>
        <w:insideV w:val="single" w:sz="8" w:space="0" w:color="#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#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9B9B9B" w:themeColor="accent1" w:themeTint="BF"/>
        <w:left w:val="single" w:sz="8" w:space="0" w:color="#9B9B9B" w:themeColor="accent1" w:themeTint="BF"/>
        <w:bottom w:val="single" w:sz="8" w:space="0" w:color="#9B9B9B" w:themeColor="accent1" w:themeTint="BF"/>
        <w:right w:val="single" w:sz="8" w:space="0" w:color="#9B9B9B" w:themeColor="accent1" w:themeTint="BF"/>
        <w:insideH w:val="single" w:sz="8" w:space="0" w:color="#9B9B9B" w:themeColor="accent1" w:themeTint="BF"/>
        <w:insideV w:val="single" w:sz="8" w:space="0" w:color="#9B9B9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DED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#9B9B9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CBC" w:themeFill="accent1" w:themeFillTint="7F"/>
      </w:tcPr>
    </w:tblStylePr>
    <w:tblStylePr w:type="band1Horz">
      <w:tblPr/>
      <w:tcPr>
        <w:shd w:val="clear" w:color="auto" w:fill="BCBCBC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8D8D8D" w:themeColor="accent2" w:themeTint="BF"/>
        <w:left w:val="single" w:sz="8" w:space="0" w:color="#8D8D8D" w:themeColor="accent2" w:themeTint="BF"/>
        <w:bottom w:val="single" w:sz="8" w:space="0" w:color="#8D8D8D" w:themeColor="accent2" w:themeTint="BF"/>
        <w:right w:val="single" w:sz="8" w:space="0" w:color="#8D8D8D" w:themeColor="accent2" w:themeTint="BF"/>
        <w:insideH w:val="single" w:sz="8" w:space="0" w:color="#8D8D8D" w:themeColor="accent2" w:themeTint="BF"/>
        <w:insideV w:val="single" w:sz="8" w:space="0" w:color="#8D8D8D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#8D8D8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B3B3" w:themeFill="accent2" w:themeFillTint="7F"/>
      </w:tcPr>
    </w:tblStylePr>
    <w:tblStylePr w:type="band1Horz">
      <w:tblPr/>
      <w:tcPr>
        <w:shd w:val="clear" w:color="auto" w:fill="B3B3B3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C1C1C1" w:themeColor="accent3" w:themeTint="BF"/>
        <w:left w:val="single" w:sz="8" w:space="0" w:color="#C1C1C1" w:themeColor="accent3" w:themeTint="BF"/>
        <w:bottom w:val="single" w:sz="8" w:space="0" w:color="#C1C1C1" w:themeColor="accent3" w:themeTint="BF"/>
        <w:right w:val="single" w:sz="8" w:space="0" w:color="#C1C1C1" w:themeColor="accent3" w:themeTint="BF"/>
        <w:insideH w:val="single" w:sz="8" w:space="0" w:color="#C1C1C1" w:themeColor="accent3" w:themeTint="BF"/>
        <w:insideV w:val="single" w:sz="8" w:space="0" w:color="#C1C1C1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#C1C1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3" w:themeFillTint="7F"/>
      </w:tcPr>
    </w:tblStylePr>
    <w:tblStylePr w:type="band1Horz">
      <w:tblPr/>
      <w:tcPr>
        <w:shd w:val="clear" w:color="auto" w:fill="D6D6D6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929292" w:themeColor="accent4" w:themeTint="BF"/>
        <w:left w:val="single" w:sz="8" w:space="0" w:color="#929292" w:themeColor="accent4" w:themeTint="BF"/>
        <w:bottom w:val="single" w:sz="8" w:space="0" w:color="#929292" w:themeColor="accent4" w:themeTint="BF"/>
        <w:right w:val="single" w:sz="8" w:space="0" w:color="#929292" w:themeColor="accent4" w:themeTint="BF"/>
        <w:insideH w:val="single" w:sz="8" w:space="0" w:color="#929292" w:themeColor="accent4" w:themeTint="BF"/>
        <w:insideV w:val="single" w:sz="8" w:space="0" w:color="#929292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DB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#92929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6B6" w:themeFill="accent4" w:themeFillTint="7F"/>
      </w:tcPr>
    </w:tblStylePr>
    <w:tblStylePr w:type="band1Horz">
      <w:tblPr/>
      <w:tcPr>
        <w:shd w:val="clear" w:color="auto" w:fill="B6B6B6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B2B2B2" w:themeColor="accent5" w:themeTint="BF"/>
        <w:left w:val="single" w:sz="8" w:space="0" w:color="#B2B2B2" w:themeColor="accent5" w:themeTint="BF"/>
        <w:bottom w:val="single" w:sz="8" w:space="0" w:color="#B2B2B2" w:themeColor="accent5" w:themeTint="BF"/>
        <w:right w:val="single" w:sz="8" w:space="0" w:color="#B2B2B2" w:themeColor="accent5" w:themeTint="BF"/>
        <w:insideH w:val="single" w:sz="8" w:space="0" w:color="#B2B2B2" w:themeColor="accent5" w:themeTint="BF"/>
        <w:insideV w:val="single" w:sz="8" w:space="0" w:color="#B2B2B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#B2B2B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7F"/>
      </w:tcPr>
    </w:tblStylePr>
    <w:tblStylePr w:type="band1Horz">
      <w:tblPr/>
      <w:tcPr>
        <w:shd w:val="clear" w:color="auto" w:fill="CCCCCC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BBBBBB" w:themeColor="accent6" w:themeTint="BF"/>
        <w:left w:val="single" w:sz="8" w:space="0" w:color="#BBBBBB" w:themeColor="accent6" w:themeTint="BF"/>
        <w:bottom w:val="single" w:sz="8" w:space="0" w:color="#BBBBBB" w:themeColor="accent6" w:themeTint="BF"/>
        <w:right w:val="single" w:sz="8" w:space="0" w:color="#BBBBBB" w:themeColor="accent6" w:themeTint="BF"/>
        <w:insideH w:val="single" w:sz="8" w:space="0" w:color="#BBBBBB" w:themeColor="accent6" w:themeTint="BF"/>
        <w:insideV w:val="single" w:sz="8" w:space="0" w:color="#BBBBBB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#BBBBB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6" w:themeFillTint="7F"/>
      </w:tcPr>
    </w:tblStylePr>
    <w:tblStylePr w:type="band1Horz">
      <w:tblPr/>
      <w:tcPr>
        <w:shd w:val="clear" w:color="auto" w:fill="D2D2D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000000" w:themeColor="text1"/>
        <w:left w:val="single" w:sz="8" w:space="0" w:color="#000000" w:themeColor="text1"/>
        <w:bottom w:val="single" w:sz="8" w:space="0" w:color="#000000" w:themeColor="text1"/>
        <w:right w:val="single" w:sz="8" w:space="0" w:color="#000000" w:themeColor="text1"/>
        <w:insideH w:val="single" w:sz="8" w:space="0" w:color="#000000" w:themeColor="text1"/>
        <w:insideV w:val="single" w:sz="8" w:space="0" w:color="#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#000000" w:themeColor="text1"/>
          <w:insideV w:val="single" w:sz="6" w:space="0" w:color="#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7B7B7B" w:themeColor="accent1"/>
        <w:left w:val="single" w:sz="8" w:space="0" w:color="#7B7B7B" w:themeColor="accent1"/>
        <w:bottom w:val="single" w:sz="8" w:space="0" w:color="#7B7B7B" w:themeColor="accent1"/>
        <w:right w:val="single" w:sz="8" w:space="0" w:color="#7B7B7B" w:themeColor="accent1"/>
        <w:insideH w:val="single" w:sz="8" w:space="0" w:color="#7B7B7B" w:themeColor="accent1"/>
        <w:insideV w:val="single" w:sz="8" w:space="0" w:color="#7B7B7B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DED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1F1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4E4" w:themeFill="accent1" w:themeFillTint="33"/>
      </w:tcPr>
    </w:tblStylePr>
    <w:tblStylePr w:type="band1Vert">
      <w:tblPr/>
      <w:tcPr>
        <w:shd w:val="clear" w:color="auto" w:fill="BCBCBC" w:themeFill="accent1" w:themeFillTint="7F"/>
      </w:tcPr>
    </w:tblStylePr>
    <w:tblStylePr w:type="band1Horz">
      <w:tblPr/>
      <w:tcPr>
        <w:tcBorders>
          <w:insideH w:val="single" w:sz="6" w:space="0" w:color="#7B7B7B" w:themeColor="accent1"/>
          <w:insideV w:val="single" w:sz="6" w:space="0" w:color="#7B7B7B" w:themeColor="accent1"/>
        </w:tcBorders>
        <w:shd w:val="clear" w:color="auto" w:fill="BCBCB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686868" w:themeColor="accent2"/>
        <w:left w:val="single" w:sz="8" w:space="0" w:color="#686868" w:themeColor="accent2"/>
        <w:bottom w:val="single" w:sz="8" w:space="0" w:color="#686868" w:themeColor="accent2"/>
        <w:right w:val="single" w:sz="8" w:space="0" w:color="#686868" w:themeColor="accent2"/>
        <w:insideH w:val="single" w:sz="8" w:space="0" w:color="#686868" w:themeColor="accent2"/>
        <w:insideV w:val="single" w:sz="8" w:space="0" w:color="#686868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2" w:themeFillTint="33"/>
      </w:tcPr>
    </w:tblStylePr>
    <w:tblStylePr w:type="band1Vert">
      <w:tblPr/>
      <w:tcPr>
        <w:shd w:val="clear" w:color="auto" w:fill="B3B3B3" w:themeFill="accent2" w:themeFillTint="7F"/>
      </w:tcPr>
    </w:tblStylePr>
    <w:tblStylePr w:type="band1Horz">
      <w:tblPr/>
      <w:tcPr>
        <w:tcBorders>
          <w:insideH w:val="single" w:sz="6" w:space="0" w:color="#686868" w:themeColor="accent2"/>
          <w:insideV w:val="single" w:sz="6" w:space="0" w:color="#686868" w:themeColor="accent2"/>
        </w:tcBorders>
        <w:shd w:val="clear" w:color="auto" w:fill="B3B3B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ADADAD" w:themeColor="accent3"/>
        <w:left w:val="single" w:sz="8" w:space="0" w:color="#ADADAD" w:themeColor="accent3"/>
        <w:bottom w:val="single" w:sz="8" w:space="0" w:color="#ADADAD" w:themeColor="accent3"/>
        <w:right w:val="single" w:sz="8" w:space="0" w:color="#ADADAD" w:themeColor="accent3"/>
        <w:insideH w:val="single" w:sz="8" w:space="0" w:color="#ADADAD" w:themeColor="accent3"/>
        <w:insideV w:val="single" w:sz="8" w:space="0" w:color="#ADADAD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EEE" w:themeFill="accent3" w:themeFillTint="33"/>
      </w:tcPr>
    </w:tblStylePr>
    <w:tblStylePr w:type="band1Vert">
      <w:tblPr/>
      <w:tcPr>
        <w:shd w:val="clear" w:color="auto" w:fill="D6D6D6" w:themeFill="accent3" w:themeFillTint="7F"/>
      </w:tcPr>
    </w:tblStylePr>
    <w:tblStylePr w:type="band1Horz">
      <w:tblPr/>
      <w:tcPr>
        <w:tcBorders>
          <w:insideH w:val="single" w:sz="6" w:space="0" w:color="#ADADAD" w:themeColor="accent3"/>
          <w:insideV w:val="single" w:sz="6" w:space="0" w:color="#ADADAD" w:themeColor="accent3"/>
        </w:tcBorders>
        <w:shd w:val="clear" w:color="auto" w:fill="D6D6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6E6E6E" w:themeColor="accent4"/>
        <w:left w:val="single" w:sz="8" w:space="0" w:color="#6E6E6E" w:themeColor="accent4"/>
        <w:bottom w:val="single" w:sz="8" w:space="0" w:color="#6E6E6E" w:themeColor="accent4"/>
        <w:right w:val="single" w:sz="8" w:space="0" w:color="#6E6E6E" w:themeColor="accent4"/>
        <w:insideH w:val="single" w:sz="8" w:space="0" w:color="#6E6E6E" w:themeColor="accent4"/>
        <w:insideV w:val="single" w:sz="8" w:space="0" w:color="#6E6E6E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DB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accent4" w:themeFillTint="33"/>
      </w:tcPr>
    </w:tblStylePr>
    <w:tblStylePr w:type="band1Vert">
      <w:tblPr/>
      <w:tcPr>
        <w:shd w:val="clear" w:color="auto" w:fill="B6B6B6" w:themeFill="accent4" w:themeFillTint="7F"/>
      </w:tcPr>
    </w:tblStylePr>
    <w:tblStylePr w:type="band1Horz">
      <w:tblPr/>
      <w:tcPr>
        <w:tcBorders>
          <w:insideH w:val="single" w:sz="6" w:space="0" w:color="#6E6E6E" w:themeColor="accent4"/>
          <w:insideV w:val="single" w:sz="6" w:space="0" w:color="#6E6E6E" w:themeColor="accent4"/>
        </w:tcBorders>
        <w:shd w:val="clear" w:color="auto" w:fill="B6B6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999999" w:themeColor="accent5"/>
        <w:left w:val="single" w:sz="8" w:space="0" w:color="#999999" w:themeColor="accent5"/>
        <w:bottom w:val="single" w:sz="8" w:space="0" w:color="#999999" w:themeColor="accent5"/>
        <w:right w:val="single" w:sz="8" w:space="0" w:color="#999999" w:themeColor="accent5"/>
        <w:insideH w:val="single" w:sz="8" w:space="0" w:color="#999999" w:themeColor="accent5"/>
        <w:insideV w:val="single" w:sz="8" w:space="0" w:color="#999999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5" w:themeFillTint="33"/>
      </w:tcPr>
    </w:tblStylePr>
    <w:tblStylePr w:type="band1Vert">
      <w:tblPr/>
      <w:tcPr>
        <w:shd w:val="clear" w:color="auto" w:fill="CCCCCC" w:themeFill="accent5" w:themeFillTint="7F"/>
      </w:tcPr>
    </w:tblStylePr>
    <w:tblStylePr w:type="band1Horz">
      <w:tblPr/>
      <w:tcPr>
        <w:tcBorders>
          <w:insideH w:val="single" w:sz="6" w:space="0" w:color="#999999" w:themeColor="accent5"/>
          <w:insideV w:val="single" w:sz="6" w:space="0" w:color="#999999" w:themeColor="accent5"/>
        </w:tcBorders>
        <w:shd w:val="clear" w:color="auto" w:fill="CCCC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#A5A5A5" w:themeColor="accent6"/>
        <w:left w:val="single" w:sz="8" w:space="0" w:color="#A5A5A5" w:themeColor="accent6"/>
        <w:bottom w:val="single" w:sz="8" w:space="0" w:color="#A5A5A5" w:themeColor="accent6"/>
        <w:right w:val="single" w:sz="8" w:space="0" w:color="#A5A5A5" w:themeColor="accent6"/>
        <w:insideH w:val="single" w:sz="8" w:space="0" w:color="#A5A5A5" w:themeColor="accent6"/>
        <w:insideV w:val="single" w:sz="8" w:space="0" w:color="#A5A5A5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#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C" w:themeFill="accent6" w:themeFillTint="33"/>
      </w:tcPr>
    </w:tblStylePr>
    <w:tblStylePr w:type="band1Vert">
      <w:tblPr/>
      <w:tcPr>
        <w:shd w:val="clear" w:color="auto" w:fill="D2D2D2" w:themeFill="accent6" w:themeFillTint="7F"/>
      </w:tcPr>
    </w:tblStylePr>
    <w:tblStylePr w:type="band1Horz">
      <w:tblPr/>
      <w:tcPr>
        <w:tcBorders>
          <w:insideH w:val="single" w:sz="6" w:space="0" w:color="#A5A5A5" w:themeColor="accent6"/>
          <w:insideV w:val="single" w:sz="6" w:space="0" w:color="#A5A5A5" w:themeColor="accent6"/>
        </w:tcBorders>
        <w:shd w:val="clear" w:color="auto" w:fill="D2D2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FFFFFF" w:themeColor="background1"/>
        <w:left w:val="single" w:sz="8" w:space="0" w:color="#FFFFFF" w:themeColor="background1"/>
        <w:bottom w:val="single" w:sz="8" w:space="0" w:color="#FFFFFF" w:themeColor="background1"/>
        <w:right w:val="single" w:sz="8" w:space="0" w:color="#FFFFFF" w:themeColor="background1"/>
        <w:insideH w:val="single" w:sz="6" w:space="0" w:color="#FFFFFF" w:themeColor="background1"/>
        <w:insideV w:val="single" w:sz="6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24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#FFFFFF" w:themeColor="background1"/>
          <w:right w:val="single" w:sz="24" w:space="0" w:color="#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#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single" w:sz="8" w:space="0" w:color="#FFFFFF" w:themeColor="background1"/>
          <w:insideV w:val="single" w:sz="8" w:space="0" w:color="#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FFFFFF" w:themeColor="background1"/>
        <w:left w:val="single" w:sz="8" w:space="0" w:color="#FFFFFF" w:themeColor="background1"/>
        <w:bottom w:val="single" w:sz="8" w:space="0" w:color="#FFFFFF" w:themeColor="background1"/>
        <w:right w:val="single" w:sz="8" w:space="0" w:color="#FFFFFF" w:themeColor="background1"/>
        <w:insideH w:val="single" w:sz="6" w:space="0" w:color="#FFFFFF" w:themeColor="background1"/>
        <w:insideV w:val="single" w:sz="6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DED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24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7B7B7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7B7B7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#FFFFFF" w:themeColor="background1"/>
          <w:right w:val="single" w:sz="24" w:space="0" w:color="#FFFFFF" w:themeColor="background1"/>
          <w:insideH w:val="nil"/>
          <w:insideV w:val="nil"/>
        </w:tcBorders>
        <w:shd w:val="clear" w:color="auto" w:fill="7B7B7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#FFFFFF" w:themeColor="background1"/>
          <w:bottom w:val="nil"/>
          <w:right w:val="nil"/>
          <w:insideH w:val="nil"/>
          <w:insideV w:val="nil"/>
        </w:tcBorders>
        <w:shd w:val="clear" w:color="auto" w:fill="7B7B7B" w:themeFill="accent1"/>
      </w:tcPr>
    </w:tblStylePr>
    <w:tblStylePr w:type="band1Vert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nil"/>
        </w:tcBorders>
        <w:shd w:val="clear" w:color="auto" w:fill="BCBCBC" w:themeFill="accent1" w:themeFillTint="7F"/>
      </w:tcPr>
    </w:tblStylePr>
    <w:tblStylePr w:type="band1Horz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single" w:sz="8" w:space="0" w:color="#FFFFFF" w:themeColor="background1"/>
          <w:insideV w:val="single" w:sz="8" w:space="0" w:color="#FFFFFF" w:themeColor="background1"/>
        </w:tcBorders>
        <w:shd w:val="clear" w:color="auto" w:fill="BCBCBC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FFFFFF" w:themeColor="background1"/>
        <w:left w:val="single" w:sz="8" w:space="0" w:color="#FFFFFF" w:themeColor="background1"/>
        <w:bottom w:val="single" w:sz="8" w:space="0" w:color="#FFFFFF" w:themeColor="background1"/>
        <w:right w:val="single" w:sz="8" w:space="0" w:color="#FFFFFF" w:themeColor="background1"/>
        <w:insideH w:val="single" w:sz="6" w:space="0" w:color="#FFFFFF" w:themeColor="background1"/>
        <w:insideV w:val="single" w:sz="6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24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68686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68686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#FFFFFF" w:themeColor="background1"/>
          <w:right w:val="single" w:sz="24" w:space="0" w:color="#FFFFFF" w:themeColor="background1"/>
          <w:insideH w:val="nil"/>
          <w:insideV w:val="nil"/>
        </w:tcBorders>
        <w:shd w:val="clear" w:color="auto" w:fill="68686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#FFFFFF" w:themeColor="background1"/>
          <w:bottom w:val="nil"/>
          <w:right w:val="nil"/>
          <w:insideH w:val="nil"/>
          <w:insideV w:val="nil"/>
        </w:tcBorders>
        <w:shd w:val="clear" w:color="auto" w:fill="686868" w:themeFill="accent2"/>
      </w:tcPr>
    </w:tblStylePr>
    <w:tblStylePr w:type="band1Vert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nil"/>
        </w:tcBorders>
        <w:shd w:val="clear" w:color="auto" w:fill="B3B3B3" w:themeFill="accent2" w:themeFillTint="7F"/>
      </w:tcPr>
    </w:tblStylePr>
    <w:tblStylePr w:type="band1Horz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single" w:sz="8" w:space="0" w:color="#FFFFFF" w:themeColor="background1"/>
          <w:insideV w:val="single" w:sz="8" w:space="0" w:color="#FFFFFF" w:themeColor="background1"/>
        </w:tcBorders>
        <w:shd w:val="clear" w:color="auto" w:fill="B3B3B3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FFFFFF" w:themeColor="background1"/>
        <w:left w:val="single" w:sz="8" w:space="0" w:color="#FFFFFF" w:themeColor="background1"/>
        <w:bottom w:val="single" w:sz="8" w:space="0" w:color="#FFFFFF" w:themeColor="background1"/>
        <w:right w:val="single" w:sz="8" w:space="0" w:color="#FFFFFF" w:themeColor="background1"/>
        <w:insideH w:val="single" w:sz="6" w:space="0" w:color="#FFFFFF" w:themeColor="background1"/>
        <w:insideV w:val="single" w:sz="6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24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ADAD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ADAD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#FFFFFF" w:themeColor="background1"/>
          <w:right w:val="single" w:sz="24" w:space="0" w:color="#FFFFFF" w:themeColor="background1"/>
          <w:insideH w:val="nil"/>
          <w:insideV w:val="nil"/>
        </w:tcBorders>
        <w:shd w:val="clear" w:color="auto" w:fill="ADAD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#FFFFFF" w:themeColor="background1"/>
          <w:bottom w:val="nil"/>
          <w:right w:val="nil"/>
          <w:insideH w:val="nil"/>
          <w:insideV w:val="nil"/>
        </w:tcBorders>
        <w:shd w:val="clear" w:color="auto" w:fill="ADADAD" w:themeFill="accent3"/>
      </w:tcPr>
    </w:tblStylePr>
    <w:tblStylePr w:type="band1Vert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nil"/>
        </w:tcBorders>
        <w:shd w:val="clear" w:color="auto" w:fill="D6D6D6" w:themeFill="accent3" w:themeFillTint="7F"/>
      </w:tcPr>
    </w:tblStylePr>
    <w:tblStylePr w:type="band1Horz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single" w:sz="8" w:space="0" w:color="#FFFFFF" w:themeColor="background1"/>
          <w:insideV w:val="single" w:sz="8" w:space="0" w:color="#FFFFFF" w:themeColor="background1"/>
        </w:tcBorders>
        <w:shd w:val="clear" w:color="auto" w:fill="D6D6D6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FFFFFF" w:themeColor="background1"/>
        <w:left w:val="single" w:sz="8" w:space="0" w:color="#FFFFFF" w:themeColor="background1"/>
        <w:bottom w:val="single" w:sz="8" w:space="0" w:color="#FFFFFF" w:themeColor="background1"/>
        <w:right w:val="single" w:sz="8" w:space="0" w:color="#FFFFFF" w:themeColor="background1"/>
        <w:insideH w:val="single" w:sz="6" w:space="0" w:color="#FFFFFF" w:themeColor="background1"/>
        <w:insideV w:val="single" w:sz="6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DB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24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6E6E6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6E6E6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#FFFFFF" w:themeColor="background1"/>
          <w:right w:val="single" w:sz="24" w:space="0" w:color="#FFFFFF" w:themeColor="background1"/>
          <w:insideH w:val="nil"/>
          <w:insideV w:val="nil"/>
        </w:tcBorders>
        <w:shd w:val="clear" w:color="auto" w:fill="6E6E6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#FFFFFF" w:themeColor="background1"/>
          <w:bottom w:val="nil"/>
          <w:right w:val="nil"/>
          <w:insideH w:val="nil"/>
          <w:insideV w:val="nil"/>
        </w:tcBorders>
        <w:shd w:val="clear" w:color="auto" w:fill="6E6E6E" w:themeFill="accent4"/>
      </w:tcPr>
    </w:tblStylePr>
    <w:tblStylePr w:type="band1Vert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nil"/>
        </w:tcBorders>
        <w:shd w:val="clear" w:color="auto" w:fill="B6B6B6" w:themeFill="accent4" w:themeFillTint="7F"/>
      </w:tcPr>
    </w:tblStylePr>
    <w:tblStylePr w:type="band1Horz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single" w:sz="8" w:space="0" w:color="#FFFFFF" w:themeColor="background1"/>
          <w:insideV w:val="single" w:sz="8" w:space="0" w:color="#FFFFFF" w:themeColor="background1"/>
        </w:tcBorders>
        <w:shd w:val="clear" w:color="auto" w:fill="B6B6B6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FFFFFF" w:themeColor="background1"/>
        <w:left w:val="single" w:sz="8" w:space="0" w:color="#FFFFFF" w:themeColor="background1"/>
        <w:bottom w:val="single" w:sz="8" w:space="0" w:color="#FFFFFF" w:themeColor="background1"/>
        <w:right w:val="single" w:sz="8" w:space="0" w:color="#FFFFFF" w:themeColor="background1"/>
        <w:insideH w:val="single" w:sz="6" w:space="0" w:color="#FFFFFF" w:themeColor="background1"/>
        <w:insideV w:val="single" w:sz="6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24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99999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99999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#FFFFFF" w:themeColor="background1"/>
          <w:right w:val="single" w:sz="24" w:space="0" w:color="#FFFFFF" w:themeColor="background1"/>
          <w:insideH w:val="nil"/>
          <w:insideV w:val="nil"/>
        </w:tcBorders>
        <w:shd w:val="clear" w:color="auto" w:fill="99999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#FFFFFF" w:themeColor="background1"/>
          <w:bottom w:val="nil"/>
          <w:right w:val="nil"/>
          <w:insideH w:val="nil"/>
          <w:insideV w:val="nil"/>
        </w:tcBorders>
        <w:shd w:val="clear" w:color="auto" w:fill="999999" w:themeFill="accent5"/>
      </w:tcPr>
    </w:tblStylePr>
    <w:tblStylePr w:type="band1Vert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nil"/>
        </w:tcBorders>
        <w:shd w:val="clear" w:color="auto" w:fill="CCCCCC" w:themeFill="accent5" w:themeFillTint="7F"/>
      </w:tcPr>
    </w:tblStylePr>
    <w:tblStylePr w:type="band1Horz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single" w:sz="8" w:space="0" w:color="#FFFFFF" w:themeColor="background1"/>
          <w:insideV w:val="single" w:sz="8" w:space="0" w:color="#FFFFFF" w:themeColor="background1"/>
        </w:tcBorders>
        <w:shd w:val="clear" w:color="auto" w:fill="CCCCCC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#FFFFFF" w:themeColor="background1"/>
        <w:left w:val="single" w:sz="8" w:space="0" w:color="#FFFFFF" w:themeColor="background1"/>
        <w:bottom w:val="single" w:sz="8" w:space="0" w:color="#FFFFFF" w:themeColor="background1"/>
        <w:right w:val="single" w:sz="8" w:space="0" w:color="#FFFFFF" w:themeColor="background1"/>
        <w:insideH w:val="single" w:sz="6" w:space="0" w:color="#FFFFFF" w:themeColor="background1"/>
        <w:insideV w:val="single" w:sz="6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24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A5A5A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single" w:sz="8" w:space="0" w:color="#FFFFFF" w:themeColor="background1"/>
        </w:tcBorders>
        <w:shd w:val="clear" w:color="auto" w:fill="A5A5A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#FFFFFF" w:themeColor="background1"/>
          <w:right w:val="single" w:sz="24" w:space="0" w:color="#FFFFFF" w:themeColor="background1"/>
          <w:insideH w:val="nil"/>
          <w:insideV w:val="nil"/>
        </w:tcBorders>
        <w:shd w:val="clear" w:color="auto" w:fill="A5A5A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#FFFFFF" w:themeColor="background1"/>
          <w:bottom w:val="nil"/>
          <w:right w:val="nil"/>
          <w:insideH w:val="nil"/>
          <w:insideV w:val="nil"/>
        </w:tcBorders>
        <w:shd w:val="clear" w:color="auto" w:fill="A5A5A5" w:themeFill="accent6"/>
      </w:tcPr>
    </w:tblStylePr>
    <w:tblStylePr w:type="band1Vert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nil"/>
          <w:insideV w:val="nil"/>
        </w:tcBorders>
        <w:shd w:val="clear" w:color="auto" w:fill="D2D2D2" w:themeFill="accent6" w:themeFillTint="7F"/>
      </w:tcPr>
    </w:tblStylePr>
    <w:tblStylePr w:type="band1Horz">
      <w:tblPr/>
      <w:tcPr>
        <w:tcBorders>
          <w:top w:val="single" w:sz="8" w:space="0" w:color="#FFFFFF" w:themeColor="background1"/>
          <w:left w:val="single" w:sz="8" w:space="0" w:color="#FFFFFF" w:themeColor="background1"/>
          <w:bottom w:val="single" w:sz="8" w:space="0" w:color="#FFFFFF" w:themeColor="background1"/>
          <w:right w:val="single" w:sz="8" w:space="0" w:color="#FFFFFF" w:themeColor="background1"/>
          <w:insideH w:val="single" w:sz="8" w:space="0" w:color="#FFFFFF" w:themeColor="background1"/>
          <w:insideV w:val="single" w:sz="8" w:space="0" w:color="#FFFFFF" w:themeColor="background1"/>
        </w:tcBorders>
        <w:shd w:val="clear" w:color="auto" w:fill="D2D2D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#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#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#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#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B7B7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#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#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C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#FFFFFF" w:themeColor="background1"/>
          <w:insideH w:val="nil"/>
          <w:insideV w:val="nil"/>
        </w:tcBorders>
        <w:shd w:val="clear" w:color="auto" w:fill="5A5A5A" w:themeFill="accent1" w:themeFillShade="BF"/>
      </w:tcPr>
    </w:tblStylePr>
    <w:tblStylePr w:type="lastCol">
      <w:tblPr/>
      <w:tcPr>
        <w:tcBorders>
          <w:top w:val="nil"/>
          <w:left w:val="single" w:sz="18" w:space="0" w:color="#FFFFFF" w:themeColor="background1"/>
          <w:bottom w:val="nil"/>
          <w:right w:val="nil"/>
          <w:insideH w:val="nil"/>
          <w:insideV w:val="nil"/>
        </w:tcBorders>
        <w:shd w:val="clear" w:color="auto" w:fill="5A5A5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8686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#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#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#FFFFFF" w:themeColor="background1"/>
          <w:insideH w:val="nil"/>
          <w:insideV w:val="nil"/>
        </w:tcBorders>
        <w:shd w:val="clear" w:color="auto" w:fill="4A4A4A" w:themeFill="accent2" w:themeFillShade="BF"/>
      </w:tcPr>
    </w:tblStylePr>
    <w:tblStylePr w:type="lastCol">
      <w:tblPr/>
      <w:tcPr>
        <w:tcBorders>
          <w:top w:val="nil"/>
          <w:left w:val="single" w:sz="18" w:space="0" w:color="#FFFFFF" w:themeColor="background1"/>
          <w:bottom w:val="nil"/>
          <w:right w:val="nil"/>
          <w:insideH w:val="nil"/>
          <w:insideV w:val="nil"/>
        </w:tcBorders>
        <w:shd w:val="clear" w:color="auto" w:fill="4A4A4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DAD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#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#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95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#FFFFFF" w:themeColor="background1"/>
          <w:insideH w:val="nil"/>
          <w:insideV w:val="nil"/>
        </w:tcBorders>
        <w:shd w:val="clear" w:color="auto" w:fill="868686" w:themeFill="accent3" w:themeFillShade="BF"/>
      </w:tcPr>
    </w:tblStylePr>
    <w:tblStylePr w:type="lastCol">
      <w:tblPr/>
      <w:tcPr>
        <w:tcBorders>
          <w:top w:val="nil"/>
          <w:left w:val="single" w:sz="18" w:space="0" w:color="#FFFFFF" w:themeColor="background1"/>
          <w:bottom w:val="nil"/>
          <w:right w:val="nil"/>
          <w:insideH w:val="nil"/>
          <w:insideV w:val="nil"/>
        </w:tcBorders>
        <w:shd w:val="clear" w:color="auto" w:fill="86868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68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686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E6E6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#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#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6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#FFFFFF" w:themeColor="background1"/>
          <w:insideH w:val="nil"/>
          <w:insideV w:val="nil"/>
        </w:tcBorders>
        <w:shd w:val="clear" w:color="auto" w:fill="515151" w:themeFill="accent4" w:themeFillShade="BF"/>
      </w:tcPr>
    </w:tblStylePr>
    <w:tblStylePr w:type="lastCol">
      <w:tblPr/>
      <w:tcPr>
        <w:tcBorders>
          <w:top w:val="nil"/>
          <w:left w:val="single" w:sz="18" w:space="0" w:color="#FFFFFF" w:themeColor="background1"/>
          <w:bottom w:val="nil"/>
          <w:right w:val="nil"/>
          <w:insideH w:val="nil"/>
          <w:insideV w:val="nil"/>
        </w:tcBorders>
        <w:shd w:val="clear" w:color="auto" w:fill="51515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15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151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9999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#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#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D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#FFFFFF" w:themeColor="background1"/>
          <w:insideH w:val="nil"/>
          <w:insideV w:val="nil"/>
        </w:tcBorders>
        <w:shd w:val="clear" w:color="auto" w:fill="747474" w:themeFill="accent5" w:themeFillShade="BF"/>
      </w:tcPr>
    </w:tblStylePr>
    <w:tblStylePr w:type="lastCol">
      <w:tblPr/>
      <w:tcPr>
        <w:tcBorders>
          <w:top w:val="nil"/>
          <w:left w:val="single" w:sz="18" w:space="0" w:color="#FFFFFF" w:themeColor="background1"/>
          <w:bottom w:val="nil"/>
          <w:right w:val="nil"/>
          <w:insideH w:val="nil"/>
          <w:insideV w:val="nil"/>
        </w:tcBorders>
        <w:shd w:val="clear" w:color="auto" w:fill="74747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747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7474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#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#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535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#FFFFFF" w:themeColor="background1"/>
          <w:insideH w:val="nil"/>
          <w:insideV w:val="nil"/>
        </w:tcBorders>
        <w:shd w:val="clear" w:color="auto" w:fill="7E7E7E" w:themeFill="accent6" w:themeFillShade="BF"/>
      </w:tcPr>
    </w:tblStylePr>
    <w:tblStylePr w:type="lastCol">
      <w:tblPr/>
      <w:tcPr>
        <w:tcBorders>
          <w:top w:val="nil"/>
          <w:left w:val="single" w:sz="18" w:space="0" w:color="#FFFFFF" w:themeColor="background1"/>
          <w:bottom w:val="nil"/>
          <w:right w:val="nil"/>
          <w:insideH w:val="nil"/>
          <w:insideV w:val="nil"/>
        </w:tcBorders>
        <w:shd w:val="clear" w:color="auto" w:fill="7E7E7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E7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E7E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#686868" w:themeColor="accent2"/>
        <w:left w:val="single" w:sz="4" w:space="0" w:color="#000000" w:themeColor="text1"/>
        <w:bottom w:val="single" w:sz="4" w:space="0" w:color="#000000" w:themeColor="text1"/>
        <w:right w:val="single" w:sz="4" w:space="0" w:color="#000000" w:themeColor="text1"/>
        <w:insideH w:val="single" w:sz="4" w:space="0" w:color="#FFFFFF" w:themeColor="background1"/>
        <w:insideV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#6868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#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#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#686868" w:themeColor="accent2"/>
        <w:left w:val="single" w:sz="4" w:space="0" w:color="#7B7B7B" w:themeColor="accent1"/>
        <w:bottom w:val="single" w:sz="4" w:space="0" w:color="#7B7B7B" w:themeColor="accent1"/>
        <w:right w:val="single" w:sz="4" w:space="0" w:color="#7B7B7B" w:themeColor="accent1"/>
        <w:insideH w:val="single" w:sz="4" w:space="0" w:color="#FFFFFF" w:themeColor="background1"/>
        <w:insideV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1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#6868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#FFFFFF" w:themeColor="background1"/>
        </w:tcBorders>
        <w:shd w:val="clear" w:color="auto" w:fill="4848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#484848" w:themeColor="accent1" w:themeShade="99"/>
          <w:insideV w:val="nil"/>
        </w:tcBorders>
        <w:shd w:val="clear" w:color="auto" w:fill="4848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4848" w:themeFill="accent1" w:themeFillShade="99"/>
      </w:tcPr>
    </w:tblStylePr>
    <w:tblStylePr w:type="band1Vert">
      <w:tblPr/>
      <w:tcPr>
        <w:shd w:val="clear" w:color="auto" w:fill="C9C9C9" w:themeFill="accent1" w:themeFillTint="66"/>
      </w:tcPr>
    </w:tblStylePr>
    <w:tblStylePr w:type="band1Horz">
      <w:tblPr/>
      <w:tcPr>
        <w:shd w:val="clear" w:color="auto" w:fill="BCBCB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#686868" w:themeColor="accent2"/>
        <w:left w:val="single" w:sz="4" w:space="0" w:color="#686868" w:themeColor="accent2"/>
        <w:bottom w:val="single" w:sz="4" w:space="0" w:color="#686868" w:themeColor="accent2"/>
        <w:right w:val="single" w:sz="4" w:space="0" w:color="#686868" w:themeColor="accent2"/>
        <w:insideH w:val="single" w:sz="4" w:space="0" w:color="#FFFFFF" w:themeColor="background1"/>
        <w:insideV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#6868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#FFFFFF" w:themeColor="background1"/>
        </w:tcBorders>
        <w:shd w:val="clear" w:color="auto" w:fill="3C3C3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#3C3C3C" w:themeColor="accent2" w:themeShade="99"/>
          <w:insideV w:val="nil"/>
        </w:tcBorders>
        <w:shd w:val="clear" w:color="auto" w:fill="3C3C3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3C3C" w:themeFill="accent2" w:themeFillShade="99"/>
      </w:tcPr>
    </w:tblStylePr>
    <w:tblStylePr w:type="band1Vert">
      <w:tblPr/>
      <w:tcPr>
        <w:shd w:val="clear" w:color="auto" w:fill="C1C1C1" w:themeFill="accent2" w:themeFillTint="66"/>
      </w:tcPr>
    </w:tblStylePr>
    <w:tblStylePr w:type="band1Horz">
      <w:tblPr/>
      <w:tcPr>
        <w:shd w:val="clear" w:color="auto" w:fill="B3B3B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#6E6E6E" w:themeColor="accent4"/>
        <w:left w:val="single" w:sz="4" w:space="0" w:color="#ADADAD" w:themeColor="accent3"/>
        <w:bottom w:val="single" w:sz="4" w:space="0" w:color="#ADADAD" w:themeColor="accent3"/>
        <w:right w:val="single" w:sz="4" w:space="0" w:color="#ADADAD" w:themeColor="accent3"/>
        <w:insideH w:val="single" w:sz="4" w:space="0" w:color="#FFFFFF" w:themeColor="background1"/>
        <w:insideV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#6E6E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#FFFFFF" w:themeColor="background1"/>
        </w:tcBorders>
        <w:shd w:val="clear" w:color="auto" w:fill="6B6B6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#6B6B6B" w:themeColor="accent3" w:themeShade="99"/>
          <w:insideV w:val="nil"/>
        </w:tcBorders>
        <w:shd w:val="clear" w:color="auto" w:fill="6B6B6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99"/>
      </w:tcPr>
    </w:tblStylePr>
    <w:tblStylePr w:type="band1Vert">
      <w:tblPr/>
      <w:tcPr>
        <w:shd w:val="clear" w:color="auto" w:fill="DDDDDD" w:themeFill="accent3" w:themeFillTint="66"/>
      </w:tcPr>
    </w:tblStylePr>
    <w:tblStylePr w:type="band1Horz">
      <w:tblPr/>
      <w:tcPr>
        <w:shd w:val="clear" w:color="auto" w:fill="D6D6D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#ADADAD" w:themeColor="accent3"/>
        <w:left w:val="single" w:sz="4" w:space="0" w:color="#6E6E6E" w:themeColor="accent4"/>
        <w:bottom w:val="single" w:sz="4" w:space="0" w:color="#6E6E6E" w:themeColor="accent4"/>
        <w:right w:val="single" w:sz="4" w:space="0" w:color="#6E6E6E" w:themeColor="accent4"/>
        <w:insideH w:val="single" w:sz="4" w:space="0" w:color="#FFFFFF" w:themeColor="background1"/>
        <w:insideV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#ADAD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#FFFFFF" w:themeColor="background1"/>
        </w:tcBorders>
        <w:shd w:val="clear" w:color="auto" w:fill="41414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#414141" w:themeColor="accent4" w:themeShade="99"/>
          <w:insideV w:val="nil"/>
        </w:tcBorders>
        <w:shd w:val="clear" w:color="auto" w:fill="41414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99"/>
      </w:tcPr>
    </w:tblStylePr>
    <w:tblStylePr w:type="band1Vert">
      <w:tblPr/>
      <w:tcPr>
        <w:shd w:val="clear" w:color="auto" w:fill="C4C4C4" w:themeFill="accent4" w:themeFillTint="66"/>
      </w:tcPr>
    </w:tblStylePr>
    <w:tblStylePr w:type="band1Horz">
      <w:tblPr/>
      <w:tcPr>
        <w:shd w:val="clear" w:color="auto" w:fill="B6B6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#A5A5A5" w:themeColor="accent6"/>
        <w:left w:val="single" w:sz="4" w:space="0" w:color="#999999" w:themeColor="accent5"/>
        <w:bottom w:val="single" w:sz="4" w:space="0" w:color="#999999" w:themeColor="accent5"/>
        <w:right w:val="single" w:sz="4" w:space="0" w:color="#999999" w:themeColor="accent5"/>
        <w:insideH w:val="single" w:sz="4" w:space="0" w:color="#FFFFFF" w:themeColor="background1"/>
        <w:insideV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#A5A5A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#FFFFFF" w:themeColor="background1"/>
        </w:tcBorders>
        <w:shd w:val="clear" w:color="auto" w:fill="5D5D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#5D5D5D" w:themeColor="accent5" w:themeShade="99"/>
          <w:insideV w:val="nil"/>
        </w:tcBorders>
        <w:shd w:val="clear" w:color="auto" w:fill="5D5D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D5D" w:themeFill="accent5" w:themeFillShade="99"/>
      </w:tcPr>
    </w:tblStylePr>
    <w:tblStylePr w:type="band1Vert">
      <w:tblPr/>
      <w:tcPr>
        <w:shd w:val="clear" w:color="auto" w:fill="D6D6D6" w:themeFill="accent5" w:themeFillTint="66"/>
      </w:tcPr>
    </w:tblStylePr>
    <w:tblStylePr w:type="band1Horz">
      <w:tblPr/>
      <w:tcPr>
        <w:shd w:val="clear" w:color="auto" w:fill="CCCC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#999999" w:themeColor="accent5"/>
        <w:left w:val="single" w:sz="4" w:space="0" w:color="#A5A5A5" w:themeColor="accent6"/>
        <w:bottom w:val="single" w:sz="4" w:space="0" w:color="#A5A5A5" w:themeColor="accent6"/>
        <w:right w:val="single" w:sz="4" w:space="0" w:color="#A5A5A5" w:themeColor="accent6"/>
        <w:insideH w:val="single" w:sz="4" w:space="0" w:color="#FFFFFF" w:themeColor="background1"/>
        <w:insideV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#9999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#FFFFFF" w:themeColor="background1"/>
        </w:tcBorders>
        <w:shd w:val="clear" w:color="auto" w:fill="65656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#656565" w:themeColor="accent6" w:themeShade="99"/>
          <w:insideV w:val="nil"/>
        </w:tcBorders>
        <w:shd w:val="clear" w:color="auto" w:fill="65656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6" w:themeFillShade="99"/>
      </w:tcPr>
    </w:tblStylePr>
    <w:tblStylePr w:type="band1Vert">
      <w:tblPr/>
      <w:tcPr>
        <w:shd w:val="clear" w:color="auto" w:fill="DADADA" w:themeFill="accent6" w:themeFillTint="66"/>
      </w:tcPr>
    </w:tblStylePr>
    <w:tblStylePr w:type="band1Horz">
      <w:tblPr/>
      <w:tcPr>
        <w:shd w:val="clear" w:color="auto" w:fill="D2D2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#FFFFFF" w:themeColor="background1"/>
        </w:tcBorders>
        <w:shd w:val="clear" w:color="auto" w:fill="4F4F4F" w:themeFill="accent2" w:themeFillShade="CC"/>
      </w:tcPr>
    </w:tblStylePr>
    <w:tblStylePr w:type="lastRow">
      <w:rPr>
        <w:b/>
        <w:bCs/>
        <w:color w:val="000000" w:themeColor="accent2" w:themeShade="CC"/>
      </w:rPr>
      <w:tblPr/>
      <w:tcPr>
        <w:tcBorders>
          <w:top w:val="single" w:sz="12" w:space="0" w:color="#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1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#FFFFFF" w:themeColor="background1"/>
        </w:tcBorders>
        <w:shd w:val="clear" w:color="auto" w:fill="4F4F4F" w:themeFill="accent2" w:themeFillShade="CC"/>
      </w:tcPr>
    </w:tblStylePr>
    <w:tblStylePr w:type="lastRow">
      <w:rPr>
        <w:b/>
        <w:bCs/>
        <w:color w:val="000000" w:themeColor="accent2" w:themeShade="CC"/>
      </w:rPr>
      <w:tblPr/>
      <w:tcPr>
        <w:tcBorders>
          <w:top w:val="single" w:sz="12" w:space="0" w:color="#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DEDE" w:themeFill="accent1" w:themeFillTint="3F"/>
      </w:tcPr>
    </w:tblStylePr>
    <w:tblStylePr w:type="band1Horz">
      <w:tblPr/>
      <w:tcPr>
        <w:shd w:val="clear" w:color="auto" w:fill="E4E4E4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#FFFFFF" w:themeColor="background1"/>
        </w:tcBorders>
        <w:shd w:val="clear" w:color="auto" w:fill="4F4F4F" w:themeFill="accent2" w:themeFillShade="CC"/>
      </w:tcPr>
    </w:tblStylePr>
    <w:tblStylePr w:type="lastRow">
      <w:rPr>
        <w:b/>
        <w:bCs/>
        <w:color w:val="000000" w:themeColor="accent2" w:themeShade="CC"/>
      </w:rPr>
      <w:tblPr/>
      <w:tcPr>
        <w:tcBorders>
          <w:top w:val="single" w:sz="12" w:space="0" w:color="#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  <w:tblStylePr w:type="band1Horz">
      <w:tblPr/>
      <w:tcPr>
        <w:shd w:val="clear" w:color="auto" w:fill="E0E0E0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#FFFFFF" w:themeColor="background1"/>
        </w:tcBorders>
        <w:shd w:val="clear" w:color="auto" w:fill="575757" w:themeFill="accent4" w:themeFillShade="CC"/>
      </w:tcPr>
    </w:tblStylePr>
    <w:tblStylePr w:type="lastRow">
      <w:rPr>
        <w:b/>
        <w:bCs/>
        <w:color w:val="000000" w:themeColor="accent4" w:themeShade="CC"/>
      </w:rPr>
      <w:tblPr/>
      <w:tcPr>
        <w:tcBorders>
          <w:top w:val="single" w:sz="12" w:space="0" w:color="#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F"/>
      </w:tcPr>
    </w:tblStylePr>
    <w:tblStylePr w:type="band1Horz">
      <w:tblPr/>
      <w:tcPr>
        <w:shd w:val="clear" w:color="auto" w:fill="EEEEEE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#FFFFFF" w:themeColor="background1"/>
        </w:tcBorders>
        <w:shd w:val="clear" w:color="auto" w:fill="8F8F8F" w:themeFill="accent3" w:themeFillShade="CC"/>
      </w:tcPr>
    </w:tblStylePr>
    <w:tblStylePr w:type="lastRow">
      <w:rPr>
        <w:b/>
        <w:bCs/>
        <w:color w:val="000000" w:themeColor="accent3" w:themeShade="CC"/>
      </w:rPr>
      <w:tblPr/>
      <w:tcPr>
        <w:tcBorders>
          <w:top w:val="single" w:sz="12" w:space="0" w:color="#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4" w:themeFillTint="3F"/>
      </w:tcPr>
    </w:tblStylePr>
    <w:tblStylePr w:type="band1Horz">
      <w:tblPr/>
      <w:tcPr>
        <w:shd w:val="clear" w:color="auto" w:fill="E1E1E1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#FFFFFF" w:themeColor="background1"/>
        </w:tcBorders>
        <w:shd w:val="clear" w:color="auto" w:fill="868686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#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F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#FFFFFF" w:themeColor="background1"/>
        </w:tcBorders>
        <w:shd w:val="clear" w:color="auto" w:fill="7C7C7C" w:themeFill="accent5" w:themeFillShade="CC"/>
      </w:tcPr>
    </w:tblStylePr>
    <w:tblStylePr w:type="lastRow">
      <w:rPr>
        <w:b/>
        <w:bCs/>
        <w:color w:val="000000" w:themeColor="accent5" w:themeShade="CC"/>
      </w:rPr>
      <w:tblPr/>
      <w:tcPr>
        <w:tcBorders>
          <w:top w:val="single" w:sz="12" w:space="0" w:color="#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6" w:themeFillTint="3F"/>
      </w:tcPr>
    </w:tblStylePr>
    <w:tblStylePr w:type="band1Horz">
      <w:tblPr/>
      <w:tcPr>
        <w:shd w:val="clear" w:color="auto" w:fill="ECECEC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4E4" w:themeFill="accent1" w:themeFillTint="33"/>
    </w:tcPr>
    <w:tblStylePr w:type="firstRow">
      <w:rPr>
        <w:b/>
        <w:bCs/>
      </w:rPr>
      <w:tblPr/>
      <w:tcPr>
        <w:shd w:val="clear" w:color="auto" w:fill="C9C9C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C9C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A5A5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A5A5A" w:themeFill="accent1" w:themeFillShade="BF"/>
      </w:tcPr>
    </w:tblStylePr>
    <w:tblStylePr w:type="band1Vert">
      <w:tblPr/>
      <w:tcPr>
        <w:shd w:val="clear" w:color="auto" w:fill="BCBCBC" w:themeFill="accent1" w:themeFillTint="7F"/>
      </w:tcPr>
    </w:tblStylePr>
    <w:tblStylePr w:type="band1Horz">
      <w:tblPr/>
      <w:tcPr>
        <w:shd w:val="clear" w:color="auto" w:fill="BCBCBC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 w:themeFill="accent2" w:themeFillTint="33"/>
    </w:tcPr>
    <w:tblStylePr w:type="firstRow">
      <w:rPr>
        <w:b/>
        <w:bCs/>
      </w:rPr>
      <w:tblPr/>
      <w:tcPr>
        <w:shd w:val="clear" w:color="auto" w:fill="C1C1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2" w:themeFillShade="BF"/>
      </w:tcPr>
    </w:tblStylePr>
    <w:tblStylePr w:type="band1Vert">
      <w:tblPr/>
      <w:tcPr>
        <w:shd w:val="clear" w:color="auto" w:fill="B3B3B3" w:themeFill="accent2" w:themeFillTint="7F"/>
      </w:tcPr>
    </w:tblStylePr>
    <w:tblStylePr w:type="band1Horz">
      <w:tblPr/>
      <w:tcPr>
        <w:shd w:val="clear" w:color="auto" w:fill="B3B3B3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EEEE" w:themeFill="accent3" w:themeFillTint="33"/>
    </w:tcPr>
    <w:tblStylePr w:type="firstRow">
      <w:rPr>
        <w:b/>
        <w:bCs/>
      </w:rPr>
      <w:tblPr/>
      <w:tcPr>
        <w:shd w:val="clear" w:color="auto" w:fill="DDDDD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DDD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6868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68686" w:themeFill="accent3" w:themeFillShade="BF"/>
      </w:tcPr>
    </w:tblStylePr>
    <w:tblStylePr w:type="band1Vert">
      <w:tblPr/>
      <w:tcPr>
        <w:shd w:val="clear" w:color="auto" w:fill="D6D6D6" w:themeFill="accent3" w:themeFillTint="7F"/>
      </w:tcPr>
    </w:tblStylePr>
    <w:tblStylePr w:type="band1Horz">
      <w:tblPr/>
      <w:tcPr>
        <w:shd w:val="clear" w:color="auto" w:fill="D6D6D6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1E1" w:themeFill="accent4" w:themeFillTint="33"/>
    </w:tcPr>
    <w:tblStylePr w:type="firstRow">
      <w:rPr>
        <w:b/>
        <w:bCs/>
      </w:rPr>
      <w:tblPr/>
      <w:tcPr>
        <w:shd w:val="clear" w:color="auto" w:fill="C4C4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C4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1515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15151" w:themeFill="accent4" w:themeFillShade="BF"/>
      </w:tcPr>
    </w:tblStylePr>
    <w:tblStylePr w:type="band1Vert">
      <w:tblPr/>
      <w:tcPr>
        <w:shd w:val="clear" w:color="auto" w:fill="B6B6B6" w:themeFill="accent4" w:themeFillTint="7F"/>
      </w:tcPr>
    </w:tblStylePr>
    <w:tblStylePr w:type="band1Horz">
      <w:tblPr/>
      <w:tcPr>
        <w:shd w:val="clear" w:color="auto" w:fill="B6B6B6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5" w:themeFillTint="33"/>
    </w:tcPr>
    <w:tblStylePr w:type="firstRow">
      <w:rPr>
        <w:b/>
        <w:bCs/>
      </w:rPr>
      <w:tblPr/>
      <w:tcPr>
        <w:shd w:val="clear" w:color="auto" w:fill="D6D6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D6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4747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47474" w:themeFill="accent5" w:themeFillShade="BF"/>
      </w:tcPr>
    </w:tblStylePr>
    <w:tblStylePr w:type="band1Vert">
      <w:tblPr/>
      <w:tcPr>
        <w:shd w:val="clear" w:color="auto" w:fill="CCCCCC" w:themeFill="accent5" w:themeFillTint="7F"/>
      </w:tcPr>
    </w:tblStylePr>
    <w:tblStylePr w:type="band1Horz">
      <w:tblPr/>
      <w:tcPr>
        <w:shd w:val="clear" w:color="auto" w:fill="CCCCCC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#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ECEC" w:themeFill="accent6" w:themeFillTint="33"/>
    </w:tcPr>
    <w:tblStylePr w:type="firstRow">
      <w:rPr>
        <w:b/>
        <w:bCs/>
      </w:rPr>
      <w:tblPr/>
      <w:tcPr>
        <w:shd w:val="clear" w:color="auto" w:fill="DADAD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AD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E7E7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E7E7E" w:themeFill="accent6" w:themeFillShade="BF"/>
      </w:tcPr>
    </w:tblStylePr>
    <w:tblStylePr w:type="band1Vert">
      <w:tblPr/>
      <w:tcPr>
        <w:shd w:val="clear" w:color="auto" w:fill="D2D2D2" w:themeFill="accent6" w:themeFillTint="7F"/>
      </w:tcPr>
    </w:tblStylePr>
    <w:tblStylePr w:type="band1Horz">
      <w:tblPr/>
      <w:tcPr>
        <w:shd w:val="clear" w:color="auto" w:fill="D2D2D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4444"/>
      </a:dk2>
      <a:lt2>
        <a:srgbClr val="ECECEC"/>
      </a:lt2>
      <a:accent1>
        <a:srgbClr val="7B7B7B"/>
      </a:accent1>
      <a:accent2>
        <a:srgbClr val="686868"/>
      </a:accent2>
      <a:accent3>
        <a:srgbClr val="ADADAD"/>
      </a:accent3>
      <a:accent4>
        <a:srgbClr val="6E6E6E"/>
      </a:accent4>
      <a:accent5>
        <a:srgbClr val="999999"/>
      </a:accent5>
      <a:accent6>
        <a:srgbClr val="A5A5A5"/>
      </a:accent6>
      <a:hlink>
        <a:srgbClr val="121212"/>
      </a:hlink>
      <a:folHlink>
        <a:srgbClr val="242424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Chestnut Creek Preliminary Payment-Intent Questionnaire</dc:title>
  <dc:subject>Nonbinding payment-planning questionnaire for the community pool special assessment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