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rial" w:hAnsi="Arial"/>
          <w:b/>
          <w:color w:val="000000"/>
          <w:sz w:val="38"/>
        </w:rPr>
        <w:t>SPECIAL ASSESSMENT BALLOT</w:t>
      </w:r>
    </w:p>
    <w:p>
      <w:pPr>
        <w:spacing w:after="280"/>
        <w:jc w:val="center"/>
      </w:pPr>
      <w:r>
        <w:rPr>
          <w:rFonts w:ascii="Arial" w:hAnsi="Arial"/>
          <w:i/>
          <w:color w:val="666666"/>
          <w:sz w:val="22"/>
        </w:rPr>
        <w:t>Community Pool Replacement Project</w:t>
      </w:r>
    </w:p>
    <w:p>
      <w:pPr>
        <w:pStyle w:val="Heading2"/>
      </w:pPr>
      <w:r>
        <w:t>Meeting Information</w:t>
      </w:r>
    </w:p>
    <w:p>
      <w:pPr>
        <w:spacing w:after="60"/>
      </w:pPr>
      <w:r>
        <w:rPr>
          <w:rFonts w:ascii="Arial" w:hAnsi="Arial"/>
          <w:b/>
          <w:color w:val="000000"/>
          <w:sz w:val="21"/>
        </w:rPr>
        <w:t xml:space="preserve">Special Member Meeting: </w:t>
      </w:r>
      <w:r>
        <w:rPr>
          <w:rFonts w:ascii="Arial" w:hAnsi="Arial"/>
          <w:sz w:val="21"/>
        </w:rPr>
        <w:t>Sunday, September 13, 2026, at 4:00 p.m.</w:t>
      </w:r>
    </w:p>
    <w:p>
      <w:pPr>
        <w:spacing w:after="60"/>
      </w:pPr>
      <w:r>
        <w:rPr>
          <w:rFonts w:ascii="Arial" w:hAnsi="Arial"/>
          <w:b/>
          <w:color w:val="000000"/>
          <w:sz w:val="21"/>
        </w:rPr>
        <w:t xml:space="preserve">Location: </w:t>
      </w:r>
      <w:r>
        <w:rPr>
          <w:rFonts w:ascii="Arial" w:hAnsi="Arial"/>
          <w:sz w:val="21"/>
        </w:rPr>
        <w:t>Chestnut Creek pool pavilion</w:t>
      </w:r>
    </w:p>
    <w:p>
      <w:pPr>
        <w:pStyle w:val="Heading2"/>
      </w:pPr>
      <w:r>
        <w:t>Official Ballot Question</w:t>
      </w:r>
    </w:p>
    <w:tbl>
      <w:tblPr>
        <w:tblW w:type="dxa" w:w="9360"/>
        <w:jc w:val="left"/>
        <w:tblLayout w:type="fixed"/>
        <w:tblLook w:firstColumn="1" w:firstRow="1" w:lastColumn="0" w:lastRow="0" w:noHBand="0" w:noVBand="1" w:val="04A0"/>
        <w:tblInd w:type="dxa" w:w="190"/>
        <w:tblBorders>
          <w:top w:val="single" w:sz="8" w:color="#909090"/>
          <w:left w:val="single" w:sz="8" w:color="#909090"/>
          <w:bottom w:val="single" w:sz="8" w:color="#909090"/>
          <w:right w:val="single" w:sz="8" w:color="#909090"/>
          <w:insideH w:val="single" w:sz="8" w:color="#909090"/>
          <w:insideV w:val="single" w:sz="8" w:color="#909090"/>
        </w:tblBorders>
      </w:tblPr>
      <w:tblGrid>
        <w:gridCol w:w="9360"/>
      </w:tblGrid>
      <w:tr>
        <w:trPr/>
        <w:tc>
          <w:tcPr>
            <w:tcW w:type="dxa" w:w="9360"/>
            <w:shd w:fill="EDEDED"/>
            <w:tcMar>
              <w:top w:w="180" w:type="dxa"/>
              <w:bottom w:w="180" w:type="dxa"/>
              <w:start w:w="190" w:type="dxa"/>
              <w:end w:w="190" w:type="dxa"/>
            </w:tcMar>
          </w:tcPr>
          <w:p>
            <w:pPr>
              <w:spacing w:after="140"/>
            </w:pPr>
            <w:r>
              <w:rPr>
                <w:rFonts w:ascii="Arial" w:hAnsi="Arial"/>
                <w:b/>
                <w:color w:val="000000"/>
                <w:sz w:val="22"/>
              </w:rPr>
              <w:t>SPECIAL ASSESSMENT QUESTION</w:t>
            </w:r>
          </w:p>
          <w:p>
            <w:pPr>
              <w:spacing w:after="140"/>
            </w:pPr>
            <w:r>
              <w:rPr>
                <w:rFonts w:ascii="Arial" w:hAnsi="Arial"/>
                <w:b/>
                <w:sz w:val="21"/>
              </w:rPr>
              <w:t>Shall the members of the Chestnut Creek Homeowners Association approve a special assessment not to exceed $1,100,000, assessed equally among Recreation Members and Civic Members, for the demolition and replacement of the existing community pool facility?</w:t>
            </w:r>
          </w:p>
          <w:p>
            <w:pPr>
              <w:spacing w:after="140"/>
            </w:pPr>
            <w:r>
              <w:t>The project is intended to include, at minimum, a new swimming pool of approximately the same size and general capacity as the existing pool, a new pool house and pump room, and a completely rebuilt and expanded reinforced-concrete pool deck, together with the plumbing, circulation, filtration, mechanical, electrical, accessibility, drainage, fencing, site restoration, and related work necessary to deliver a complete operating facility. Site restoration may include parking areas, landscaping, slopes, drainage features, access routes, and surrounding grounds affected by construction.</w:t>
            </w:r>
          </w:p>
          <w:p>
            <w:pPr>
              <w:spacing w:after="140"/>
            </w:pPr>
            <w:r>
              <w:t>The pavilion is not part of the minimum project scope. The Board may include pavilion replacement or reconstruction if it determines during design that the improvement is appropriate and the approved project budget permits.</w:t>
            </w:r>
          </w:p>
          <w:p>
            <w:pPr>
              <w:spacing w:after="160"/>
            </w:pPr>
            <w:r>
              <w:t>The Board of Directors shall have reasonable discretion to determine the final design, specifications, contractor selection, construction schedule, financing arrangements, payment administration, site-restoration requirements, and other implementation details, provided that the total special assessment does not exceed $1,100,000 and the funds are used for the project described above. The Association will assess and borrow only the amount reasonably necessary to complete the approved project.</w:t>
            </w:r>
          </w:p>
          <w:p>
            <w:pPr>
              <w:spacing w:after="0"/>
            </w:pPr>
            <w:r>
              <w:rPr>
                <w:rFonts w:ascii="Arial" w:hAnsi="Arial"/>
                <w:b/>
                <w:color w:val="000000"/>
                <w:sz w:val="22"/>
              </w:rPr>
              <w:t>☐  YES - Approve the special assessment    ☐  NO - Do not approve the special assessment</w:t>
            </w:r>
          </w:p>
        </w:tc>
      </w:tr>
    </w:tbl>
    <w:tbl>
      <w:tblPr>
        <w:tblW w:type="dxa" w:w="9360"/>
        <w:jc w:val="left"/>
        <w:tblLayout w:type="fixed"/>
        <w:tblLook w:firstColumn="1" w:firstRow="1" w:lastColumn="0" w:lastRow="0" w:noHBand="0" w:noVBand="1" w:val="04A0"/>
        <w:tblInd w:type="dxa" w:w="120"/>
        <w:tblBorders>
          <w:top w:val="single" w:sz="4" w:color="#DBDBDB"/>
          <w:left w:val="single" w:sz="4" w:color="#DBDBDB"/>
          <w:bottom w:val="single" w:sz="4" w:color="#DBDBDB"/>
          <w:right w:val="single" w:sz="4" w:color="#DBDBDB"/>
          <w:insideH w:val="single" w:sz="4" w:color="#DBDBDB"/>
          <w:insideV w:val="single" w:sz="4" w:color="#DBDBDB"/>
        </w:tblBorders>
      </w:tblPr>
      <w:tblGrid>
        <w:gridCol w:w="3240"/>
        <w:gridCol w:w="6120"/>
      </w:tblGrid>
      <w:tr>
        <w:trPr/>
        <w:tc>
          <w:tcPr>
            <w:tcW w:type="dxa" w:w="3240"/>
            <w:tcMar>
              <w:top w:w="105" w:type="dxa"/>
              <w:bottom w:w="105" w:type="dxa"/>
              <w:start w:w="120" w:type="dxa"/>
              <w:end w:w="120" w:type="dxa"/>
            </w:tcMar>
          </w:tcPr>
          <w:p>
            <w:r>
              <w:rPr>
                <w:b/>
              </w:rPr>
              <w:t>Member name:</w:t>
            </w:r>
          </w:p>
        </w:tc>
        <w:tc>
          <w:tcPr>
            <w:tcW w:type="dxa" w:w="6120"/>
            <w:tcMar>
              <w:top w:w="105" w:type="dxa"/>
              <w:bottom w:w="105" w:type="dxa"/>
              <w:start w:w="120" w:type="dxa"/>
              <w:end w:w="120" w:type="dxa"/>
            </w:tcMar>
          </w:tcPr>
          <w:p>
            <w:pPr>
              <w:spacing w:before="0" w:after="0" w:line="264" w:lineRule="exact"/>
            </w:pPr>
            <w:r>
              <w:rPr>
                <w:position w:val="-10"/>
              </w:rPr>
              <w:t>________________________________________</w:t>
            </w:r>
          </w:p>
        </w:tc>
      </w:tr>
      <w:tr>
        <w:trPr/>
        <w:tc>
          <w:tcPr>
            <w:tcW w:type="dxa" w:w="3240"/>
            <w:tcMar>
              <w:top w:w="105" w:type="dxa"/>
              <w:bottom w:w="105" w:type="dxa"/>
              <w:start w:w="120" w:type="dxa"/>
              <w:end w:w="120" w:type="dxa"/>
            </w:tcMar>
          </w:tcPr>
          <w:p>
            <w:r>
              <w:rPr>
                <w:b/>
              </w:rPr>
              <w:t>Chestnut Creek property address:</w:t>
            </w:r>
          </w:p>
        </w:tc>
        <w:tc>
          <w:tcPr>
            <w:tcW w:type="dxa" w:w="6120"/>
            <w:tcMar>
              <w:top w:w="105" w:type="dxa"/>
              <w:bottom w:w="105" w:type="dxa"/>
              <w:start w:w="120" w:type="dxa"/>
              <w:end w:w="120" w:type="dxa"/>
            </w:tcMar>
          </w:tcPr>
          <w:p>
            <w:pPr>
              <w:spacing w:before="0" w:after="0" w:line="264" w:lineRule="exact"/>
            </w:pPr>
            <w:r>
              <w:rPr>
                <w:position w:val="-10"/>
              </w:rPr>
              <w:t>________________________________________</w:t>
            </w:r>
          </w:p>
        </w:tc>
      </w:tr>
      <w:tr>
        <w:trPr/>
        <w:tc>
          <w:tcPr>
            <w:tcW w:type="dxa" w:w="3240"/>
            <w:tcMar>
              <w:top w:w="105" w:type="dxa"/>
              <w:bottom w:w="105" w:type="dxa"/>
              <w:start w:w="120" w:type="dxa"/>
              <w:end w:w="120" w:type="dxa"/>
            </w:tcMar>
          </w:tcPr>
          <w:p>
            <w:r>
              <w:rPr>
                <w:b/>
              </w:rPr>
              <w:t>Member signature:</w:t>
            </w:r>
          </w:p>
        </w:tc>
        <w:tc>
          <w:tcPr>
            <w:tcW w:type="dxa" w:w="6120"/>
            <w:tcMar>
              <w:top w:w="105" w:type="dxa"/>
              <w:bottom w:w="105" w:type="dxa"/>
              <w:start w:w="120" w:type="dxa"/>
              <w:end w:w="120" w:type="dxa"/>
            </w:tcMar>
          </w:tcPr>
          <w:p>
            <w:pPr>
              <w:spacing w:before="0" w:after="0" w:line="264" w:lineRule="exact"/>
            </w:pPr>
            <w:r>
              <w:rPr>
                <w:position w:val="-10"/>
              </w:rPr>
              <w:t>________________________________________</w:t>
            </w:r>
          </w:p>
        </w:tc>
      </w:tr>
      <w:tr>
        <w:trPr/>
        <w:tc>
          <w:tcPr>
            <w:tcW w:type="dxa" w:w="3240"/>
            <w:tcMar>
              <w:top w:w="105" w:type="dxa"/>
              <w:bottom w:w="105" w:type="dxa"/>
              <w:start w:w="120" w:type="dxa"/>
              <w:end w:w="120" w:type="dxa"/>
            </w:tcMar>
          </w:tcPr>
          <w:p>
            <w:r>
              <w:rPr>
                <w:b/>
              </w:rPr>
              <w:t>Date:</w:t>
            </w:r>
          </w:p>
        </w:tc>
        <w:tc>
          <w:tcPr>
            <w:tcW w:type="dxa" w:w="6120"/>
            <w:tcMar>
              <w:top w:w="105" w:type="dxa"/>
              <w:bottom w:w="105" w:type="dxa"/>
              <w:start w:w="120" w:type="dxa"/>
              <w:end w:w="120" w:type="dxa"/>
            </w:tcMar>
          </w:tcPr>
          <w:p>
            <w:pPr>
              <w:spacing w:before="0" w:after="0" w:line="264" w:lineRule="exact"/>
            </w:pPr>
            <w:r>
              <w:rPr>
                <w:position w:val="-10"/>
              </w:rPr>
              <w:t>________________________________________</w:t>
            </w:r>
          </w:p>
        </w:tc>
      </w:tr>
    </w:tbl>
    <w:p>
      <w:pPr>
        <w:spacing w:before="100" w:after="0"/>
      </w:pPr>
      <w:r>
        <w:rPr>
          <w:rFonts w:ascii="Arial" w:hAnsi="Arial"/>
          <w:i/>
          <w:color w:val="666666"/>
          <w:sz w:val="17"/>
        </w:rPr>
        <w:t>Only one ballot may be cast for each Association membership.</w:t>
      </w:r>
    </w:p>
    <w:p>
      <w:r>
        <w:br w:type="page"/>
      </w:r>
    </w:p>
    <w:p>
      <w:pPr>
        <w:pStyle w:val="Heading1"/>
      </w:pPr>
      <w:r>
        <w:t>Voting and Proxy Instructions</w:t>
      </w:r>
    </w:p>
    <w:p>
      <w:r>
        <w:t>The vote will occur at the special member meeting. Members may vote in person or authorize another person to cast their vote by completing a signed directed proxy. A directed proxy records the member's Yes or No instruction while preserving the requirement that the vote be cast at the meeting.</w:t>
      </w:r>
    </w:p>
    <w:p>
      <w:pPr>
        <w:pStyle w:val="Heading2"/>
      </w:pPr>
      <w:r>
        <w:t>Meeting and Approval Details</w:t>
      </w:r>
    </w:p>
    <w:p>
      <w:pPr>
        <w:spacing w:after="60"/>
      </w:pPr>
      <w:r>
        <w:rPr>
          <w:rFonts w:ascii="Arial" w:hAnsi="Arial"/>
          <w:b/>
          <w:color w:val="000000"/>
          <w:sz w:val="21"/>
        </w:rPr>
        <w:t xml:space="preserve">Special Member Meeting: </w:t>
      </w:r>
      <w:r>
        <w:rPr>
          <w:rFonts w:ascii="Arial" w:hAnsi="Arial"/>
          <w:sz w:val="21"/>
        </w:rPr>
        <w:t>Sunday, September 13, 2026, at 4:00 p.m. - Chestnut Creek pool pavilion</w:t>
      </w:r>
    </w:p>
    <w:p>
      <w:pPr>
        <w:spacing w:after="60"/>
      </w:pPr>
      <w:r>
        <w:rPr>
          <w:rFonts w:ascii="Arial" w:hAnsi="Arial"/>
          <w:b/>
          <w:color w:val="000000"/>
          <w:sz w:val="21"/>
        </w:rPr>
        <w:t xml:space="preserve">Homeowner Information Meeting: </w:t>
      </w:r>
      <w:r>
        <w:rPr>
          <w:rFonts w:ascii="Arial" w:hAnsi="Arial"/>
          <w:sz w:val="21"/>
        </w:rPr>
        <w:t>Sunday, August 30, 2026, at 4:00 p.m. - Chestnut Creek pool pavilion</w:t>
      </w:r>
    </w:p>
    <w:p>
      <w:r>
        <w:t>Provided that the meeting satisfies the applicable quorum requirement, the proposal is approved if it receives the affirmative vote of at least two-thirds of the members present in person or represented by valid proxy.</w:t>
      </w:r>
    </w:p>
    <w:p>
      <w:pPr>
        <w:pStyle w:val="Heading2"/>
      </w:pPr>
      <w:r>
        <w:t>How to Vote</w:t>
      </w:r>
    </w:p>
    <w:p>
      <w:pPr>
        <w:pStyle w:val="ListBullet"/>
        <w:spacing w:after="60"/>
        <w:ind w:left="605" w:hanging="259"/>
      </w:pPr>
      <w:r>
        <w:t>Vote in person at the special member meeting on Sunday, September 13, 2026, at 4:00 p.m..</w:t>
      </w:r>
    </w:p>
    <w:p>
      <w:pPr>
        <w:pStyle w:val="ListBullet"/>
        <w:spacing w:after="60"/>
        <w:ind w:left="605" w:hanging="259"/>
      </w:pPr>
      <w:r>
        <w:t>If you cannot attend, complete and sign the Directed Proxy Form included with these materials.</w:t>
      </w:r>
    </w:p>
    <w:p>
      <w:pPr>
        <w:pStyle w:val="ListBullet"/>
        <w:spacing w:after="60"/>
        <w:ind w:left="605" w:hanging="259"/>
      </w:pPr>
      <w:r>
        <w:t>Select one voting instruction: YES or NO. The named proxy holder will cast that instructed vote at the meeting.</w:t>
      </w:r>
    </w:p>
    <w:p>
      <w:pPr>
        <w:pStyle w:val="ListBullet"/>
        <w:spacing w:after="60"/>
        <w:ind w:left="605" w:hanging="259"/>
      </w:pPr>
      <w:r>
        <w:t>Submit the signed proxy in advance by the deadline below, or have the proxy holder present it before proxy registration closes at the meeting.</w:t>
      </w:r>
    </w:p>
    <w:p>
      <w:pPr>
        <w:pStyle w:val="ListBullet"/>
        <w:spacing w:after="60"/>
        <w:ind w:left="605" w:hanging="259"/>
      </w:pPr>
      <w:r>
        <w:t>A member who submits a proxy may revoke it before it is exercised, including by attending the meeting and voting in person, subject to the governing documents and counsel-approved procedures.</w:t>
      </w:r>
    </w:p>
    <w:p>
      <w:pPr>
        <w:pStyle w:val="Heading2"/>
      </w:pPr>
      <w:r>
        <w:t>Proxy Submission</w:t>
      </w:r>
    </w:p>
    <w:p>
      <w:pPr>
        <w:spacing w:after="60"/>
      </w:pPr>
      <w:r>
        <w:rPr>
          <w:rFonts w:ascii="Arial" w:hAnsi="Arial"/>
          <w:b/>
          <w:color w:val="000000"/>
          <w:sz w:val="21"/>
        </w:rPr>
        <w:t xml:space="preserve">Advance-submission deadline: </w:t>
      </w:r>
      <w:r>
        <w:rPr>
          <w:rFonts w:ascii="Arial" w:hAnsi="Arial"/>
          <w:sz w:val="21"/>
        </w:rPr>
        <w:t>Sunday, September 13, 2026, at 4:00 p.m. Eastern Time</w:t>
      </w:r>
    </w:p>
    <w:p>
      <w:pPr>
        <w:spacing w:after="60"/>
      </w:pPr>
      <w:r>
        <w:rPr>
          <w:rFonts w:ascii="Arial" w:hAnsi="Arial"/>
          <w:b/>
          <w:color w:val="000000"/>
          <w:sz w:val="21"/>
        </w:rPr>
        <w:t xml:space="preserve">Email: </w:t>
      </w:r>
      <w:r>
        <w:rPr>
          <w:rFonts w:ascii="Arial" w:hAnsi="Arial"/>
          <w:sz w:val="21"/>
        </w:rPr>
        <w:t>VicePresident@ChestnutCreek.org</w:t>
      </w:r>
    </w:p>
    <w:p>
      <w:pPr>
        <w:spacing w:after="60"/>
      </w:pPr>
      <w:r>
        <w:rPr>
          <w:rFonts w:ascii="Arial" w:hAnsi="Arial"/>
          <w:b/>
          <w:color w:val="000000"/>
          <w:sz w:val="21"/>
        </w:rPr>
        <w:t xml:space="preserve">Mail: </w:t>
      </w:r>
      <w:r>
        <w:rPr>
          <w:rFonts w:ascii="Arial" w:hAnsi="Arial"/>
          <w:sz w:val="21"/>
        </w:rPr>
        <w:t>3243 Saddleback Mountain Rd.</w:t>
      </w:r>
    </w:p>
    <w:p>
      <w:pPr>
        <w:spacing w:after="60"/>
      </w:pPr>
      <w:r>
        <w:rPr>
          <w:rFonts w:ascii="Arial" w:hAnsi="Arial"/>
          <w:b/>
          <w:color w:val="000000"/>
          <w:sz w:val="21"/>
        </w:rPr>
        <w:t xml:space="preserve">Designated proxy holder: </w:t>
      </w:r>
      <w:r>
        <w:rPr>
          <w:rFonts w:ascii="Arial" w:hAnsi="Arial"/>
          <w:sz w:val="21"/>
        </w:rPr>
        <w:t>Alex Auxier, Vice President</w:t>
      </w:r>
    </w:p>
    <w:p>
      <w:pPr>
        <w:spacing w:before="60" w:after="100" w:line="252" w:lineRule="auto"/>
      </w:pPr>
      <w:r>
        <w:rPr>
          <w:rFonts w:ascii="Arial" w:hAnsi="Arial"/>
          <w:color w:val="000000"/>
          <w:sz w:val="20"/>
        </w:rPr>
        <w:t>Alex Auxier may serve as the designated proxy holder and will exercise valid proxies according to the instructions provided by each member. Alex will not validate, tabulate, or certify proxies or ballots. Those responsibilities will be handled independently by Karina Diaz, HOA Secretary.</w:t>
      </w:r>
    </w:p>
    <w:p>
      <w:pPr>
        <w:spacing w:after="60"/>
      </w:pPr>
      <w:r>
        <w:rPr>
          <w:rFonts w:ascii="Arial" w:hAnsi="Arial"/>
          <w:b/>
          <w:color w:val="000000"/>
          <w:sz w:val="21"/>
        </w:rPr>
        <w:t xml:space="preserve">Questions: </w:t>
      </w:r>
      <w:r>
        <w:rPr>
          <w:rFonts w:ascii="Arial" w:hAnsi="Arial"/>
          <w:sz w:val="21"/>
        </w:rPr>
        <w:t>Alex Auxier, VicePresident@ChestnutCreek.org</w:t>
      </w:r>
    </w:p>
    <w:p>
      <w:pPr>
        <w:pStyle w:val="Heading2"/>
      </w:pPr>
      <w:r>
        <w:t>Important Requirements</w:t>
      </w:r>
    </w:p>
    <w:p>
      <w:pPr>
        <w:pStyle w:val="ListBullet"/>
        <w:spacing w:after="60"/>
        <w:ind w:left="605" w:hanging="259"/>
      </w:pPr>
      <w:r>
        <w:t>Only one vote may be cast for each Association membership.</w:t>
      </w:r>
    </w:p>
    <w:p>
      <w:pPr>
        <w:pStyle w:val="ListBullet"/>
        <w:spacing w:after="60"/>
        <w:ind w:left="605" w:hanging="259"/>
      </w:pPr>
      <w:r>
        <w:t>The person signing must be authorized to vote for the membership identified on the form.</w:t>
      </w:r>
    </w:p>
    <w:p>
      <w:pPr>
        <w:pStyle w:val="ListBullet"/>
        <w:spacing w:after="60"/>
        <w:ind w:left="605" w:hanging="259"/>
      </w:pPr>
      <w:r>
        <w:t>The proxy must identify the member and property, name a proxy holder, include one voting instruction, and be signed and dated.</w:t>
      </w:r>
    </w:p>
    <w:p>
      <w:pPr>
        <w:pStyle w:val="ListBullet"/>
        <w:spacing w:after="60"/>
        <w:ind w:left="605" w:hanging="259"/>
      </w:pPr>
      <w:r>
        <w:t>If both or neither voting instruction is selected, the form cannot be counted as a directed Yes or No vote.</w:t>
      </w:r>
    </w:p>
    <w:p>
      <w:pPr>
        <w:pStyle w:val="ListBullet"/>
        <w:spacing w:after="60"/>
        <w:ind w:left="605" w:hanging="259"/>
      </w:pPr>
      <w:r>
        <w:t>If more than one valid proxy is submitted for the same membership, the most recently dated valid proxy will control, subject to the governing documents and counsel-approved procedures.</w:t>
      </w:r>
    </w:p>
    <w:p>
      <w:r>
        <w:br w:type="page"/>
      </w:r>
    </w:p>
    <w:p>
      <w:pPr>
        <w:spacing w:after="40"/>
        <w:jc w:val="center"/>
      </w:pPr>
      <w:r>
        <w:rPr>
          <w:rFonts w:ascii="Arial" w:hAnsi="Arial"/>
          <w:b/>
          <w:color w:val="000000"/>
          <w:sz w:val="24"/>
        </w:rPr>
        <w:t>CHESTNUT CREEK HOMEOWNERS ASSOCIATION</w:t>
      </w:r>
    </w:p>
    <w:p>
      <w:pPr>
        <w:spacing w:after="80"/>
        <w:jc w:val="center"/>
      </w:pPr>
      <w:r>
        <w:rPr>
          <w:rFonts w:ascii="Arial" w:hAnsi="Arial"/>
          <w:b/>
          <w:color w:val="000000"/>
          <w:sz w:val="36"/>
        </w:rPr>
        <w:t>DIRECTED PROXY FORM</w:t>
      </w:r>
    </w:p>
    <w:p>
      <w:pPr>
        <w:spacing w:after="260"/>
        <w:jc w:val="center"/>
      </w:pPr>
      <w:r>
        <w:rPr>
          <w:rFonts w:ascii="Arial" w:hAnsi="Arial"/>
          <w:b/>
          <w:color w:val="666666"/>
          <w:sz w:val="19"/>
        </w:rPr>
        <w:t>Meeting: Sunday, September 13, 2026, at 4:00 p.m.  |  Advance proxy deadline: Sunday, September 13, 2026, at 4:00 p.m. Eastern Time</w:t>
      </w:r>
    </w:p>
    <w:tbl>
      <w:tblPr>
        <w:tblW w:type="dxa" w:w="9360"/>
        <w:jc w:val="left"/>
        <w:tblLayout w:type="fixed"/>
        <w:tblLook w:firstColumn="1" w:firstRow="1" w:lastColumn="0" w:lastRow="0" w:noHBand="0" w:noVBand="1" w:val="04A0"/>
        <w:tblInd w:type="dxa" w:w="120"/>
        <w:tblBorders>
          <w:top w:val="single" w:sz="4" w:color="#DBDBDB"/>
          <w:left w:val="single" w:sz="4" w:color="#DBDBDB"/>
          <w:bottom w:val="single" w:sz="4" w:color="#DBDBDB"/>
          <w:right w:val="single" w:sz="4" w:color="#DBDBDB"/>
          <w:insideH w:val="single" w:sz="4" w:color="#DBDBDB"/>
          <w:insideV w:val="single" w:sz="4" w:color="#DBDBDB"/>
        </w:tblBorders>
      </w:tblPr>
      <w:tblGrid>
        <w:gridCol w:w="3240"/>
        <w:gridCol w:w="6120"/>
      </w:tblGrid>
      <w:tr>
        <w:trPr/>
        <w:tc>
          <w:tcPr>
            <w:tcW w:type="dxa" w:w="3240"/>
            <w:tcMar>
              <w:top w:w="120" w:type="dxa"/>
              <w:bottom w:w="120" w:type="dxa"/>
              <w:start w:w="120" w:type="dxa"/>
              <w:end w:w="120" w:type="dxa"/>
            </w:tcMar>
          </w:tcPr>
          <w:p>
            <w:r>
              <w:rPr>
                <w:b/>
              </w:rPr>
              <w:t>Member name:</w:t>
            </w:r>
          </w:p>
        </w:tc>
        <w:tc>
          <w:tcPr>
            <w:tcW w:type="dxa" w:w="6120"/>
            <w:tcMar>
              <w:top w:w="120" w:type="dxa"/>
              <w:bottom w:w="120" w:type="dxa"/>
              <w:start w:w="120" w:type="dxa"/>
              <w:end w:w="120" w:type="dxa"/>
            </w:tcMar>
          </w:tcPr>
          <w:p>
            <w:pPr>
              <w:spacing w:before="0" w:after="0" w:line="264" w:lineRule="exact"/>
            </w:pPr>
            <w:r>
              <w:rPr>
                <w:position w:val="-10"/>
              </w:rPr>
              <w:t>________________________________________</w:t>
            </w:r>
          </w:p>
        </w:tc>
      </w:tr>
      <w:tr>
        <w:trPr/>
        <w:tc>
          <w:tcPr>
            <w:tcW w:type="dxa" w:w="3240"/>
            <w:tcMar>
              <w:top w:w="120" w:type="dxa"/>
              <w:bottom w:w="120" w:type="dxa"/>
              <w:start w:w="120" w:type="dxa"/>
              <w:end w:w="120" w:type="dxa"/>
            </w:tcMar>
          </w:tcPr>
          <w:p>
            <w:r>
              <w:rPr>
                <w:b/>
              </w:rPr>
              <w:t>Chestnut Creek property address:</w:t>
            </w:r>
          </w:p>
        </w:tc>
        <w:tc>
          <w:tcPr>
            <w:tcW w:type="dxa" w:w="6120"/>
            <w:tcMar>
              <w:top w:w="120" w:type="dxa"/>
              <w:bottom w:w="120" w:type="dxa"/>
              <w:start w:w="120" w:type="dxa"/>
              <w:end w:w="120" w:type="dxa"/>
            </w:tcMar>
          </w:tcPr>
          <w:p>
            <w:pPr>
              <w:spacing w:before="0" w:after="0" w:line="264" w:lineRule="exact"/>
            </w:pPr>
            <w:r>
              <w:rPr>
                <w:position w:val="-10"/>
              </w:rPr>
              <w:t>________________________________________</w:t>
            </w:r>
          </w:p>
        </w:tc>
      </w:tr>
      <w:tr>
        <w:trPr/>
        <w:tc>
          <w:tcPr>
            <w:tcW w:type="dxa" w:w="3240"/>
            <w:tcMar>
              <w:top w:w="120" w:type="dxa"/>
              <w:bottom w:w="120" w:type="dxa"/>
              <w:start w:w="120" w:type="dxa"/>
              <w:end w:w="120" w:type="dxa"/>
            </w:tcMar>
          </w:tcPr>
          <w:p>
            <w:r>
              <w:rPr>
                <w:b/>
              </w:rPr>
              <w:t>Email / phone:</w:t>
            </w:r>
          </w:p>
        </w:tc>
        <w:tc>
          <w:tcPr>
            <w:tcW w:type="dxa" w:w="6120"/>
            <w:tcMar>
              <w:top w:w="120" w:type="dxa"/>
              <w:bottom w:w="120" w:type="dxa"/>
              <w:start w:w="120" w:type="dxa"/>
              <w:end w:w="120" w:type="dxa"/>
            </w:tcMar>
          </w:tcPr>
          <w:p>
            <w:pPr>
              <w:spacing w:before="0" w:after="0" w:line="264" w:lineRule="exact"/>
            </w:pPr>
            <w:r>
              <w:rPr>
                <w:position w:val="-10"/>
              </w:rPr>
              <w:t>________________________________________</w:t>
            </w:r>
          </w:p>
        </w:tc>
      </w:tr>
    </w:tbl>
    <w:p>
      <w:pPr>
        <w:pStyle w:val="Heading2"/>
      </w:pPr>
      <w:r>
        <w:t>Appointment of Proxy</w:t>
      </w:r>
    </w:p>
    <w:p>
      <w:r>
        <w:t>I appoint the following person to act as my proxy at the special member meeting and any lawful adjournment of that meeting:</w:t>
      </w:r>
    </w:p>
    <w:p>
      <w:r>
        <w:t>☐  Alex Auxier, Vice President</w:t>
      </w:r>
    </w:p>
    <w:p>
      <w:r>
        <w:t>☐  Other proxy holder: __________________________________________________________</w:t>
      </w:r>
    </w:p>
    <w:p>
      <w:pPr>
        <w:pStyle w:val="Heading2"/>
      </w:pPr>
      <w:r>
        <w:t>Voting Instruction</w:t>
      </w:r>
    </w:p>
    <w:p>
      <w:r>
        <w:t>I direct my proxy holder to vote on the proposed special assessment as follows:</w:t>
      </w:r>
    </w:p>
    <w:p>
      <w:pPr>
        <w:spacing w:after="160"/>
        <w:ind w:left="216"/>
      </w:pPr>
      <w:r>
        <w:rPr>
          <w:rFonts w:ascii="Arial" w:hAnsi="Arial"/>
          <w:b/>
          <w:color w:val="000000"/>
          <w:sz w:val="22"/>
        </w:rPr>
        <w:t>☐  YES - Approve a special assessment not to exceed $1,100,000 for the community pool replacement project.</w:t>
      </w:r>
    </w:p>
    <w:p>
      <w:pPr>
        <w:spacing w:after="160"/>
        <w:ind w:left="216"/>
      </w:pPr>
      <w:r>
        <w:rPr>
          <w:rFonts w:ascii="Arial" w:hAnsi="Arial"/>
          <w:b/>
          <w:color w:val="000000"/>
          <w:sz w:val="22"/>
        </w:rPr>
        <w:t>☐  NO - Do not approve the proposed special assessment.</w:t>
      </w:r>
    </w:p>
    <w:p>
      <w:pPr>
        <w:pStyle w:val="Heading2"/>
      </w:pPr>
      <w:r>
        <w:t>Authority and Revocation</w:t>
      </w:r>
    </w:p>
    <w:p>
      <w:r>
        <w:t>I certify that I am authorized to vote for the membership identified above. This proxy applies only to the special assessment question in the official meeting materials. It revokes any earlier proxy I submitted for the same meeting; the most recently dated valid proxy controls. It remains valid for the meeting and any lawful adjournment unless revoked before it is exercised. I may revoke it as permitted by the governing documents and approved procedures, including by appearing and voting in person before the proxy is exercised.</w:t>
      </w:r>
    </w:p>
    <w:tbl>
      <w:tblPr>
        <w:tblW w:type="dxa" w:w="9360"/>
        <w:jc w:val="left"/>
        <w:tblLayout w:type="fixed"/>
        <w:tblLook w:firstColumn="1" w:firstRow="1" w:lastColumn="0" w:lastRow="0" w:noHBand="0" w:noVBand="1" w:val="04A0"/>
        <w:tblInd w:type="dxa" w:w="160"/>
        <w:tblBorders>
          <w:top w:val="single" w:sz="4" w:color="#DBDBDB"/>
          <w:left w:val="single" w:sz="4" w:color="#DBDBDB"/>
          <w:bottom w:val="single" w:sz="4" w:color="#DBDBDB"/>
          <w:right w:val="single" w:sz="4" w:color="#DBDBDB"/>
          <w:insideH w:val="single" w:sz="4" w:color="#DBDBDB"/>
          <w:insideV w:val="single" w:sz="4" w:color="#DBDBDB"/>
        </w:tblBorders>
      </w:tblPr>
      <w:tblGrid>
        <w:gridCol w:w="9360"/>
      </w:tblGrid>
      <w:tr>
        <w:trPr/>
        <w:tc>
          <w:tcPr>
            <w:tcW w:type="dxa" w:w="9360"/>
            <w:shd w:fill="F6F6F6"/>
            <w:tcMar>
              <w:top w:w="140" w:type="dxa"/>
              <w:bottom w:w="140" w:type="dxa"/>
              <w:start w:w="160" w:type="dxa"/>
              <w:end w:w="160" w:type="dxa"/>
            </w:tcMar>
          </w:tcPr>
          <w:p>
            <w:pPr>
              <w:spacing w:after="0"/>
            </w:pPr>
            <w:r>
              <w:rPr>
                <w:rFonts w:ascii="Arial" w:hAnsi="Arial"/>
                <w:i/>
                <w:color w:val="000000"/>
                <w:sz w:val="19"/>
              </w:rPr>
              <w:t>Select one proxy holder and one voting instruction. A form selecting both or neither voting instruction cannot be counted as a directed Yes or No vote.</w:t>
            </w:r>
          </w:p>
        </w:tc>
      </w:tr>
    </w:tbl>
    <w:p>
      <w:pPr>
        <w:spacing w:after="0"/>
      </w:pPr>
    </w:p>
    <w:tbl>
      <w:tblPr>
        <w:tblW w:type="dxa" w:w="9360"/>
        <w:jc w:val="left"/>
        <w:tblLayout w:type="fixed"/>
        <w:tblLook w:firstColumn="1" w:firstRow="1" w:lastColumn="0" w:lastRow="0" w:noHBand="0" w:noVBand="1" w:val="04A0"/>
        <w:tblInd w:type="dxa" w:w="120"/>
        <w:tblBorders>
          <w:top w:val="single" w:sz="4" w:color="#DBDBDB"/>
          <w:left w:val="single" w:sz="4" w:color="#DBDBDB"/>
          <w:bottom w:val="single" w:sz="4" w:color="#DBDBDB"/>
          <w:right w:val="single" w:sz="4" w:color="#DBDBDB"/>
          <w:insideH w:val="single" w:sz="4" w:color="#DBDBDB"/>
          <w:insideV w:val="single" w:sz="4" w:color="#DBDBDB"/>
        </w:tblBorders>
      </w:tblPr>
      <w:tblGrid>
        <w:gridCol w:w="3240"/>
        <w:gridCol w:w="6120"/>
      </w:tblGrid>
      <w:tr>
        <w:trPr/>
        <w:tc>
          <w:tcPr>
            <w:tcW w:type="dxa" w:w="3240"/>
            <w:tcMar>
              <w:top w:w="140" w:type="dxa"/>
              <w:bottom w:w="140" w:type="dxa"/>
              <w:start w:w="120" w:type="dxa"/>
              <w:end w:w="120" w:type="dxa"/>
            </w:tcMar>
          </w:tcPr>
          <w:p>
            <w:r>
              <w:rPr>
                <w:b/>
              </w:rPr>
              <w:t>Member signature:</w:t>
            </w:r>
          </w:p>
        </w:tc>
        <w:tc>
          <w:tcPr>
            <w:tcW w:type="dxa" w:w="6120"/>
            <w:tcMar>
              <w:top w:w="140" w:type="dxa"/>
              <w:bottom w:w="140" w:type="dxa"/>
              <w:start w:w="120" w:type="dxa"/>
              <w:end w:w="120" w:type="dxa"/>
            </w:tcMar>
          </w:tcPr>
          <w:p>
            <w:pPr>
              <w:spacing w:before="0" w:after="0" w:line="264" w:lineRule="exact"/>
            </w:pPr>
            <w:r>
              <w:rPr>
                <w:position w:val="-10"/>
              </w:rPr>
              <w:t>________________________________________</w:t>
            </w:r>
          </w:p>
        </w:tc>
      </w:tr>
      <w:tr>
        <w:trPr/>
        <w:tc>
          <w:tcPr>
            <w:tcW w:type="dxa" w:w="3240"/>
            <w:tcMar>
              <w:top w:w="140" w:type="dxa"/>
              <w:bottom w:w="140" w:type="dxa"/>
              <w:start w:w="120" w:type="dxa"/>
              <w:end w:w="120" w:type="dxa"/>
            </w:tcMar>
          </w:tcPr>
          <w:p>
            <w:r>
              <w:rPr>
                <w:b/>
              </w:rPr>
              <w:t>Printed name:</w:t>
            </w:r>
          </w:p>
        </w:tc>
        <w:tc>
          <w:tcPr>
            <w:tcW w:type="dxa" w:w="6120"/>
            <w:tcMar>
              <w:top w:w="140" w:type="dxa"/>
              <w:bottom w:w="140" w:type="dxa"/>
              <w:start w:w="120" w:type="dxa"/>
              <w:end w:w="120" w:type="dxa"/>
            </w:tcMar>
          </w:tcPr>
          <w:p>
            <w:pPr>
              <w:spacing w:before="0" w:after="0" w:line="264" w:lineRule="exact"/>
            </w:pPr>
            <w:r>
              <w:rPr>
                <w:position w:val="-10"/>
              </w:rPr>
              <w:t>________________________________________</w:t>
            </w:r>
          </w:p>
        </w:tc>
      </w:tr>
      <w:tr>
        <w:trPr/>
        <w:tc>
          <w:tcPr>
            <w:tcW w:type="dxa" w:w="3240"/>
            <w:tcMar>
              <w:top w:w="140" w:type="dxa"/>
              <w:bottom w:w="140" w:type="dxa"/>
              <w:start w:w="120" w:type="dxa"/>
              <w:end w:w="120" w:type="dxa"/>
            </w:tcMar>
          </w:tcPr>
          <w:p>
            <w:r>
              <w:rPr>
                <w:b/>
              </w:rPr>
              <w:t>Date signed:</w:t>
            </w:r>
          </w:p>
        </w:tc>
        <w:tc>
          <w:tcPr>
            <w:tcW w:type="dxa" w:w="6120"/>
            <w:tcMar>
              <w:top w:w="140" w:type="dxa"/>
              <w:bottom w:w="140" w:type="dxa"/>
              <w:start w:w="120" w:type="dxa"/>
              <w:end w:w="120" w:type="dxa"/>
            </w:tcMar>
          </w:tcPr>
          <w:p>
            <w:pPr>
              <w:spacing w:before="0" w:after="0" w:line="264" w:lineRule="exact"/>
            </w:pPr>
            <w:r>
              <w:rPr>
                <w:position w:val="-10"/>
              </w:rPr>
              <w:t>________________________________________</w:t>
            </w:r>
          </w:p>
        </w:tc>
      </w:tr>
    </w:tbl>
    <w:p>
      <w:pPr>
        <w:spacing w:before="0" w:after="0" w:line="20" w:lineRule="exact"/>
        <w:rPr>
          <w:sz w:val="2"/>
          <w:szCs w:val="2"/>
          <w:vanish/>
        </w:rPr>
      </w:pPr>
      <w:r>
        <w:rPr>
          <w:sz w:val="2"/>
          <w:szCs w:val="2"/>
          <w:vanish/>
        </w:rPr>
        <w:t xml:space="preserve"> </w:t>
      </w:r>
    </w:p>
    <w:sectPr w:rsidR="00FC693F" w:rsidRPr="0006063C" w:rsidSect="00034616">
      <w:headerReference w:type="default" r:id="rId9"/>
      <w:footerReference w:type="default" r:id="rId10"/>
      <w:pgSz w:w="12240" w:h="15840"/>
      <w:pgMar w:top="1080" w:right="1224" w:bottom="1080"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
      <w:rPr>
        <w:rFonts w:ascii="Arial" w:hAnsi="Arial"/>
        <w:b/>
        <w:color w:val="666666"/>
        <w:sz w:val="17"/>
      </w:rPr>
      <w:t>CHESTNUT CREEK HOMEOWNERS ASSOCIATION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b/>
      <w:bCs/>
      <w:color w:val="000000"/>
      <w:sz w:val="3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000000"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00000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00000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000000"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000000"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000000"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000000" w:themeColor="accent1"/>
    </w:rPr>
  </w:style>
  <w:style w:type="paragraph" w:styleId="Title">
    <w:name w:val="Title"/>
    <w:basedOn w:val="Normal"/>
    <w:next w:val="Normal"/>
    <w:link w:val="TitleChar"/>
    <w:uiPriority w:val="10"/>
    <w:qFormat/>
    <w:rsid w:val="00FC693F"/>
    <w:pPr>
      <w:pBdr>
        <w:bottom w:val="single" w:sz="8" w:space="4" w:color="#7B7B7B"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000000"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000000"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000000"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00000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00000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000000"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000000"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7B7B7B" w:themeColor="accent1"/>
      </w:pBdr>
      <w:spacing w:before="200" w:after="280"/>
      <w:ind w:left="936" w:right="936"/>
    </w:pPr>
    <w:rPr>
      <w:b/>
      <w:bCs/>
      <w:i/>
      <w:iCs/>
      <w:color w:val="000000" w:themeColor="accent1"/>
    </w:rPr>
  </w:style>
  <w:style w:type="character" w:customStyle="1" w:styleId="IntenseQuoteChar">
    <w:name w:val="Intense Quote Char"/>
    <w:basedOn w:val="DefaultParagraphFont"/>
    <w:link w:val="IntenseQuote"/>
    <w:uiPriority w:val="30"/>
    <w:rsid w:val="00FC693F"/>
    <w:rPr>
      <w:b/>
      <w:bCs/>
      <w:i/>
      <w:iCs/>
      <w:color w:val="000000"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000000" w:themeColor="accent1"/>
    </w:rPr>
  </w:style>
  <w:style w:type="character" w:styleId="SubtleReference">
    <w:name w:val="Subtle Reference"/>
    <w:basedOn w:val="DefaultParagraphFont"/>
    <w:uiPriority w:val="31"/>
    <w:qFormat/>
    <w:rsid w:val="00FC693F"/>
    <w:rPr>
      <w:smallCaps/>
      <w:color w:val="000000" w:themeColor="accent2"/>
      <w:u w:val="single"/>
    </w:rPr>
  </w:style>
  <w:style w:type="character" w:styleId="IntenseReference">
    <w:name w:val="Intense Reference"/>
    <w:basedOn w:val="DefaultParagraphFont"/>
    <w:uiPriority w:val="32"/>
    <w:qFormat/>
    <w:rsid w:val="00FC693F"/>
    <w:rPr>
      <w:b/>
      <w:bCs/>
      <w:smallCaps/>
      <w:color w:val="000000"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00000" w:themeColor="accent1" w:themeShade="BF"/>
    </w:rPr>
    <w:tblPr>
      <w:tblStyleRowBandSize w:val="1"/>
      <w:tblStyleColBandSize w:val="1"/>
      <w:tblInd w:w="0" w:type="dxa"/>
      <w:tblBorders>
        <w:top w:val="single" w:sz="8" w:space="0" w:color="#7B7B7B" w:themeColor="accent1"/>
        <w:bottom w:val="single" w:sz="8" w:space="0" w:color="#7B7B7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B7B7B" w:themeColor="accent1"/>
          <w:left w:val="nil"/>
          <w:bottom w:val="single" w:sz="8" w:space="0" w:color="#7B7B7B" w:themeColor="accent1"/>
          <w:right w:val="nil"/>
          <w:insideH w:val="nil"/>
          <w:insideV w:val="nil"/>
        </w:tcBorders>
      </w:tcPr>
    </w:tblStylePr>
    <w:tblStylePr w:type="lastRow">
      <w:pPr>
        <w:spacing w:before="0" w:after="0" w:line="240" w:lineRule="auto"/>
      </w:pPr>
      <w:rPr>
        <w:b/>
        <w:bCs/>
      </w:rPr>
      <w:tblPr/>
      <w:tcPr>
        <w:tcBorders>
          <w:top w:val="single" w:sz="8" w:space="0" w:color="#7B7B7B" w:themeColor="accent1"/>
          <w:left w:val="nil"/>
          <w:bottom w:val="single" w:sz="8" w:space="0" w:color="#7B7B7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EDE" w:themeFill="accent1" w:themeFillTint="3F"/>
      </w:tcPr>
    </w:tblStylePr>
    <w:tblStylePr w:type="band1Horz">
      <w:tblPr/>
      <w:tcPr>
        <w:tcBorders>
          <w:left w:val="nil"/>
          <w:right w:val="nil"/>
          <w:insideH w:val="nil"/>
          <w:insideV w:val="nil"/>
        </w:tcBorders>
        <w:shd w:val="clear" w:color="auto" w:fill="DEDEDE" w:themeFill="accent1" w:themeFillTint="3F"/>
      </w:tcPr>
    </w:tblStylePr>
  </w:style>
  <w:style w:type="table" w:styleId="LightShading-Accent2">
    <w:name w:val="Light Shading Accent 2"/>
    <w:basedOn w:val="TableNormal"/>
    <w:uiPriority w:val="60"/>
    <w:rsid w:val="00FC693F"/>
    <w:pPr>
      <w:spacing w:after="0" w:line="240" w:lineRule="auto"/>
    </w:pPr>
    <w:rPr>
      <w:color w:val="000000" w:themeColor="accent2" w:themeShade="BF"/>
    </w:rPr>
    <w:tblPr>
      <w:tblStyleRowBandSize w:val="1"/>
      <w:tblStyleColBandSize w:val="1"/>
      <w:tblInd w:w="0" w:type="dxa"/>
      <w:tblBorders>
        <w:top w:val="single" w:sz="8" w:space="0" w:color="#686868" w:themeColor="accent2"/>
        <w:bottom w:val="single" w:sz="8" w:space="0" w:color="#686868"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86868" w:themeColor="accent2"/>
          <w:left w:val="nil"/>
          <w:bottom w:val="single" w:sz="8" w:space="0" w:color="#686868" w:themeColor="accent2"/>
          <w:right w:val="nil"/>
          <w:insideH w:val="nil"/>
          <w:insideV w:val="nil"/>
        </w:tcBorders>
      </w:tcPr>
    </w:tblStylePr>
    <w:tblStylePr w:type="lastRow">
      <w:pPr>
        <w:spacing w:before="0" w:after="0" w:line="240" w:lineRule="auto"/>
      </w:pPr>
      <w:rPr>
        <w:b/>
        <w:bCs/>
      </w:rPr>
      <w:tblPr/>
      <w:tcPr>
        <w:tcBorders>
          <w:top w:val="single" w:sz="8" w:space="0" w:color="#686868" w:themeColor="accent2"/>
          <w:left w:val="nil"/>
          <w:bottom w:val="single" w:sz="8" w:space="0" w:color="#68686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2" w:themeFillTint="3F"/>
      </w:tcPr>
    </w:tblStylePr>
    <w:tblStylePr w:type="band1Horz">
      <w:tblPr/>
      <w:tcPr>
        <w:tcBorders>
          <w:left w:val="nil"/>
          <w:right w:val="nil"/>
          <w:insideH w:val="nil"/>
          <w:insideV w:val="nil"/>
        </w:tcBorders>
        <w:shd w:val="clear" w:color="auto" w:fill="D9D9D9" w:themeFill="accent2" w:themeFillTint="3F"/>
      </w:tcPr>
    </w:tblStylePr>
  </w:style>
  <w:style w:type="table" w:styleId="LightShading-Accent3">
    <w:name w:val="Light Shading Accent 3"/>
    <w:basedOn w:val="TableNormal"/>
    <w:uiPriority w:val="60"/>
    <w:rsid w:val="00FC693F"/>
    <w:pPr>
      <w:spacing w:after="0" w:line="240" w:lineRule="auto"/>
    </w:pPr>
    <w:rPr>
      <w:color w:val="000000" w:themeColor="accent3" w:themeShade="BF"/>
    </w:rPr>
    <w:tblPr>
      <w:tblStyleRowBandSize w:val="1"/>
      <w:tblStyleColBandSize w:val="1"/>
      <w:tblInd w:w="0" w:type="dxa"/>
      <w:tblBorders>
        <w:top w:val="single" w:sz="8" w:space="0" w:color="#ADADAD" w:themeColor="accent3"/>
        <w:bottom w:val="single" w:sz="8" w:space="0" w:color="#ADADAD"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DADAD" w:themeColor="accent3"/>
          <w:left w:val="nil"/>
          <w:bottom w:val="single" w:sz="8" w:space="0" w:color="#ADADAD" w:themeColor="accent3"/>
          <w:right w:val="nil"/>
          <w:insideH w:val="nil"/>
          <w:insideV w:val="nil"/>
        </w:tcBorders>
      </w:tcPr>
    </w:tblStylePr>
    <w:tblStylePr w:type="lastRow">
      <w:pPr>
        <w:spacing w:before="0" w:after="0" w:line="240" w:lineRule="auto"/>
      </w:pPr>
      <w:rPr>
        <w:b/>
        <w:bCs/>
      </w:rPr>
      <w:tblPr/>
      <w:tcPr>
        <w:tcBorders>
          <w:top w:val="single" w:sz="8" w:space="0" w:color="#ADADAD" w:themeColor="accent3"/>
          <w:left w:val="nil"/>
          <w:bottom w:val="single" w:sz="8" w:space="0" w:color="#ADADA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AEA" w:themeFill="accent3" w:themeFillTint="3F"/>
      </w:tcPr>
    </w:tblStylePr>
    <w:tblStylePr w:type="band1Horz">
      <w:tblPr/>
      <w:tcPr>
        <w:tcBorders>
          <w:left w:val="nil"/>
          <w:right w:val="nil"/>
          <w:insideH w:val="nil"/>
          <w:insideV w:val="nil"/>
        </w:tcBorders>
        <w:shd w:val="clear" w:color="auto" w:fill="EAEAEA" w:themeFill="accent3" w:themeFillTint="3F"/>
      </w:tcPr>
    </w:tblStylePr>
  </w:style>
  <w:style w:type="table" w:styleId="LightShading-Accent4">
    <w:name w:val="Light Shading Accent 4"/>
    <w:basedOn w:val="TableNormal"/>
    <w:uiPriority w:val="60"/>
    <w:rsid w:val="00FC693F"/>
    <w:pPr>
      <w:spacing w:after="0" w:line="240" w:lineRule="auto"/>
    </w:pPr>
    <w:rPr>
      <w:color w:val="000000" w:themeColor="accent4" w:themeShade="BF"/>
    </w:rPr>
    <w:tblPr>
      <w:tblStyleRowBandSize w:val="1"/>
      <w:tblStyleColBandSize w:val="1"/>
      <w:tblInd w:w="0" w:type="dxa"/>
      <w:tblBorders>
        <w:top w:val="single" w:sz="8" w:space="0" w:color="#6E6E6E" w:themeColor="accent4"/>
        <w:bottom w:val="single" w:sz="8" w:space="0" w:color="#6E6E6E"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E6E6E" w:themeColor="accent4"/>
          <w:left w:val="nil"/>
          <w:bottom w:val="single" w:sz="8" w:space="0" w:color="#6E6E6E" w:themeColor="accent4"/>
          <w:right w:val="nil"/>
          <w:insideH w:val="nil"/>
          <w:insideV w:val="nil"/>
        </w:tcBorders>
      </w:tcPr>
    </w:tblStylePr>
    <w:tblStylePr w:type="lastRow">
      <w:pPr>
        <w:spacing w:before="0" w:after="0" w:line="240" w:lineRule="auto"/>
      </w:pPr>
      <w:rPr>
        <w:b/>
        <w:bCs/>
      </w:rPr>
      <w:tblPr/>
      <w:tcPr>
        <w:tcBorders>
          <w:top w:val="single" w:sz="8" w:space="0" w:color="#6E6E6E" w:themeColor="accent4"/>
          <w:left w:val="nil"/>
          <w:bottom w:val="single" w:sz="8" w:space="0" w:color="#6E6E6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BDB" w:themeFill="accent4" w:themeFillTint="3F"/>
      </w:tcPr>
    </w:tblStylePr>
    <w:tblStylePr w:type="band1Horz">
      <w:tblPr/>
      <w:tcPr>
        <w:tcBorders>
          <w:left w:val="nil"/>
          <w:right w:val="nil"/>
          <w:insideH w:val="nil"/>
          <w:insideV w:val="nil"/>
        </w:tcBorders>
        <w:shd w:val="clear" w:color="auto" w:fill="DBDBDB" w:themeFill="accent4" w:themeFillTint="3F"/>
      </w:tcPr>
    </w:tblStylePr>
  </w:style>
  <w:style w:type="table" w:styleId="LightShading-Accent5">
    <w:name w:val="Light Shading Accent 5"/>
    <w:basedOn w:val="TableNormal"/>
    <w:uiPriority w:val="60"/>
    <w:rsid w:val="00FC693F"/>
    <w:pPr>
      <w:spacing w:after="0" w:line="240" w:lineRule="auto"/>
    </w:pPr>
    <w:rPr>
      <w:color w:val="000000" w:themeColor="accent5" w:themeShade="BF"/>
    </w:rPr>
    <w:tblPr>
      <w:tblStyleRowBandSize w:val="1"/>
      <w:tblStyleColBandSize w:val="1"/>
      <w:tblInd w:w="0" w:type="dxa"/>
      <w:tblBorders>
        <w:top w:val="single" w:sz="8" w:space="0" w:color="#999999" w:themeColor="accent5"/>
        <w:bottom w:val="single" w:sz="8" w:space="0" w:color="#999999"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99999" w:themeColor="accent5"/>
          <w:left w:val="nil"/>
          <w:bottom w:val="single" w:sz="8" w:space="0" w:color="#999999" w:themeColor="accent5"/>
          <w:right w:val="nil"/>
          <w:insideH w:val="nil"/>
          <w:insideV w:val="nil"/>
        </w:tcBorders>
      </w:tcPr>
    </w:tblStylePr>
    <w:tblStylePr w:type="lastRow">
      <w:pPr>
        <w:spacing w:before="0" w:after="0" w:line="240" w:lineRule="auto"/>
      </w:pPr>
      <w:rPr>
        <w:b/>
        <w:bCs/>
      </w:rPr>
      <w:tblPr/>
      <w:tcPr>
        <w:tcBorders>
          <w:top w:val="single" w:sz="8" w:space="0" w:color="#999999" w:themeColor="accent5"/>
          <w:left w:val="nil"/>
          <w:bottom w:val="single" w:sz="8" w:space="0" w:color="#99999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left w:val="nil"/>
          <w:right w:val="nil"/>
          <w:insideH w:val="nil"/>
          <w:insideV w:val="nil"/>
        </w:tcBorders>
        <w:shd w:val="clear" w:color="auto" w:fill="E5E5E5" w:themeFill="accent5" w:themeFillTint="3F"/>
      </w:tcPr>
    </w:tblStylePr>
  </w:style>
  <w:style w:type="table" w:styleId="LightShading-Accent6">
    <w:name w:val="Light Shading Accent 6"/>
    <w:basedOn w:val="TableNormal"/>
    <w:uiPriority w:val="60"/>
    <w:rsid w:val="00FC693F"/>
    <w:pPr>
      <w:spacing w:after="0" w:line="240" w:lineRule="auto"/>
    </w:pPr>
    <w:rPr>
      <w:color w:val="000000" w:themeColor="accent6" w:themeShade="BF"/>
    </w:rPr>
    <w:tblPr>
      <w:tblStyleRowBandSize w:val="1"/>
      <w:tblStyleColBandSize w:val="1"/>
      <w:tblInd w:w="0" w:type="dxa"/>
      <w:tblBorders>
        <w:top w:val="single" w:sz="8" w:space="0" w:color="#A5A5A5" w:themeColor="accent6"/>
        <w:bottom w:val="single" w:sz="8" w:space="0" w:color="#A5A5A5"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6"/>
          <w:left w:val="nil"/>
          <w:bottom w:val="single" w:sz="8" w:space="0" w:color="#A5A5A5" w:themeColor="accent6"/>
          <w:right w:val="nil"/>
          <w:insideH w:val="nil"/>
          <w:insideV w:val="nil"/>
        </w:tcBorders>
      </w:tcPr>
    </w:tblStylePr>
    <w:tblStylePr w:type="lastRow">
      <w:pPr>
        <w:spacing w:before="0" w:after="0" w:line="240" w:lineRule="auto"/>
      </w:pPr>
      <w:rPr>
        <w:b/>
        <w:bCs/>
      </w:rPr>
      <w:tblPr/>
      <w:tcPr>
        <w:tcBorders>
          <w:top w:val="single" w:sz="8" w:space="0" w:color="#A5A5A5" w:themeColor="accent6"/>
          <w:left w:val="nil"/>
          <w:bottom w:val="single" w:sz="8" w:space="0" w:color="#A5A5A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6" w:themeFillTint="3F"/>
      </w:tcPr>
    </w:tblStylePr>
    <w:tblStylePr w:type="band1Horz">
      <w:tblPr/>
      <w:tcPr>
        <w:tcBorders>
          <w:left w:val="nil"/>
          <w:right w:val="nil"/>
          <w:insideH w:val="nil"/>
          <w:insideV w:val="nil"/>
        </w:tcBorders>
        <w:shd w:val="clear" w:color="auto" w:fill="E8E8E8"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7B7B7B" w:themeColor="accent1"/>
        <w:left w:val="single" w:sz="8" w:space="0" w:color="#7B7B7B" w:themeColor="accent1"/>
        <w:bottom w:val="single" w:sz="8" w:space="0" w:color="#7B7B7B" w:themeColor="accent1"/>
        <w:right w:val="single" w:sz="8" w:space="0" w:color="#7B7B7B"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B7B7B" w:themeFill="accent1"/>
      </w:tcPr>
    </w:tblStylePr>
    <w:tblStylePr w:type="lastRow">
      <w:pPr>
        <w:spacing w:before="0" w:after="0" w:line="240" w:lineRule="auto"/>
      </w:pPr>
      <w:rPr>
        <w:b/>
        <w:bCs/>
      </w:rPr>
      <w:tblPr/>
      <w:tcPr>
        <w:tcBorders>
          <w:top w:val="double" w:sz="6" w:space="0" w:color="#7B7B7B" w:themeColor="accent1"/>
          <w:left w:val="single" w:sz="8" w:space="0" w:color="#7B7B7B" w:themeColor="accent1"/>
          <w:bottom w:val="single" w:sz="8" w:space="0" w:color="#7B7B7B" w:themeColor="accent1"/>
          <w:right w:val="single" w:sz="8" w:space="0" w:color="#7B7B7B" w:themeColor="accent1"/>
        </w:tcBorders>
      </w:tcPr>
    </w:tblStylePr>
    <w:tblStylePr w:type="firstCol">
      <w:rPr>
        <w:b/>
        <w:bCs/>
      </w:rPr>
    </w:tblStylePr>
    <w:tblStylePr w:type="lastCol">
      <w:rPr>
        <w:b/>
        <w:bCs/>
      </w:rPr>
    </w:tblStylePr>
    <w:tblStylePr w:type="band1Vert">
      <w:tblPr/>
      <w:tcPr>
        <w:tcBorders>
          <w:top w:val="single" w:sz="8" w:space="0" w:color="#7B7B7B" w:themeColor="accent1"/>
          <w:left w:val="single" w:sz="8" w:space="0" w:color="#7B7B7B" w:themeColor="accent1"/>
          <w:bottom w:val="single" w:sz="8" w:space="0" w:color="#7B7B7B" w:themeColor="accent1"/>
          <w:right w:val="single" w:sz="8" w:space="0" w:color="#7B7B7B" w:themeColor="accent1"/>
        </w:tcBorders>
      </w:tcPr>
    </w:tblStylePr>
    <w:tblStylePr w:type="band1Horz">
      <w:tblPr/>
      <w:tcPr>
        <w:tcBorders>
          <w:top w:val="single" w:sz="8" w:space="0" w:color="#7B7B7B" w:themeColor="accent1"/>
          <w:left w:val="single" w:sz="8" w:space="0" w:color="#7B7B7B" w:themeColor="accent1"/>
          <w:bottom w:val="single" w:sz="8" w:space="0" w:color="#7B7B7B" w:themeColor="accent1"/>
          <w:right w:val="single" w:sz="8" w:space="0" w:color="#7B7B7B"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686868" w:themeColor="accent2"/>
        <w:left w:val="single" w:sz="8" w:space="0" w:color="#686868" w:themeColor="accent2"/>
        <w:bottom w:val="single" w:sz="8" w:space="0" w:color="#686868" w:themeColor="accent2"/>
        <w:right w:val="single" w:sz="8" w:space="0" w:color="#686868"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86868" w:themeFill="accent2"/>
      </w:tcPr>
    </w:tblStylePr>
    <w:tblStylePr w:type="lastRow">
      <w:pPr>
        <w:spacing w:before="0" w:after="0" w:line="240" w:lineRule="auto"/>
      </w:pPr>
      <w:rPr>
        <w:b/>
        <w:bCs/>
      </w:rPr>
      <w:tblPr/>
      <w:tcPr>
        <w:tcBorders>
          <w:top w:val="double" w:sz="6" w:space="0" w:color="#686868" w:themeColor="accent2"/>
          <w:left w:val="single" w:sz="8" w:space="0" w:color="#686868" w:themeColor="accent2"/>
          <w:bottom w:val="single" w:sz="8" w:space="0" w:color="#686868" w:themeColor="accent2"/>
          <w:right w:val="single" w:sz="8" w:space="0" w:color="#686868" w:themeColor="accent2"/>
        </w:tcBorders>
      </w:tcPr>
    </w:tblStylePr>
    <w:tblStylePr w:type="firstCol">
      <w:rPr>
        <w:b/>
        <w:bCs/>
      </w:rPr>
    </w:tblStylePr>
    <w:tblStylePr w:type="lastCol">
      <w:rPr>
        <w:b/>
        <w:bCs/>
      </w:rPr>
    </w:tblStylePr>
    <w:tblStylePr w:type="band1Vert">
      <w:tblPr/>
      <w:tcPr>
        <w:tcBorders>
          <w:top w:val="single" w:sz="8" w:space="0" w:color="#686868" w:themeColor="accent2"/>
          <w:left w:val="single" w:sz="8" w:space="0" w:color="#686868" w:themeColor="accent2"/>
          <w:bottom w:val="single" w:sz="8" w:space="0" w:color="#686868" w:themeColor="accent2"/>
          <w:right w:val="single" w:sz="8" w:space="0" w:color="#686868" w:themeColor="accent2"/>
        </w:tcBorders>
      </w:tcPr>
    </w:tblStylePr>
    <w:tblStylePr w:type="band1Horz">
      <w:tblPr/>
      <w:tcPr>
        <w:tcBorders>
          <w:top w:val="single" w:sz="8" w:space="0" w:color="#686868" w:themeColor="accent2"/>
          <w:left w:val="single" w:sz="8" w:space="0" w:color="#686868" w:themeColor="accent2"/>
          <w:bottom w:val="single" w:sz="8" w:space="0" w:color="#686868" w:themeColor="accent2"/>
          <w:right w:val="single" w:sz="8" w:space="0" w:color="#686868"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ADADAD" w:themeColor="accent3"/>
        <w:left w:val="single" w:sz="8" w:space="0" w:color="#ADADAD" w:themeColor="accent3"/>
        <w:bottom w:val="single" w:sz="8" w:space="0" w:color="#ADADAD" w:themeColor="accent3"/>
        <w:right w:val="single" w:sz="8" w:space="0" w:color="#ADADAD"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DADAD" w:themeFill="accent3"/>
      </w:tcPr>
    </w:tblStylePr>
    <w:tblStylePr w:type="lastRow">
      <w:pPr>
        <w:spacing w:before="0" w:after="0" w:line="240" w:lineRule="auto"/>
      </w:pPr>
      <w:rPr>
        <w:b/>
        <w:bCs/>
      </w:rPr>
      <w:tblPr/>
      <w:tcPr>
        <w:tcBorders>
          <w:top w:val="double" w:sz="6" w:space="0" w:color="#ADADAD" w:themeColor="accent3"/>
          <w:left w:val="single" w:sz="8" w:space="0" w:color="#ADADAD" w:themeColor="accent3"/>
          <w:bottom w:val="single" w:sz="8" w:space="0" w:color="#ADADAD" w:themeColor="accent3"/>
          <w:right w:val="single" w:sz="8" w:space="0" w:color="#ADADAD" w:themeColor="accent3"/>
        </w:tcBorders>
      </w:tcPr>
    </w:tblStylePr>
    <w:tblStylePr w:type="firstCol">
      <w:rPr>
        <w:b/>
        <w:bCs/>
      </w:rPr>
    </w:tblStylePr>
    <w:tblStylePr w:type="lastCol">
      <w:rPr>
        <w:b/>
        <w:bCs/>
      </w:rPr>
    </w:tblStylePr>
    <w:tblStylePr w:type="band1Vert">
      <w:tblPr/>
      <w:tcPr>
        <w:tcBorders>
          <w:top w:val="single" w:sz="8" w:space="0" w:color="#ADADAD" w:themeColor="accent3"/>
          <w:left w:val="single" w:sz="8" w:space="0" w:color="#ADADAD" w:themeColor="accent3"/>
          <w:bottom w:val="single" w:sz="8" w:space="0" w:color="#ADADAD" w:themeColor="accent3"/>
          <w:right w:val="single" w:sz="8" w:space="0" w:color="#ADADAD" w:themeColor="accent3"/>
        </w:tcBorders>
      </w:tcPr>
    </w:tblStylePr>
    <w:tblStylePr w:type="band1Horz">
      <w:tblPr/>
      <w:tcPr>
        <w:tcBorders>
          <w:top w:val="single" w:sz="8" w:space="0" w:color="#ADADAD" w:themeColor="accent3"/>
          <w:left w:val="single" w:sz="8" w:space="0" w:color="#ADADAD" w:themeColor="accent3"/>
          <w:bottom w:val="single" w:sz="8" w:space="0" w:color="#ADADAD" w:themeColor="accent3"/>
          <w:right w:val="single" w:sz="8" w:space="0" w:color="#ADADAD"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6E6E6E" w:themeColor="accent4"/>
        <w:left w:val="single" w:sz="8" w:space="0" w:color="#6E6E6E" w:themeColor="accent4"/>
        <w:bottom w:val="single" w:sz="8" w:space="0" w:color="#6E6E6E" w:themeColor="accent4"/>
        <w:right w:val="single" w:sz="8" w:space="0" w:color="#6E6E6E"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E6E6E" w:themeFill="accent4"/>
      </w:tcPr>
    </w:tblStylePr>
    <w:tblStylePr w:type="lastRow">
      <w:pPr>
        <w:spacing w:before="0" w:after="0" w:line="240" w:lineRule="auto"/>
      </w:pPr>
      <w:rPr>
        <w:b/>
        <w:bCs/>
      </w:rPr>
      <w:tblPr/>
      <w:tcPr>
        <w:tcBorders>
          <w:top w:val="double" w:sz="6" w:space="0" w:color="#6E6E6E" w:themeColor="accent4"/>
          <w:left w:val="single" w:sz="8" w:space="0" w:color="#6E6E6E" w:themeColor="accent4"/>
          <w:bottom w:val="single" w:sz="8" w:space="0" w:color="#6E6E6E" w:themeColor="accent4"/>
          <w:right w:val="single" w:sz="8" w:space="0" w:color="#6E6E6E" w:themeColor="accent4"/>
        </w:tcBorders>
      </w:tcPr>
    </w:tblStylePr>
    <w:tblStylePr w:type="firstCol">
      <w:rPr>
        <w:b/>
        <w:bCs/>
      </w:rPr>
    </w:tblStylePr>
    <w:tblStylePr w:type="lastCol">
      <w:rPr>
        <w:b/>
        <w:bCs/>
      </w:rPr>
    </w:tblStylePr>
    <w:tblStylePr w:type="band1Vert">
      <w:tblPr/>
      <w:tcPr>
        <w:tcBorders>
          <w:top w:val="single" w:sz="8" w:space="0" w:color="#6E6E6E" w:themeColor="accent4"/>
          <w:left w:val="single" w:sz="8" w:space="0" w:color="#6E6E6E" w:themeColor="accent4"/>
          <w:bottom w:val="single" w:sz="8" w:space="0" w:color="#6E6E6E" w:themeColor="accent4"/>
          <w:right w:val="single" w:sz="8" w:space="0" w:color="#6E6E6E" w:themeColor="accent4"/>
        </w:tcBorders>
      </w:tcPr>
    </w:tblStylePr>
    <w:tblStylePr w:type="band1Horz">
      <w:tblPr/>
      <w:tcPr>
        <w:tcBorders>
          <w:top w:val="single" w:sz="8" w:space="0" w:color="#6E6E6E" w:themeColor="accent4"/>
          <w:left w:val="single" w:sz="8" w:space="0" w:color="#6E6E6E" w:themeColor="accent4"/>
          <w:bottom w:val="single" w:sz="8" w:space="0" w:color="#6E6E6E" w:themeColor="accent4"/>
          <w:right w:val="single" w:sz="8" w:space="0" w:color="#6E6E6E"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999999" w:themeColor="accent5"/>
        <w:left w:val="single" w:sz="8" w:space="0" w:color="#999999" w:themeColor="accent5"/>
        <w:bottom w:val="single" w:sz="8" w:space="0" w:color="#999999" w:themeColor="accent5"/>
        <w:right w:val="single" w:sz="8" w:space="0" w:color="#999999"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99999" w:themeFill="accent5"/>
      </w:tcPr>
    </w:tblStylePr>
    <w:tblStylePr w:type="lastRow">
      <w:pPr>
        <w:spacing w:before="0" w:after="0" w:line="240" w:lineRule="auto"/>
      </w:pPr>
      <w:rPr>
        <w:b/>
        <w:bCs/>
      </w:rPr>
      <w:tblPr/>
      <w:tcPr>
        <w:tcBorders>
          <w:top w:val="double" w:sz="6" w:space="0" w:color="#999999" w:themeColor="accent5"/>
          <w:left w:val="single" w:sz="8" w:space="0" w:color="#999999" w:themeColor="accent5"/>
          <w:bottom w:val="single" w:sz="8" w:space="0" w:color="#999999" w:themeColor="accent5"/>
          <w:right w:val="single" w:sz="8" w:space="0" w:color="#999999" w:themeColor="accent5"/>
        </w:tcBorders>
      </w:tcPr>
    </w:tblStylePr>
    <w:tblStylePr w:type="firstCol">
      <w:rPr>
        <w:b/>
        <w:bCs/>
      </w:rPr>
    </w:tblStylePr>
    <w:tblStylePr w:type="lastCol">
      <w:rPr>
        <w:b/>
        <w:bCs/>
      </w:rPr>
    </w:tblStylePr>
    <w:tblStylePr w:type="band1Vert">
      <w:tblPr/>
      <w:tcPr>
        <w:tcBorders>
          <w:top w:val="single" w:sz="8" w:space="0" w:color="#999999" w:themeColor="accent5"/>
          <w:left w:val="single" w:sz="8" w:space="0" w:color="#999999" w:themeColor="accent5"/>
          <w:bottom w:val="single" w:sz="8" w:space="0" w:color="#999999" w:themeColor="accent5"/>
          <w:right w:val="single" w:sz="8" w:space="0" w:color="#999999" w:themeColor="accent5"/>
        </w:tcBorders>
      </w:tcPr>
    </w:tblStylePr>
    <w:tblStylePr w:type="band1Horz">
      <w:tblPr/>
      <w:tcPr>
        <w:tcBorders>
          <w:top w:val="single" w:sz="8" w:space="0" w:color="#999999" w:themeColor="accent5"/>
          <w:left w:val="single" w:sz="8" w:space="0" w:color="#999999" w:themeColor="accent5"/>
          <w:bottom w:val="single" w:sz="8" w:space="0" w:color="#999999" w:themeColor="accent5"/>
          <w:right w:val="single" w:sz="8" w:space="0" w:color="#999999"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A5A5A5" w:themeColor="accent6"/>
        <w:left w:val="single" w:sz="8" w:space="0" w:color="#A5A5A5" w:themeColor="accent6"/>
        <w:bottom w:val="single" w:sz="8" w:space="0" w:color="#A5A5A5" w:themeColor="accent6"/>
        <w:right w:val="single" w:sz="8" w:space="0" w:color="#A5A5A5"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6"/>
      </w:tcPr>
    </w:tblStylePr>
    <w:tblStylePr w:type="lastRow">
      <w:pPr>
        <w:spacing w:before="0" w:after="0" w:line="240" w:lineRule="auto"/>
      </w:pPr>
      <w:rPr>
        <w:b/>
        <w:bCs/>
      </w:rPr>
      <w:tblPr/>
      <w:tcPr>
        <w:tcBorders>
          <w:top w:val="double" w:sz="6" w:space="0" w:color="#A5A5A5" w:themeColor="accent6"/>
          <w:left w:val="single" w:sz="8" w:space="0" w:color="#A5A5A5" w:themeColor="accent6"/>
          <w:bottom w:val="single" w:sz="8" w:space="0" w:color="#A5A5A5" w:themeColor="accent6"/>
          <w:right w:val="single" w:sz="8" w:space="0" w:color="#A5A5A5" w:themeColor="accent6"/>
        </w:tcBorders>
      </w:tcPr>
    </w:tblStylePr>
    <w:tblStylePr w:type="firstCol">
      <w:rPr>
        <w:b/>
        <w:bCs/>
      </w:rPr>
    </w:tblStylePr>
    <w:tblStylePr w:type="lastCol">
      <w:rPr>
        <w:b/>
        <w:bCs/>
      </w:rPr>
    </w:tblStylePr>
    <w:tblStylePr w:type="band1Vert">
      <w:tblPr/>
      <w:tcPr>
        <w:tcBorders>
          <w:top w:val="single" w:sz="8" w:space="0" w:color="#A5A5A5" w:themeColor="accent6"/>
          <w:left w:val="single" w:sz="8" w:space="0" w:color="#A5A5A5" w:themeColor="accent6"/>
          <w:bottom w:val="single" w:sz="8" w:space="0" w:color="#A5A5A5" w:themeColor="accent6"/>
          <w:right w:val="single" w:sz="8" w:space="0" w:color="#A5A5A5" w:themeColor="accent6"/>
        </w:tcBorders>
      </w:tcPr>
    </w:tblStylePr>
    <w:tblStylePr w:type="band1Horz">
      <w:tblPr/>
      <w:tcPr>
        <w:tcBorders>
          <w:top w:val="single" w:sz="8" w:space="0" w:color="#A5A5A5" w:themeColor="accent6"/>
          <w:left w:val="single" w:sz="8" w:space="0" w:color="#A5A5A5" w:themeColor="accent6"/>
          <w:bottom w:val="single" w:sz="8" w:space="0" w:color="#A5A5A5" w:themeColor="accent6"/>
          <w:right w:val="single" w:sz="8" w:space="0" w:color="#A5A5A5"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7B7B7B" w:themeColor="accent1"/>
        <w:left w:val="single" w:sz="8" w:space="0" w:color="#7B7B7B" w:themeColor="accent1"/>
        <w:bottom w:val="single" w:sz="8" w:space="0" w:color="#7B7B7B" w:themeColor="accent1"/>
        <w:right w:val="single" w:sz="8" w:space="0" w:color="#7B7B7B" w:themeColor="accent1"/>
        <w:insideH w:val="single" w:sz="8" w:space="0" w:color="#7B7B7B" w:themeColor="accent1"/>
        <w:insideV w:val="single" w:sz="8" w:space="0" w:color="#7B7B7B"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B7B7B" w:themeColor="accent1"/>
          <w:left w:val="single" w:sz="8" w:space="0" w:color="#7B7B7B" w:themeColor="accent1"/>
          <w:bottom w:val="single" w:sz="18" w:space="0" w:color="#7B7B7B" w:themeColor="accent1"/>
          <w:right w:val="single" w:sz="8" w:space="0" w:color="#7B7B7B" w:themeColor="accent1"/>
          <w:insideH w:val="nil"/>
          <w:insideV w:val="single" w:sz="8" w:space="0" w:color="#7B7B7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B7B7B" w:themeColor="accent1"/>
          <w:left w:val="single" w:sz="8" w:space="0" w:color="#7B7B7B" w:themeColor="accent1"/>
          <w:bottom w:val="single" w:sz="8" w:space="0" w:color="#7B7B7B" w:themeColor="accent1"/>
          <w:right w:val="single" w:sz="8" w:space="0" w:color="#7B7B7B" w:themeColor="accent1"/>
          <w:insideH w:val="nil"/>
          <w:insideV w:val="single" w:sz="8" w:space="0" w:color="#7B7B7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B7B7B" w:themeColor="accent1"/>
          <w:left w:val="single" w:sz="8" w:space="0" w:color="#7B7B7B" w:themeColor="accent1"/>
          <w:bottom w:val="single" w:sz="8" w:space="0" w:color="#7B7B7B" w:themeColor="accent1"/>
          <w:right w:val="single" w:sz="8" w:space="0" w:color="#7B7B7B" w:themeColor="accent1"/>
        </w:tcBorders>
      </w:tcPr>
    </w:tblStylePr>
    <w:tblStylePr w:type="band1Vert">
      <w:tblPr/>
      <w:tcPr>
        <w:tcBorders>
          <w:top w:val="single" w:sz="8" w:space="0" w:color="#7B7B7B" w:themeColor="accent1"/>
          <w:left w:val="single" w:sz="8" w:space="0" w:color="#7B7B7B" w:themeColor="accent1"/>
          <w:bottom w:val="single" w:sz="8" w:space="0" w:color="#7B7B7B" w:themeColor="accent1"/>
          <w:right w:val="single" w:sz="8" w:space="0" w:color="#7B7B7B" w:themeColor="accent1"/>
        </w:tcBorders>
        <w:shd w:val="clear" w:color="auto" w:fill="DEDEDE" w:themeFill="accent1" w:themeFillTint="3F"/>
      </w:tcPr>
    </w:tblStylePr>
    <w:tblStylePr w:type="band1Horz">
      <w:tblPr/>
      <w:tcPr>
        <w:tcBorders>
          <w:top w:val="single" w:sz="8" w:space="0" w:color="#7B7B7B" w:themeColor="accent1"/>
          <w:left w:val="single" w:sz="8" w:space="0" w:color="#7B7B7B" w:themeColor="accent1"/>
          <w:bottom w:val="single" w:sz="8" w:space="0" w:color="#7B7B7B" w:themeColor="accent1"/>
          <w:right w:val="single" w:sz="8" w:space="0" w:color="#7B7B7B" w:themeColor="accent1"/>
          <w:insideV w:val="single" w:sz="8" w:space="0" w:color="#7B7B7B" w:themeColor="accent1"/>
        </w:tcBorders>
        <w:shd w:val="clear" w:color="auto" w:fill="DEDEDE" w:themeFill="accent1" w:themeFillTint="3F"/>
      </w:tcPr>
    </w:tblStylePr>
    <w:tblStylePr w:type="band2Horz">
      <w:tblPr/>
      <w:tcPr>
        <w:tcBorders>
          <w:top w:val="single" w:sz="8" w:space="0" w:color="#7B7B7B" w:themeColor="accent1"/>
          <w:left w:val="single" w:sz="8" w:space="0" w:color="#7B7B7B" w:themeColor="accent1"/>
          <w:bottom w:val="single" w:sz="8" w:space="0" w:color="#7B7B7B" w:themeColor="accent1"/>
          <w:right w:val="single" w:sz="8" w:space="0" w:color="#7B7B7B" w:themeColor="accent1"/>
          <w:insideV w:val="single" w:sz="8" w:space="0" w:color="#7B7B7B"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686868" w:themeColor="accent2"/>
        <w:left w:val="single" w:sz="8" w:space="0" w:color="#686868" w:themeColor="accent2"/>
        <w:bottom w:val="single" w:sz="8" w:space="0" w:color="#686868" w:themeColor="accent2"/>
        <w:right w:val="single" w:sz="8" w:space="0" w:color="#686868" w:themeColor="accent2"/>
        <w:insideH w:val="single" w:sz="8" w:space="0" w:color="#686868" w:themeColor="accent2"/>
        <w:insideV w:val="single" w:sz="8" w:space="0" w:color="#686868"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86868" w:themeColor="accent2"/>
          <w:left w:val="single" w:sz="8" w:space="0" w:color="#686868" w:themeColor="accent2"/>
          <w:bottom w:val="single" w:sz="18" w:space="0" w:color="#686868" w:themeColor="accent2"/>
          <w:right w:val="single" w:sz="8" w:space="0" w:color="#686868" w:themeColor="accent2"/>
          <w:insideH w:val="nil"/>
          <w:insideV w:val="single" w:sz="8" w:space="0" w:color="#68686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6868" w:themeColor="accent2"/>
          <w:left w:val="single" w:sz="8" w:space="0" w:color="#686868" w:themeColor="accent2"/>
          <w:bottom w:val="single" w:sz="8" w:space="0" w:color="#686868" w:themeColor="accent2"/>
          <w:right w:val="single" w:sz="8" w:space="0" w:color="#686868" w:themeColor="accent2"/>
          <w:insideH w:val="nil"/>
          <w:insideV w:val="single" w:sz="8" w:space="0" w:color="#68686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6868" w:themeColor="accent2"/>
          <w:left w:val="single" w:sz="8" w:space="0" w:color="#686868" w:themeColor="accent2"/>
          <w:bottom w:val="single" w:sz="8" w:space="0" w:color="#686868" w:themeColor="accent2"/>
          <w:right w:val="single" w:sz="8" w:space="0" w:color="#686868" w:themeColor="accent2"/>
        </w:tcBorders>
      </w:tcPr>
    </w:tblStylePr>
    <w:tblStylePr w:type="band1Vert">
      <w:tblPr/>
      <w:tcPr>
        <w:tcBorders>
          <w:top w:val="single" w:sz="8" w:space="0" w:color="#686868" w:themeColor="accent2"/>
          <w:left w:val="single" w:sz="8" w:space="0" w:color="#686868" w:themeColor="accent2"/>
          <w:bottom w:val="single" w:sz="8" w:space="0" w:color="#686868" w:themeColor="accent2"/>
          <w:right w:val="single" w:sz="8" w:space="0" w:color="#686868" w:themeColor="accent2"/>
        </w:tcBorders>
        <w:shd w:val="clear" w:color="auto" w:fill="D9D9D9" w:themeFill="accent2" w:themeFillTint="3F"/>
      </w:tcPr>
    </w:tblStylePr>
    <w:tblStylePr w:type="band1Horz">
      <w:tblPr/>
      <w:tcPr>
        <w:tcBorders>
          <w:top w:val="single" w:sz="8" w:space="0" w:color="#686868" w:themeColor="accent2"/>
          <w:left w:val="single" w:sz="8" w:space="0" w:color="#686868" w:themeColor="accent2"/>
          <w:bottom w:val="single" w:sz="8" w:space="0" w:color="#686868" w:themeColor="accent2"/>
          <w:right w:val="single" w:sz="8" w:space="0" w:color="#686868" w:themeColor="accent2"/>
          <w:insideV w:val="single" w:sz="8" w:space="0" w:color="#686868" w:themeColor="accent2"/>
        </w:tcBorders>
        <w:shd w:val="clear" w:color="auto" w:fill="D9D9D9" w:themeFill="accent2" w:themeFillTint="3F"/>
      </w:tcPr>
    </w:tblStylePr>
    <w:tblStylePr w:type="band2Horz">
      <w:tblPr/>
      <w:tcPr>
        <w:tcBorders>
          <w:top w:val="single" w:sz="8" w:space="0" w:color="#686868" w:themeColor="accent2"/>
          <w:left w:val="single" w:sz="8" w:space="0" w:color="#686868" w:themeColor="accent2"/>
          <w:bottom w:val="single" w:sz="8" w:space="0" w:color="#686868" w:themeColor="accent2"/>
          <w:right w:val="single" w:sz="8" w:space="0" w:color="#686868" w:themeColor="accent2"/>
          <w:insideV w:val="single" w:sz="8" w:space="0" w:color="#686868"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ADADAD" w:themeColor="accent3"/>
        <w:left w:val="single" w:sz="8" w:space="0" w:color="#ADADAD" w:themeColor="accent3"/>
        <w:bottom w:val="single" w:sz="8" w:space="0" w:color="#ADADAD" w:themeColor="accent3"/>
        <w:right w:val="single" w:sz="8" w:space="0" w:color="#ADADAD" w:themeColor="accent3"/>
        <w:insideH w:val="single" w:sz="8" w:space="0" w:color="#ADADAD" w:themeColor="accent3"/>
        <w:insideV w:val="single" w:sz="8" w:space="0" w:color="#ADADAD"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DADAD" w:themeColor="accent3"/>
          <w:left w:val="single" w:sz="8" w:space="0" w:color="#ADADAD" w:themeColor="accent3"/>
          <w:bottom w:val="single" w:sz="18" w:space="0" w:color="#ADADAD" w:themeColor="accent3"/>
          <w:right w:val="single" w:sz="8" w:space="0" w:color="#ADADAD" w:themeColor="accent3"/>
          <w:insideH w:val="nil"/>
          <w:insideV w:val="single" w:sz="8" w:space="0" w:color="#ADADA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ADAD" w:themeColor="accent3"/>
          <w:left w:val="single" w:sz="8" w:space="0" w:color="#ADADAD" w:themeColor="accent3"/>
          <w:bottom w:val="single" w:sz="8" w:space="0" w:color="#ADADAD" w:themeColor="accent3"/>
          <w:right w:val="single" w:sz="8" w:space="0" w:color="#ADADAD" w:themeColor="accent3"/>
          <w:insideH w:val="nil"/>
          <w:insideV w:val="single" w:sz="8" w:space="0" w:color="#ADADA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ADAD" w:themeColor="accent3"/>
          <w:left w:val="single" w:sz="8" w:space="0" w:color="#ADADAD" w:themeColor="accent3"/>
          <w:bottom w:val="single" w:sz="8" w:space="0" w:color="#ADADAD" w:themeColor="accent3"/>
          <w:right w:val="single" w:sz="8" w:space="0" w:color="#ADADAD" w:themeColor="accent3"/>
        </w:tcBorders>
      </w:tcPr>
    </w:tblStylePr>
    <w:tblStylePr w:type="band1Vert">
      <w:tblPr/>
      <w:tcPr>
        <w:tcBorders>
          <w:top w:val="single" w:sz="8" w:space="0" w:color="#ADADAD" w:themeColor="accent3"/>
          <w:left w:val="single" w:sz="8" w:space="0" w:color="#ADADAD" w:themeColor="accent3"/>
          <w:bottom w:val="single" w:sz="8" w:space="0" w:color="#ADADAD" w:themeColor="accent3"/>
          <w:right w:val="single" w:sz="8" w:space="0" w:color="#ADADAD" w:themeColor="accent3"/>
        </w:tcBorders>
        <w:shd w:val="clear" w:color="auto" w:fill="EAEAEA" w:themeFill="accent3" w:themeFillTint="3F"/>
      </w:tcPr>
    </w:tblStylePr>
    <w:tblStylePr w:type="band1Horz">
      <w:tblPr/>
      <w:tcPr>
        <w:tcBorders>
          <w:top w:val="single" w:sz="8" w:space="0" w:color="#ADADAD" w:themeColor="accent3"/>
          <w:left w:val="single" w:sz="8" w:space="0" w:color="#ADADAD" w:themeColor="accent3"/>
          <w:bottom w:val="single" w:sz="8" w:space="0" w:color="#ADADAD" w:themeColor="accent3"/>
          <w:right w:val="single" w:sz="8" w:space="0" w:color="#ADADAD" w:themeColor="accent3"/>
          <w:insideV w:val="single" w:sz="8" w:space="0" w:color="#ADADAD" w:themeColor="accent3"/>
        </w:tcBorders>
        <w:shd w:val="clear" w:color="auto" w:fill="EAEAEA" w:themeFill="accent3" w:themeFillTint="3F"/>
      </w:tcPr>
    </w:tblStylePr>
    <w:tblStylePr w:type="band2Horz">
      <w:tblPr/>
      <w:tcPr>
        <w:tcBorders>
          <w:top w:val="single" w:sz="8" w:space="0" w:color="#ADADAD" w:themeColor="accent3"/>
          <w:left w:val="single" w:sz="8" w:space="0" w:color="#ADADAD" w:themeColor="accent3"/>
          <w:bottom w:val="single" w:sz="8" w:space="0" w:color="#ADADAD" w:themeColor="accent3"/>
          <w:right w:val="single" w:sz="8" w:space="0" w:color="#ADADAD" w:themeColor="accent3"/>
          <w:insideV w:val="single" w:sz="8" w:space="0" w:color="#ADADAD"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6E6E6E" w:themeColor="accent4"/>
        <w:left w:val="single" w:sz="8" w:space="0" w:color="#6E6E6E" w:themeColor="accent4"/>
        <w:bottom w:val="single" w:sz="8" w:space="0" w:color="#6E6E6E" w:themeColor="accent4"/>
        <w:right w:val="single" w:sz="8" w:space="0" w:color="#6E6E6E" w:themeColor="accent4"/>
        <w:insideH w:val="single" w:sz="8" w:space="0" w:color="#6E6E6E" w:themeColor="accent4"/>
        <w:insideV w:val="single" w:sz="8" w:space="0" w:color="#6E6E6E"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E6E6E" w:themeColor="accent4"/>
          <w:left w:val="single" w:sz="8" w:space="0" w:color="#6E6E6E" w:themeColor="accent4"/>
          <w:bottom w:val="single" w:sz="18" w:space="0" w:color="#6E6E6E" w:themeColor="accent4"/>
          <w:right w:val="single" w:sz="8" w:space="0" w:color="#6E6E6E" w:themeColor="accent4"/>
          <w:insideH w:val="nil"/>
          <w:insideV w:val="single" w:sz="8" w:space="0" w:color="#6E6E6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E6E" w:themeColor="accent4"/>
          <w:left w:val="single" w:sz="8" w:space="0" w:color="#6E6E6E" w:themeColor="accent4"/>
          <w:bottom w:val="single" w:sz="8" w:space="0" w:color="#6E6E6E" w:themeColor="accent4"/>
          <w:right w:val="single" w:sz="8" w:space="0" w:color="#6E6E6E" w:themeColor="accent4"/>
          <w:insideH w:val="nil"/>
          <w:insideV w:val="single" w:sz="8" w:space="0" w:color="#6E6E6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E6E" w:themeColor="accent4"/>
          <w:left w:val="single" w:sz="8" w:space="0" w:color="#6E6E6E" w:themeColor="accent4"/>
          <w:bottom w:val="single" w:sz="8" w:space="0" w:color="#6E6E6E" w:themeColor="accent4"/>
          <w:right w:val="single" w:sz="8" w:space="0" w:color="#6E6E6E" w:themeColor="accent4"/>
        </w:tcBorders>
      </w:tcPr>
    </w:tblStylePr>
    <w:tblStylePr w:type="band1Vert">
      <w:tblPr/>
      <w:tcPr>
        <w:tcBorders>
          <w:top w:val="single" w:sz="8" w:space="0" w:color="#6E6E6E" w:themeColor="accent4"/>
          <w:left w:val="single" w:sz="8" w:space="0" w:color="#6E6E6E" w:themeColor="accent4"/>
          <w:bottom w:val="single" w:sz="8" w:space="0" w:color="#6E6E6E" w:themeColor="accent4"/>
          <w:right w:val="single" w:sz="8" w:space="0" w:color="#6E6E6E" w:themeColor="accent4"/>
        </w:tcBorders>
        <w:shd w:val="clear" w:color="auto" w:fill="DBDBDB" w:themeFill="accent4" w:themeFillTint="3F"/>
      </w:tcPr>
    </w:tblStylePr>
    <w:tblStylePr w:type="band1Horz">
      <w:tblPr/>
      <w:tcPr>
        <w:tcBorders>
          <w:top w:val="single" w:sz="8" w:space="0" w:color="#6E6E6E" w:themeColor="accent4"/>
          <w:left w:val="single" w:sz="8" w:space="0" w:color="#6E6E6E" w:themeColor="accent4"/>
          <w:bottom w:val="single" w:sz="8" w:space="0" w:color="#6E6E6E" w:themeColor="accent4"/>
          <w:right w:val="single" w:sz="8" w:space="0" w:color="#6E6E6E" w:themeColor="accent4"/>
          <w:insideV w:val="single" w:sz="8" w:space="0" w:color="#6E6E6E" w:themeColor="accent4"/>
        </w:tcBorders>
        <w:shd w:val="clear" w:color="auto" w:fill="DBDBDB" w:themeFill="accent4" w:themeFillTint="3F"/>
      </w:tcPr>
    </w:tblStylePr>
    <w:tblStylePr w:type="band2Horz">
      <w:tblPr/>
      <w:tcPr>
        <w:tcBorders>
          <w:top w:val="single" w:sz="8" w:space="0" w:color="#6E6E6E" w:themeColor="accent4"/>
          <w:left w:val="single" w:sz="8" w:space="0" w:color="#6E6E6E" w:themeColor="accent4"/>
          <w:bottom w:val="single" w:sz="8" w:space="0" w:color="#6E6E6E" w:themeColor="accent4"/>
          <w:right w:val="single" w:sz="8" w:space="0" w:color="#6E6E6E" w:themeColor="accent4"/>
          <w:insideV w:val="single" w:sz="8" w:space="0" w:color="#6E6E6E"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999999" w:themeColor="accent5"/>
        <w:left w:val="single" w:sz="8" w:space="0" w:color="#999999" w:themeColor="accent5"/>
        <w:bottom w:val="single" w:sz="8" w:space="0" w:color="#999999" w:themeColor="accent5"/>
        <w:right w:val="single" w:sz="8" w:space="0" w:color="#999999" w:themeColor="accent5"/>
        <w:insideH w:val="single" w:sz="8" w:space="0" w:color="#999999" w:themeColor="accent5"/>
        <w:insideV w:val="single" w:sz="8" w:space="0" w:color="#999999"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5"/>
          <w:left w:val="single" w:sz="8" w:space="0" w:color="#999999" w:themeColor="accent5"/>
          <w:bottom w:val="single" w:sz="18" w:space="0" w:color="#999999" w:themeColor="accent5"/>
          <w:right w:val="single" w:sz="8" w:space="0" w:color="#999999" w:themeColor="accent5"/>
          <w:insideH w:val="nil"/>
          <w:insideV w:val="single" w:sz="8" w:space="0" w:color="#99999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5"/>
          <w:left w:val="single" w:sz="8" w:space="0" w:color="#999999" w:themeColor="accent5"/>
          <w:bottom w:val="single" w:sz="8" w:space="0" w:color="#999999" w:themeColor="accent5"/>
          <w:right w:val="single" w:sz="8" w:space="0" w:color="#999999" w:themeColor="accent5"/>
          <w:insideH w:val="nil"/>
          <w:insideV w:val="single" w:sz="8" w:space="0" w:color="#99999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5"/>
          <w:left w:val="single" w:sz="8" w:space="0" w:color="#999999" w:themeColor="accent5"/>
          <w:bottom w:val="single" w:sz="8" w:space="0" w:color="#999999" w:themeColor="accent5"/>
          <w:right w:val="single" w:sz="8" w:space="0" w:color="#999999" w:themeColor="accent5"/>
        </w:tcBorders>
      </w:tcPr>
    </w:tblStylePr>
    <w:tblStylePr w:type="band1Vert">
      <w:tblPr/>
      <w:tcPr>
        <w:tcBorders>
          <w:top w:val="single" w:sz="8" w:space="0" w:color="#999999" w:themeColor="accent5"/>
          <w:left w:val="single" w:sz="8" w:space="0" w:color="#999999" w:themeColor="accent5"/>
          <w:bottom w:val="single" w:sz="8" w:space="0" w:color="#999999" w:themeColor="accent5"/>
          <w:right w:val="single" w:sz="8" w:space="0" w:color="#999999" w:themeColor="accent5"/>
        </w:tcBorders>
        <w:shd w:val="clear" w:color="auto" w:fill="E5E5E5" w:themeFill="accent5" w:themeFillTint="3F"/>
      </w:tcPr>
    </w:tblStylePr>
    <w:tblStylePr w:type="band1Horz">
      <w:tblPr/>
      <w:tcPr>
        <w:tcBorders>
          <w:top w:val="single" w:sz="8" w:space="0" w:color="#999999" w:themeColor="accent5"/>
          <w:left w:val="single" w:sz="8" w:space="0" w:color="#999999" w:themeColor="accent5"/>
          <w:bottom w:val="single" w:sz="8" w:space="0" w:color="#999999" w:themeColor="accent5"/>
          <w:right w:val="single" w:sz="8" w:space="0" w:color="#999999" w:themeColor="accent5"/>
          <w:insideV w:val="single" w:sz="8" w:space="0" w:color="#999999" w:themeColor="accent5"/>
        </w:tcBorders>
        <w:shd w:val="clear" w:color="auto" w:fill="E5E5E5" w:themeFill="accent5" w:themeFillTint="3F"/>
      </w:tcPr>
    </w:tblStylePr>
    <w:tblStylePr w:type="band2Horz">
      <w:tblPr/>
      <w:tcPr>
        <w:tcBorders>
          <w:top w:val="single" w:sz="8" w:space="0" w:color="#999999" w:themeColor="accent5"/>
          <w:left w:val="single" w:sz="8" w:space="0" w:color="#999999" w:themeColor="accent5"/>
          <w:bottom w:val="single" w:sz="8" w:space="0" w:color="#999999" w:themeColor="accent5"/>
          <w:right w:val="single" w:sz="8" w:space="0" w:color="#999999" w:themeColor="accent5"/>
          <w:insideV w:val="single" w:sz="8" w:space="0" w:color="#999999"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A5A5A5" w:themeColor="accent6"/>
        <w:left w:val="single" w:sz="8" w:space="0" w:color="#A5A5A5" w:themeColor="accent6"/>
        <w:bottom w:val="single" w:sz="8" w:space="0" w:color="#A5A5A5" w:themeColor="accent6"/>
        <w:right w:val="single" w:sz="8" w:space="0" w:color="#A5A5A5" w:themeColor="accent6"/>
        <w:insideH w:val="single" w:sz="8" w:space="0" w:color="#A5A5A5" w:themeColor="accent6"/>
        <w:insideV w:val="single" w:sz="8" w:space="0" w:color="#A5A5A5"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6"/>
          <w:left w:val="single" w:sz="8" w:space="0" w:color="#A5A5A5" w:themeColor="accent6"/>
          <w:bottom w:val="single" w:sz="18" w:space="0" w:color="#A5A5A5" w:themeColor="accent6"/>
          <w:right w:val="single" w:sz="8" w:space="0" w:color="#A5A5A5" w:themeColor="accent6"/>
          <w:insideH w:val="nil"/>
          <w:insideV w:val="single" w:sz="8" w:space="0" w:color="#A5A5A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6"/>
          <w:left w:val="single" w:sz="8" w:space="0" w:color="#A5A5A5" w:themeColor="accent6"/>
          <w:bottom w:val="single" w:sz="8" w:space="0" w:color="#A5A5A5" w:themeColor="accent6"/>
          <w:right w:val="single" w:sz="8" w:space="0" w:color="#A5A5A5" w:themeColor="accent6"/>
          <w:insideH w:val="nil"/>
          <w:insideV w:val="single" w:sz="8" w:space="0" w:color="#A5A5A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6"/>
          <w:left w:val="single" w:sz="8" w:space="0" w:color="#A5A5A5" w:themeColor="accent6"/>
          <w:bottom w:val="single" w:sz="8" w:space="0" w:color="#A5A5A5" w:themeColor="accent6"/>
          <w:right w:val="single" w:sz="8" w:space="0" w:color="#A5A5A5" w:themeColor="accent6"/>
        </w:tcBorders>
      </w:tcPr>
    </w:tblStylePr>
    <w:tblStylePr w:type="band1Vert">
      <w:tblPr/>
      <w:tcPr>
        <w:tcBorders>
          <w:top w:val="single" w:sz="8" w:space="0" w:color="#A5A5A5" w:themeColor="accent6"/>
          <w:left w:val="single" w:sz="8" w:space="0" w:color="#A5A5A5" w:themeColor="accent6"/>
          <w:bottom w:val="single" w:sz="8" w:space="0" w:color="#A5A5A5" w:themeColor="accent6"/>
          <w:right w:val="single" w:sz="8" w:space="0" w:color="#A5A5A5" w:themeColor="accent6"/>
        </w:tcBorders>
        <w:shd w:val="clear" w:color="auto" w:fill="E8E8E8" w:themeFill="accent6" w:themeFillTint="3F"/>
      </w:tcPr>
    </w:tblStylePr>
    <w:tblStylePr w:type="band1Horz">
      <w:tblPr/>
      <w:tcPr>
        <w:tcBorders>
          <w:top w:val="single" w:sz="8" w:space="0" w:color="#A5A5A5" w:themeColor="accent6"/>
          <w:left w:val="single" w:sz="8" w:space="0" w:color="#A5A5A5" w:themeColor="accent6"/>
          <w:bottom w:val="single" w:sz="8" w:space="0" w:color="#A5A5A5" w:themeColor="accent6"/>
          <w:right w:val="single" w:sz="8" w:space="0" w:color="#A5A5A5" w:themeColor="accent6"/>
          <w:insideV w:val="single" w:sz="8" w:space="0" w:color="#A5A5A5" w:themeColor="accent6"/>
        </w:tcBorders>
        <w:shd w:val="clear" w:color="auto" w:fill="E8E8E8" w:themeFill="accent6" w:themeFillTint="3F"/>
      </w:tcPr>
    </w:tblStylePr>
    <w:tblStylePr w:type="band2Horz">
      <w:tblPr/>
      <w:tcPr>
        <w:tcBorders>
          <w:top w:val="single" w:sz="8" w:space="0" w:color="#A5A5A5" w:themeColor="accent6"/>
          <w:left w:val="single" w:sz="8" w:space="0" w:color="#A5A5A5" w:themeColor="accent6"/>
          <w:bottom w:val="single" w:sz="8" w:space="0" w:color="#A5A5A5" w:themeColor="accent6"/>
          <w:right w:val="single" w:sz="8" w:space="0" w:color="#A5A5A5" w:themeColor="accent6"/>
          <w:insideV w:val="single" w:sz="8" w:space="0" w:color="#A5A5A5"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9B9B9B" w:themeColor="accent1" w:themeTint="BF"/>
        <w:left w:val="single" w:sz="8" w:space="0" w:color="#9B9B9B" w:themeColor="accent1" w:themeTint="BF"/>
        <w:bottom w:val="single" w:sz="8" w:space="0" w:color="#9B9B9B" w:themeColor="accent1" w:themeTint="BF"/>
        <w:right w:val="single" w:sz="8" w:space="0" w:color="#9B9B9B" w:themeColor="accent1" w:themeTint="BF"/>
        <w:insideH w:val="single" w:sz="8" w:space="0" w:color="#9B9B9B"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B9B9B" w:themeColor="accent1" w:themeTint="BF"/>
          <w:left w:val="single" w:sz="8" w:space="0" w:color="#9B9B9B" w:themeColor="accent1" w:themeTint="BF"/>
          <w:bottom w:val="single" w:sz="8" w:space="0" w:color="#9B9B9B" w:themeColor="accent1" w:themeTint="BF"/>
          <w:right w:val="single" w:sz="8" w:space="0" w:color="#9B9B9B" w:themeColor="accent1" w:themeTint="BF"/>
          <w:insideH w:val="nil"/>
          <w:insideV w:val="nil"/>
        </w:tcBorders>
        <w:shd w:val="clear" w:color="auto" w:fill="7B7B7B" w:themeFill="accent1"/>
      </w:tcPr>
    </w:tblStylePr>
    <w:tblStylePr w:type="lastRow">
      <w:pPr>
        <w:spacing w:before="0" w:after="0" w:line="240" w:lineRule="auto"/>
      </w:pPr>
      <w:rPr>
        <w:b/>
        <w:bCs/>
      </w:rPr>
      <w:tblPr/>
      <w:tcPr>
        <w:tcBorders>
          <w:top w:val="double" w:sz="6" w:space="0" w:color="#9B9B9B" w:themeColor="accent1" w:themeTint="BF"/>
          <w:left w:val="single" w:sz="8" w:space="0" w:color="#9B9B9B" w:themeColor="accent1" w:themeTint="BF"/>
          <w:bottom w:val="single" w:sz="8" w:space="0" w:color="#9B9B9B" w:themeColor="accent1" w:themeTint="BF"/>
          <w:right w:val="single" w:sz="8" w:space="0" w:color="#9B9B9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DEDE" w:themeFill="accent1" w:themeFillTint="3F"/>
      </w:tcPr>
    </w:tblStylePr>
    <w:tblStylePr w:type="band1Horz">
      <w:tblPr/>
      <w:tcPr>
        <w:tcBorders>
          <w:insideH w:val="nil"/>
          <w:insideV w:val="nil"/>
        </w:tcBorders>
        <w:shd w:val="clear" w:color="auto" w:fill="DEDED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8D8D8D" w:themeColor="accent2" w:themeTint="BF"/>
        <w:left w:val="single" w:sz="8" w:space="0" w:color="#8D8D8D" w:themeColor="accent2" w:themeTint="BF"/>
        <w:bottom w:val="single" w:sz="8" w:space="0" w:color="#8D8D8D" w:themeColor="accent2" w:themeTint="BF"/>
        <w:right w:val="single" w:sz="8" w:space="0" w:color="#8D8D8D" w:themeColor="accent2" w:themeTint="BF"/>
        <w:insideH w:val="single" w:sz="8" w:space="0" w:color="#8D8D8D"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D8D8D" w:themeColor="accent2" w:themeTint="BF"/>
          <w:left w:val="single" w:sz="8" w:space="0" w:color="#8D8D8D" w:themeColor="accent2" w:themeTint="BF"/>
          <w:bottom w:val="single" w:sz="8" w:space="0" w:color="#8D8D8D" w:themeColor="accent2" w:themeTint="BF"/>
          <w:right w:val="single" w:sz="8" w:space="0" w:color="#8D8D8D" w:themeColor="accent2" w:themeTint="BF"/>
          <w:insideH w:val="nil"/>
          <w:insideV w:val="nil"/>
        </w:tcBorders>
        <w:shd w:val="clear" w:color="auto" w:fill="686868" w:themeFill="accent2"/>
      </w:tcPr>
    </w:tblStylePr>
    <w:tblStylePr w:type="lastRow">
      <w:pPr>
        <w:spacing w:before="0" w:after="0" w:line="240" w:lineRule="auto"/>
      </w:pPr>
      <w:rPr>
        <w:b/>
        <w:bCs/>
      </w:rPr>
      <w:tblPr/>
      <w:tcPr>
        <w:tcBorders>
          <w:top w:val="double" w:sz="6" w:space="0" w:color="#8D8D8D" w:themeColor="accent2" w:themeTint="BF"/>
          <w:left w:val="single" w:sz="8" w:space="0" w:color="#8D8D8D" w:themeColor="accent2" w:themeTint="BF"/>
          <w:bottom w:val="single" w:sz="8" w:space="0" w:color="#8D8D8D" w:themeColor="accent2" w:themeTint="BF"/>
          <w:right w:val="single" w:sz="8" w:space="0" w:color="#8D8D8D" w:themeColor="accent2"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2" w:themeFillTint="3F"/>
      </w:tcPr>
    </w:tblStylePr>
    <w:tblStylePr w:type="band1Horz">
      <w:tblPr/>
      <w:tcPr>
        <w:tcBorders>
          <w:insideH w:val="nil"/>
          <w:insideV w:val="nil"/>
        </w:tcBorders>
        <w:shd w:val="clear" w:color="auto" w:fill="D9D9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C1C1C1" w:themeColor="accent3" w:themeTint="BF"/>
        <w:left w:val="single" w:sz="8" w:space="0" w:color="#C1C1C1" w:themeColor="accent3" w:themeTint="BF"/>
        <w:bottom w:val="single" w:sz="8" w:space="0" w:color="#C1C1C1" w:themeColor="accent3" w:themeTint="BF"/>
        <w:right w:val="single" w:sz="8" w:space="0" w:color="#C1C1C1" w:themeColor="accent3" w:themeTint="BF"/>
        <w:insideH w:val="single" w:sz="8" w:space="0" w:color="#C1C1C1"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1C1C1" w:themeColor="accent3" w:themeTint="BF"/>
          <w:left w:val="single" w:sz="8" w:space="0" w:color="#C1C1C1" w:themeColor="accent3" w:themeTint="BF"/>
          <w:bottom w:val="single" w:sz="8" w:space="0" w:color="#C1C1C1" w:themeColor="accent3" w:themeTint="BF"/>
          <w:right w:val="single" w:sz="8" w:space="0" w:color="#C1C1C1" w:themeColor="accent3" w:themeTint="BF"/>
          <w:insideH w:val="nil"/>
          <w:insideV w:val="nil"/>
        </w:tcBorders>
        <w:shd w:val="clear" w:color="auto" w:fill="ADADAD" w:themeFill="accent3"/>
      </w:tcPr>
    </w:tblStylePr>
    <w:tblStylePr w:type="lastRow">
      <w:pPr>
        <w:spacing w:before="0" w:after="0" w:line="240" w:lineRule="auto"/>
      </w:pPr>
      <w:rPr>
        <w:b/>
        <w:bCs/>
      </w:rPr>
      <w:tblPr/>
      <w:tcPr>
        <w:tcBorders>
          <w:top w:val="double" w:sz="6" w:space="0" w:color="#C1C1C1" w:themeColor="accent3" w:themeTint="BF"/>
          <w:left w:val="single" w:sz="8" w:space="0" w:color="#C1C1C1" w:themeColor="accent3" w:themeTint="BF"/>
          <w:bottom w:val="single" w:sz="8" w:space="0" w:color="#C1C1C1" w:themeColor="accent3" w:themeTint="BF"/>
          <w:right w:val="single" w:sz="8" w:space="0" w:color="#C1C1C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AEAEA" w:themeFill="accent3" w:themeFillTint="3F"/>
      </w:tcPr>
    </w:tblStylePr>
    <w:tblStylePr w:type="band1Horz">
      <w:tblPr/>
      <w:tcPr>
        <w:tcBorders>
          <w:insideH w:val="nil"/>
          <w:insideV w:val="nil"/>
        </w:tcBorders>
        <w:shd w:val="clear" w:color="auto" w:fill="EAEAE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29292" w:themeColor="accent4" w:themeTint="BF"/>
        <w:left w:val="single" w:sz="8" w:space="0" w:color="#929292" w:themeColor="accent4" w:themeTint="BF"/>
        <w:bottom w:val="single" w:sz="8" w:space="0" w:color="#929292" w:themeColor="accent4" w:themeTint="BF"/>
        <w:right w:val="single" w:sz="8" w:space="0" w:color="#929292" w:themeColor="accent4" w:themeTint="BF"/>
        <w:insideH w:val="single" w:sz="8" w:space="0" w:color="#929292"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29292" w:themeColor="accent4" w:themeTint="BF"/>
          <w:left w:val="single" w:sz="8" w:space="0" w:color="#929292" w:themeColor="accent4" w:themeTint="BF"/>
          <w:bottom w:val="single" w:sz="8" w:space="0" w:color="#929292" w:themeColor="accent4" w:themeTint="BF"/>
          <w:right w:val="single" w:sz="8" w:space="0" w:color="#929292" w:themeColor="accent4" w:themeTint="BF"/>
          <w:insideH w:val="nil"/>
          <w:insideV w:val="nil"/>
        </w:tcBorders>
        <w:shd w:val="clear" w:color="auto" w:fill="6E6E6E" w:themeFill="accent4"/>
      </w:tcPr>
    </w:tblStylePr>
    <w:tblStylePr w:type="lastRow">
      <w:pPr>
        <w:spacing w:before="0" w:after="0" w:line="240" w:lineRule="auto"/>
      </w:pPr>
      <w:rPr>
        <w:b/>
        <w:bCs/>
      </w:rPr>
      <w:tblPr/>
      <w:tcPr>
        <w:tcBorders>
          <w:top w:val="double" w:sz="6" w:space="0" w:color="#929292" w:themeColor="accent4" w:themeTint="BF"/>
          <w:left w:val="single" w:sz="8" w:space="0" w:color="#929292" w:themeColor="accent4" w:themeTint="BF"/>
          <w:bottom w:val="single" w:sz="8" w:space="0" w:color="#929292" w:themeColor="accent4" w:themeTint="BF"/>
          <w:right w:val="single" w:sz="8" w:space="0" w:color="#92929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BDBDB" w:themeFill="accent4" w:themeFillTint="3F"/>
      </w:tcPr>
    </w:tblStylePr>
    <w:tblStylePr w:type="band1Horz">
      <w:tblPr/>
      <w:tcPr>
        <w:tcBorders>
          <w:insideH w:val="nil"/>
          <w:insideV w:val="nil"/>
        </w:tcBorders>
        <w:shd w:val="clear" w:color="auto" w:fill="DBDBD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B2B2B2" w:themeColor="accent5" w:themeTint="BF"/>
        <w:left w:val="single" w:sz="8" w:space="0" w:color="#B2B2B2" w:themeColor="accent5" w:themeTint="BF"/>
        <w:bottom w:val="single" w:sz="8" w:space="0" w:color="#B2B2B2" w:themeColor="accent5" w:themeTint="BF"/>
        <w:right w:val="single" w:sz="8" w:space="0" w:color="#B2B2B2" w:themeColor="accent5" w:themeTint="BF"/>
        <w:insideH w:val="single" w:sz="8" w:space="0" w:color="#B2B2B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2B2B2" w:themeColor="accent5" w:themeTint="BF"/>
          <w:left w:val="single" w:sz="8" w:space="0" w:color="#B2B2B2" w:themeColor="accent5" w:themeTint="BF"/>
          <w:bottom w:val="single" w:sz="8" w:space="0" w:color="#B2B2B2" w:themeColor="accent5" w:themeTint="BF"/>
          <w:right w:val="single" w:sz="8" w:space="0" w:color="#B2B2B2" w:themeColor="accent5" w:themeTint="BF"/>
          <w:insideH w:val="nil"/>
          <w:insideV w:val="nil"/>
        </w:tcBorders>
        <w:shd w:val="clear" w:color="auto" w:fill="999999" w:themeFill="accent5"/>
      </w:tcPr>
    </w:tblStylePr>
    <w:tblStylePr w:type="lastRow">
      <w:pPr>
        <w:spacing w:before="0" w:after="0" w:line="240" w:lineRule="auto"/>
      </w:pPr>
      <w:rPr>
        <w:b/>
        <w:bCs/>
      </w:rPr>
      <w:tblPr/>
      <w:tcPr>
        <w:tcBorders>
          <w:top w:val="double" w:sz="6" w:space="0" w:color="#B2B2B2" w:themeColor="accent5" w:themeTint="BF"/>
          <w:left w:val="single" w:sz="8" w:space="0" w:color="#B2B2B2" w:themeColor="accent5" w:themeTint="BF"/>
          <w:bottom w:val="single" w:sz="8" w:space="0" w:color="#B2B2B2" w:themeColor="accent5" w:themeTint="BF"/>
          <w:right w:val="single" w:sz="8" w:space="0" w:color="#B2B2B2"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5" w:themeFillTint="3F"/>
      </w:tcPr>
    </w:tblStylePr>
    <w:tblStylePr w:type="band1Horz">
      <w:tblPr/>
      <w:tcPr>
        <w:tcBorders>
          <w:insideH w:val="nil"/>
          <w:insideV w:val="nil"/>
        </w:tcBorders>
        <w:shd w:val="clear" w:color="auto" w:fill="E5E5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BBBBBB" w:themeColor="accent6" w:themeTint="BF"/>
        <w:left w:val="single" w:sz="8" w:space="0" w:color="#BBBBBB" w:themeColor="accent6" w:themeTint="BF"/>
        <w:bottom w:val="single" w:sz="8" w:space="0" w:color="#BBBBBB" w:themeColor="accent6" w:themeTint="BF"/>
        <w:right w:val="single" w:sz="8" w:space="0" w:color="#BBBBBB" w:themeColor="accent6" w:themeTint="BF"/>
        <w:insideH w:val="single" w:sz="8" w:space="0" w:color="#BBBBBB"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6" w:themeTint="BF"/>
          <w:left w:val="single" w:sz="8" w:space="0" w:color="#BBBBBB" w:themeColor="accent6" w:themeTint="BF"/>
          <w:bottom w:val="single" w:sz="8" w:space="0" w:color="#BBBBBB" w:themeColor="accent6" w:themeTint="BF"/>
          <w:right w:val="single" w:sz="8" w:space="0" w:color="#BBBBBB" w:themeColor="accent6" w:themeTint="BF"/>
          <w:insideH w:val="nil"/>
          <w:insideV w:val="nil"/>
        </w:tcBorders>
        <w:shd w:val="clear" w:color="auto" w:fill="A5A5A5" w:themeFill="accent6"/>
      </w:tcPr>
    </w:tblStylePr>
    <w:tblStylePr w:type="lastRow">
      <w:pPr>
        <w:spacing w:before="0" w:after="0" w:line="240" w:lineRule="auto"/>
      </w:pPr>
      <w:rPr>
        <w:b/>
        <w:bCs/>
      </w:rPr>
      <w:tblPr/>
      <w:tcPr>
        <w:tcBorders>
          <w:top w:val="double" w:sz="6" w:space="0" w:color="#BBBBBB" w:themeColor="accent6" w:themeTint="BF"/>
          <w:left w:val="single" w:sz="8" w:space="0" w:color="#BBBBBB" w:themeColor="accent6" w:themeTint="BF"/>
          <w:bottom w:val="single" w:sz="8" w:space="0" w:color="#BBBBBB" w:themeColor="accent6" w:themeTint="BF"/>
          <w:right w:val="single" w:sz="8" w:space="0" w:color="#BBBBBB"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6" w:themeFillTint="3F"/>
      </w:tcPr>
    </w:tblStylePr>
    <w:tblStylePr w:type="band1Horz">
      <w:tblPr/>
      <w:tcPr>
        <w:tcBorders>
          <w:insideH w:val="nil"/>
          <w:insideV w:val="nil"/>
        </w:tcBorders>
        <w:shd w:val="clear" w:color="auto" w:fill="E8E8E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B7B7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B7B7B" w:themeFill="accent1"/>
      </w:tcPr>
    </w:tblStylePr>
    <w:tblStylePr w:type="lastCol">
      <w:rPr>
        <w:b/>
        <w:bCs/>
        <w:color w:val="FFFFFF" w:themeColor="background1"/>
      </w:rPr>
      <w:tblPr/>
      <w:tcPr>
        <w:tcBorders>
          <w:left w:val="nil"/>
          <w:right w:val="nil"/>
          <w:insideH w:val="nil"/>
          <w:insideV w:val="nil"/>
        </w:tcBorders>
        <w:shd w:val="clear" w:color="auto" w:fill="7B7B7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686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86868" w:themeFill="accent2"/>
      </w:tcPr>
    </w:tblStylePr>
    <w:tblStylePr w:type="lastCol">
      <w:rPr>
        <w:b/>
        <w:bCs/>
        <w:color w:val="FFFFFF" w:themeColor="background1"/>
      </w:rPr>
      <w:tblPr/>
      <w:tcPr>
        <w:tcBorders>
          <w:left w:val="nil"/>
          <w:right w:val="nil"/>
          <w:insideH w:val="nil"/>
          <w:insideV w:val="nil"/>
        </w:tcBorders>
        <w:shd w:val="clear" w:color="auto" w:fill="68686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ADA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DADAD" w:themeFill="accent3"/>
      </w:tcPr>
    </w:tblStylePr>
    <w:tblStylePr w:type="lastCol">
      <w:rPr>
        <w:b/>
        <w:bCs/>
        <w:color w:val="FFFFFF" w:themeColor="background1"/>
      </w:rPr>
      <w:tblPr/>
      <w:tcPr>
        <w:tcBorders>
          <w:left w:val="nil"/>
          <w:right w:val="nil"/>
          <w:insideH w:val="nil"/>
          <w:insideV w:val="nil"/>
        </w:tcBorders>
        <w:shd w:val="clear" w:color="auto" w:fill="ADADA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E6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E6E" w:themeFill="accent4"/>
      </w:tcPr>
    </w:tblStylePr>
    <w:tblStylePr w:type="lastCol">
      <w:rPr>
        <w:b/>
        <w:bCs/>
        <w:color w:val="FFFFFF" w:themeColor="background1"/>
      </w:rPr>
      <w:tblPr/>
      <w:tcPr>
        <w:tcBorders>
          <w:left w:val="nil"/>
          <w:right w:val="nil"/>
          <w:insideH w:val="nil"/>
          <w:insideV w:val="nil"/>
        </w:tcBorders>
        <w:shd w:val="clear" w:color="auto" w:fill="6E6E6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5"/>
      </w:tcPr>
    </w:tblStylePr>
    <w:tblStylePr w:type="lastCol">
      <w:rPr>
        <w:b/>
        <w:bCs/>
        <w:color w:val="FFFFFF" w:themeColor="background1"/>
      </w:rPr>
      <w:tblPr/>
      <w:tcPr>
        <w:tcBorders>
          <w:left w:val="nil"/>
          <w:right w:val="nil"/>
          <w:insideH w:val="nil"/>
          <w:insideV w:val="nil"/>
        </w:tcBorders>
        <w:shd w:val="clear" w:color="auto" w:fill="99999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6"/>
      </w:tcPr>
    </w:tblStylePr>
    <w:tblStylePr w:type="lastCol">
      <w:rPr>
        <w:b/>
        <w:bCs/>
        <w:color w:val="FFFFFF" w:themeColor="background1"/>
      </w:rPr>
      <w:tblPr/>
      <w:tcPr>
        <w:tcBorders>
          <w:left w:val="nil"/>
          <w:right w:val="nil"/>
          <w:insideH w:val="nil"/>
          <w:insideV w:val="nil"/>
        </w:tcBorders>
        <w:shd w:val="clear" w:color="auto" w:fill="A5A5A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7B7B7B" w:themeColor="accent1"/>
        <w:bottom w:val="single" w:sz="8" w:space="0" w:color="#7B7B7B"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B7B7B" w:themeColor="accent1"/>
        </w:tcBorders>
      </w:tcPr>
    </w:tblStylePr>
    <w:tblStylePr w:type="lastRow">
      <w:rPr>
        <w:b/>
        <w:bCs/>
        <w:color w:val="000000" w:themeColor="text2"/>
      </w:rPr>
      <w:tblPr/>
      <w:tcPr>
        <w:tcBorders>
          <w:top w:val="single" w:sz="8" w:space="0" w:color="#7B7B7B" w:themeColor="accent1"/>
          <w:bottom w:val="single" w:sz="8" w:space="0" w:color="#7B7B7B" w:themeColor="accent1"/>
        </w:tcBorders>
      </w:tcPr>
    </w:tblStylePr>
    <w:tblStylePr w:type="firstCol">
      <w:rPr>
        <w:b/>
        <w:bCs/>
      </w:rPr>
    </w:tblStylePr>
    <w:tblStylePr w:type="lastCol">
      <w:rPr>
        <w:b/>
        <w:bCs/>
      </w:rPr>
      <w:tblPr/>
      <w:tcPr>
        <w:tcBorders>
          <w:top w:val="single" w:sz="8" w:space="0" w:color="#7B7B7B" w:themeColor="accent1"/>
          <w:bottom w:val="single" w:sz="8" w:space="0" w:color="#7B7B7B" w:themeColor="accent1"/>
        </w:tcBorders>
      </w:tcPr>
    </w:tblStylePr>
    <w:tblStylePr w:type="band1Vert">
      <w:tblPr/>
      <w:tcPr>
        <w:shd w:val="clear" w:color="auto" w:fill="DEDEDE" w:themeFill="accent1" w:themeFillTint="3F"/>
      </w:tcPr>
    </w:tblStylePr>
    <w:tblStylePr w:type="band1Horz">
      <w:tblPr/>
      <w:tcPr>
        <w:shd w:val="clear" w:color="auto" w:fill="DEDED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686868" w:themeColor="accent2"/>
        <w:bottom w:val="single" w:sz="8" w:space="0" w:color="#686868"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86868" w:themeColor="accent2"/>
        </w:tcBorders>
      </w:tcPr>
    </w:tblStylePr>
    <w:tblStylePr w:type="lastRow">
      <w:rPr>
        <w:b/>
        <w:bCs/>
        <w:color w:val="000000" w:themeColor="text2"/>
      </w:rPr>
      <w:tblPr/>
      <w:tcPr>
        <w:tcBorders>
          <w:top w:val="single" w:sz="8" w:space="0" w:color="#686868" w:themeColor="accent2"/>
          <w:bottom w:val="single" w:sz="8" w:space="0" w:color="#686868" w:themeColor="accent2"/>
        </w:tcBorders>
      </w:tcPr>
    </w:tblStylePr>
    <w:tblStylePr w:type="firstCol">
      <w:rPr>
        <w:b/>
        <w:bCs/>
      </w:rPr>
    </w:tblStylePr>
    <w:tblStylePr w:type="lastCol">
      <w:rPr>
        <w:b/>
        <w:bCs/>
      </w:rPr>
      <w:tblPr/>
      <w:tcPr>
        <w:tcBorders>
          <w:top w:val="single" w:sz="8" w:space="0" w:color="#686868" w:themeColor="accent2"/>
          <w:bottom w:val="single" w:sz="8" w:space="0" w:color="#686868" w:themeColor="accent2"/>
        </w:tcBorders>
      </w:tcPr>
    </w:tblStylePr>
    <w:tblStylePr w:type="band1Vert">
      <w:tblPr/>
      <w:tcPr>
        <w:shd w:val="clear" w:color="auto" w:fill="D9D9D9" w:themeFill="accent2" w:themeFillTint="3F"/>
      </w:tcPr>
    </w:tblStylePr>
    <w:tblStylePr w:type="band1Horz">
      <w:tblPr/>
      <w:tcPr>
        <w:shd w:val="clear" w:color="auto" w:fill="D9D9D9"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ADADAD" w:themeColor="accent3"/>
        <w:bottom w:val="single" w:sz="8" w:space="0" w:color="#ADADAD"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DADAD" w:themeColor="accent3"/>
        </w:tcBorders>
      </w:tcPr>
    </w:tblStylePr>
    <w:tblStylePr w:type="lastRow">
      <w:rPr>
        <w:b/>
        <w:bCs/>
        <w:color w:val="000000" w:themeColor="text2"/>
      </w:rPr>
      <w:tblPr/>
      <w:tcPr>
        <w:tcBorders>
          <w:top w:val="single" w:sz="8" w:space="0" w:color="#ADADAD" w:themeColor="accent3"/>
          <w:bottom w:val="single" w:sz="8" w:space="0" w:color="#ADADAD" w:themeColor="accent3"/>
        </w:tcBorders>
      </w:tcPr>
    </w:tblStylePr>
    <w:tblStylePr w:type="firstCol">
      <w:rPr>
        <w:b/>
        <w:bCs/>
      </w:rPr>
    </w:tblStylePr>
    <w:tblStylePr w:type="lastCol">
      <w:rPr>
        <w:b/>
        <w:bCs/>
      </w:rPr>
      <w:tblPr/>
      <w:tcPr>
        <w:tcBorders>
          <w:top w:val="single" w:sz="8" w:space="0" w:color="#ADADAD" w:themeColor="accent3"/>
          <w:bottom w:val="single" w:sz="8" w:space="0" w:color="#ADADAD" w:themeColor="accent3"/>
        </w:tcBorders>
      </w:tcPr>
    </w:tblStylePr>
    <w:tblStylePr w:type="band1Vert">
      <w:tblPr/>
      <w:tcPr>
        <w:shd w:val="clear" w:color="auto" w:fill="EAEAEA" w:themeFill="accent3" w:themeFillTint="3F"/>
      </w:tcPr>
    </w:tblStylePr>
    <w:tblStylePr w:type="band1Horz">
      <w:tblPr/>
      <w:tcPr>
        <w:shd w:val="clear" w:color="auto" w:fill="EAEAE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6E6E6E" w:themeColor="accent4"/>
        <w:bottom w:val="single" w:sz="8" w:space="0" w:color="#6E6E6E"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E6E6E" w:themeColor="accent4"/>
        </w:tcBorders>
      </w:tcPr>
    </w:tblStylePr>
    <w:tblStylePr w:type="lastRow">
      <w:rPr>
        <w:b/>
        <w:bCs/>
        <w:color w:val="000000" w:themeColor="text2"/>
      </w:rPr>
      <w:tblPr/>
      <w:tcPr>
        <w:tcBorders>
          <w:top w:val="single" w:sz="8" w:space="0" w:color="#6E6E6E" w:themeColor="accent4"/>
          <w:bottom w:val="single" w:sz="8" w:space="0" w:color="#6E6E6E" w:themeColor="accent4"/>
        </w:tcBorders>
      </w:tcPr>
    </w:tblStylePr>
    <w:tblStylePr w:type="firstCol">
      <w:rPr>
        <w:b/>
        <w:bCs/>
      </w:rPr>
    </w:tblStylePr>
    <w:tblStylePr w:type="lastCol">
      <w:rPr>
        <w:b/>
        <w:bCs/>
      </w:rPr>
      <w:tblPr/>
      <w:tcPr>
        <w:tcBorders>
          <w:top w:val="single" w:sz="8" w:space="0" w:color="#6E6E6E" w:themeColor="accent4"/>
          <w:bottom w:val="single" w:sz="8" w:space="0" w:color="#6E6E6E" w:themeColor="accent4"/>
        </w:tcBorders>
      </w:tcPr>
    </w:tblStylePr>
    <w:tblStylePr w:type="band1Vert">
      <w:tblPr/>
      <w:tcPr>
        <w:shd w:val="clear" w:color="auto" w:fill="DBDBDB" w:themeFill="accent4" w:themeFillTint="3F"/>
      </w:tcPr>
    </w:tblStylePr>
    <w:tblStylePr w:type="band1Horz">
      <w:tblPr/>
      <w:tcPr>
        <w:shd w:val="clear" w:color="auto" w:fill="DBDBDB"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99999" w:themeColor="accent5"/>
        <w:bottom w:val="single" w:sz="8" w:space="0" w:color="#999999"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99999" w:themeColor="accent5"/>
        </w:tcBorders>
      </w:tcPr>
    </w:tblStylePr>
    <w:tblStylePr w:type="lastRow">
      <w:rPr>
        <w:b/>
        <w:bCs/>
        <w:color w:val="000000" w:themeColor="text2"/>
      </w:rPr>
      <w:tblPr/>
      <w:tcPr>
        <w:tcBorders>
          <w:top w:val="single" w:sz="8" w:space="0" w:color="#999999" w:themeColor="accent5"/>
          <w:bottom w:val="single" w:sz="8" w:space="0" w:color="#999999" w:themeColor="accent5"/>
        </w:tcBorders>
      </w:tcPr>
    </w:tblStylePr>
    <w:tblStylePr w:type="firstCol">
      <w:rPr>
        <w:b/>
        <w:bCs/>
      </w:rPr>
    </w:tblStylePr>
    <w:tblStylePr w:type="lastCol">
      <w:rPr>
        <w:b/>
        <w:bCs/>
      </w:rPr>
      <w:tblPr/>
      <w:tcPr>
        <w:tcBorders>
          <w:top w:val="single" w:sz="8" w:space="0" w:color="#999999" w:themeColor="accent5"/>
          <w:bottom w:val="single" w:sz="8" w:space="0" w:color="#999999" w:themeColor="accent5"/>
        </w:tcBorders>
      </w:tcPr>
    </w:tblStylePr>
    <w:tblStylePr w:type="band1Vert">
      <w:tblPr/>
      <w:tcPr>
        <w:shd w:val="clear" w:color="auto" w:fill="E5E5E5" w:themeFill="accent5" w:themeFillTint="3F"/>
      </w:tcPr>
    </w:tblStylePr>
    <w:tblStylePr w:type="band1Horz">
      <w:tblPr/>
      <w:tcPr>
        <w:shd w:val="clear" w:color="auto" w:fill="E5E5E5"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A5A5A5" w:themeColor="accent6"/>
        <w:bottom w:val="single" w:sz="8" w:space="0" w:color="#A5A5A5"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6"/>
        </w:tcBorders>
      </w:tcPr>
    </w:tblStylePr>
    <w:tblStylePr w:type="lastRow">
      <w:rPr>
        <w:b/>
        <w:bCs/>
        <w:color w:val="000000" w:themeColor="text2"/>
      </w:rPr>
      <w:tblPr/>
      <w:tcPr>
        <w:tcBorders>
          <w:top w:val="single" w:sz="8" w:space="0" w:color="#A5A5A5" w:themeColor="accent6"/>
          <w:bottom w:val="single" w:sz="8" w:space="0" w:color="#A5A5A5" w:themeColor="accent6"/>
        </w:tcBorders>
      </w:tcPr>
    </w:tblStylePr>
    <w:tblStylePr w:type="firstCol">
      <w:rPr>
        <w:b/>
        <w:bCs/>
      </w:rPr>
    </w:tblStylePr>
    <w:tblStylePr w:type="lastCol">
      <w:rPr>
        <w:b/>
        <w:bCs/>
      </w:rPr>
      <w:tblPr/>
      <w:tcPr>
        <w:tcBorders>
          <w:top w:val="single" w:sz="8" w:space="0" w:color="#A5A5A5" w:themeColor="accent6"/>
          <w:bottom w:val="single" w:sz="8" w:space="0" w:color="#A5A5A5" w:themeColor="accent6"/>
        </w:tcBorders>
      </w:tcPr>
    </w:tblStylePr>
    <w:tblStylePr w:type="band1Vert">
      <w:tblPr/>
      <w:tcPr>
        <w:shd w:val="clear" w:color="auto" w:fill="E8E8E8" w:themeFill="accent6" w:themeFillTint="3F"/>
      </w:tcPr>
    </w:tblStylePr>
    <w:tblStylePr w:type="band1Horz">
      <w:tblPr/>
      <w:tcPr>
        <w:shd w:val="clear" w:color="auto" w:fill="E8E8E8"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B7B7B" w:themeColor="accent1"/>
        <w:left w:val="single" w:sz="8" w:space="0" w:color="#7B7B7B" w:themeColor="accent1"/>
        <w:bottom w:val="single" w:sz="8" w:space="0" w:color="#7B7B7B" w:themeColor="accent1"/>
        <w:right w:val="single" w:sz="8" w:space="0" w:color="#7B7B7B"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7B7B7B" w:themeColor="accent1"/>
          <w:right w:val="nil"/>
          <w:insideH w:val="nil"/>
          <w:insideV w:val="nil"/>
        </w:tcBorders>
        <w:shd w:val="clear" w:color="auto" w:fill="FFFFFF" w:themeFill="background1"/>
      </w:tcPr>
    </w:tblStylePr>
    <w:tblStylePr w:type="lastRow">
      <w:tblPr/>
      <w:tcPr>
        <w:tcBorders>
          <w:top w:val="single" w:sz="8" w:space="0" w:color="#7B7B7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B7B7B" w:themeColor="accent1"/>
          <w:insideH w:val="nil"/>
          <w:insideV w:val="nil"/>
        </w:tcBorders>
        <w:shd w:val="clear" w:color="auto" w:fill="FFFFFF" w:themeFill="background1"/>
      </w:tcPr>
    </w:tblStylePr>
    <w:tblStylePr w:type="lastCol">
      <w:tblPr/>
      <w:tcPr>
        <w:tcBorders>
          <w:top w:val="nil"/>
          <w:left w:val="single" w:sz="8" w:space="0" w:color="#7B7B7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DEDE" w:themeFill="accent1" w:themeFillTint="3F"/>
      </w:tcPr>
    </w:tblStylePr>
    <w:tblStylePr w:type="band1Horz">
      <w:tblPr/>
      <w:tcPr>
        <w:tcBorders>
          <w:top w:val="nil"/>
          <w:bottom w:val="nil"/>
          <w:insideH w:val="nil"/>
          <w:insideV w:val="nil"/>
        </w:tcBorders>
        <w:shd w:val="clear" w:color="auto" w:fill="DEDED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86868" w:themeColor="accent2"/>
        <w:left w:val="single" w:sz="8" w:space="0" w:color="#686868" w:themeColor="accent2"/>
        <w:bottom w:val="single" w:sz="8" w:space="0" w:color="#686868" w:themeColor="accent2"/>
        <w:right w:val="single" w:sz="8" w:space="0" w:color="#686868"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686868" w:themeColor="accent2"/>
          <w:right w:val="nil"/>
          <w:insideH w:val="nil"/>
          <w:insideV w:val="nil"/>
        </w:tcBorders>
        <w:shd w:val="clear" w:color="auto" w:fill="FFFFFF" w:themeFill="background1"/>
      </w:tcPr>
    </w:tblStylePr>
    <w:tblStylePr w:type="lastRow">
      <w:tblPr/>
      <w:tcPr>
        <w:tcBorders>
          <w:top w:val="single" w:sz="8" w:space="0" w:color="#68686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6868" w:themeColor="accent2"/>
          <w:insideH w:val="nil"/>
          <w:insideV w:val="nil"/>
        </w:tcBorders>
        <w:shd w:val="clear" w:color="auto" w:fill="FFFFFF" w:themeFill="background1"/>
      </w:tcPr>
    </w:tblStylePr>
    <w:tblStylePr w:type="lastCol">
      <w:tblPr/>
      <w:tcPr>
        <w:tcBorders>
          <w:top w:val="nil"/>
          <w:left w:val="single" w:sz="8" w:space="0" w:color="#68686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2" w:themeFillTint="3F"/>
      </w:tcPr>
    </w:tblStylePr>
    <w:tblStylePr w:type="band1Horz">
      <w:tblPr/>
      <w:tcPr>
        <w:tcBorders>
          <w:top w:val="nil"/>
          <w:bottom w:val="nil"/>
          <w:insideH w:val="nil"/>
          <w:insideV w:val="nil"/>
        </w:tcBorders>
        <w:shd w:val="clear" w:color="auto" w:fill="D9D9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DADAD" w:themeColor="accent3"/>
        <w:left w:val="single" w:sz="8" w:space="0" w:color="#ADADAD" w:themeColor="accent3"/>
        <w:bottom w:val="single" w:sz="8" w:space="0" w:color="#ADADAD" w:themeColor="accent3"/>
        <w:right w:val="single" w:sz="8" w:space="0" w:color="#ADADAD"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DADAD" w:themeColor="accent3"/>
          <w:right w:val="nil"/>
          <w:insideH w:val="nil"/>
          <w:insideV w:val="nil"/>
        </w:tcBorders>
        <w:shd w:val="clear" w:color="auto" w:fill="FFFFFF" w:themeFill="background1"/>
      </w:tcPr>
    </w:tblStylePr>
    <w:tblStylePr w:type="lastRow">
      <w:tblPr/>
      <w:tcPr>
        <w:tcBorders>
          <w:top w:val="single" w:sz="8" w:space="0" w:color="#ADADA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ADAD" w:themeColor="accent3"/>
          <w:insideH w:val="nil"/>
          <w:insideV w:val="nil"/>
        </w:tcBorders>
        <w:shd w:val="clear" w:color="auto" w:fill="FFFFFF" w:themeFill="background1"/>
      </w:tcPr>
    </w:tblStylePr>
    <w:tblStylePr w:type="lastCol">
      <w:tblPr/>
      <w:tcPr>
        <w:tcBorders>
          <w:top w:val="nil"/>
          <w:left w:val="single" w:sz="8" w:space="0" w:color="#ADADA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AEA" w:themeFill="accent3" w:themeFillTint="3F"/>
      </w:tcPr>
    </w:tblStylePr>
    <w:tblStylePr w:type="band1Horz">
      <w:tblPr/>
      <w:tcPr>
        <w:tcBorders>
          <w:top w:val="nil"/>
          <w:bottom w:val="nil"/>
          <w:insideH w:val="nil"/>
          <w:insideV w:val="nil"/>
        </w:tcBorders>
        <w:shd w:val="clear" w:color="auto" w:fill="EAEA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E6E6E" w:themeColor="accent4"/>
        <w:left w:val="single" w:sz="8" w:space="0" w:color="#6E6E6E" w:themeColor="accent4"/>
        <w:bottom w:val="single" w:sz="8" w:space="0" w:color="#6E6E6E" w:themeColor="accent4"/>
        <w:right w:val="single" w:sz="8" w:space="0" w:color="#6E6E6E"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6E6E6E" w:themeColor="accent4"/>
          <w:right w:val="nil"/>
          <w:insideH w:val="nil"/>
          <w:insideV w:val="nil"/>
        </w:tcBorders>
        <w:shd w:val="clear" w:color="auto" w:fill="FFFFFF" w:themeFill="background1"/>
      </w:tcPr>
    </w:tblStylePr>
    <w:tblStylePr w:type="lastRow">
      <w:tblPr/>
      <w:tcPr>
        <w:tcBorders>
          <w:top w:val="single" w:sz="8" w:space="0" w:color="#6E6E6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E6E" w:themeColor="accent4"/>
          <w:insideH w:val="nil"/>
          <w:insideV w:val="nil"/>
        </w:tcBorders>
        <w:shd w:val="clear" w:color="auto" w:fill="FFFFFF" w:themeFill="background1"/>
      </w:tcPr>
    </w:tblStylePr>
    <w:tblStylePr w:type="lastCol">
      <w:tblPr/>
      <w:tcPr>
        <w:tcBorders>
          <w:top w:val="nil"/>
          <w:left w:val="single" w:sz="8" w:space="0" w:color="#6E6E6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DBDB" w:themeFill="accent4" w:themeFillTint="3F"/>
      </w:tcPr>
    </w:tblStylePr>
    <w:tblStylePr w:type="band1Horz">
      <w:tblPr/>
      <w:tcPr>
        <w:tcBorders>
          <w:top w:val="nil"/>
          <w:bottom w:val="nil"/>
          <w:insideH w:val="nil"/>
          <w:insideV w:val="nil"/>
        </w:tcBorders>
        <w:shd w:val="clear" w:color="auto" w:fill="DBDBD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99999" w:themeColor="accent5"/>
        <w:left w:val="single" w:sz="8" w:space="0" w:color="#999999" w:themeColor="accent5"/>
        <w:bottom w:val="single" w:sz="8" w:space="0" w:color="#999999" w:themeColor="accent5"/>
        <w:right w:val="single" w:sz="8" w:space="0" w:color="#999999"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999999" w:themeColor="accent5"/>
          <w:right w:val="nil"/>
          <w:insideH w:val="nil"/>
          <w:insideV w:val="nil"/>
        </w:tcBorders>
        <w:shd w:val="clear" w:color="auto" w:fill="FFFFFF" w:themeFill="background1"/>
      </w:tcPr>
    </w:tblStylePr>
    <w:tblStylePr w:type="lastRow">
      <w:tblPr/>
      <w:tcPr>
        <w:tcBorders>
          <w:top w:val="single" w:sz="8" w:space="0" w:color="#99999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5"/>
          <w:insideH w:val="nil"/>
          <w:insideV w:val="nil"/>
        </w:tcBorders>
        <w:shd w:val="clear" w:color="auto" w:fill="FFFFFF" w:themeFill="background1"/>
      </w:tcPr>
    </w:tblStylePr>
    <w:tblStylePr w:type="lastCol">
      <w:tblPr/>
      <w:tcPr>
        <w:tcBorders>
          <w:top w:val="nil"/>
          <w:left w:val="single" w:sz="8" w:space="0" w:color="#99999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top w:val="nil"/>
          <w:bottom w:val="nil"/>
          <w:insideH w:val="nil"/>
          <w:insideV w:val="nil"/>
        </w:tcBorders>
        <w:shd w:val="clear" w:color="auto" w:fill="E5E5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6"/>
        <w:left w:val="single" w:sz="8" w:space="0" w:color="#A5A5A5" w:themeColor="accent6"/>
        <w:bottom w:val="single" w:sz="8" w:space="0" w:color="#A5A5A5" w:themeColor="accent6"/>
        <w:right w:val="single" w:sz="8" w:space="0" w:color="#A5A5A5"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6"/>
          <w:right w:val="nil"/>
          <w:insideH w:val="nil"/>
          <w:insideV w:val="nil"/>
        </w:tcBorders>
        <w:shd w:val="clear" w:color="auto" w:fill="FFFFFF" w:themeFill="background1"/>
      </w:tcPr>
    </w:tblStylePr>
    <w:tblStylePr w:type="lastRow">
      <w:tblPr/>
      <w:tcPr>
        <w:tcBorders>
          <w:top w:val="single" w:sz="8" w:space="0" w:color="#A5A5A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6"/>
          <w:insideH w:val="nil"/>
          <w:insideV w:val="nil"/>
        </w:tcBorders>
        <w:shd w:val="clear" w:color="auto" w:fill="FFFFFF" w:themeFill="background1"/>
      </w:tcPr>
    </w:tblStylePr>
    <w:tblStylePr w:type="lastCol">
      <w:tblPr/>
      <w:tcPr>
        <w:tcBorders>
          <w:top w:val="nil"/>
          <w:left w:val="single" w:sz="8" w:space="0" w:color="#A5A5A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6" w:themeFillTint="3F"/>
      </w:tcPr>
    </w:tblStylePr>
    <w:tblStylePr w:type="band1Horz">
      <w:tblPr/>
      <w:tcPr>
        <w:tcBorders>
          <w:top w:val="nil"/>
          <w:bottom w:val="nil"/>
          <w:insideH w:val="nil"/>
          <w:insideV w:val="nil"/>
        </w:tcBorders>
        <w:shd w:val="clear" w:color="auto" w:fill="E8E8E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9B9B9B" w:themeColor="accent1" w:themeTint="BF"/>
        <w:left w:val="single" w:sz="8" w:space="0" w:color="#9B9B9B" w:themeColor="accent1" w:themeTint="BF"/>
        <w:bottom w:val="single" w:sz="8" w:space="0" w:color="#9B9B9B" w:themeColor="accent1" w:themeTint="BF"/>
        <w:right w:val="single" w:sz="8" w:space="0" w:color="#9B9B9B" w:themeColor="accent1" w:themeTint="BF"/>
        <w:insideH w:val="single" w:sz="8" w:space="0" w:color="#9B9B9B" w:themeColor="accent1" w:themeTint="BF"/>
        <w:insideV w:val="single" w:sz="8" w:space="0" w:color="#9B9B9B" w:themeColor="accent1" w:themeTint="BF"/>
      </w:tblBorders>
      <w:tblCellMar>
        <w:top w:w="0" w:type="dxa"/>
        <w:left w:w="108" w:type="dxa"/>
        <w:bottom w:w="0" w:type="dxa"/>
        <w:right w:w="108" w:type="dxa"/>
      </w:tblCellMar>
    </w:tblPr>
    <w:tcPr>
      <w:shd w:val="clear" w:color="auto" w:fill="DEDEDE" w:themeFill="accent1" w:themeFillTint="3F"/>
    </w:tcPr>
    <w:tblStylePr w:type="firstRow">
      <w:rPr>
        <w:b/>
        <w:bCs/>
      </w:rPr>
    </w:tblStylePr>
    <w:tblStylePr w:type="lastRow">
      <w:rPr>
        <w:b/>
        <w:bCs/>
      </w:rPr>
      <w:tblPr/>
      <w:tcPr>
        <w:tcBorders>
          <w:top w:val="single" w:sz="18" w:space="0" w:color="#9B9B9B" w:themeColor="accent1" w:themeTint="BF"/>
        </w:tcBorders>
      </w:tcPr>
    </w:tblStylePr>
    <w:tblStylePr w:type="firstCol">
      <w:rPr>
        <w:b/>
        <w:bCs/>
      </w:rPr>
    </w:tblStylePr>
    <w:tblStylePr w:type="lastCol">
      <w:rPr>
        <w:b/>
        <w:bCs/>
      </w:rPr>
    </w:tblStylePr>
    <w:tblStylePr w:type="band1Vert">
      <w:tblPr/>
      <w:tcPr>
        <w:shd w:val="clear" w:color="auto" w:fill="BCBCBC" w:themeFill="accent1" w:themeFillTint="7F"/>
      </w:tcPr>
    </w:tblStylePr>
    <w:tblStylePr w:type="band1Horz">
      <w:tblPr/>
      <w:tcPr>
        <w:shd w:val="clear" w:color="auto" w:fill="BCBCBC"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8D8D8D" w:themeColor="accent2" w:themeTint="BF"/>
        <w:left w:val="single" w:sz="8" w:space="0" w:color="#8D8D8D" w:themeColor="accent2" w:themeTint="BF"/>
        <w:bottom w:val="single" w:sz="8" w:space="0" w:color="#8D8D8D" w:themeColor="accent2" w:themeTint="BF"/>
        <w:right w:val="single" w:sz="8" w:space="0" w:color="#8D8D8D" w:themeColor="accent2" w:themeTint="BF"/>
        <w:insideH w:val="single" w:sz="8" w:space="0" w:color="#8D8D8D" w:themeColor="accent2" w:themeTint="BF"/>
        <w:insideV w:val="single" w:sz="8" w:space="0" w:color="#8D8D8D" w:themeColor="accent2" w:themeTint="BF"/>
      </w:tblBorders>
      <w:tblCellMar>
        <w:top w:w="0" w:type="dxa"/>
        <w:left w:w="108" w:type="dxa"/>
        <w:bottom w:w="0" w:type="dxa"/>
        <w:right w:w="108" w:type="dxa"/>
      </w:tblCellMar>
    </w:tblPr>
    <w:tcPr>
      <w:shd w:val="clear" w:color="auto" w:fill="D9D9D9" w:themeFill="accent2" w:themeFillTint="3F"/>
    </w:tcPr>
    <w:tblStylePr w:type="firstRow">
      <w:rPr>
        <w:b/>
        <w:bCs/>
      </w:rPr>
    </w:tblStylePr>
    <w:tblStylePr w:type="lastRow">
      <w:rPr>
        <w:b/>
        <w:bCs/>
      </w:rPr>
      <w:tblPr/>
      <w:tcPr>
        <w:tcBorders>
          <w:top w:val="single" w:sz="18" w:space="0" w:color="#8D8D8D" w:themeColor="accent2" w:themeTint="BF"/>
        </w:tcBorders>
      </w:tcPr>
    </w:tblStylePr>
    <w:tblStylePr w:type="firstCol">
      <w:rPr>
        <w:b/>
        <w:bCs/>
      </w:rPr>
    </w:tblStylePr>
    <w:tblStylePr w:type="lastCol">
      <w:rPr>
        <w:b/>
        <w:bCs/>
      </w:rPr>
    </w:tblStylePr>
    <w:tblStylePr w:type="band1Vert">
      <w:tblPr/>
      <w:tcPr>
        <w:shd w:val="clear" w:color="auto" w:fill="B3B3B3" w:themeFill="accent2" w:themeFillTint="7F"/>
      </w:tcPr>
    </w:tblStylePr>
    <w:tblStylePr w:type="band1Horz">
      <w:tblPr/>
      <w:tcPr>
        <w:shd w:val="clear" w:color="auto" w:fill="B3B3B3"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C1C1C1" w:themeColor="accent3" w:themeTint="BF"/>
        <w:left w:val="single" w:sz="8" w:space="0" w:color="#C1C1C1" w:themeColor="accent3" w:themeTint="BF"/>
        <w:bottom w:val="single" w:sz="8" w:space="0" w:color="#C1C1C1" w:themeColor="accent3" w:themeTint="BF"/>
        <w:right w:val="single" w:sz="8" w:space="0" w:color="#C1C1C1" w:themeColor="accent3" w:themeTint="BF"/>
        <w:insideH w:val="single" w:sz="8" w:space="0" w:color="#C1C1C1" w:themeColor="accent3" w:themeTint="BF"/>
        <w:insideV w:val="single" w:sz="8" w:space="0" w:color="#C1C1C1" w:themeColor="accent3" w:themeTint="BF"/>
      </w:tblBorders>
      <w:tblCellMar>
        <w:top w:w="0" w:type="dxa"/>
        <w:left w:w="108" w:type="dxa"/>
        <w:bottom w:w="0" w:type="dxa"/>
        <w:right w:w="108" w:type="dxa"/>
      </w:tblCellMar>
    </w:tblPr>
    <w:tcPr>
      <w:shd w:val="clear" w:color="auto" w:fill="EAEAEA" w:themeFill="accent3" w:themeFillTint="3F"/>
    </w:tcPr>
    <w:tblStylePr w:type="firstRow">
      <w:rPr>
        <w:b/>
        <w:bCs/>
      </w:rPr>
    </w:tblStylePr>
    <w:tblStylePr w:type="lastRow">
      <w:rPr>
        <w:b/>
        <w:bCs/>
      </w:rPr>
      <w:tblPr/>
      <w:tcPr>
        <w:tcBorders>
          <w:top w:val="single" w:sz="18" w:space="0" w:color="#C1C1C1" w:themeColor="accent3" w:themeTint="BF"/>
        </w:tcBorders>
      </w:tcPr>
    </w:tblStylePr>
    <w:tblStylePr w:type="firstCol">
      <w:rPr>
        <w:b/>
        <w:bCs/>
      </w:rPr>
    </w:tblStylePr>
    <w:tblStylePr w:type="lastCol">
      <w:rPr>
        <w:b/>
        <w:bCs/>
      </w:rPr>
    </w:tblStylePr>
    <w:tblStylePr w:type="band1Vert">
      <w:tblPr/>
      <w:tcPr>
        <w:shd w:val="clear" w:color="auto" w:fill="D6D6D6" w:themeFill="accent3" w:themeFillTint="7F"/>
      </w:tcPr>
    </w:tblStylePr>
    <w:tblStylePr w:type="band1Horz">
      <w:tblPr/>
      <w:tcPr>
        <w:shd w:val="clear" w:color="auto" w:fill="D6D6D6"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29292" w:themeColor="accent4" w:themeTint="BF"/>
        <w:left w:val="single" w:sz="8" w:space="0" w:color="#929292" w:themeColor="accent4" w:themeTint="BF"/>
        <w:bottom w:val="single" w:sz="8" w:space="0" w:color="#929292" w:themeColor="accent4" w:themeTint="BF"/>
        <w:right w:val="single" w:sz="8" w:space="0" w:color="#929292" w:themeColor="accent4" w:themeTint="BF"/>
        <w:insideH w:val="single" w:sz="8" w:space="0" w:color="#929292" w:themeColor="accent4" w:themeTint="BF"/>
        <w:insideV w:val="single" w:sz="8" w:space="0" w:color="#929292" w:themeColor="accent4" w:themeTint="BF"/>
      </w:tblBorders>
      <w:tblCellMar>
        <w:top w:w="0" w:type="dxa"/>
        <w:left w:w="108" w:type="dxa"/>
        <w:bottom w:w="0" w:type="dxa"/>
        <w:right w:w="108" w:type="dxa"/>
      </w:tblCellMar>
    </w:tblPr>
    <w:tcPr>
      <w:shd w:val="clear" w:color="auto" w:fill="DBDBDB" w:themeFill="accent4" w:themeFillTint="3F"/>
    </w:tcPr>
    <w:tblStylePr w:type="firstRow">
      <w:rPr>
        <w:b/>
        <w:bCs/>
      </w:rPr>
    </w:tblStylePr>
    <w:tblStylePr w:type="lastRow">
      <w:rPr>
        <w:b/>
        <w:bCs/>
      </w:rPr>
      <w:tblPr/>
      <w:tcPr>
        <w:tcBorders>
          <w:top w:val="single" w:sz="18" w:space="0" w:color="#929292" w:themeColor="accent4" w:themeTint="BF"/>
        </w:tcBorders>
      </w:tcPr>
    </w:tblStylePr>
    <w:tblStylePr w:type="firstCol">
      <w:rPr>
        <w:b/>
        <w:bCs/>
      </w:rPr>
    </w:tblStylePr>
    <w:tblStylePr w:type="lastCol">
      <w:rPr>
        <w:b/>
        <w:bCs/>
      </w:rPr>
    </w:tblStylePr>
    <w:tblStylePr w:type="band1Vert">
      <w:tblPr/>
      <w:tcPr>
        <w:shd w:val="clear" w:color="auto" w:fill="B6B6B6" w:themeFill="accent4" w:themeFillTint="7F"/>
      </w:tcPr>
    </w:tblStylePr>
    <w:tblStylePr w:type="band1Horz">
      <w:tblPr/>
      <w:tcPr>
        <w:shd w:val="clear" w:color="auto" w:fill="B6B6B6"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B2B2B2" w:themeColor="accent5" w:themeTint="BF"/>
        <w:left w:val="single" w:sz="8" w:space="0" w:color="#B2B2B2" w:themeColor="accent5" w:themeTint="BF"/>
        <w:bottom w:val="single" w:sz="8" w:space="0" w:color="#B2B2B2" w:themeColor="accent5" w:themeTint="BF"/>
        <w:right w:val="single" w:sz="8" w:space="0" w:color="#B2B2B2" w:themeColor="accent5" w:themeTint="BF"/>
        <w:insideH w:val="single" w:sz="8" w:space="0" w:color="#B2B2B2" w:themeColor="accent5" w:themeTint="BF"/>
        <w:insideV w:val="single" w:sz="8" w:space="0" w:color="#B2B2B2" w:themeColor="accent5" w:themeTint="BF"/>
      </w:tblBorders>
      <w:tblCellMar>
        <w:top w:w="0" w:type="dxa"/>
        <w:left w:w="108" w:type="dxa"/>
        <w:bottom w:w="0" w:type="dxa"/>
        <w:right w:w="108" w:type="dxa"/>
      </w:tblCellMar>
    </w:tblPr>
    <w:tcPr>
      <w:shd w:val="clear" w:color="auto" w:fill="E5E5E5" w:themeFill="accent5" w:themeFillTint="3F"/>
    </w:tcPr>
    <w:tblStylePr w:type="firstRow">
      <w:rPr>
        <w:b/>
        <w:bCs/>
      </w:rPr>
    </w:tblStylePr>
    <w:tblStylePr w:type="lastRow">
      <w:rPr>
        <w:b/>
        <w:bCs/>
      </w:rPr>
      <w:tblPr/>
      <w:tcPr>
        <w:tcBorders>
          <w:top w:val="single" w:sz="18" w:space="0" w:color="#B2B2B2" w:themeColor="accent5" w:themeTint="BF"/>
        </w:tcBorders>
      </w:tcPr>
    </w:tblStylePr>
    <w:tblStylePr w:type="firstCol">
      <w:rPr>
        <w:b/>
        <w:bCs/>
      </w:rPr>
    </w:tblStylePr>
    <w:tblStylePr w:type="lastCol">
      <w:rPr>
        <w:b/>
        <w:bCs/>
      </w:rPr>
    </w:tblStylePr>
    <w:tblStylePr w:type="band1Vert">
      <w:tblPr/>
      <w:tcPr>
        <w:shd w:val="clear" w:color="auto" w:fill="CCCCCC" w:themeFill="accent5" w:themeFillTint="7F"/>
      </w:tcPr>
    </w:tblStylePr>
    <w:tblStylePr w:type="band1Horz">
      <w:tblPr/>
      <w:tcPr>
        <w:shd w:val="clear" w:color="auto" w:fill="CCCCCC"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BBBBBB" w:themeColor="accent6" w:themeTint="BF"/>
        <w:left w:val="single" w:sz="8" w:space="0" w:color="#BBBBBB" w:themeColor="accent6" w:themeTint="BF"/>
        <w:bottom w:val="single" w:sz="8" w:space="0" w:color="#BBBBBB" w:themeColor="accent6" w:themeTint="BF"/>
        <w:right w:val="single" w:sz="8" w:space="0" w:color="#BBBBBB" w:themeColor="accent6" w:themeTint="BF"/>
        <w:insideH w:val="single" w:sz="8" w:space="0" w:color="#BBBBBB" w:themeColor="accent6" w:themeTint="BF"/>
        <w:insideV w:val="single" w:sz="8" w:space="0" w:color="#BBBBBB" w:themeColor="accent6" w:themeTint="BF"/>
      </w:tblBorders>
      <w:tblCellMar>
        <w:top w:w="0" w:type="dxa"/>
        <w:left w:w="108" w:type="dxa"/>
        <w:bottom w:w="0" w:type="dxa"/>
        <w:right w:w="108" w:type="dxa"/>
      </w:tblCellMar>
    </w:tblPr>
    <w:tcPr>
      <w:shd w:val="clear" w:color="auto" w:fill="E8E8E8" w:themeFill="accent6" w:themeFillTint="3F"/>
    </w:tcPr>
    <w:tblStylePr w:type="firstRow">
      <w:rPr>
        <w:b/>
        <w:bCs/>
      </w:rPr>
    </w:tblStylePr>
    <w:tblStylePr w:type="lastRow">
      <w:rPr>
        <w:b/>
        <w:bCs/>
      </w:rPr>
      <w:tblPr/>
      <w:tcPr>
        <w:tcBorders>
          <w:top w:val="single" w:sz="18" w:space="0" w:color="#BBBBBB" w:themeColor="accent6" w:themeTint="BF"/>
        </w:tcBorders>
      </w:tcPr>
    </w:tblStylePr>
    <w:tblStylePr w:type="firstCol">
      <w:rPr>
        <w:b/>
        <w:bCs/>
      </w:rPr>
    </w:tblStylePr>
    <w:tblStylePr w:type="lastCol">
      <w:rPr>
        <w:b/>
        <w:bCs/>
      </w:rPr>
    </w:tblStylePr>
    <w:tblStylePr w:type="band1Vert">
      <w:tblPr/>
      <w:tcPr>
        <w:shd w:val="clear" w:color="auto" w:fill="D2D2D2" w:themeFill="accent6" w:themeFillTint="7F"/>
      </w:tcPr>
    </w:tblStylePr>
    <w:tblStylePr w:type="band1Horz">
      <w:tblPr/>
      <w:tcPr>
        <w:shd w:val="clear" w:color="auto" w:fill="D2D2D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B7B7B" w:themeColor="accent1"/>
        <w:left w:val="single" w:sz="8" w:space="0" w:color="#7B7B7B" w:themeColor="accent1"/>
        <w:bottom w:val="single" w:sz="8" w:space="0" w:color="#7B7B7B" w:themeColor="accent1"/>
        <w:right w:val="single" w:sz="8" w:space="0" w:color="#7B7B7B" w:themeColor="accent1"/>
        <w:insideH w:val="single" w:sz="8" w:space="0" w:color="#7B7B7B" w:themeColor="accent1"/>
        <w:insideV w:val="single" w:sz="8" w:space="0" w:color="#7B7B7B" w:themeColor="accent1"/>
      </w:tblBorders>
      <w:tblCellMar>
        <w:top w:w="0" w:type="dxa"/>
        <w:left w:w="108" w:type="dxa"/>
        <w:bottom w:w="0" w:type="dxa"/>
        <w:right w:w="108" w:type="dxa"/>
      </w:tblCellMar>
    </w:tblPr>
    <w:tcPr>
      <w:shd w:val="clear" w:color="auto" w:fill="DEDEDE" w:themeFill="accent1" w:themeFillTint="3F"/>
    </w:tcPr>
    <w:tblStylePr w:type="firstRow">
      <w:rPr>
        <w:b/>
        <w:bCs/>
        <w:color w:val="000000" w:themeColor="text1"/>
      </w:rPr>
      <w:tblPr/>
      <w:tcPr>
        <w:shd w:val="clear" w:color="auto" w:fill="F1F1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4E4" w:themeFill="accent1" w:themeFillTint="33"/>
      </w:tcPr>
    </w:tblStylePr>
    <w:tblStylePr w:type="band1Vert">
      <w:tblPr/>
      <w:tcPr>
        <w:shd w:val="clear" w:color="auto" w:fill="BCBCBC" w:themeFill="accent1" w:themeFillTint="7F"/>
      </w:tcPr>
    </w:tblStylePr>
    <w:tblStylePr w:type="band1Horz">
      <w:tblPr/>
      <w:tcPr>
        <w:tcBorders>
          <w:insideH w:val="single" w:sz="6" w:space="0" w:color="#7B7B7B" w:themeColor="accent1"/>
          <w:insideV w:val="single" w:sz="6" w:space="0" w:color="#7B7B7B" w:themeColor="accent1"/>
        </w:tcBorders>
        <w:shd w:val="clear" w:color="auto" w:fill="BCBCB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86868" w:themeColor="accent2"/>
        <w:left w:val="single" w:sz="8" w:space="0" w:color="#686868" w:themeColor="accent2"/>
        <w:bottom w:val="single" w:sz="8" w:space="0" w:color="#686868" w:themeColor="accent2"/>
        <w:right w:val="single" w:sz="8" w:space="0" w:color="#686868" w:themeColor="accent2"/>
        <w:insideH w:val="single" w:sz="8" w:space="0" w:color="#686868" w:themeColor="accent2"/>
        <w:insideV w:val="single" w:sz="8" w:space="0" w:color="#686868" w:themeColor="accent2"/>
      </w:tblBorders>
      <w:tblCellMar>
        <w:top w:w="0" w:type="dxa"/>
        <w:left w:w="108" w:type="dxa"/>
        <w:bottom w:w="0" w:type="dxa"/>
        <w:right w:w="108" w:type="dxa"/>
      </w:tblCellMar>
    </w:tblPr>
    <w:tcPr>
      <w:shd w:val="clear" w:color="auto" w:fill="D9D9D9" w:themeFill="accent2" w:themeFillTint="3F"/>
    </w:tcPr>
    <w:tblStylePr w:type="firstRow">
      <w:rPr>
        <w:b/>
        <w:bCs/>
        <w:color w:val="000000" w:themeColor="text1"/>
      </w:rPr>
      <w:tblPr/>
      <w:tcPr>
        <w:shd w:val="clear" w:color="auto" w:fill="EFEF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0E0" w:themeFill="accent2" w:themeFillTint="33"/>
      </w:tcPr>
    </w:tblStylePr>
    <w:tblStylePr w:type="band1Vert">
      <w:tblPr/>
      <w:tcPr>
        <w:shd w:val="clear" w:color="auto" w:fill="B3B3B3" w:themeFill="accent2" w:themeFillTint="7F"/>
      </w:tcPr>
    </w:tblStylePr>
    <w:tblStylePr w:type="band1Horz">
      <w:tblPr/>
      <w:tcPr>
        <w:tcBorders>
          <w:insideH w:val="single" w:sz="6" w:space="0" w:color="#686868" w:themeColor="accent2"/>
          <w:insideV w:val="single" w:sz="6" w:space="0" w:color="#686868" w:themeColor="accent2"/>
        </w:tcBorders>
        <w:shd w:val="clear" w:color="auto" w:fill="B3B3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DADAD" w:themeColor="accent3"/>
        <w:left w:val="single" w:sz="8" w:space="0" w:color="#ADADAD" w:themeColor="accent3"/>
        <w:bottom w:val="single" w:sz="8" w:space="0" w:color="#ADADAD" w:themeColor="accent3"/>
        <w:right w:val="single" w:sz="8" w:space="0" w:color="#ADADAD" w:themeColor="accent3"/>
        <w:insideH w:val="single" w:sz="8" w:space="0" w:color="#ADADAD" w:themeColor="accent3"/>
        <w:insideV w:val="single" w:sz="8" w:space="0" w:color="#ADADAD" w:themeColor="accent3"/>
      </w:tblBorders>
      <w:tblCellMar>
        <w:top w:w="0" w:type="dxa"/>
        <w:left w:w="108" w:type="dxa"/>
        <w:bottom w:w="0" w:type="dxa"/>
        <w:right w:w="108" w:type="dxa"/>
      </w:tblCellMar>
    </w:tblPr>
    <w:tcPr>
      <w:shd w:val="clear" w:color="auto" w:fill="EAEAEA" w:themeFill="accent3" w:themeFillTint="3F"/>
    </w:tcPr>
    <w:tblStylePr w:type="firstRow">
      <w:rPr>
        <w:b/>
        <w:bCs/>
        <w:color w:val="000000" w:themeColor="text1"/>
      </w:rPr>
      <w:tblPr/>
      <w:tcPr>
        <w:shd w:val="clear" w:color="auto" w:fill="F7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EEE" w:themeFill="accent3" w:themeFillTint="33"/>
      </w:tcPr>
    </w:tblStylePr>
    <w:tblStylePr w:type="band1Vert">
      <w:tblPr/>
      <w:tcPr>
        <w:shd w:val="clear" w:color="auto" w:fill="D6D6D6" w:themeFill="accent3" w:themeFillTint="7F"/>
      </w:tcPr>
    </w:tblStylePr>
    <w:tblStylePr w:type="band1Horz">
      <w:tblPr/>
      <w:tcPr>
        <w:tcBorders>
          <w:insideH w:val="single" w:sz="6" w:space="0" w:color="#ADADAD" w:themeColor="accent3"/>
          <w:insideV w:val="single" w:sz="6" w:space="0" w:color="#ADADAD" w:themeColor="accent3"/>
        </w:tcBorders>
        <w:shd w:val="clear" w:color="auto" w:fill="D6D6D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E6E6E" w:themeColor="accent4"/>
        <w:left w:val="single" w:sz="8" w:space="0" w:color="#6E6E6E" w:themeColor="accent4"/>
        <w:bottom w:val="single" w:sz="8" w:space="0" w:color="#6E6E6E" w:themeColor="accent4"/>
        <w:right w:val="single" w:sz="8" w:space="0" w:color="#6E6E6E" w:themeColor="accent4"/>
        <w:insideH w:val="single" w:sz="8" w:space="0" w:color="#6E6E6E" w:themeColor="accent4"/>
        <w:insideV w:val="single" w:sz="8" w:space="0" w:color="#6E6E6E" w:themeColor="accent4"/>
      </w:tblBorders>
      <w:tblCellMar>
        <w:top w:w="0" w:type="dxa"/>
        <w:left w:w="108" w:type="dxa"/>
        <w:bottom w:w="0" w:type="dxa"/>
        <w:right w:w="108" w:type="dxa"/>
      </w:tblCellMar>
    </w:tblPr>
    <w:tcPr>
      <w:shd w:val="clear" w:color="auto" w:fill="DBDBDB" w:themeFill="accent4" w:themeFillTint="3F"/>
    </w:tcPr>
    <w:tblStylePr w:type="firstRow">
      <w:rPr>
        <w:b/>
        <w:bCs/>
        <w:color w:val="000000" w:themeColor="text1"/>
      </w:rPr>
      <w:tblPr/>
      <w:tcPr>
        <w:shd w:val="clear" w:color="auto" w:fill="F0F0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1E1" w:themeFill="accent4" w:themeFillTint="33"/>
      </w:tcPr>
    </w:tblStylePr>
    <w:tblStylePr w:type="band1Vert">
      <w:tblPr/>
      <w:tcPr>
        <w:shd w:val="clear" w:color="auto" w:fill="B6B6B6" w:themeFill="accent4" w:themeFillTint="7F"/>
      </w:tcPr>
    </w:tblStylePr>
    <w:tblStylePr w:type="band1Horz">
      <w:tblPr/>
      <w:tcPr>
        <w:tcBorders>
          <w:insideH w:val="single" w:sz="6" w:space="0" w:color="#6E6E6E" w:themeColor="accent4"/>
          <w:insideV w:val="single" w:sz="6" w:space="0" w:color="#6E6E6E" w:themeColor="accent4"/>
        </w:tcBorders>
        <w:shd w:val="clear" w:color="auto" w:fill="B6B6B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99999" w:themeColor="accent5"/>
        <w:left w:val="single" w:sz="8" w:space="0" w:color="#999999" w:themeColor="accent5"/>
        <w:bottom w:val="single" w:sz="8" w:space="0" w:color="#999999" w:themeColor="accent5"/>
        <w:right w:val="single" w:sz="8" w:space="0" w:color="#999999" w:themeColor="accent5"/>
        <w:insideH w:val="single" w:sz="8" w:space="0" w:color="#999999" w:themeColor="accent5"/>
        <w:insideV w:val="single" w:sz="8" w:space="0" w:color="#999999" w:themeColor="accent5"/>
      </w:tblBorders>
      <w:tblCellMar>
        <w:top w:w="0" w:type="dxa"/>
        <w:left w:w="108" w:type="dxa"/>
        <w:bottom w:w="0" w:type="dxa"/>
        <w:right w:w="108" w:type="dxa"/>
      </w:tblCellMar>
    </w:tblPr>
    <w:tcPr>
      <w:shd w:val="clear" w:color="auto" w:fill="E5E5E5"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5" w:themeFillTint="33"/>
      </w:tcPr>
    </w:tblStylePr>
    <w:tblStylePr w:type="band1Vert">
      <w:tblPr/>
      <w:tcPr>
        <w:shd w:val="clear" w:color="auto" w:fill="CCCCCC" w:themeFill="accent5" w:themeFillTint="7F"/>
      </w:tcPr>
    </w:tblStylePr>
    <w:tblStylePr w:type="band1Horz">
      <w:tblPr/>
      <w:tcPr>
        <w:tcBorders>
          <w:insideH w:val="single" w:sz="6" w:space="0" w:color="#999999" w:themeColor="accent5"/>
          <w:insideV w:val="single" w:sz="6" w:space="0" w:color="#999999" w:themeColor="accent5"/>
        </w:tcBorders>
        <w:shd w:val="clear" w:color="auto" w:fill="CCCCCC"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6"/>
        <w:left w:val="single" w:sz="8" w:space="0" w:color="#A5A5A5" w:themeColor="accent6"/>
        <w:bottom w:val="single" w:sz="8" w:space="0" w:color="#A5A5A5" w:themeColor="accent6"/>
        <w:right w:val="single" w:sz="8" w:space="0" w:color="#A5A5A5" w:themeColor="accent6"/>
        <w:insideH w:val="single" w:sz="8" w:space="0" w:color="#A5A5A5" w:themeColor="accent6"/>
        <w:insideV w:val="single" w:sz="8" w:space="0" w:color="#A5A5A5" w:themeColor="accent6"/>
      </w:tblBorders>
      <w:tblCellMar>
        <w:top w:w="0" w:type="dxa"/>
        <w:left w:w="108" w:type="dxa"/>
        <w:bottom w:w="0" w:type="dxa"/>
        <w:right w:w="108" w:type="dxa"/>
      </w:tblCellMar>
    </w:tblPr>
    <w:tcPr>
      <w:shd w:val="clear" w:color="auto" w:fill="E8E8E8" w:themeFill="accent6" w:themeFillTint="3F"/>
    </w:tcPr>
    <w:tblStylePr w:type="firstRow">
      <w:rPr>
        <w:b/>
        <w:bCs/>
        <w:color w:val="000000" w:themeColor="text1"/>
      </w:rPr>
      <w:tblPr/>
      <w:tcPr>
        <w:shd w:val="clear" w:color="auto" w:fill="F6F6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CEC" w:themeFill="accent6" w:themeFillTint="33"/>
      </w:tcPr>
    </w:tblStylePr>
    <w:tblStylePr w:type="band1Vert">
      <w:tblPr/>
      <w:tcPr>
        <w:shd w:val="clear" w:color="auto" w:fill="D2D2D2" w:themeFill="accent6" w:themeFillTint="7F"/>
      </w:tcPr>
    </w:tblStylePr>
    <w:tblStylePr w:type="band1Horz">
      <w:tblPr/>
      <w:tcPr>
        <w:tcBorders>
          <w:insideH w:val="single" w:sz="6" w:space="0" w:color="#A5A5A5" w:themeColor="accent6"/>
          <w:insideV w:val="single" w:sz="6" w:space="0" w:color="#A5A5A5" w:themeColor="accent6"/>
        </w:tcBorders>
        <w:shd w:val="clear" w:color="auto" w:fill="D2D2D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EDED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B7B7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B7B7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B7B7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B7B7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BCB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BCBC"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D9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686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686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686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686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B3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B3B3"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AEA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ADA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ADA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ADA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ADA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D6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D6D6"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DBD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E6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E6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E6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E6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B6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B6B6"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5E5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B7B7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C3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A5A5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A5A5A" w:themeFill="accent1" w:themeFillShade="BF"/>
      </w:tcPr>
    </w:tblStylePr>
    <w:tblStylePr w:type="band1Vert">
      <w:tblPr/>
      <w:tcPr>
        <w:tcBorders>
          <w:top w:val="nil"/>
          <w:left w:val="nil"/>
          <w:bottom w:val="nil"/>
          <w:right w:val="nil"/>
          <w:insideH w:val="nil"/>
          <w:insideV w:val="nil"/>
        </w:tcBorders>
        <w:shd w:val="clear" w:color="auto" w:fill="5A5A5A" w:themeFill="accent1" w:themeFillShade="BF"/>
      </w:tcPr>
    </w:tblStylePr>
    <w:tblStylePr w:type="band1Horz">
      <w:tblPr/>
      <w:tcPr>
        <w:tcBorders>
          <w:top w:val="nil"/>
          <w:left w:val="nil"/>
          <w:bottom w:val="nil"/>
          <w:right w:val="nil"/>
          <w:insideH w:val="nil"/>
          <w:insideV w:val="nil"/>
        </w:tcBorders>
        <w:shd w:val="clear" w:color="auto" w:fill="5A5A5A"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8686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2" w:themeFillShade="BF"/>
      </w:tcPr>
    </w:tblStylePr>
    <w:tblStylePr w:type="band1Vert">
      <w:tblPr/>
      <w:tcPr>
        <w:tcBorders>
          <w:top w:val="nil"/>
          <w:left w:val="nil"/>
          <w:bottom w:val="nil"/>
          <w:right w:val="nil"/>
          <w:insideH w:val="nil"/>
          <w:insideV w:val="nil"/>
        </w:tcBorders>
        <w:shd w:val="clear" w:color="auto" w:fill="4A4A4A" w:themeFill="accent2" w:themeFillShade="BF"/>
      </w:tcPr>
    </w:tblStylePr>
    <w:tblStylePr w:type="band1Horz">
      <w:tblPr/>
      <w:tcPr>
        <w:tcBorders>
          <w:top w:val="nil"/>
          <w:left w:val="nil"/>
          <w:bottom w:val="nil"/>
          <w:right w:val="nil"/>
          <w:insideH w:val="nil"/>
          <w:insideV w:val="nil"/>
        </w:tcBorders>
        <w:shd w:val="clear" w:color="auto" w:fill="4A4A4A"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DADA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3" w:themeFillShade="BF"/>
      </w:tcPr>
    </w:tblStylePr>
    <w:tblStylePr w:type="band1Vert">
      <w:tblPr/>
      <w:tcPr>
        <w:tcBorders>
          <w:top w:val="nil"/>
          <w:left w:val="nil"/>
          <w:bottom w:val="nil"/>
          <w:right w:val="nil"/>
          <w:insideH w:val="nil"/>
          <w:insideV w:val="nil"/>
        </w:tcBorders>
        <w:shd w:val="clear" w:color="auto" w:fill="868686" w:themeFill="accent3" w:themeFillShade="BF"/>
      </w:tcPr>
    </w:tblStylePr>
    <w:tblStylePr w:type="band1Horz">
      <w:tblPr/>
      <w:tcPr>
        <w:tcBorders>
          <w:top w:val="nil"/>
          <w:left w:val="nil"/>
          <w:bottom w:val="nil"/>
          <w:right w:val="nil"/>
          <w:insideH w:val="nil"/>
          <w:insideV w:val="nil"/>
        </w:tcBorders>
        <w:shd w:val="clear" w:color="auto" w:fill="868686"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E6E6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6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1515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15151" w:themeFill="accent4" w:themeFillShade="BF"/>
      </w:tcPr>
    </w:tblStylePr>
    <w:tblStylePr w:type="band1Vert">
      <w:tblPr/>
      <w:tcPr>
        <w:tcBorders>
          <w:top w:val="nil"/>
          <w:left w:val="nil"/>
          <w:bottom w:val="nil"/>
          <w:right w:val="nil"/>
          <w:insideH w:val="nil"/>
          <w:insideV w:val="nil"/>
        </w:tcBorders>
        <w:shd w:val="clear" w:color="auto" w:fill="515151" w:themeFill="accent4" w:themeFillShade="BF"/>
      </w:tcPr>
    </w:tblStylePr>
    <w:tblStylePr w:type="band1Horz">
      <w:tblPr/>
      <w:tcPr>
        <w:tcBorders>
          <w:top w:val="nil"/>
          <w:left w:val="nil"/>
          <w:bottom w:val="nil"/>
          <w:right w:val="nil"/>
          <w:insideH w:val="nil"/>
          <w:insideV w:val="nil"/>
        </w:tcBorders>
        <w:shd w:val="clear" w:color="auto" w:fill="515151"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9999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4D4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4747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47474" w:themeFill="accent5" w:themeFillShade="BF"/>
      </w:tcPr>
    </w:tblStylePr>
    <w:tblStylePr w:type="band1Vert">
      <w:tblPr/>
      <w:tcPr>
        <w:tcBorders>
          <w:top w:val="nil"/>
          <w:left w:val="nil"/>
          <w:bottom w:val="nil"/>
          <w:right w:val="nil"/>
          <w:insideH w:val="nil"/>
          <w:insideV w:val="nil"/>
        </w:tcBorders>
        <w:shd w:val="clear" w:color="auto" w:fill="747474" w:themeFill="accent5" w:themeFillShade="BF"/>
      </w:tcPr>
    </w:tblStylePr>
    <w:tblStylePr w:type="band1Horz">
      <w:tblPr/>
      <w:tcPr>
        <w:tcBorders>
          <w:top w:val="nil"/>
          <w:left w:val="nil"/>
          <w:bottom w:val="nil"/>
          <w:right w:val="nil"/>
          <w:insideH w:val="nil"/>
          <w:insideV w:val="nil"/>
        </w:tcBorders>
        <w:shd w:val="clear" w:color="auto" w:fill="747474"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535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E7E7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E7E7E" w:themeFill="accent6" w:themeFillShade="BF"/>
      </w:tcPr>
    </w:tblStylePr>
    <w:tblStylePr w:type="band1Vert">
      <w:tblPr/>
      <w:tcPr>
        <w:tcBorders>
          <w:top w:val="nil"/>
          <w:left w:val="nil"/>
          <w:bottom w:val="nil"/>
          <w:right w:val="nil"/>
          <w:insideH w:val="nil"/>
          <w:insideV w:val="nil"/>
        </w:tcBorders>
        <w:shd w:val="clear" w:color="auto" w:fill="7E7E7E" w:themeFill="accent6" w:themeFillShade="BF"/>
      </w:tcPr>
    </w:tblStylePr>
    <w:tblStylePr w:type="band1Horz">
      <w:tblPr/>
      <w:tcPr>
        <w:tcBorders>
          <w:top w:val="nil"/>
          <w:left w:val="nil"/>
          <w:bottom w:val="nil"/>
          <w:right w:val="nil"/>
          <w:insideH w:val="nil"/>
          <w:insideV w:val="nil"/>
        </w:tcBorders>
        <w:shd w:val="clear" w:color="auto" w:fill="7E7E7E"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68686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68686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686868" w:themeColor="accent2"/>
        <w:left w:val="single" w:sz="4" w:space="0" w:color="#7B7B7B" w:themeColor="accent1"/>
        <w:bottom w:val="single" w:sz="4" w:space="0" w:color="#7B7B7B" w:themeColor="accent1"/>
        <w:right w:val="single" w:sz="4" w:space="0" w:color="#7B7B7B"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1F1F1" w:themeFill="accent1" w:themeFillTint="19"/>
    </w:tcPr>
    <w:tblStylePr w:type="firstRow">
      <w:rPr>
        <w:b/>
        <w:bCs/>
      </w:rPr>
      <w:tblPr/>
      <w:tcPr>
        <w:tcBorders>
          <w:top w:val="nil"/>
          <w:left w:val="nil"/>
          <w:bottom w:val="single" w:sz="24" w:space="0" w:color="#68686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4848" w:themeFill="accent1" w:themeFillShade="99"/>
      </w:tcPr>
    </w:tblStylePr>
    <w:tblStylePr w:type="firstCol">
      <w:rPr>
        <w:color w:val="FFFFFF" w:themeColor="background1"/>
      </w:rPr>
      <w:tblPr/>
      <w:tcPr>
        <w:tcBorders>
          <w:top w:val="nil"/>
          <w:left w:val="nil"/>
          <w:bottom w:val="nil"/>
          <w:right w:val="nil"/>
          <w:insideH w:val="single" w:sz="4" w:space="0" w:color="#484848" w:themeColor="accent1" w:themeShade="99"/>
          <w:insideV w:val="nil"/>
        </w:tcBorders>
        <w:shd w:val="clear" w:color="auto" w:fill="48484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84848" w:themeFill="accent1" w:themeFillShade="99"/>
      </w:tcPr>
    </w:tblStylePr>
    <w:tblStylePr w:type="band1Vert">
      <w:tblPr/>
      <w:tcPr>
        <w:shd w:val="clear" w:color="auto" w:fill="C9C9C9" w:themeFill="accent1" w:themeFillTint="66"/>
      </w:tcPr>
    </w:tblStylePr>
    <w:tblStylePr w:type="band1Horz">
      <w:tblPr/>
      <w:tcPr>
        <w:shd w:val="clear" w:color="auto" w:fill="BCBCB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686868" w:themeColor="accent2"/>
        <w:left w:val="single" w:sz="4" w:space="0" w:color="#686868" w:themeColor="accent2"/>
        <w:bottom w:val="single" w:sz="4" w:space="0" w:color="#686868" w:themeColor="accent2"/>
        <w:right w:val="single" w:sz="4" w:space="0" w:color="#686868"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FEFEF" w:themeFill="accent2" w:themeFillTint="19"/>
    </w:tcPr>
    <w:tblStylePr w:type="firstRow">
      <w:rPr>
        <w:b/>
        <w:bCs/>
      </w:rPr>
      <w:tblPr/>
      <w:tcPr>
        <w:tcBorders>
          <w:top w:val="nil"/>
          <w:left w:val="nil"/>
          <w:bottom w:val="single" w:sz="24" w:space="0" w:color="#68686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3C3C" w:themeFill="accent2" w:themeFillShade="99"/>
      </w:tcPr>
    </w:tblStylePr>
    <w:tblStylePr w:type="firstCol">
      <w:rPr>
        <w:color w:val="FFFFFF" w:themeColor="background1"/>
      </w:rPr>
      <w:tblPr/>
      <w:tcPr>
        <w:tcBorders>
          <w:top w:val="nil"/>
          <w:left w:val="nil"/>
          <w:bottom w:val="nil"/>
          <w:right w:val="nil"/>
          <w:insideH w:val="single" w:sz="4" w:space="0" w:color="#3C3C3C" w:themeColor="accent2" w:themeShade="99"/>
          <w:insideV w:val="nil"/>
        </w:tcBorders>
        <w:shd w:val="clear" w:color="auto" w:fill="3C3C3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3C3C" w:themeFill="accent2" w:themeFillShade="99"/>
      </w:tcPr>
    </w:tblStylePr>
    <w:tblStylePr w:type="band1Vert">
      <w:tblPr/>
      <w:tcPr>
        <w:shd w:val="clear" w:color="auto" w:fill="C1C1C1" w:themeFill="accent2" w:themeFillTint="66"/>
      </w:tcPr>
    </w:tblStylePr>
    <w:tblStylePr w:type="band1Horz">
      <w:tblPr/>
      <w:tcPr>
        <w:shd w:val="clear" w:color="auto" w:fill="B3B3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6E6E6E" w:themeColor="accent4"/>
        <w:left w:val="single" w:sz="4" w:space="0" w:color="#ADADAD" w:themeColor="accent3"/>
        <w:bottom w:val="single" w:sz="4" w:space="0" w:color="#ADADAD" w:themeColor="accent3"/>
        <w:right w:val="single" w:sz="4" w:space="0" w:color="#ADADAD"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7F7F7" w:themeFill="accent3" w:themeFillTint="19"/>
    </w:tcPr>
    <w:tblStylePr w:type="firstRow">
      <w:rPr>
        <w:b/>
        <w:bCs/>
      </w:rPr>
      <w:tblPr/>
      <w:tcPr>
        <w:tcBorders>
          <w:top w:val="nil"/>
          <w:left w:val="nil"/>
          <w:bottom w:val="single" w:sz="24" w:space="0" w:color="#6E6E6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3" w:themeFillShade="99"/>
      </w:tcPr>
    </w:tblStylePr>
    <w:tblStylePr w:type="firstCol">
      <w:rPr>
        <w:color w:val="FFFFFF" w:themeColor="background1"/>
      </w:rPr>
      <w:tblPr/>
      <w:tcPr>
        <w:tcBorders>
          <w:top w:val="nil"/>
          <w:left w:val="nil"/>
          <w:bottom w:val="nil"/>
          <w:right w:val="nil"/>
          <w:insideH w:val="single" w:sz="4" w:space="0" w:color="#6B6B6B" w:themeColor="accent3" w:themeShade="99"/>
          <w:insideV w:val="nil"/>
        </w:tcBorders>
        <w:shd w:val="clear" w:color="auto" w:fill="6B6B6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3" w:themeFillShade="99"/>
      </w:tcPr>
    </w:tblStylePr>
    <w:tblStylePr w:type="band1Vert">
      <w:tblPr/>
      <w:tcPr>
        <w:shd w:val="clear" w:color="auto" w:fill="DDDDDD" w:themeFill="accent3" w:themeFillTint="66"/>
      </w:tcPr>
    </w:tblStylePr>
    <w:tblStylePr w:type="band1Horz">
      <w:tblPr/>
      <w:tcPr>
        <w:shd w:val="clear" w:color="auto" w:fill="D6D6D6"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ADADAD" w:themeColor="accent3"/>
        <w:left w:val="single" w:sz="4" w:space="0" w:color="#6E6E6E" w:themeColor="accent4"/>
        <w:bottom w:val="single" w:sz="4" w:space="0" w:color="#6E6E6E" w:themeColor="accent4"/>
        <w:right w:val="single" w:sz="4" w:space="0" w:color="#6E6E6E"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0F0" w:themeFill="accent4" w:themeFillTint="19"/>
    </w:tcPr>
    <w:tblStylePr w:type="firstRow">
      <w:rPr>
        <w:b/>
        <w:bCs/>
      </w:rPr>
      <w:tblPr/>
      <w:tcPr>
        <w:tcBorders>
          <w:top w:val="nil"/>
          <w:left w:val="nil"/>
          <w:bottom w:val="single" w:sz="24" w:space="0" w:color="#ADADA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4141" w:themeFill="accent4" w:themeFillShade="99"/>
      </w:tcPr>
    </w:tblStylePr>
    <w:tblStylePr w:type="firstCol">
      <w:rPr>
        <w:color w:val="FFFFFF" w:themeColor="background1"/>
      </w:rPr>
      <w:tblPr/>
      <w:tcPr>
        <w:tcBorders>
          <w:top w:val="nil"/>
          <w:left w:val="nil"/>
          <w:bottom w:val="nil"/>
          <w:right w:val="nil"/>
          <w:insideH w:val="single" w:sz="4" w:space="0" w:color="#414141" w:themeColor="accent4" w:themeShade="99"/>
          <w:insideV w:val="nil"/>
        </w:tcBorders>
        <w:shd w:val="clear" w:color="auto" w:fill="41414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14141" w:themeFill="accent4" w:themeFillShade="99"/>
      </w:tcPr>
    </w:tblStylePr>
    <w:tblStylePr w:type="band1Vert">
      <w:tblPr/>
      <w:tcPr>
        <w:shd w:val="clear" w:color="auto" w:fill="C4C4C4" w:themeFill="accent4" w:themeFillTint="66"/>
      </w:tcPr>
    </w:tblStylePr>
    <w:tblStylePr w:type="band1Horz">
      <w:tblPr/>
      <w:tcPr>
        <w:shd w:val="clear" w:color="auto" w:fill="B6B6B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A5A5A5" w:themeColor="accent6"/>
        <w:left w:val="single" w:sz="4" w:space="0" w:color="#999999" w:themeColor="accent5"/>
        <w:bottom w:val="single" w:sz="4" w:space="0" w:color="#999999" w:themeColor="accent5"/>
        <w:right w:val="single" w:sz="4" w:space="0" w:color="#999999"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F4F4" w:themeFill="accent5" w:themeFillTint="19"/>
    </w:tcPr>
    <w:tblStylePr w:type="firstRow">
      <w:rPr>
        <w:b/>
        <w:bCs/>
      </w:rPr>
      <w:tblPr/>
      <w:tcPr>
        <w:tcBorders>
          <w:top w:val="nil"/>
          <w:left w:val="nil"/>
          <w:bottom w:val="single" w:sz="24" w:space="0" w:color="#A5A5A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5D5D" w:themeFill="accent5" w:themeFillShade="99"/>
      </w:tcPr>
    </w:tblStylePr>
    <w:tblStylePr w:type="firstCol">
      <w:rPr>
        <w:color w:val="FFFFFF" w:themeColor="background1"/>
      </w:rPr>
      <w:tblPr/>
      <w:tcPr>
        <w:tcBorders>
          <w:top w:val="nil"/>
          <w:left w:val="nil"/>
          <w:bottom w:val="nil"/>
          <w:right w:val="nil"/>
          <w:insideH w:val="single" w:sz="4" w:space="0" w:color="#5D5D5D" w:themeColor="accent5" w:themeShade="99"/>
          <w:insideV w:val="nil"/>
        </w:tcBorders>
        <w:shd w:val="clear" w:color="auto" w:fill="5D5D5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D5D5D" w:themeFill="accent5" w:themeFillShade="99"/>
      </w:tcPr>
    </w:tblStylePr>
    <w:tblStylePr w:type="band1Vert">
      <w:tblPr/>
      <w:tcPr>
        <w:shd w:val="clear" w:color="auto" w:fill="D6D6D6" w:themeFill="accent5" w:themeFillTint="66"/>
      </w:tcPr>
    </w:tblStylePr>
    <w:tblStylePr w:type="band1Horz">
      <w:tblPr/>
      <w:tcPr>
        <w:shd w:val="clear" w:color="auto" w:fill="CCCCCC"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99999" w:themeColor="accent5"/>
        <w:left w:val="single" w:sz="4" w:space="0" w:color="#A5A5A5" w:themeColor="accent6"/>
        <w:bottom w:val="single" w:sz="4" w:space="0" w:color="#A5A5A5" w:themeColor="accent6"/>
        <w:right w:val="single" w:sz="4" w:space="0" w:color="#A5A5A5"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6" w:themeFillTint="19"/>
    </w:tcPr>
    <w:tblStylePr w:type="firstRow">
      <w:rPr>
        <w:b/>
        <w:bCs/>
      </w:rPr>
      <w:tblPr/>
      <w:tcPr>
        <w:tcBorders>
          <w:top w:val="nil"/>
          <w:left w:val="nil"/>
          <w:bottom w:val="single" w:sz="24" w:space="0" w:color="#99999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6565" w:themeFill="accent6" w:themeFillShade="99"/>
      </w:tcPr>
    </w:tblStylePr>
    <w:tblStylePr w:type="firstCol">
      <w:rPr>
        <w:color w:val="FFFFFF" w:themeColor="background1"/>
      </w:rPr>
      <w:tblPr/>
      <w:tcPr>
        <w:tcBorders>
          <w:top w:val="nil"/>
          <w:left w:val="nil"/>
          <w:bottom w:val="nil"/>
          <w:right w:val="nil"/>
          <w:insideH w:val="single" w:sz="4" w:space="0" w:color="#656565" w:themeColor="accent6" w:themeShade="99"/>
          <w:insideV w:val="nil"/>
        </w:tcBorders>
        <w:shd w:val="clear" w:color="auto" w:fill="65656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56565" w:themeFill="accent6" w:themeFillShade="99"/>
      </w:tcPr>
    </w:tblStylePr>
    <w:tblStylePr w:type="band1Vert">
      <w:tblPr/>
      <w:tcPr>
        <w:shd w:val="clear" w:color="auto" w:fill="DADADA" w:themeFill="accent6" w:themeFillTint="66"/>
      </w:tcPr>
    </w:tblStylePr>
    <w:tblStylePr w:type="band1Horz">
      <w:tblPr/>
      <w:tcPr>
        <w:shd w:val="clear" w:color="auto" w:fill="D2D2D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F4F4F"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1F1F1" w:themeFill="accent1" w:themeFillTint="19"/>
    </w:tcPr>
    <w:tblStylePr w:type="firstRow">
      <w:rPr>
        <w:b/>
        <w:bCs/>
        <w:color w:val="FFFFFF" w:themeColor="background1"/>
      </w:rPr>
      <w:tblPr/>
      <w:tcPr>
        <w:tcBorders>
          <w:bottom w:val="single" w:sz="12" w:space="0" w:color="#FFFFFF" w:themeColor="background1"/>
        </w:tcBorders>
        <w:shd w:val="clear" w:color="auto" w:fill="4F4F4F"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DEDE" w:themeFill="accent1" w:themeFillTint="3F"/>
      </w:tcPr>
    </w:tblStylePr>
    <w:tblStylePr w:type="band1Horz">
      <w:tblPr/>
      <w:tcPr>
        <w:shd w:val="clear" w:color="auto" w:fill="E4E4E4"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2" w:themeFillTint="19"/>
    </w:tcPr>
    <w:tblStylePr w:type="firstRow">
      <w:rPr>
        <w:b/>
        <w:bCs/>
        <w:color w:val="FFFFFF" w:themeColor="background1"/>
      </w:rPr>
      <w:tblPr/>
      <w:tcPr>
        <w:tcBorders>
          <w:bottom w:val="single" w:sz="12" w:space="0" w:color="#FFFFFF" w:themeColor="background1"/>
        </w:tcBorders>
        <w:shd w:val="clear" w:color="auto" w:fill="4F4F4F"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2" w:themeFillTint="3F"/>
      </w:tcPr>
    </w:tblStylePr>
    <w:tblStylePr w:type="band1Horz">
      <w:tblPr/>
      <w:tcPr>
        <w:shd w:val="clear" w:color="auto" w:fill="E0E0E0"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7F7F7" w:themeFill="accent3" w:themeFillTint="19"/>
    </w:tcPr>
    <w:tblStylePr w:type="firstRow">
      <w:rPr>
        <w:b/>
        <w:bCs/>
        <w:color w:val="FFFFFF" w:themeColor="background1"/>
      </w:rPr>
      <w:tblPr/>
      <w:tcPr>
        <w:tcBorders>
          <w:bottom w:val="single" w:sz="12" w:space="0" w:color="#FFFFFF" w:themeColor="background1"/>
        </w:tcBorders>
        <w:shd w:val="clear" w:color="auto" w:fill="575757" w:themeFill="accent4" w:themeFillShade="CC"/>
      </w:tcPr>
    </w:tblStylePr>
    <w:tblStylePr w:type="lastRow">
      <w:rPr>
        <w:b/>
        <w:bCs/>
        <w:color w:val="00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AEA" w:themeFill="accent3" w:themeFillTint="3F"/>
      </w:tcPr>
    </w:tblStylePr>
    <w:tblStylePr w:type="band1Horz">
      <w:tblPr/>
      <w:tcPr>
        <w:shd w:val="clear" w:color="auto" w:fill="EEEEEE"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8F8F8F" w:themeFill="accent3" w:themeFillShade="CC"/>
      </w:tcPr>
    </w:tblStylePr>
    <w:tblStylePr w:type="lastRow">
      <w:rPr>
        <w:b/>
        <w:bCs/>
        <w:color w:val="0000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DBDB" w:themeFill="accent4" w:themeFillTint="3F"/>
      </w:tcPr>
    </w:tblStylePr>
    <w:tblStylePr w:type="band1Horz">
      <w:tblPr/>
      <w:tcPr>
        <w:shd w:val="clear" w:color="auto" w:fill="E1E1E1"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868686" w:themeFill="accent6" w:themeFillShade="CC"/>
      </w:tcPr>
    </w:tblStylePr>
    <w:tblStylePr w:type="lastRow">
      <w:rPr>
        <w:b/>
        <w:bCs/>
        <w:color w:val="0000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5" w:themeFillTint="3F"/>
      </w:tcPr>
    </w:tblStylePr>
    <w:tblStylePr w:type="band1Horz">
      <w:tblPr/>
      <w:tcPr>
        <w:shd w:val="clear" w:color="auto" w:fill="EAEAEA"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6" w:themeFillTint="19"/>
    </w:tcPr>
    <w:tblStylePr w:type="firstRow">
      <w:rPr>
        <w:b/>
        <w:bCs/>
        <w:color w:val="FFFFFF" w:themeColor="background1"/>
      </w:rPr>
      <w:tblPr/>
      <w:tcPr>
        <w:tcBorders>
          <w:bottom w:val="single" w:sz="12" w:space="0" w:color="#FFFFFF" w:themeColor="background1"/>
        </w:tcBorders>
        <w:shd w:val="clear" w:color="auto" w:fill="7C7C7C" w:themeFill="accent5" w:themeFillShade="CC"/>
      </w:tcPr>
    </w:tblStylePr>
    <w:tblStylePr w:type="lastRow">
      <w:rPr>
        <w:b/>
        <w:bCs/>
        <w:color w:val="0000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6" w:themeFillTint="3F"/>
      </w:tcPr>
    </w:tblStylePr>
    <w:tblStylePr w:type="band1Horz">
      <w:tblPr/>
      <w:tcPr>
        <w:shd w:val="clear" w:color="auto" w:fill="ECECEC"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4E4E4" w:themeFill="accent1" w:themeFillTint="33"/>
    </w:tcPr>
    <w:tblStylePr w:type="firstRow">
      <w:rPr>
        <w:b/>
        <w:bCs/>
      </w:rPr>
      <w:tblPr/>
      <w:tcPr>
        <w:shd w:val="clear" w:color="auto" w:fill="C9C9C9" w:themeFill="accent1" w:themeFillTint="66"/>
      </w:tcPr>
    </w:tblStylePr>
    <w:tblStylePr w:type="lastRow">
      <w:rPr>
        <w:b/>
        <w:bCs/>
        <w:color w:val="000000" w:themeColor="text1"/>
      </w:rPr>
      <w:tblPr/>
      <w:tcPr>
        <w:shd w:val="clear" w:color="auto" w:fill="C9C9C9" w:themeFill="accent1" w:themeFillTint="66"/>
      </w:tcPr>
    </w:tblStylePr>
    <w:tblStylePr w:type="firstCol">
      <w:rPr>
        <w:color w:val="FFFFFF" w:themeColor="background1"/>
      </w:rPr>
      <w:tblPr/>
      <w:tcPr>
        <w:shd w:val="clear" w:color="auto" w:fill="5A5A5A" w:themeFill="accent1" w:themeFillShade="BF"/>
      </w:tcPr>
    </w:tblStylePr>
    <w:tblStylePr w:type="lastCol">
      <w:rPr>
        <w:color w:val="FFFFFF" w:themeColor="background1"/>
      </w:rPr>
      <w:tblPr/>
      <w:tcPr>
        <w:shd w:val="clear" w:color="auto" w:fill="5A5A5A" w:themeFill="accent1" w:themeFillShade="BF"/>
      </w:tcPr>
    </w:tblStylePr>
    <w:tblStylePr w:type="band1Vert">
      <w:tblPr/>
      <w:tcPr>
        <w:shd w:val="clear" w:color="auto" w:fill="BCBCBC" w:themeFill="accent1" w:themeFillTint="7F"/>
      </w:tcPr>
    </w:tblStylePr>
    <w:tblStylePr w:type="band1Horz">
      <w:tblPr/>
      <w:tcPr>
        <w:shd w:val="clear" w:color="auto" w:fill="BCBCBC"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0E0E0" w:themeFill="accent2" w:themeFillTint="33"/>
    </w:tcPr>
    <w:tblStylePr w:type="firstRow">
      <w:rPr>
        <w:b/>
        <w:bCs/>
      </w:rPr>
      <w:tblPr/>
      <w:tcPr>
        <w:shd w:val="clear" w:color="auto" w:fill="C1C1C1" w:themeFill="accent2" w:themeFillTint="66"/>
      </w:tcPr>
    </w:tblStylePr>
    <w:tblStylePr w:type="lastRow">
      <w:rPr>
        <w:b/>
        <w:bCs/>
        <w:color w:val="000000" w:themeColor="text1"/>
      </w:rPr>
      <w:tblPr/>
      <w:tcPr>
        <w:shd w:val="clear" w:color="auto" w:fill="C1C1C1" w:themeFill="accent2" w:themeFillTint="66"/>
      </w:tcPr>
    </w:tblStylePr>
    <w:tblStylePr w:type="firstCol">
      <w:rPr>
        <w:color w:val="FFFFFF" w:themeColor="background1"/>
      </w:rPr>
      <w:tblPr/>
      <w:tcPr>
        <w:shd w:val="clear" w:color="auto" w:fill="4A4A4A" w:themeFill="accent2" w:themeFillShade="BF"/>
      </w:tcPr>
    </w:tblStylePr>
    <w:tblStylePr w:type="lastCol">
      <w:rPr>
        <w:color w:val="FFFFFF" w:themeColor="background1"/>
      </w:rPr>
      <w:tblPr/>
      <w:tcPr>
        <w:shd w:val="clear" w:color="auto" w:fill="4A4A4A" w:themeFill="accent2" w:themeFillShade="BF"/>
      </w:tcPr>
    </w:tblStylePr>
    <w:tblStylePr w:type="band1Vert">
      <w:tblPr/>
      <w:tcPr>
        <w:shd w:val="clear" w:color="auto" w:fill="B3B3B3" w:themeFill="accent2" w:themeFillTint="7F"/>
      </w:tcPr>
    </w:tblStylePr>
    <w:tblStylePr w:type="band1Horz">
      <w:tblPr/>
      <w:tcPr>
        <w:shd w:val="clear" w:color="auto" w:fill="B3B3B3"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EEEEE" w:themeFill="accent3" w:themeFillTint="33"/>
    </w:tcPr>
    <w:tblStylePr w:type="firstRow">
      <w:rPr>
        <w:b/>
        <w:bCs/>
      </w:rPr>
      <w:tblPr/>
      <w:tcPr>
        <w:shd w:val="clear" w:color="auto" w:fill="DDDDDD" w:themeFill="accent3" w:themeFillTint="66"/>
      </w:tcPr>
    </w:tblStylePr>
    <w:tblStylePr w:type="lastRow">
      <w:rPr>
        <w:b/>
        <w:bCs/>
        <w:color w:val="000000" w:themeColor="text1"/>
      </w:rPr>
      <w:tblPr/>
      <w:tcPr>
        <w:shd w:val="clear" w:color="auto" w:fill="DDDDDD" w:themeFill="accent3" w:themeFillTint="66"/>
      </w:tcPr>
    </w:tblStylePr>
    <w:tblStylePr w:type="firstCol">
      <w:rPr>
        <w:color w:val="FFFFFF" w:themeColor="background1"/>
      </w:rPr>
      <w:tblPr/>
      <w:tcPr>
        <w:shd w:val="clear" w:color="auto" w:fill="868686" w:themeFill="accent3" w:themeFillShade="BF"/>
      </w:tcPr>
    </w:tblStylePr>
    <w:tblStylePr w:type="lastCol">
      <w:rPr>
        <w:color w:val="FFFFFF" w:themeColor="background1"/>
      </w:rPr>
      <w:tblPr/>
      <w:tcPr>
        <w:shd w:val="clear" w:color="auto" w:fill="868686" w:themeFill="accent3" w:themeFillShade="BF"/>
      </w:tcPr>
    </w:tblStylePr>
    <w:tblStylePr w:type="band1Vert">
      <w:tblPr/>
      <w:tcPr>
        <w:shd w:val="clear" w:color="auto" w:fill="D6D6D6" w:themeFill="accent3" w:themeFillTint="7F"/>
      </w:tcPr>
    </w:tblStylePr>
    <w:tblStylePr w:type="band1Horz">
      <w:tblPr/>
      <w:tcPr>
        <w:shd w:val="clear" w:color="auto" w:fill="D6D6D6"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1E1E1" w:themeFill="accent4" w:themeFillTint="33"/>
    </w:tcPr>
    <w:tblStylePr w:type="firstRow">
      <w:rPr>
        <w:b/>
        <w:bCs/>
      </w:rPr>
      <w:tblPr/>
      <w:tcPr>
        <w:shd w:val="clear" w:color="auto" w:fill="C4C4C4" w:themeFill="accent4" w:themeFillTint="66"/>
      </w:tcPr>
    </w:tblStylePr>
    <w:tblStylePr w:type="lastRow">
      <w:rPr>
        <w:b/>
        <w:bCs/>
        <w:color w:val="000000" w:themeColor="text1"/>
      </w:rPr>
      <w:tblPr/>
      <w:tcPr>
        <w:shd w:val="clear" w:color="auto" w:fill="C4C4C4" w:themeFill="accent4" w:themeFillTint="66"/>
      </w:tcPr>
    </w:tblStylePr>
    <w:tblStylePr w:type="firstCol">
      <w:rPr>
        <w:color w:val="FFFFFF" w:themeColor="background1"/>
      </w:rPr>
      <w:tblPr/>
      <w:tcPr>
        <w:shd w:val="clear" w:color="auto" w:fill="515151" w:themeFill="accent4" w:themeFillShade="BF"/>
      </w:tcPr>
    </w:tblStylePr>
    <w:tblStylePr w:type="lastCol">
      <w:rPr>
        <w:color w:val="FFFFFF" w:themeColor="background1"/>
      </w:rPr>
      <w:tblPr/>
      <w:tcPr>
        <w:shd w:val="clear" w:color="auto" w:fill="515151" w:themeFill="accent4" w:themeFillShade="BF"/>
      </w:tcPr>
    </w:tblStylePr>
    <w:tblStylePr w:type="band1Vert">
      <w:tblPr/>
      <w:tcPr>
        <w:shd w:val="clear" w:color="auto" w:fill="B6B6B6" w:themeFill="accent4" w:themeFillTint="7F"/>
      </w:tcPr>
    </w:tblStylePr>
    <w:tblStylePr w:type="band1Horz">
      <w:tblPr/>
      <w:tcPr>
        <w:shd w:val="clear" w:color="auto" w:fill="B6B6B6"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EAEA" w:themeFill="accent5" w:themeFillTint="33"/>
    </w:tcPr>
    <w:tblStylePr w:type="firstRow">
      <w:rPr>
        <w:b/>
        <w:bCs/>
      </w:rPr>
      <w:tblPr/>
      <w:tcPr>
        <w:shd w:val="clear" w:color="auto" w:fill="D6D6D6" w:themeFill="accent5" w:themeFillTint="66"/>
      </w:tcPr>
    </w:tblStylePr>
    <w:tblStylePr w:type="lastRow">
      <w:rPr>
        <w:b/>
        <w:bCs/>
        <w:color w:val="000000" w:themeColor="text1"/>
      </w:rPr>
      <w:tblPr/>
      <w:tcPr>
        <w:shd w:val="clear" w:color="auto" w:fill="D6D6D6" w:themeFill="accent5" w:themeFillTint="66"/>
      </w:tcPr>
    </w:tblStylePr>
    <w:tblStylePr w:type="firstCol">
      <w:rPr>
        <w:color w:val="FFFFFF" w:themeColor="background1"/>
      </w:rPr>
      <w:tblPr/>
      <w:tcPr>
        <w:shd w:val="clear" w:color="auto" w:fill="747474" w:themeFill="accent5" w:themeFillShade="BF"/>
      </w:tcPr>
    </w:tblStylePr>
    <w:tblStylePr w:type="lastCol">
      <w:rPr>
        <w:color w:val="FFFFFF" w:themeColor="background1"/>
      </w:rPr>
      <w:tblPr/>
      <w:tcPr>
        <w:shd w:val="clear" w:color="auto" w:fill="747474" w:themeFill="accent5" w:themeFillShade="BF"/>
      </w:tcPr>
    </w:tblStylePr>
    <w:tblStylePr w:type="band1Vert">
      <w:tblPr/>
      <w:tcPr>
        <w:shd w:val="clear" w:color="auto" w:fill="CCCCCC" w:themeFill="accent5" w:themeFillTint="7F"/>
      </w:tcPr>
    </w:tblStylePr>
    <w:tblStylePr w:type="band1Horz">
      <w:tblPr/>
      <w:tcPr>
        <w:shd w:val="clear" w:color="auto" w:fill="CCCCCC"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CECEC" w:themeFill="accent6" w:themeFillTint="33"/>
    </w:tcPr>
    <w:tblStylePr w:type="firstRow">
      <w:rPr>
        <w:b/>
        <w:bCs/>
      </w:rPr>
      <w:tblPr/>
      <w:tcPr>
        <w:shd w:val="clear" w:color="auto" w:fill="DADADA" w:themeFill="accent6" w:themeFillTint="66"/>
      </w:tcPr>
    </w:tblStylePr>
    <w:tblStylePr w:type="lastRow">
      <w:rPr>
        <w:b/>
        <w:bCs/>
        <w:color w:val="000000" w:themeColor="text1"/>
      </w:rPr>
      <w:tblPr/>
      <w:tcPr>
        <w:shd w:val="clear" w:color="auto" w:fill="DADADA" w:themeFill="accent6" w:themeFillTint="66"/>
      </w:tcPr>
    </w:tblStylePr>
    <w:tblStylePr w:type="firstCol">
      <w:rPr>
        <w:color w:val="FFFFFF" w:themeColor="background1"/>
      </w:rPr>
      <w:tblPr/>
      <w:tcPr>
        <w:shd w:val="clear" w:color="auto" w:fill="7E7E7E" w:themeFill="accent6" w:themeFillShade="BF"/>
      </w:tcPr>
    </w:tblStylePr>
    <w:tblStylePr w:type="lastCol">
      <w:rPr>
        <w:color w:val="FFFFFF" w:themeColor="background1"/>
      </w:rPr>
      <w:tblPr/>
      <w:tcPr>
        <w:shd w:val="clear" w:color="auto" w:fill="7E7E7E" w:themeFill="accent6" w:themeFillShade="BF"/>
      </w:tcPr>
    </w:tblStylePr>
    <w:tblStylePr w:type="band1Vert">
      <w:tblPr/>
      <w:tcPr>
        <w:shd w:val="clear" w:color="auto" w:fill="D2D2D2" w:themeFill="accent6" w:themeFillTint="7F"/>
      </w:tcPr>
    </w:tblStylePr>
    <w:tblStylePr w:type="band1Horz">
      <w:tblPr/>
      <w:tcPr>
        <w:shd w:val="clear" w:color="auto" w:fill="D2D2D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0000"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0000"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000000"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00000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00000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000000"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000000"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000000"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000000" w:themeColor="accent1"/>
    </w:rPr>
  </w:style>
  <w:style w:type="paragraph" w:styleId="Title">
    <w:name w:val="Title"/>
    <w:basedOn w:val="Normal"/>
    <w:next w:val="Normal"/>
    <w:link w:val="TitleChar"/>
    <w:uiPriority w:val="10"/>
    <w:qFormat/>
    <w:rsid w:val="00FC693F"/>
    <w:pPr>
      <w:pBdr>
        <w:bottom w:val="single" w:sz="8" w:space="4" w:color="#7B7B7B"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000000"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000000"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000000"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00000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00000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000000"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000000"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7B7B7B" w:themeColor="accent1"/>
      </w:pBdr>
      <w:spacing w:before="200" w:after="280"/>
      <w:ind w:left="936" w:right="936"/>
    </w:pPr>
    <w:rPr>
      <w:b/>
      <w:bCs/>
      <w:i/>
      <w:iCs/>
      <w:color w:val="000000" w:themeColor="accent1"/>
    </w:rPr>
  </w:style>
  <w:style w:type="character" w:customStyle="1" w:styleId="IntenseQuoteChar">
    <w:name w:val="Intense Quote Char"/>
    <w:basedOn w:val="DefaultParagraphFont"/>
    <w:link w:val="IntenseQuote"/>
    <w:uiPriority w:val="30"/>
    <w:rsid w:val="00FC693F"/>
    <w:rPr>
      <w:b/>
      <w:bCs/>
      <w:i/>
      <w:iCs/>
      <w:color w:val="000000"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000000" w:themeColor="accent1"/>
    </w:rPr>
  </w:style>
  <w:style w:type="character" w:styleId="SubtleReference">
    <w:name w:val="Subtle Reference"/>
    <w:basedOn w:val="DefaultParagraphFont"/>
    <w:uiPriority w:val="31"/>
    <w:qFormat/>
    <w:rsid w:val="00FC693F"/>
    <w:rPr>
      <w:smallCaps/>
      <w:color w:val="000000" w:themeColor="accent2"/>
      <w:u w:val="single"/>
    </w:rPr>
  </w:style>
  <w:style w:type="character" w:styleId="IntenseReference">
    <w:name w:val="Intense Reference"/>
    <w:basedOn w:val="DefaultParagraphFont"/>
    <w:uiPriority w:val="32"/>
    <w:qFormat/>
    <w:rsid w:val="00FC693F"/>
    <w:rPr>
      <w:b/>
      <w:bCs/>
      <w:smallCaps/>
      <w:color w:val="000000"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00000" w:themeColor="accent1" w:themeShade="BF"/>
    </w:rPr>
    <w:tblPr>
      <w:tblStyleRowBandSize w:val="1"/>
      <w:tblStyleColBandSize w:val="1"/>
      <w:tblInd w:w="0" w:type="dxa"/>
      <w:tblBorders>
        <w:top w:val="single" w:sz="8" w:space="0" w:color="#7B7B7B" w:themeColor="accent1"/>
        <w:bottom w:val="single" w:sz="8" w:space="0" w:color="#7B7B7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B7B7B" w:themeColor="accent1"/>
          <w:left w:val="nil"/>
          <w:bottom w:val="single" w:sz="8" w:space="0" w:color="#7B7B7B" w:themeColor="accent1"/>
          <w:right w:val="nil"/>
          <w:insideH w:val="nil"/>
          <w:insideV w:val="nil"/>
        </w:tcBorders>
      </w:tcPr>
    </w:tblStylePr>
    <w:tblStylePr w:type="lastRow">
      <w:pPr>
        <w:spacing w:before="0" w:after="0" w:line="240" w:lineRule="auto"/>
      </w:pPr>
      <w:rPr>
        <w:b/>
        <w:bCs/>
      </w:rPr>
      <w:tblPr/>
      <w:tcPr>
        <w:tcBorders>
          <w:top w:val="single" w:sz="8" w:space="0" w:color="#7B7B7B" w:themeColor="accent1"/>
          <w:left w:val="nil"/>
          <w:bottom w:val="single" w:sz="8" w:space="0" w:color="#7B7B7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EDE" w:themeFill="accent1" w:themeFillTint="3F"/>
      </w:tcPr>
    </w:tblStylePr>
    <w:tblStylePr w:type="band1Horz">
      <w:tblPr/>
      <w:tcPr>
        <w:tcBorders>
          <w:left w:val="nil"/>
          <w:right w:val="nil"/>
          <w:insideH w:val="nil"/>
          <w:insideV w:val="nil"/>
        </w:tcBorders>
        <w:shd w:val="clear" w:color="auto" w:fill="DEDEDE" w:themeFill="accent1" w:themeFillTint="3F"/>
      </w:tcPr>
    </w:tblStylePr>
  </w:style>
  <w:style w:type="table" w:styleId="LightShading-Accent2">
    <w:name w:val="Light Shading Accent 2"/>
    <w:basedOn w:val="TableNormal"/>
    <w:uiPriority w:val="60"/>
    <w:rsid w:val="00FC693F"/>
    <w:pPr>
      <w:spacing w:after="0" w:line="240" w:lineRule="auto"/>
    </w:pPr>
    <w:rPr>
      <w:color w:val="000000" w:themeColor="accent2" w:themeShade="BF"/>
    </w:rPr>
    <w:tblPr>
      <w:tblStyleRowBandSize w:val="1"/>
      <w:tblStyleColBandSize w:val="1"/>
      <w:tblInd w:w="0" w:type="dxa"/>
      <w:tblBorders>
        <w:top w:val="single" w:sz="8" w:space="0" w:color="#686868" w:themeColor="accent2"/>
        <w:bottom w:val="single" w:sz="8" w:space="0" w:color="#686868"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86868" w:themeColor="accent2"/>
          <w:left w:val="nil"/>
          <w:bottom w:val="single" w:sz="8" w:space="0" w:color="#686868" w:themeColor="accent2"/>
          <w:right w:val="nil"/>
          <w:insideH w:val="nil"/>
          <w:insideV w:val="nil"/>
        </w:tcBorders>
      </w:tcPr>
    </w:tblStylePr>
    <w:tblStylePr w:type="lastRow">
      <w:pPr>
        <w:spacing w:before="0" w:after="0" w:line="240" w:lineRule="auto"/>
      </w:pPr>
      <w:rPr>
        <w:b/>
        <w:bCs/>
      </w:rPr>
      <w:tblPr/>
      <w:tcPr>
        <w:tcBorders>
          <w:top w:val="single" w:sz="8" w:space="0" w:color="#686868" w:themeColor="accent2"/>
          <w:left w:val="nil"/>
          <w:bottom w:val="single" w:sz="8" w:space="0" w:color="#68686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2" w:themeFillTint="3F"/>
      </w:tcPr>
    </w:tblStylePr>
    <w:tblStylePr w:type="band1Horz">
      <w:tblPr/>
      <w:tcPr>
        <w:tcBorders>
          <w:left w:val="nil"/>
          <w:right w:val="nil"/>
          <w:insideH w:val="nil"/>
          <w:insideV w:val="nil"/>
        </w:tcBorders>
        <w:shd w:val="clear" w:color="auto" w:fill="D9D9D9" w:themeFill="accent2" w:themeFillTint="3F"/>
      </w:tcPr>
    </w:tblStylePr>
  </w:style>
  <w:style w:type="table" w:styleId="LightShading-Accent3">
    <w:name w:val="Light Shading Accent 3"/>
    <w:basedOn w:val="TableNormal"/>
    <w:uiPriority w:val="60"/>
    <w:rsid w:val="00FC693F"/>
    <w:pPr>
      <w:spacing w:after="0" w:line="240" w:lineRule="auto"/>
    </w:pPr>
    <w:rPr>
      <w:color w:val="000000" w:themeColor="accent3" w:themeShade="BF"/>
    </w:rPr>
    <w:tblPr>
      <w:tblStyleRowBandSize w:val="1"/>
      <w:tblStyleColBandSize w:val="1"/>
      <w:tblInd w:w="0" w:type="dxa"/>
      <w:tblBorders>
        <w:top w:val="single" w:sz="8" w:space="0" w:color="#ADADAD" w:themeColor="accent3"/>
        <w:bottom w:val="single" w:sz="8" w:space="0" w:color="#ADADAD"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DADAD" w:themeColor="accent3"/>
          <w:left w:val="nil"/>
          <w:bottom w:val="single" w:sz="8" w:space="0" w:color="#ADADAD" w:themeColor="accent3"/>
          <w:right w:val="nil"/>
          <w:insideH w:val="nil"/>
          <w:insideV w:val="nil"/>
        </w:tcBorders>
      </w:tcPr>
    </w:tblStylePr>
    <w:tblStylePr w:type="lastRow">
      <w:pPr>
        <w:spacing w:before="0" w:after="0" w:line="240" w:lineRule="auto"/>
      </w:pPr>
      <w:rPr>
        <w:b/>
        <w:bCs/>
      </w:rPr>
      <w:tblPr/>
      <w:tcPr>
        <w:tcBorders>
          <w:top w:val="single" w:sz="8" w:space="0" w:color="#ADADAD" w:themeColor="accent3"/>
          <w:left w:val="nil"/>
          <w:bottom w:val="single" w:sz="8" w:space="0" w:color="#ADADA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AEA" w:themeFill="accent3" w:themeFillTint="3F"/>
      </w:tcPr>
    </w:tblStylePr>
    <w:tblStylePr w:type="band1Horz">
      <w:tblPr/>
      <w:tcPr>
        <w:tcBorders>
          <w:left w:val="nil"/>
          <w:right w:val="nil"/>
          <w:insideH w:val="nil"/>
          <w:insideV w:val="nil"/>
        </w:tcBorders>
        <w:shd w:val="clear" w:color="auto" w:fill="EAEAEA" w:themeFill="accent3" w:themeFillTint="3F"/>
      </w:tcPr>
    </w:tblStylePr>
  </w:style>
  <w:style w:type="table" w:styleId="LightShading-Accent4">
    <w:name w:val="Light Shading Accent 4"/>
    <w:basedOn w:val="TableNormal"/>
    <w:uiPriority w:val="60"/>
    <w:rsid w:val="00FC693F"/>
    <w:pPr>
      <w:spacing w:after="0" w:line="240" w:lineRule="auto"/>
    </w:pPr>
    <w:rPr>
      <w:color w:val="000000" w:themeColor="accent4" w:themeShade="BF"/>
    </w:rPr>
    <w:tblPr>
      <w:tblStyleRowBandSize w:val="1"/>
      <w:tblStyleColBandSize w:val="1"/>
      <w:tblInd w:w="0" w:type="dxa"/>
      <w:tblBorders>
        <w:top w:val="single" w:sz="8" w:space="0" w:color="#6E6E6E" w:themeColor="accent4"/>
        <w:bottom w:val="single" w:sz="8" w:space="0" w:color="#6E6E6E"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E6E6E" w:themeColor="accent4"/>
          <w:left w:val="nil"/>
          <w:bottom w:val="single" w:sz="8" w:space="0" w:color="#6E6E6E" w:themeColor="accent4"/>
          <w:right w:val="nil"/>
          <w:insideH w:val="nil"/>
          <w:insideV w:val="nil"/>
        </w:tcBorders>
      </w:tcPr>
    </w:tblStylePr>
    <w:tblStylePr w:type="lastRow">
      <w:pPr>
        <w:spacing w:before="0" w:after="0" w:line="240" w:lineRule="auto"/>
      </w:pPr>
      <w:rPr>
        <w:b/>
        <w:bCs/>
      </w:rPr>
      <w:tblPr/>
      <w:tcPr>
        <w:tcBorders>
          <w:top w:val="single" w:sz="8" w:space="0" w:color="#6E6E6E" w:themeColor="accent4"/>
          <w:left w:val="nil"/>
          <w:bottom w:val="single" w:sz="8" w:space="0" w:color="#6E6E6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BDB" w:themeFill="accent4" w:themeFillTint="3F"/>
      </w:tcPr>
    </w:tblStylePr>
    <w:tblStylePr w:type="band1Horz">
      <w:tblPr/>
      <w:tcPr>
        <w:tcBorders>
          <w:left w:val="nil"/>
          <w:right w:val="nil"/>
          <w:insideH w:val="nil"/>
          <w:insideV w:val="nil"/>
        </w:tcBorders>
        <w:shd w:val="clear" w:color="auto" w:fill="DBDBDB" w:themeFill="accent4" w:themeFillTint="3F"/>
      </w:tcPr>
    </w:tblStylePr>
  </w:style>
  <w:style w:type="table" w:styleId="LightShading-Accent5">
    <w:name w:val="Light Shading Accent 5"/>
    <w:basedOn w:val="TableNormal"/>
    <w:uiPriority w:val="60"/>
    <w:rsid w:val="00FC693F"/>
    <w:pPr>
      <w:spacing w:after="0" w:line="240" w:lineRule="auto"/>
    </w:pPr>
    <w:rPr>
      <w:color w:val="000000" w:themeColor="accent5" w:themeShade="BF"/>
    </w:rPr>
    <w:tblPr>
      <w:tblStyleRowBandSize w:val="1"/>
      <w:tblStyleColBandSize w:val="1"/>
      <w:tblInd w:w="0" w:type="dxa"/>
      <w:tblBorders>
        <w:top w:val="single" w:sz="8" w:space="0" w:color="#999999" w:themeColor="accent5"/>
        <w:bottom w:val="single" w:sz="8" w:space="0" w:color="#999999"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99999" w:themeColor="accent5"/>
          <w:left w:val="nil"/>
          <w:bottom w:val="single" w:sz="8" w:space="0" w:color="#999999" w:themeColor="accent5"/>
          <w:right w:val="nil"/>
          <w:insideH w:val="nil"/>
          <w:insideV w:val="nil"/>
        </w:tcBorders>
      </w:tcPr>
    </w:tblStylePr>
    <w:tblStylePr w:type="lastRow">
      <w:pPr>
        <w:spacing w:before="0" w:after="0" w:line="240" w:lineRule="auto"/>
      </w:pPr>
      <w:rPr>
        <w:b/>
        <w:bCs/>
      </w:rPr>
      <w:tblPr/>
      <w:tcPr>
        <w:tcBorders>
          <w:top w:val="single" w:sz="8" w:space="0" w:color="#999999" w:themeColor="accent5"/>
          <w:left w:val="nil"/>
          <w:bottom w:val="single" w:sz="8" w:space="0" w:color="#99999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left w:val="nil"/>
          <w:right w:val="nil"/>
          <w:insideH w:val="nil"/>
          <w:insideV w:val="nil"/>
        </w:tcBorders>
        <w:shd w:val="clear" w:color="auto" w:fill="E5E5E5" w:themeFill="accent5" w:themeFillTint="3F"/>
      </w:tcPr>
    </w:tblStylePr>
  </w:style>
  <w:style w:type="table" w:styleId="LightShading-Accent6">
    <w:name w:val="Light Shading Accent 6"/>
    <w:basedOn w:val="TableNormal"/>
    <w:uiPriority w:val="60"/>
    <w:rsid w:val="00FC693F"/>
    <w:pPr>
      <w:spacing w:after="0" w:line="240" w:lineRule="auto"/>
    </w:pPr>
    <w:rPr>
      <w:color w:val="000000" w:themeColor="accent6" w:themeShade="BF"/>
    </w:rPr>
    <w:tblPr>
      <w:tblStyleRowBandSize w:val="1"/>
      <w:tblStyleColBandSize w:val="1"/>
      <w:tblInd w:w="0" w:type="dxa"/>
      <w:tblBorders>
        <w:top w:val="single" w:sz="8" w:space="0" w:color="#A5A5A5" w:themeColor="accent6"/>
        <w:bottom w:val="single" w:sz="8" w:space="0" w:color="#A5A5A5"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6"/>
          <w:left w:val="nil"/>
          <w:bottom w:val="single" w:sz="8" w:space="0" w:color="#A5A5A5" w:themeColor="accent6"/>
          <w:right w:val="nil"/>
          <w:insideH w:val="nil"/>
          <w:insideV w:val="nil"/>
        </w:tcBorders>
      </w:tcPr>
    </w:tblStylePr>
    <w:tblStylePr w:type="lastRow">
      <w:pPr>
        <w:spacing w:before="0" w:after="0" w:line="240" w:lineRule="auto"/>
      </w:pPr>
      <w:rPr>
        <w:b/>
        <w:bCs/>
      </w:rPr>
      <w:tblPr/>
      <w:tcPr>
        <w:tcBorders>
          <w:top w:val="single" w:sz="8" w:space="0" w:color="#A5A5A5" w:themeColor="accent6"/>
          <w:left w:val="nil"/>
          <w:bottom w:val="single" w:sz="8" w:space="0" w:color="#A5A5A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6" w:themeFillTint="3F"/>
      </w:tcPr>
    </w:tblStylePr>
    <w:tblStylePr w:type="band1Horz">
      <w:tblPr/>
      <w:tcPr>
        <w:tcBorders>
          <w:left w:val="nil"/>
          <w:right w:val="nil"/>
          <w:insideH w:val="nil"/>
          <w:insideV w:val="nil"/>
        </w:tcBorders>
        <w:shd w:val="clear" w:color="auto" w:fill="E8E8E8"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7B7B7B" w:themeColor="accent1"/>
        <w:left w:val="single" w:sz="8" w:space="0" w:color="#7B7B7B" w:themeColor="accent1"/>
        <w:bottom w:val="single" w:sz="8" w:space="0" w:color="#7B7B7B" w:themeColor="accent1"/>
        <w:right w:val="single" w:sz="8" w:space="0" w:color="#7B7B7B"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B7B7B" w:themeFill="accent1"/>
      </w:tcPr>
    </w:tblStylePr>
    <w:tblStylePr w:type="lastRow">
      <w:pPr>
        <w:spacing w:before="0" w:after="0" w:line="240" w:lineRule="auto"/>
      </w:pPr>
      <w:rPr>
        <w:b/>
        <w:bCs/>
      </w:rPr>
      <w:tblPr/>
      <w:tcPr>
        <w:tcBorders>
          <w:top w:val="double" w:sz="6" w:space="0" w:color="#7B7B7B" w:themeColor="accent1"/>
          <w:left w:val="single" w:sz="8" w:space="0" w:color="#7B7B7B" w:themeColor="accent1"/>
          <w:bottom w:val="single" w:sz="8" w:space="0" w:color="#7B7B7B" w:themeColor="accent1"/>
          <w:right w:val="single" w:sz="8" w:space="0" w:color="#7B7B7B" w:themeColor="accent1"/>
        </w:tcBorders>
      </w:tcPr>
    </w:tblStylePr>
    <w:tblStylePr w:type="firstCol">
      <w:rPr>
        <w:b/>
        <w:bCs/>
      </w:rPr>
    </w:tblStylePr>
    <w:tblStylePr w:type="lastCol">
      <w:rPr>
        <w:b/>
        <w:bCs/>
      </w:rPr>
    </w:tblStylePr>
    <w:tblStylePr w:type="band1Vert">
      <w:tblPr/>
      <w:tcPr>
        <w:tcBorders>
          <w:top w:val="single" w:sz="8" w:space="0" w:color="#7B7B7B" w:themeColor="accent1"/>
          <w:left w:val="single" w:sz="8" w:space="0" w:color="#7B7B7B" w:themeColor="accent1"/>
          <w:bottom w:val="single" w:sz="8" w:space="0" w:color="#7B7B7B" w:themeColor="accent1"/>
          <w:right w:val="single" w:sz="8" w:space="0" w:color="#7B7B7B" w:themeColor="accent1"/>
        </w:tcBorders>
      </w:tcPr>
    </w:tblStylePr>
    <w:tblStylePr w:type="band1Horz">
      <w:tblPr/>
      <w:tcPr>
        <w:tcBorders>
          <w:top w:val="single" w:sz="8" w:space="0" w:color="#7B7B7B" w:themeColor="accent1"/>
          <w:left w:val="single" w:sz="8" w:space="0" w:color="#7B7B7B" w:themeColor="accent1"/>
          <w:bottom w:val="single" w:sz="8" w:space="0" w:color="#7B7B7B" w:themeColor="accent1"/>
          <w:right w:val="single" w:sz="8" w:space="0" w:color="#7B7B7B"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686868" w:themeColor="accent2"/>
        <w:left w:val="single" w:sz="8" w:space="0" w:color="#686868" w:themeColor="accent2"/>
        <w:bottom w:val="single" w:sz="8" w:space="0" w:color="#686868" w:themeColor="accent2"/>
        <w:right w:val="single" w:sz="8" w:space="0" w:color="#686868"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86868" w:themeFill="accent2"/>
      </w:tcPr>
    </w:tblStylePr>
    <w:tblStylePr w:type="lastRow">
      <w:pPr>
        <w:spacing w:before="0" w:after="0" w:line="240" w:lineRule="auto"/>
      </w:pPr>
      <w:rPr>
        <w:b/>
        <w:bCs/>
      </w:rPr>
      <w:tblPr/>
      <w:tcPr>
        <w:tcBorders>
          <w:top w:val="double" w:sz="6" w:space="0" w:color="#686868" w:themeColor="accent2"/>
          <w:left w:val="single" w:sz="8" w:space="0" w:color="#686868" w:themeColor="accent2"/>
          <w:bottom w:val="single" w:sz="8" w:space="0" w:color="#686868" w:themeColor="accent2"/>
          <w:right w:val="single" w:sz="8" w:space="0" w:color="#686868" w:themeColor="accent2"/>
        </w:tcBorders>
      </w:tcPr>
    </w:tblStylePr>
    <w:tblStylePr w:type="firstCol">
      <w:rPr>
        <w:b/>
        <w:bCs/>
      </w:rPr>
    </w:tblStylePr>
    <w:tblStylePr w:type="lastCol">
      <w:rPr>
        <w:b/>
        <w:bCs/>
      </w:rPr>
    </w:tblStylePr>
    <w:tblStylePr w:type="band1Vert">
      <w:tblPr/>
      <w:tcPr>
        <w:tcBorders>
          <w:top w:val="single" w:sz="8" w:space="0" w:color="#686868" w:themeColor="accent2"/>
          <w:left w:val="single" w:sz="8" w:space="0" w:color="#686868" w:themeColor="accent2"/>
          <w:bottom w:val="single" w:sz="8" w:space="0" w:color="#686868" w:themeColor="accent2"/>
          <w:right w:val="single" w:sz="8" w:space="0" w:color="#686868" w:themeColor="accent2"/>
        </w:tcBorders>
      </w:tcPr>
    </w:tblStylePr>
    <w:tblStylePr w:type="band1Horz">
      <w:tblPr/>
      <w:tcPr>
        <w:tcBorders>
          <w:top w:val="single" w:sz="8" w:space="0" w:color="#686868" w:themeColor="accent2"/>
          <w:left w:val="single" w:sz="8" w:space="0" w:color="#686868" w:themeColor="accent2"/>
          <w:bottom w:val="single" w:sz="8" w:space="0" w:color="#686868" w:themeColor="accent2"/>
          <w:right w:val="single" w:sz="8" w:space="0" w:color="#686868"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ADADAD" w:themeColor="accent3"/>
        <w:left w:val="single" w:sz="8" w:space="0" w:color="#ADADAD" w:themeColor="accent3"/>
        <w:bottom w:val="single" w:sz="8" w:space="0" w:color="#ADADAD" w:themeColor="accent3"/>
        <w:right w:val="single" w:sz="8" w:space="0" w:color="#ADADAD"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DADAD" w:themeFill="accent3"/>
      </w:tcPr>
    </w:tblStylePr>
    <w:tblStylePr w:type="lastRow">
      <w:pPr>
        <w:spacing w:before="0" w:after="0" w:line="240" w:lineRule="auto"/>
      </w:pPr>
      <w:rPr>
        <w:b/>
        <w:bCs/>
      </w:rPr>
      <w:tblPr/>
      <w:tcPr>
        <w:tcBorders>
          <w:top w:val="double" w:sz="6" w:space="0" w:color="#ADADAD" w:themeColor="accent3"/>
          <w:left w:val="single" w:sz="8" w:space="0" w:color="#ADADAD" w:themeColor="accent3"/>
          <w:bottom w:val="single" w:sz="8" w:space="0" w:color="#ADADAD" w:themeColor="accent3"/>
          <w:right w:val="single" w:sz="8" w:space="0" w:color="#ADADAD" w:themeColor="accent3"/>
        </w:tcBorders>
      </w:tcPr>
    </w:tblStylePr>
    <w:tblStylePr w:type="firstCol">
      <w:rPr>
        <w:b/>
        <w:bCs/>
      </w:rPr>
    </w:tblStylePr>
    <w:tblStylePr w:type="lastCol">
      <w:rPr>
        <w:b/>
        <w:bCs/>
      </w:rPr>
    </w:tblStylePr>
    <w:tblStylePr w:type="band1Vert">
      <w:tblPr/>
      <w:tcPr>
        <w:tcBorders>
          <w:top w:val="single" w:sz="8" w:space="0" w:color="#ADADAD" w:themeColor="accent3"/>
          <w:left w:val="single" w:sz="8" w:space="0" w:color="#ADADAD" w:themeColor="accent3"/>
          <w:bottom w:val="single" w:sz="8" w:space="0" w:color="#ADADAD" w:themeColor="accent3"/>
          <w:right w:val="single" w:sz="8" w:space="0" w:color="#ADADAD" w:themeColor="accent3"/>
        </w:tcBorders>
      </w:tcPr>
    </w:tblStylePr>
    <w:tblStylePr w:type="band1Horz">
      <w:tblPr/>
      <w:tcPr>
        <w:tcBorders>
          <w:top w:val="single" w:sz="8" w:space="0" w:color="#ADADAD" w:themeColor="accent3"/>
          <w:left w:val="single" w:sz="8" w:space="0" w:color="#ADADAD" w:themeColor="accent3"/>
          <w:bottom w:val="single" w:sz="8" w:space="0" w:color="#ADADAD" w:themeColor="accent3"/>
          <w:right w:val="single" w:sz="8" w:space="0" w:color="#ADADAD"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6E6E6E" w:themeColor="accent4"/>
        <w:left w:val="single" w:sz="8" w:space="0" w:color="#6E6E6E" w:themeColor="accent4"/>
        <w:bottom w:val="single" w:sz="8" w:space="0" w:color="#6E6E6E" w:themeColor="accent4"/>
        <w:right w:val="single" w:sz="8" w:space="0" w:color="#6E6E6E"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E6E6E" w:themeFill="accent4"/>
      </w:tcPr>
    </w:tblStylePr>
    <w:tblStylePr w:type="lastRow">
      <w:pPr>
        <w:spacing w:before="0" w:after="0" w:line="240" w:lineRule="auto"/>
      </w:pPr>
      <w:rPr>
        <w:b/>
        <w:bCs/>
      </w:rPr>
      <w:tblPr/>
      <w:tcPr>
        <w:tcBorders>
          <w:top w:val="double" w:sz="6" w:space="0" w:color="#6E6E6E" w:themeColor="accent4"/>
          <w:left w:val="single" w:sz="8" w:space="0" w:color="#6E6E6E" w:themeColor="accent4"/>
          <w:bottom w:val="single" w:sz="8" w:space="0" w:color="#6E6E6E" w:themeColor="accent4"/>
          <w:right w:val="single" w:sz="8" w:space="0" w:color="#6E6E6E" w:themeColor="accent4"/>
        </w:tcBorders>
      </w:tcPr>
    </w:tblStylePr>
    <w:tblStylePr w:type="firstCol">
      <w:rPr>
        <w:b/>
        <w:bCs/>
      </w:rPr>
    </w:tblStylePr>
    <w:tblStylePr w:type="lastCol">
      <w:rPr>
        <w:b/>
        <w:bCs/>
      </w:rPr>
    </w:tblStylePr>
    <w:tblStylePr w:type="band1Vert">
      <w:tblPr/>
      <w:tcPr>
        <w:tcBorders>
          <w:top w:val="single" w:sz="8" w:space="0" w:color="#6E6E6E" w:themeColor="accent4"/>
          <w:left w:val="single" w:sz="8" w:space="0" w:color="#6E6E6E" w:themeColor="accent4"/>
          <w:bottom w:val="single" w:sz="8" w:space="0" w:color="#6E6E6E" w:themeColor="accent4"/>
          <w:right w:val="single" w:sz="8" w:space="0" w:color="#6E6E6E" w:themeColor="accent4"/>
        </w:tcBorders>
      </w:tcPr>
    </w:tblStylePr>
    <w:tblStylePr w:type="band1Horz">
      <w:tblPr/>
      <w:tcPr>
        <w:tcBorders>
          <w:top w:val="single" w:sz="8" w:space="0" w:color="#6E6E6E" w:themeColor="accent4"/>
          <w:left w:val="single" w:sz="8" w:space="0" w:color="#6E6E6E" w:themeColor="accent4"/>
          <w:bottom w:val="single" w:sz="8" w:space="0" w:color="#6E6E6E" w:themeColor="accent4"/>
          <w:right w:val="single" w:sz="8" w:space="0" w:color="#6E6E6E"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999999" w:themeColor="accent5"/>
        <w:left w:val="single" w:sz="8" w:space="0" w:color="#999999" w:themeColor="accent5"/>
        <w:bottom w:val="single" w:sz="8" w:space="0" w:color="#999999" w:themeColor="accent5"/>
        <w:right w:val="single" w:sz="8" w:space="0" w:color="#999999"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99999" w:themeFill="accent5"/>
      </w:tcPr>
    </w:tblStylePr>
    <w:tblStylePr w:type="lastRow">
      <w:pPr>
        <w:spacing w:before="0" w:after="0" w:line="240" w:lineRule="auto"/>
      </w:pPr>
      <w:rPr>
        <w:b/>
        <w:bCs/>
      </w:rPr>
      <w:tblPr/>
      <w:tcPr>
        <w:tcBorders>
          <w:top w:val="double" w:sz="6" w:space="0" w:color="#999999" w:themeColor="accent5"/>
          <w:left w:val="single" w:sz="8" w:space="0" w:color="#999999" w:themeColor="accent5"/>
          <w:bottom w:val="single" w:sz="8" w:space="0" w:color="#999999" w:themeColor="accent5"/>
          <w:right w:val="single" w:sz="8" w:space="0" w:color="#999999" w:themeColor="accent5"/>
        </w:tcBorders>
      </w:tcPr>
    </w:tblStylePr>
    <w:tblStylePr w:type="firstCol">
      <w:rPr>
        <w:b/>
        <w:bCs/>
      </w:rPr>
    </w:tblStylePr>
    <w:tblStylePr w:type="lastCol">
      <w:rPr>
        <w:b/>
        <w:bCs/>
      </w:rPr>
    </w:tblStylePr>
    <w:tblStylePr w:type="band1Vert">
      <w:tblPr/>
      <w:tcPr>
        <w:tcBorders>
          <w:top w:val="single" w:sz="8" w:space="0" w:color="#999999" w:themeColor="accent5"/>
          <w:left w:val="single" w:sz="8" w:space="0" w:color="#999999" w:themeColor="accent5"/>
          <w:bottom w:val="single" w:sz="8" w:space="0" w:color="#999999" w:themeColor="accent5"/>
          <w:right w:val="single" w:sz="8" w:space="0" w:color="#999999" w:themeColor="accent5"/>
        </w:tcBorders>
      </w:tcPr>
    </w:tblStylePr>
    <w:tblStylePr w:type="band1Horz">
      <w:tblPr/>
      <w:tcPr>
        <w:tcBorders>
          <w:top w:val="single" w:sz="8" w:space="0" w:color="#999999" w:themeColor="accent5"/>
          <w:left w:val="single" w:sz="8" w:space="0" w:color="#999999" w:themeColor="accent5"/>
          <w:bottom w:val="single" w:sz="8" w:space="0" w:color="#999999" w:themeColor="accent5"/>
          <w:right w:val="single" w:sz="8" w:space="0" w:color="#999999"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A5A5A5" w:themeColor="accent6"/>
        <w:left w:val="single" w:sz="8" w:space="0" w:color="#A5A5A5" w:themeColor="accent6"/>
        <w:bottom w:val="single" w:sz="8" w:space="0" w:color="#A5A5A5" w:themeColor="accent6"/>
        <w:right w:val="single" w:sz="8" w:space="0" w:color="#A5A5A5"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6"/>
      </w:tcPr>
    </w:tblStylePr>
    <w:tblStylePr w:type="lastRow">
      <w:pPr>
        <w:spacing w:before="0" w:after="0" w:line="240" w:lineRule="auto"/>
      </w:pPr>
      <w:rPr>
        <w:b/>
        <w:bCs/>
      </w:rPr>
      <w:tblPr/>
      <w:tcPr>
        <w:tcBorders>
          <w:top w:val="double" w:sz="6" w:space="0" w:color="#A5A5A5" w:themeColor="accent6"/>
          <w:left w:val="single" w:sz="8" w:space="0" w:color="#A5A5A5" w:themeColor="accent6"/>
          <w:bottom w:val="single" w:sz="8" w:space="0" w:color="#A5A5A5" w:themeColor="accent6"/>
          <w:right w:val="single" w:sz="8" w:space="0" w:color="#A5A5A5" w:themeColor="accent6"/>
        </w:tcBorders>
      </w:tcPr>
    </w:tblStylePr>
    <w:tblStylePr w:type="firstCol">
      <w:rPr>
        <w:b/>
        <w:bCs/>
      </w:rPr>
    </w:tblStylePr>
    <w:tblStylePr w:type="lastCol">
      <w:rPr>
        <w:b/>
        <w:bCs/>
      </w:rPr>
    </w:tblStylePr>
    <w:tblStylePr w:type="band1Vert">
      <w:tblPr/>
      <w:tcPr>
        <w:tcBorders>
          <w:top w:val="single" w:sz="8" w:space="0" w:color="#A5A5A5" w:themeColor="accent6"/>
          <w:left w:val="single" w:sz="8" w:space="0" w:color="#A5A5A5" w:themeColor="accent6"/>
          <w:bottom w:val="single" w:sz="8" w:space="0" w:color="#A5A5A5" w:themeColor="accent6"/>
          <w:right w:val="single" w:sz="8" w:space="0" w:color="#A5A5A5" w:themeColor="accent6"/>
        </w:tcBorders>
      </w:tcPr>
    </w:tblStylePr>
    <w:tblStylePr w:type="band1Horz">
      <w:tblPr/>
      <w:tcPr>
        <w:tcBorders>
          <w:top w:val="single" w:sz="8" w:space="0" w:color="#A5A5A5" w:themeColor="accent6"/>
          <w:left w:val="single" w:sz="8" w:space="0" w:color="#A5A5A5" w:themeColor="accent6"/>
          <w:bottom w:val="single" w:sz="8" w:space="0" w:color="#A5A5A5" w:themeColor="accent6"/>
          <w:right w:val="single" w:sz="8" w:space="0" w:color="#A5A5A5"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7B7B7B" w:themeColor="accent1"/>
        <w:left w:val="single" w:sz="8" w:space="0" w:color="#7B7B7B" w:themeColor="accent1"/>
        <w:bottom w:val="single" w:sz="8" w:space="0" w:color="#7B7B7B" w:themeColor="accent1"/>
        <w:right w:val="single" w:sz="8" w:space="0" w:color="#7B7B7B" w:themeColor="accent1"/>
        <w:insideH w:val="single" w:sz="8" w:space="0" w:color="#7B7B7B" w:themeColor="accent1"/>
        <w:insideV w:val="single" w:sz="8" w:space="0" w:color="#7B7B7B"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B7B7B" w:themeColor="accent1"/>
          <w:left w:val="single" w:sz="8" w:space="0" w:color="#7B7B7B" w:themeColor="accent1"/>
          <w:bottom w:val="single" w:sz="18" w:space="0" w:color="#7B7B7B" w:themeColor="accent1"/>
          <w:right w:val="single" w:sz="8" w:space="0" w:color="#7B7B7B" w:themeColor="accent1"/>
          <w:insideH w:val="nil"/>
          <w:insideV w:val="single" w:sz="8" w:space="0" w:color="#7B7B7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B7B7B" w:themeColor="accent1"/>
          <w:left w:val="single" w:sz="8" w:space="0" w:color="#7B7B7B" w:themeColor="accent1"/>
          <w:bottom w:val="single" w:sz="8" w:space="0" w:color="#7B7B7B" w:themeColor="accent1"/>
          <w:right w:val="single" w:sz="8" w:space="0" w:color="#7B7B7B" w:themeColor="accent1"/>
          <w:insideH w:val="nil"/>
          <w:insideV w:val="single" w:sz="8" w:space="0" w:color="#7B7B7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B7B7B" w:themeColor="accent1"/>
          <w:left w:val="single" w:sz="8" w:space="0" w:color="#7B7B7B" w:themeColor="accent1"/>
          <w:bottom w:val="single" w:sz="8" w:space="0" w:color="#7B7B7B" w:themeColor="accent1"/>
          <w:right w:val="single" w:sz="8" w:space="0" w:color="#7B7B7B" w:themeColor="accent1"/>
        </w:tcBorders>
      </w:tcPr>
    </w:tblStylePr>
    <w:tblStylePr w:type="band1Vert">
      <w:tblPr/>
      <w:tcPr>
        <w:tcBorders>
          <w:top w:val="single" w:sz="8" w:space="0" w:color="#7B7B7B" w:themeColor="accent1"/>
          <w:left w:val="single" w:sz="8" w:space="0" w:color="#7B7B7B" w:themeColor="accent1"/>
          <w:bottom w:val="single" w:sz="8" w:space="0" w:color="#7B7B7B" w:themeColor="accent1"/>
          <w:right w:val="single" w:sz="8" w:space="0" w:color="#7B7B7B" w:themeColor="accent1"/>
        </w:tcBorders>
        <w:shd w:val="clear" w:color="auto" w:fill="DEDEDE" w:themeFill="accent1" w:themeFillTint="3F"/>
      </w:tcPr>
    </w:tblStylePr>
    <w:tblStylePr w:type="band1Horz">
      <w:tblPr/>
      <w:tcPr>
        <w:tcBorders>
          <w:top w:val="single" w:sz="8" w:space="0" w:color="#7B7B7B" w:themeColor="accent1"/>
          <w:left w:val="single" w:sz="8" w:space="0" w:color="#7B7B7B" w:themeColor="accent1"/>
          <w:bottom w:val="single" w:sz="8" w:space="0" w:color="#7B7B7B" w:themeColor="accent1"/>
          <w:right w:val="single" w:sz="8" w:space="0" w:color="#7B7B7B" w:themeColor="accent1"/>
          <w:insideV w:val="single" w:sz="8" w:space="0" w:color="#7B7B7B" w:themeColor="accent1"/>
        </w:tcBorders>
        <w:shd w:val="clear" w:color="auto" w:fill="DEDEDE" w:themeFill="accent1" w:themeFillTint="3F"/>
      </w:tcPr>
    </w:tblStylePr>
    <w:tblStylePr w:type="band2Horz">
      <w:tblPr/>
      <w:tcPr>
        <w:tcBorders>
          <w:top w:val="single" w:sz="8" w:space="0" w:color="#7B7B7B" w:themeColor="accent1"/>
          <w:left w:val="single" w:sz="8" w:space="0" w:color="#7B7B7B" w:themeColor="accent1"/>
          <w:bottom w:val="single" w:sz="8" w:space="0" w:color="#7B7B7B" w:themeColor="accent1"/>
          <w:right w:val="single" w:sz="8" w:space="0" w:color="#7B7B7B" w:themeColor="accent1"/>
          <w:insideV w:val="single" w:sz="8" w:space="0" w:color="#7B7B7B"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686868" w:themeColor="accent2"/>
        <w:left w:val="single" w:sz="8" w:space="0" w:color="#686868" w:themeColor="accent2"/>
        <w:bottom w:val="single" w:sz="8" w:space="0" w:color="#686868" w:themeColor="accent2"/>
        <w:right w:val="single" w:sz="8" w:space="0" w:color="#686868" w:themeColor="accent2"/>
        <w:insideH w:val="single" w:sz="8" w:space="0" w:color="#686868" w:themeColor="accent2"/>
        <w:insideV w:val="single" w:sz="8" w:space="0" w:color="#686868"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86868" w:themeColor="accent2"/>
          <w:left w:val="single" w:sz="8" w:space="0" w:color="#686868" w:themeColor="accent2"/>
          <w:bottom w:val="single" w:sz="18" w:space="0" w:color="#686868" w:themeColor="accent2"/>
          <w:right w:val="single" w:sz="8" w:space="0" w:color="#686868" w:themeColor="accent2"/>
          <w:insideH w:val="nil"/>
          <w:insideV w:val="single" w:sz="8" w:space="0" w:color="#68686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6868" w:themeColor="accent2"/>
          <w:left w:val="single" w:sz="8" w:space="0" w:color="#686868" w:themeColor="accent2"/>
          <w:bottom w:val="single" w:sz="8" w:space="0" w:color="#686868" w:themeColor="accent2"/>
          <w:right w:val="single" w:sz="8" w:space="0" w:color="#686868" w:themeColor="accent2"/>
          <w:insideH w:val="nil"/>
          <w:insideV w:val="single" w:sz="8" w:space="0" w:color="#68686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6868" w:themeColor="accent2"/>
          <w:left w:val="single" w:sz="8" w:space="0" w:color="#686868" w:themeColor="accent2"/>
          <w:bottom w:val="single" w:sz="8" w:space="0" w:color="#686868" w:themeColor="accent2"/>
          <w:right w:val="single" w:sz="8" w:space="0" w:color="#686868" w:themeColor="accent2"/>
        </w:tcBorders>
      </w:tcPr>
    </w:tblStylePr>
    <w:tblStylePr w:type="band1Vert">
      <w:tblPr/>
      <w:tcPr>
        <w:tcBorders>
          <w:top w:val="single" w:sz="8" w:space="0" w:color="#686868" w:themeColor="accent2"/>
          <w:left w:val="single" w:sz="8" w:space="0" w:color="#686868" w:themeColor="accent2"/>
          <w:bottom w:val="single" w:sz="8" w:space="0" w:color="#686868" w:themeColor="accent2"/>
          <w:right w:val="single" w:sz="8" w:space="0" w:color="#686868" w:themeColor="accent2"/>
        </w:tcBorders>
        <w:shd w:val="clear" w:color="auto" w:fill="D9D9D9" w:themeFill="accent2" w:themeFillTint="3F"/>
      </w:tcPr>
    </w:tblStylePr>
    <w:tblStylePr w:type="band1Horz">
      <w:tblPr/>
      <w:tcPr>
        <w:tcBorders>
          <w:top w:val="single" w:sz="8" w:space="0" w:color="#686868" w:themeColor="accent2"/>
          <w:left w:val="single" w:sz="8" w:space="0" w:color="#686868" w:themeColor="accent2"/>
          <w:bottom w:val="single" w:sz="8" w:space="0" w:color="#686868" w:themeColor="accent2"/>
          <w:right w:val="single" w:sz="8" w:space="0" w:color="#686868" w:themeColor="accent2"/>
          <w:insideV w:val="single" w:sz="8" w:space="0" w:color="#686868" w:themeColor="accent2"/>
        </w:tcBorders>
        <w:shd w:val="clear" w:color="auto" w:fill="D9D9D9" w:themeFill="accent2" w:themeFillTint="3F"/>
      </w:tcPr>
    </w:tblStylePr>
    <w:tblStylePr w:type="band2Horz">
      <w:tblPr/>
      <w:tcPr>
        <w:tcBorders>
          <w:top w:val="single" w:sz="8" w:space="0" w:color="#686868" w:themeColor="accent2"/>
          <w:left w:val="single" w:sz="8" w:space="0" w:color="#686868" w:themeColor="accent2"/>
          <w:bottom w:val="single" w:sz="8" w:space="0" w:color="#686868" w:themeColor="accent2"/>
          <w:right w:val="single" w:sz="8" w:space="0" w:color="#686868" w:themeColor="accent2"/>
          <w:insideV w:val="single" w:sz="8" w:space="0" w:color="#686868"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ADADAD" w:themeColor="accent3"/>
        <w:left w:val="single" w:sz="8" w:space="0" w:color="#ADADAD" w:themeColor="accent3"/>
        <w:bottom w:val="single" w:sz="8" w:space="0" w:color="#ADADAD" w:themeColor="accent3"/>
        <w:right w:val="single" w:sz="8" w:space="0" w:color="#ADADAD" w:themeColor="accent3"/>
        <w:insideH w:val="single" w:sz="8" w:space="0" w:color="#ADADAD" w:themeColor="accent3"/>
        <w:insideV w:val="single" w:sz="8" w:space="0" w:color="#ADADAD"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DADAD" w:themeColor="accent3"/>
          <w:left w:val="single" w:sz="8" w:space="0" w:color="#ADADAD" w:themeColor="accent3"/>
          <w:bottom w:val="single" w:sz="18" w:space="0" w:color="#ADADAD" w:themeColor="accent3"/>
          <w:right w:val="single" w:sz="8" w:space="0" w:color="#ADADAD" w:themeColor="accent3"/>
          <w:insideH w:val="nil"/>
          <w:insideV w:val="single" w:sz="8" w:space="0" w:color="#ADADA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ADAD" w:themeColor="accent3"/>
          <w:left w:val="single" w:sz="8" w:space="0" w:color="#ADADAD" w:themeColor="accent3"/>
          <w:bottom w:val="single" w:sz="8" w:space="0" w:color="#ADADAD" w:themeColor="accent3"/>
          <w:right w:val="single" w:sz="8" w:space="0" w:color="#ADADAD" w:themeColor="accent3"/>
          <w:insideH w:val="nil"/>
          <w:insideV w:val="single" w:sz="8" w:space="0" w:color="#ADADA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ADAD" w:themeColor="accent3"/>
          <w:left w:val="single" w:sz="8" w:space="0" w:color="#ADADAD" w:themeColor="accent3"/>
          <w:bottom w:val="single" w:sz="8" w:space="0" w:color="#ADADAD" w:themeColor="accent3"/>
          <w:right w:val="single" w:sz="8" w:space="0" w:color="#ADADAD" w:themeColor="accent3"/>
        </w:tcBorders>
      </w:tcPr>
    </w:tblStylePr>
    <w:tblStylePr w:type="band1Vert">
      <w:tblPr/>
      <w:tcPr>
        <w:tcBorders>
          <w:top w:val="single" w:sz="8" w:space="0" w:color="#ADADAD" w:themeColor="accent3"/>
          <w:left w:val="single" w:sz="8" w:space="0" w:color="#ADADAD" w:themeColor="accent3"/>
          <w:bottom w:val="single" w:sz="8" w:space="0" w:color="#ADADAD" w:themeColor="accent3"/>
          <w:right w:val="single" w:sz="8" w:space="0" w:color="#ADADAD" w:themeColor="accent3"/>
        </w:tcBorders>
        <w:shd w:val="clear" w:color="auto" w:fill="EAEAEA" w:themeFill="accent3" w:themeFillTint="3F"/>
      </w:tcPr>
    </w:tblStylePr>
    <w:tblStylePr w:type="band1Horz">
      <w:tblPr/>
      <w:tcPr>
        <w:tcBorders>
          <w:top w:val="single" w:sz="8" w:space="0" w:color="#ADADAD" w:themeColor="accent3"/>
          <w:left w:val="single" w:sz="8" w:space="0" w:color="#ADADAD" w:themeColor="accent3"/>
          <w:bottom w:val="single" w:sz="8" w:space="0" w:color="#ADADAD" w:themeColor="accent3"/>
          <w:right w:val="single" w:sz="8" w:space="0" w:color="#ADADAD" w:themeColor="accent3"/>
          <w:insideV w:val="single" w:sz="8" w:space="0" w:color="#ADADAD" w:themeColor="accent3"/>
        </w:tcBorders>
        <w:shd w:val="clear" w:color="auto" w:fill="EAEAEA" w:themeFill="accent3" w:themeFillTint="3F"/>
      </w:tcPr>
    </w:tblStylePr>
    <w:tblStylePr w:type="band2Horz">
      <w:tblPr/>
      <w:tcPr>
        <w:tcBorders>
          <w:top w:val="single" w:sz="8" w:space="0" w:color="#ADADAD" w:themeColor="accent3"/>
          <w:left w:val="single" w:sz="8" w:space="0" w:color="#ADADAD" w:themeColor="accent3"/>
          <w:bottom w:val="single" w:sz="8" w:space="0" w:color="#ADADAD" w:themeColor="accent3"/>
          <w:right w:val="single" w:sz="8" w:space="0" w:color="#ADADAD" w:themeColor="accent3"/>
          <w:insideV w:val="single" w:sz="8" w:space="0" w:color="#ADADAD"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6E6E6E" w:themeColor="accent4"/>
        <w:left w:val="single" w:sz="8" w:space="0" w:color="#6E6E6E" w:themeColor="accent4"/>
        <w:bottom w:val="single" w:sz="8" w:space="0" w:color="#6E6E6E" w:themeColor="accent4"/>
        <w:right w:val="single" w:sz="8" w:space="0" w:color="#6E6E6E" w:themeColor="accent4"/>
        <w:insideH w:val="single" w:sz="8" w:space="0" w:color="#6E6E6E" w:themeColor="accent4"/>
        <w:insideV w:val="single" w:sz="8" w:space="0" w:color="#6E6E6E"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E6E6E" w:themeColor="accent4"/>
          <w:left w:val="single" w:sz="8" w:space="0" w:color="#6E6E6E" w:themeColor="accent4"/>
          <w:bottom w:val="single" w:sz="18" w:space="0" w:color="#6E6E6E" w:themeColor="accent4"/>
          <w:right w:val="single" w:sz="8" w:space="0" w:color="#6E6E6E" w:themeColor="accent4"/>
          <w:insideH w:val="nil"/>
          <w:insideV w:val="single" w:sz="8" w:space="0" w:color="#6E6E6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E6E" w:themeColor="accent4"/>
          <w:left w:val="single" w:sz="8" w:space="0" w:color="#6E6E6E" w:themeColor="accent4"/>
          <w:bottom w:val="single" w:sz="8" w:space="0" w:color="#6E6E6E" w:themeColor="accent4"/>
          <w:right w:val="single" w:sz="8" w:space="0" w:color="#6E6E6E" w:themeColor="accent4"/>
          <w:insideH w:val="nil"/>
          <w:insideV w:val="single" w:sz="8" w:space="0" w:color="#6E6E6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E6E" w:themeColor="accent4"/>
          <w:left w:val="single" w:sz="8" w:space="0" w:color="#6E6E6E" w:themeColor="accent4"/>
          <w:bottom w:val="single" w:sz="8" w:space="0" w:color="#6E6E6E" w:themeColor="accent4"/>
          <w:right w:val="single" w:sz="8" w:space="0" w:color="#6E6E6E" w:themeColor="accent4"/>
        </w:tcBorders>
      </w:tcPr>
    </w:tblStylePr>
    <w:tblStylePr w:type="band1Vert">
      <w:tblPr/>
      <w:tcPr>
        <w:tcBorders>
          <w:top w:val="single" w:sz="8" w:space="0" w:color="#6E6E6E" w:themeColor="accent4"/>
          <w:left w:val="single" w:sz="8" w:space="0" w:color="#6E6E6E" w:themeColor="accent4"/>
          <w:bottom w:val="single" w:sz="8" w:space="0" w:color="#6E6E6E" w:themeColor="accent4"/>
          <w:right w:val="single" w:sz="8" w:space="0" w:color="#6E6E6E" w:themeColor="accent4"/>
        </w:tcBorders>
        <w:shd w:val="clear" w:color="auto" w:fill="DBDBDB" w:themeFill="accent4" w:themeFillTint="3F"/>
      </w:tcPr>
    </w:tblStylePr>
    <w:tblStylePr w:type="band1Horz">
      <w:tblPr/>
      <w:tcPr>
        <w:tcBorders>
          <w:top w:val="single" w:sz="8" w:space="0" w:color="#6E6E6E" w:themeColor="accent4"/>
          <w:left w:val="single" w:sz="8" w:space="0" w:color="#6E6E6E" w:themeColor="accent4"/>
          <w:bottom w:val="single" w:sz="8" w:space="0" w:color="#6E6E6E" w:themeColor="accent4"/>
          <w:right w:val="single" w:sz="8" w:space="0" w:color="#6E6E6E" w:themeColor="accent4"/>
          <w:insideV w:val="single" w:sz="8" w:space="0" w:color="#6E6E6E" w:themeColor="accent4"/>
        </w:tcBorders>
        <w:shd w:val="clear" w:color="auto" w:fill="DBDBDB" w:themeFill="accent4" w:themeFillTint="3F"/>
      </w:tcPr>
    </w:tblStylePr>
    <w:tblStylePr w:type="band2Horz">
      <w:tblPr/>
      <w:tcPr>
        <w:tcBorders>
          <w:top w:val="single" w:sz="8" w:space="0" w:color="#6E6E6E" w:themeColor="accent4"/>
          <w:left w:val="single" w:sz="8" w:space="0" w:color="#6E6E6E" w:themeColor="accent4"/>
          <w:bottom w:val="single" w:sz="8" w:space="0" w:color="#6E6E6E" w:themeColor="accent4"/>
          <w:right w:val="single" w:sz="8" w:space="0" w:color="#6E6E6E" w:themeColor="accent4"/>
          <w:insideV w:val="single" w:sz="8" w:space="0" w:color="#6E6E6E"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999999" w:themeColor="accent5"/>
        <w:left w:val="single" w:sz="8" w:space="0" w:color="#999999" w:themeColor="accent5"/>
        <w:bottom w:val="single" w:sz="8" w:space="0" w:color="#999999" w:themeColor="accent5"/>
        <w:right w:val="single" w:sz="8" w:space="0" w:color="#999999" w:themeColor="accent5"/>
        <w:insideH w:val="single" w:sz="8" w:space="0" w:color="#999999" w:themeColor="accent5"/>
        <w:insideV w:val="single" w:sz="8" w:space="0" w:color="#999999"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5"/>
          <w:left w:val="single" w:sz="8" w:space="0" w:color="#999999" w:themeColor="accent5"/>
          <w:bottom w:val="single" w:sz="18" w:space="0" w:color="#999999" w:themeColor="accent5"/>
          <w:right w:val="single" w:sz="8" w:space="0" w:color="#999999" w:themeColor="accent5"/>
          <w:insideH w:val="nil"/>
          <w:insideV w:val="single" w:sz="8" w:space="0" w:color="#99999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5"/>
          <w:left w:val="single" w:sz="8" w:space="0" w:color="#999999" w:themeColor="accent5"/>
          <w:bottom w:val="single" w:sz="8" w:space="0" w:color="#999999" w:themeColor="accent5"/>
          <w:right w:val="single" w:sz="8" w:space="0" w:color="#999999" w:themeColor="accent5"/>
          <w:insideH w:val="nil"/>
          <w:insideV w:val="single" w:sz="8" w:space="0" w:color="#99999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5"/>
          <w:left w:val="single" w:sz="8" w:space="0" w:color="#999999" w:themeColor="accent5"/>
          <w:bottom w:val="single" w:sz="8" w:space="0" w:color="#999999" w:themeColor="accent5"/>
          <w:right w:val="single" w:sz="8" w:space="0" w:color="#999999" w:themeColor="accent5"/>
        </w:tcBorders>
      </w:tcPr>
    </w:tblStylePr>
    <w:tblStylePr w:type="band1Vert">
      <w:tblPr/>
      <w:tcPr>
        <w:tcBorders>
          <w:top w:val="single" w:sz="8" w:space="0" w:color="#999999" w:themeColor="accent5"/>
          <w:left w:val="single" w:sz="8" w:space="0" w:color="#999999" w:themeColor="accent5"/>
          <w:bottom w:val="single" w:sz="8" w:space="0" w:color="#999999" w:themeColor="accent5"/>
          <w:right w:val="single" w:sz="8" w:space="0" w:color="#999999" w:themeColor="accent5"/>
        </w:tcBorders>
        <w:shd w:val="clear" w:color="auto" w:fill="E5E5E5" w:themeFill="accent5" w:themeFillTint="3F"/>
      </w:tcPr>
    </w:tblStylePr>
    <w:tblStylePr w:type="band1Horz">
      <w:tblPr/>
      <w:tcPr>
        <w:tcBorders>
          <w:top w:val="single" w:sz="8" w:space="0" w:color="#999999" w:themeColor="accent5"/>
          <w:left w:val="single" w:sz="8" w:space="0" w:color="#999999" w:themeColor="accent5"/>
          <w:bottom w:val="single" w:sz="8" w:space="0" w:color="#999999" w:themeColor="accent5"/>
          <w:right w:val="single" w:sz="8" w:space="0" w:color="#999999" w:themeColor="accent5"/>
          <w:insideV w:val="single" w:sz="8" w:space="0" w:color="#999999" w:themeColor="accent5"/>
        </w:tcBorders>
        <w:shd w:val="clear" w:color="auto" w:fill="E5E5E5" w:themeFill="accent5" w:themeFillTint="3F"/>
      </w:tcPr>
    </w:tblStylePr>
    <w:tblStylePr w:type="band2Horz">
      <w:tblPr/>
      <w:tcPr>
        <w:tcBorders>
          <w:top w:val="single" w:sz="8" w:space="0" w:color="#999999" w:themeColor="accent5"/>
          <w:left w:val="single" w:sz="8" w:space="0" w:color="#999999" w:themeColor="accent5"/>
          <w:bottom w:val="single" w:sz="8" w:space="0" w:color="#999999" w:themeColor="accent5"/>
          <w:right w:val="single" w:sz="8" w:space="0" w:color="#999999" w:themeColor="accent5"/>
          <w:insideV w:val="single" w:sz="8" w:space="0" w:color="#999999"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A5A5A5" w:themeColor="accent6"/>
        <w:left w:val="single" w:sz="8" w:space="0" w:color="#A5A5A5" w:themeColor="accent6"/>
        <w:bottom w:val="single" w:sz="8" w:space="0" w:color="#A5A5A5" w:themeColor="accent6"/>
        <w:right w:val="single" w:sz="8" w:space="0" w:color="#A5A5A5" w:themeColor="accent6"/>
        <w:insideH w:val="single" w:sz="8" w:space="0" w:color="#A5A5A5" w:themeColor="accent6"/>
        <w:insideV w:val="single" w:sz="8" w:space="0" w:color="#A5A5A5"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6"/>
          <w:left w:val="single" w:sz="8" w:space="0" w:color="#A5A5A5" w:themeColor="accent6"/>
          <w:bottom w:val="single" w:sz="18" w:space="0" w:color="#A5A5A5" w:themeColor="accent6"/>
          <w:right w:val="single" w:sz="8" w:space="0" w:color="#A5A5A5" w:themeColor="accent6"/>
          <w:insideH w:val="nil"/>
          <w:insideV w:val="single" w:sz="8" w:space="0" w:color="#A5A5A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6"/>
          <w:left w:val="single" w:sz="8" w:space="0" w:color="#A5A5A5" w:themeColor="accent6"/>
          <w:bottom w:val="single" w:sz="8" w:space="0" w:color="#A5A5A5" w:themeColor="accent6"/>
          <w:right w:val="single" w:sz="8" w:space="0" w:color="#A5A5A5" w:themeColor="accent6"/>
          <w:insideH w:val="nil"/>
          <w:insideV w:val="single" w:sz="8" w:space="0" w:color="#A5A5A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6"/>
          <w:left w:val="single" w:sz="8" w:space="0" w:color="#A5A5A5" w:themeColor="accent6"/>
          <w:bottom w:val="single" w:sz="8" w:space="0" w:color="#A5A5A5" w:themeColor="accent6"/>
          <w:right w:val="single" w:sz="8" w:space="0" w:color="#A5A5A5" w:themeColor="accent6"/>
        </w:tcBorders>
      </w:tcPr>
    </w:tblStylePr>
    <w:tblStylePr w:type="band1Vert">
      <w:tblPr/>
      <w:tcPr>
        <w:tcBorders>
          <w:top w:val="single" w:sz="8" w:space="0" w:color="#A5A5A5" w:themeColor="accent6"/>
          <w:left w:val="single" w:sz="8" w:space="0" w:color="#A5A5A5" w:themeColor="accent6"/>
          <w:bottom w:val="single" w:sz="8" w:space="0" w:color="#A5A5A5" w:themeColor="accent6"/>
          <w:right w:val="single" w:sz="8" w:space="0" w:color="#A5A5A5" w:themeColor="accent6"/>
        </w:tcBorders>
        <w:shd w:val="clear" w:color="auto" w:fill="E8E8E8" w:themeFill="accent6" w:themeFillTint="3F"/>
      </w:tcPr>
    </w:tblStylePr>
    <w:tblStylePr w:type="band1Horz">
      <w:tblPr/>
      <w:tcPr>
        <w:tcBorders>
          <w:top w:val="single" w:sz="8" w:space="0" w:color="#A5A5A5" w:themeColor="accent6"/>
          <w:left w:val="single" w:sz="8" w:space="0" w:color="#A5A5A5" w:themeColor="accent6"/>
          <w:bottom w:val="single" w:sz="8" w:space="0" w:color="#A5A5A5" w:themeColor="accent6"/>
          <w:right w:val="single" w:sz="8" w:space="0" w:color="#A5A5A5" w:themeColor="accent6"/>
          <w:insideV w:val="single" w:sz="8" w:space="0" w:color="#A5A5A5" w:themeColor="accent6"/>
        </w:tcBorders>
        <w:shd w:val="clear" w:color="auto" w:fill="E8E8E8" w:themeFill="accent6" w:themeFillTint="3F"/>
      </w:tcPr>
    </w:tblStylePr>
    <w:tblStylePr w:type="band2Horz">
      <w:tblPr/>
      <w:tcPr>
        <w:tcBorders>
          <w:top w:val="single" w:sz="8" w:space="0" w:color="#A5A5A5" w:themeColor="accent6"/>
          <w:left w:val="single" w:sz="8" w:space="0" w:color="#A5A5A5" w:themeColor="accent6"/>
          <w:bottom w:val="single" w:sz="8" w:space="0" w:color="#A5A5A5" w:themeColor="accent6"/>
          <w:right w:val="single" w:sz="8" w:space="0" w:color="#A5A5A5" w:themeColor="accent6"/>
          <w:insideV w:val="single" w:sz="8" w:space="0" w:color="#A5A5A5"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9B9B9B" w:themeColor="accent1" w:themeTint="BF"/>
        <w:left w:val="single" w:sz="8" w:space="0" w:color="#9B9B9B" w:themeColor="accent1" w:themeTint="BF"/>
        <w:bottom w:val="single" w:sz="8" w:space="0" w:color="#9B9B9B" w:themeColor="accent1" w:themeTint="BF"/>
        <w:right w:val="single" w:sz="8" w:space="0" w:color="#9B9B9B" w:themeColor="accent1" w:themeTint="BF"/>
        <w:insideH w:val="single" w:sz="8" w:space="0" w:color="#9B9B9B"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B9B9B" w:themeColor="accent1" w:themeTint="BF"/>
          <w:left w:val="single" w:sz="8" w:space="0" w:color="#9B9B9B" w:themeColor="accent1" w:themeTint="BF"/>
          <w:bottom w:val="single" w:sz="8" w:space="0" w:color="#9B9B9B" w:themeColor="accent1" w:themeTint="BF"/>
          <w:right w:val="single" w:sz="8" w:space="0" w:color="#9B9B9B" w:themeColor="accent1" w:themeTint="BF"/>
          <w:insideH w:val="nil"/>
          <w:insideV w:val="nil"/>
        </w:tcBorders>
        <w:shd w:val="clear" w:color="auto" w:fill="7B7B7B" w:themeFill="accent1"/>
      </w:tcPr>
    </w:tblStylePr>
    <w:tblStylePr w:type="lastRow">
      <w:pPr>
        <w:spacing w:before="0" w:after="0" w:line="240" w:lineRule="auto"/>
      </w:pPr>
      <w:rPr>
        <w:b/>
        <w:bCs/>
      </w:rPr>
      <w:tblPr/>
      <w:tcPr>
        <w:tcBorders>
          <w:top w:val="double" w:sz="6" w:space="0" w:color="#9B9B9B" w:themeColor="accent1" w:themeTint="BF"/>
          <w:left w:val="single" w:sz="8" w:space="0" w:color="#9B9B9B" w:themeColor="accent1" w:themeTint="BF"/>
          <w:bottom w:val="single" w:sz="8" w:space="0" w:color="#9B9B9B" w:themeColor="accent1" w:themeTint="BF"/>
          <w:right w:val="single" w:sz="8" w:space="0" w:color="#9B9B9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DEDE" w:themeFill="accent1" w:themeFillTint="3F"/>
      </w:tcPr>
    </w:tblStylePr>
    <w:tblStylePr w:type="band1Horz">
      <w:tblPr/>
      <w:tcPr>
        <w:tcBorders>
          <w:insideH w:val="nil"/>
          <w:insideV w:val="nil"/>
        </w:tcBorders>
        <w:shd w:val="clear" w:color="auto" w:fill="DEDED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8D8D8D" w:themeColor="accent2" w:themeTint="BF"/>
        <w:left w:val="single" w:sz="8" w:space="0" w:color="#8D8D8D" w:themeColor="accent2" w:themeTint="BF"/>
        <w:bottom w:val="single" w:sz="8" w:space="0" w:color="#8D8D8D" w:themeColor="accent2" w:themeTint="BF"/>
        <w:right w:val="single" w:sz="8" w:space="0" w:color="#8D8D8D" w:themeColor="accent2" w:themeTint="BF"/>
        <w:insideH w:val="single" w:sz="8" w:space="0" w:color="#8D8D8D"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D8D8D" w:themeColor="accent2" w:themeTint="BF"/>
          <w:left w:val="single" w:sz="8" w:space="0" w:color="#8D8D8D" w:themeColor="accent2" w:themeTint="BF"/>
          <w:bottom w:val="single" w:sz="8" w:space="0" w:color="#8D8D8D" w:themeColor="accent2" w:themeTint="BF"/>
          <w:right w:val="single" w:sz="8" w:space="0" w:color="#8D8D8D" w:themeColor="accent2" w:themeTint="BF"/>
          <w:insideH w:val="nil"/>
          <w:insideV w:val="nil"/>
        </w:tcBorders>
        <w:shd w:val="clear" w:color="auto" w:fill="686868" w:themeFill="accent2"/>
      </w:tcPr>
    </w:tblStylePr>
    <w:tblStylePr w:type="lastRow">
      <w:pPr>
        <w:spacing w:before="0" w:after="0" w:line="240" w:lineRule="auto"/>
      </w:pPr>
      <w:rPr>
        <w:b/>
        <w:bCs/>
      </w:rPr>
      <w:tblPr/>
      <w:tcPr>
        <w:tcBorders>
          <w:top w:val="double" w:sz="6" w:space="0" w:color="#8D8D8D" w:themeColor="accent2" w:themeTint="BF"/>
          <w:left w:val="single" w:sz="8" w:space="0" w:color="#8D8D8D" w:themeColor="accent2" w:themeTint="BF"/>
          <w:bottom w:val="single" w:sz="8" w:space="0" w:color="#8D8D8D" w:themeColor="accent2" w:themeTint="BF"/>
          <w:right w:val="single" w:sz="8" w:space="0" w:color="#8D8D8D" w:themeColor="accent2"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2" w:themeFillTint="3F"/>
      </w:tcPr>
    </w:tblStylePr>
    <w:tblStylePr w:type="band1Horz">
      <w:tblPr/>
      <w:tcPr>
        <w:tcBorders>
          <w:insideH w:val="nil"/>
          <w:insideV w:val="nil"/>
        </w:tcBorders>
        <w:shd w:val="clear" w:color="auto" w:fill="D9D9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C1C1C1" w:themeColor="accent3" w:themeTint="BF"/>
        <w:left w:val="single" w:sz="8" w:space="0" w:color="#C1C1C1" w:themeColor="accent3" w:themeTint="BF"/>
        <w:bottom w:val="single" w:sz="8" w:space="0" w:color="#C1C1C1" w:themeColor="accent3" w:themeTint="BF"/>
        <w:right w:val="single" w:sz="8" w:space="0" w:color="#C1C1C1" w:themeColor="accent3" w:themeTint="BF"/>
        <w:insideH w:val="single" w:sz="8" w:space="0" w:color="#C1C1C1"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1C1C1" w:themeColor="accent3" w:themeTint="BF"/>
          <w:left w:val="single" w:sz="8" w:space="0" w:color="#C1C1C1" w:themeColor="accent3" w:themeTint="BF"/>
          <w:bottom w:val="single" w:sz="8" w:space="0" w:color="#C1C1C1" w:themeColor="accent3" w:themeTint="BF"/>
          <w:right w:val="single" w:sz="8" w:space="0" w:color="#C1C1C1" w:themeColor="accent3" w:themeTint="BF"/>
          <w:insideH w:val="nil"/>
          <w:insideV w:val="nil"/>
        </w:tcBorders>
        <w:shd w:val="clear" w:color="auto" w:fill="ADADAD" w:themeFill="accent3"/>
      </w:tcPr>
    </w:tblStylePr>
    <w:tblStylePr w:type="lastRow">
      <w:pPr>
        <w:spacing w:before="0" w:after="0" w:line="240" w:lineRule="auto"/>
      </w:pPr>
      <w:rPr>
        <w:b/>
        <w:bCs/>
      </w:rPr>
      <w:tblPr/>
      <w:tcPr>
        <w:tcBorders>
          <w:top w:val="double" w:sz="6" w:space="0" w:color="#C1C1C1" w:themeColor="accent3" w:themeTint="BF"/>
          <w:left w:val="single" w:sz="8" w:space="0" w:color="#C1C1C1" w:themeColor="accent3" w:themeTint="BF"/>
          <w:bottom w:val="single" w:sz="8" w:space="0" w:color="#C1C1C1" w:themeColor="accent3" w:themeTint="BF"/>
          <w:right w:val="single" w:sz="8" w:space="0" w:color="#C1C1C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AEAEA" w:themeFill="accent3" w:themeFillTint="3F"/>
      </w:tcPr>
    </w:tblStylePr>
    <w:tblStylePr w:type="band1Horz">
      <w:tblPr/>
      <w:tcPr>
        <w:tcBorders>
          <w:insideH w:val="nil"/>
          <w:insideV w:val="nil"/>
        </w:tcBorders>
        <w:shd w:val="clear" w:color="auto" w:fill="EAEAE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29292" w:themeColor="accent4" w:themeTint="BF"/>
        <w:left w:val="single" w:sz="8" w:space="0" w:color="#929292" w:themeColor="accent4" w:themeTint="BF"/>
        <w:bottom w:val="single" w:sz="8" w:space="0" w:color="#929292" w:themeColor="accent4" w:themeTint="BF"/>
        <w:right w:val="single" w:sz="8" w:space="0" w:color="#929292" w:themeColor="accent4" w:themeTint="BF"/>
        <w:insideH w:val="single" w:sz="8" w:space="0" w:color="#929292"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29292" w:themeColor="accent4" w:themeTint="BF"/>
          <w:left w:val="single" w:sz="8" w:space="0" w:color="#929292" w:themeColor="accent4" w:themeTint="BF"/>
          <w:bottom w:val="single" w:sz="8" w:space="0" w:color="#929292" w:themeColor="accent4" w:themeTint="BF"/>
          <w:right w:val="single" w:sz="8" w:space="0" w:color="#929292" w:themeColor="accent4" w:themeTint="BF"/>
          <w:insideH w:val="nil"/>
          <w:insideV w:val="nil"/>
        </w:tcBorders>
        <w:shd w:val="clear" w:color="auto" w:fill="6E6E6E" w:themeFill="accent4"/>
      </w:tcPr>
    </w:tblStylePr>
    <w:tblStylePr w:type="lastRow">
      <w:pPr>
        <w:spacing w:before="0" w:after="0" w:line="240" w:lineRule="auto"/>
      </w:pPr>
      <w:rPr>
        <w:b/>
        <w:bCs/>
      </w:rPr>
      <w:tblPr/>
      <w:tcPr>
        <w:tcBorders>
          <w:top w:val="double" w:sz="6" w:space="0" w:color="#929292" w:themeColor="accent4" w:themeTint="BF"/>
          <w:left w:val="single" w:sz="8" w:space="0" w:color="#929292" w:themeColor="accent4" w:themeTint="BF"/>
          <w:bottom w:val="single" w:sz="8" w:space="0" w:color="#929292" w:themeColor="accent4" w:themeTint="BF"/>
          <w:right w:val="single" w:sz="8" w:space="0" w:color="#92929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BDBDB" w:themeFill="accent4" w:themeFillTint="3F"/>
      </w:tcPr>
    </w:tblStylePr>
    <w:tblStylePr w:type="band1Horz">
      <w:tblPr/>
      <w:tcPr>
        <w:tcBorders>
          <w:insideH w:val="nil"/>
          <w:insideV w:val="nil"/>
        </w:tcBorders>
        <w:shd w:val="clear" w:color="auto" w:fill="DBDBD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B2B2B2" w:themeColor="accent5" w:themeTint="BF"/>
        <w:left w:val="single" w:sz="8" w:space="0" w:color="#B2B2B2" w:themeColor="accent5" w:themeTint="BF"/>
        <w:bottom w:val="single" w:sz="8" w:space="0" w:color="#B2B2B2" w:themeColor="accent5" w:themeTint="BF"/>
        <w:right w:val="single" w:sz="8" w:space="0" w:color="#B2B2B2" w:themeColor="accent5" w:themeTint="BF"/>
        <w:insideH w:val="single" w:sz="8" w:space="0" w:color="#B2B2B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2B2B2" w:themeColor="accent5" w:themeTint="BF"/>
          <w:left w:val="single" w:sz="8" w:space="0" w:color="#B2B2B2" w:themeColor="accent5" w:themeTint="BF"/>
          <w:bottom w:val="single" w:sz="8" w:space="0" w:color="#B2B2B2" w:themeColor="accent5" w:themeTint="BF"/>
          <w:right w:val="single" w:sz="8" w:space="0" w:color="#B2B2B2" w:themeColor="accent5" w:themeTint="BF"/>
          <w:insideH w:val="nil"/>
          <w:insideV w:val="nil"/>
        </w:tcBorders>
        <w:shd w:val="clear" w:color="auto" w:fill="999999" w:themeFill="accent5"/>
      </w:tcPr>
    </w:tblStylePr>
    <w:tblStylePr w:type="lastRow">
      <w:pPr>
        <w:spacing w:before="0" w:after="0" w:line="240" w:lineRule="auto"/>
      </w:pPr>
      <w:rPr>
        <w:b/>
        <w:bCs/>
      </w:rPr>
      <w:tblPr/>
      <w:tcPr>
        <w:tcBorders>
          <w:top w:val="double" w:sz="6" w:space="0" w:color="#B2B2B2" w:themeColor="accent5" w:themeTint="BF"/>
          <w:left w:val="single" w:sz="8" w:space="0" w:color="#B2B2B2" w:themeColor="accent5" w:themeTint="BF"/>
          <w:bottom w:val="single" w:sz="8" w:space="0" w:color="#B2B2B2" w:themeColor="accent5" w:themeTint="BF"/>
          <w:right w:val="single" w:sz="8" w:space="0" w:color="#B2B2B2"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5" w:themeFillTint="3F"/>
      </w:tcPr>
    </w:tblStylePr>
    <w:tblStylePr w:type="band1Horz">
      <w:tblPr/>
      <w:tcPr>
        <w:tcBorders>
          <w:insideH w:val="nil"/>
          <w:insideV w:val="nil"/>
        </w:tcBorders>
        <w:shd w:val="clear" w:color="auto" w:fill="E5E5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BBBBBB" w:themeColor="accent6" w:themeTint="BF"/>
        <w:left w:val="single" w:sz="8" w:space="0" w:color="#BBBBBB" w:themeColor="accent6" w:themeTint="BF"/>
        <w:bottom w:val="single" w:sz="8" w:space="0" w:color="#BBBBBB" w:themeColor="accent6" w:themeTint="BF"/>
        <w:right w:val="single" w:sz="8" w:space="0" w:color="#BBBBBB" w:themeColor="accent6" w:themeTint="BF"/>
        <w:insideH w:val="single" w:sz="8" w:space="0" w:color="#BBBBBB"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6" w:themeTint="BF"/>
          <w:left w:val="single" w:sz="8" w:space="0" w:color="#BBBBBB" w:themeColor="accent6" w:themeTint="BF"/>
          <w:bottom w:val="single" w:sz="8" w:space="0" w:color="#BBBBBB" w:themeColor="accent6" w:themeTint="BF"/>
          <w:right w:val="single" w:sz="8" w:space="0" w:color="#BBBBBB" w:themeColor="accent6" w:themeTint="BF"/>
          <w:insideH w:val="nil"/>
          <w:insideV w:val="nil"/>
        </w:tcBorders>
        <w:shd w:val="clear" w:color="auto" w:fill="A5A5A5" w:themeFill="accent6"/>
      </w:tcPr>
    </w:tblStylePr>
    <w:tblStylePr w:type="lastRow">
      <w:pPr>
        <w:spacing w:before="0" w:after="0" w:line="240" w:lineRule="auto"/>
      </w:pPr>
      <w:rPr>
        <w:b/>
        <w:bCs/>
      </w:rPr>
      <w:tblPr/>
      <w:tcPr>
        <w:tcBorders>
          <w:top w:val="double" w:sz="6" w:space="0" w:color="#BBBBBB" w:themeColor="accent6" w:themeTint="BF"/>
          <w:left w:val="single" w:sz="8" w:space="0" w:color="#BBBBBB" w:themeColor="accent6" w:themeTint="BF"/>
          <w:bottom w:val="single" w:sz="8" w:space="0" w:color="#BBBBBB" w:themeColor="accent6" w:themeTint="BF"/>
          <w:right w:val="single" w:sz="8" w:space="0" w:color="#BBBBBB"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6" w:themeFillTint="3F"/>
      </w:tcPr>
    </w:tblStylePr>
    <w:tblStylePr w:type="band1Horz">
      <w:tblPr/>
      <w:tcPr>
        <w:tcBorders>
          <w:insideH w:val="nil"/>
          <w:insideV w:val="nil"/>
        </w:tcBorders>
        <w:shd w:val="clear" w:color="auto" w:fill="E8E8E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B7B7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B7B7B" w:themeFill="accent1"/>
      </w:tcPr>
    </w:tblStylePr>
    <w:tblStylePr w:type="lastCol">
      <w:rPr>
        <w:b/>
        <w:bCs/>
        <w:color w:val="FFFFFF" w:themeColor="background1"/>
      </w:rPr>
      <w:tblPr/>
      <w:tcPr>
        <w:tcBorders>
          <w:left w:val="nil"/>
          <w:right w:val="nil"/>
          <w:insideH w:val="nil"/>
          <w:insideV w:val="nil"/>
        </w:tcBorders>
        <w:shd w:val="clear" w:color="auto" w:fill="7B7B7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686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86868" w:themeFill="accent2"/>
      </w:tcPr>
    </w:tblStylePr>
    <w:tblStylePr w:type="lastCol">
      <w:rPr>
        <w:b/>
        <w:bCs/>
        <w:color w:val="FFFFFF" w:themeColor="background1"/>
      </w:rPr>
      <w:tblPr/>
      <w:tcPr>
        <w:tcBorders>
          <w:left w:val="nil"/>
          <w:right w:val="nil"/>
          <w:insideH w:val="nil"/>
          <w:insideV w:val="nil"/>
        </w:tcBorders>
        <w:shd w:val="clear" w:color="auto" w:fill="68686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ADA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DADAD" w:themeFill="accent3"/>
      </w:tcPr>
    </w:tblStylePr>
    <w:tblStylePr w:type="lastCol">
      <w:rPr>
        <w:b/>
        <w:bCs/>
        <w:color w:val="FFFFFF" w:themeColor="background1"/>
      </w:rPr>
      <w:tblPr/>
      <w:tcPr>
        <w:tcBorders>
          <w:left w:val="nil"/>
          <w:right w:val="nil"/>
          <w:insideH w:val="nil"/>
          <w:insideV w:val="nil"/>
        </w:tcBorders>
        <w:shd w:val="clear" w:color="auto" w:fill="ADADA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E6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E6E" w:themeFill="accent4"/>
      </w:tcPr>
    </w:tblStylePr>
    <w:tblStylePr w:type="lastCol">
      <w:rPr>
        <w:b/>
        <w:bCs/>
        <w:color w:val="FFFFFF" w:themeColor="background1"/>
      </w:rPr>
      <w:tblPr/>
      <w:tcPr>
        <w:tcBorders>
          <w:left w:val="nil"/>
          <w:right w:val="nil"/>
          <w:insideH w:val="nil"/>
          <w:insideV w:val="nil"/>
        </w:tcBorders>
        <w:shd w:val="clear" w:color="auto" w:fill="6E6E6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5"/>
      </w:tcPr>
    </w:tblStylePr>
    <w:tblStylePr w:type="lastCol">
      <w:rPr>
        <w:b/>
        <w:bCs/>
        <w:color w:val="FFFFFF" w:themeColor="background1"/>
      </w:rPr>
      <w:tblPr/>
      <w:tcPr>
        <w:tcBorders>
          <w:left w:val="nil"/>
          <w:right w:val="nil"/>
          <w:insideH w:val="nil"/>
          <w:insideV w:val="nil"/>
        </w:tcBorders>
        <w:shd w:val="clear" w:color="auto" w:fill="99999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6"/>
      </w:tcPr>
    </w:tblStylePr>
    <w:tblStylePr w:type="lastCol">
      <w:rPr>
        <w:b/>
        <w:bCs/>
        <w:color w:val="FFFFFF" w:themeColor="background1"/>
      </w:rPr>
      <w:tblPr/>
      <w:tcPr>
        <w:tcBorders>
          <w:left w:val="nil"/>
          <w:right w:val="nil"/>
          <w:insideH w:val="nil"/>
          <w:insideV w:val="nil"/>
        </w:tcBorders>
        <w:shd w:val="clear" w:color="auto" w:fill="A5A5A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7B7B7B" w:themeColor="accent1"/>
        <w:bottom w:val="single" w:sz="8" w:space="0" w:color="#7B7B7B"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B7B7B" w:themeColor="accent1"/>
        </w:tcBorders>
      </w:tcPr>
    </w:tblStylePr>
    <w:tblStylePr w:type="lastRow">
      <w:rPr>
        <w:b/>
        <w:bCs/>
        <w:color w:val="000000" w:themeColor="text2"/>
      </w:rPr>
      <w:tblPr/>
      <w:tcPr>
        <w:tcBorders>
          <w:top w:val="single" w:sz="8" w:space="0" w:color="#7B7B7B" w:themeColor="accent1"/>
          <w:bottom w:val="single" w:sz="8" w:space="0" w:color="#7B7B7B" w:themeColor="accent1"/>
        </w:tcBorders>
      </w:tcPr>
    </w:tblStylePr>
    <w:tblStylePr w:type="firstCol">
      <w:rPr>
        <w:b/>
        <w:bCs/>
      </w:rPr>
    </w:tblStylePr>
    <w:tblStylePr w:type="lastCol">
      <w:rPr>
        <w:b/>
        <w:bCs/>
      </w:rPr>
      <w:tblPr/>
      <w:tcPr>
        <w:tcBorders>
          <w:top w:val="single" w:sz="8" w:space="0" w:color="#7B7B7B" w:themeColor="accent1"/>
          <w:bottom w:val="single" w:sz="8" w:space="0" w:color="#7B7B7B" w:themeColor="accent1"/>
        </w:tcBorders>
      </w:tcPr>
    </w:tblStylePr>
    <w:tblStylePr w:type="band1Vert">
      <w:tblPr/>
      <w:tcPr>
        <w:shd w:val="clear" w:color="auto" w:fill="DEDEDE" w:themeFill="accent1" w:themeFillTint="3F"/>
      </w:tcPr>
    </w:tblStylePr>
    <w:tblStylePr w:type="band1Horz">
      <w:tblPr/>
      <w:tcPr>
        <w:shd w:val="clear" w:color="auto" w:fill="DEDED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686868" w:themeColor="accent2"/>
        <w:bottom w:val="single" w:sz="8" w:space="0" w:color="#686868"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86868" w:themeColor="accent2"/>
        </w:tcBorders>
      </w:tcPr>
    </w:tblStylePr>
    <w:tblStylePr w:type="lastRow">
      <w:rPr>
        <w:b/>
        <w:bCs/>
        <w:color w:val="000000" w:themeColor="text2"/>
      </w:rPr>
      <w:tblPr/>
      <w:tcPr>
        <w:tcBorders>
          <w:top w:val="single" w:sz="8" w:space="0" w:color="#686868" w:themeColor="accent2"/>
          <w:bottom w:val="single" w:sz="8" w:space="0" w:color="#686868" w:themeColor="accent2"/>
        </w:tcBorders>
      </w:tcPr>
    </w:tblStylePr>
    <w:tblStylePr w:type="firstCol">
      <w:rPr>
        <w:b/>
        <w:bCs/>
      </w:rPr>
    </w:tblStylePr>
    <w:tblStylePr w:type="lastCol">
      <w:rPr>
        <w:b/>
        <w:bCs/>
      </w:rPr>
      <w:tblPr/>
      <w:tcPr>
        <w:tcBorders>
          <w:top w:val="single" w:sz="8" w:space="0" w:color="#686868" w:themeColor="accent2"/>
          <w:bottom w:val="single" w:sz="8" w:space="0" w:color="#686868" w:themeColor="accent2"/>
        </w:tcBorders>
      </w:tcPr>
    </w:tblStylePr>
    <w:tblStylePr w:type="band1Vert">
      <w:tblPr/>
      <w:tcPr>
        <w:shd w:val="clear" w:color="auto" w:fill="D9D9D9" w:themeFill="accent2" w:themeFillTint="3F"/>
      </w:tcPr>
    </w:tblStylePr>
    <w:tblStylePr w:type="band1Horz">
      <w:tblPr/>
      <w:tcPr>
        <w:shd w:val="clear" w:color="auto" w:fill="D9D9D9"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ADADAD" w:themeColor="accent3"/>
        <w:bottom w:val="single" w:sz="8" w:space="0" w:color="#ADADAD"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DADAD" w:themeColor="accent3"/>
        </w:tcBorders>
      </w:tcPr>
    </w:tblStylePr>
    <w:tblStylePr w:type="lastRow">
      <w:rPr>
        <w:b/>
        <w:bCs/>
        <w:color w:val="000000" w:themeColor="text2"/>
      </w:rPr>
      <w:tblPr/>
      <w:tcPr>
        <w:tcBorders>
          <w:top w:val="single" w:sz="8" w:space="0" w:color="#ADADAD" w:themeColor="accent3"/>
          <w:bottom w:val="single" w:sz="8" w:space="0" w:color="#ADADAD" w:themeColor="accent3"/>
        </w:tcBorders>
      </w:tcPr>
    </w:tblStylePr>
    <w:tblStylePr w:type="firstCol">
      <w:rPr>
        <w:b/>
        <w:bCs/>
      </w:rPr>
    </w:tblStylePr>
    <w:tblStylePr w:type="lastCol">
      <w:rPr>
        <w:b/>
        <w:bCs/>
      </w:rPr>
      <w:tblPr/>
      <w:tcPr>
        <w:tcBorders>
          <w:top w:val="single" w:sz="8" w:space="0" w:color="#ADADAD" w:themeColor="accent3"/>
          <w:bottom w:val="single" w:sz="8" w:space="0" w:color="#ADADAD" w:themeColor="accent3"/>
        </w:tcBorders>
      </w:tcPr>
    </w:tblStylePr>
    <w:tblStylePr w:type="band1Vert">
      <w:tblPr/>
      <w:tcPr>
        <w:shd w:val="clear" w:color="auto" w:fill="EAEAEA" w:themeFill="accent3" w:themeFillTint="3F"/>
      </w:tcPr>
    </w:tblStylePr>
    <w:tblStylePr w:type="band1Horz">
      <w:tblPr/>
      <w:tcPr>
        <w:shd w:val="clear" w:color="auto" w:fill="EAEAE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6E6E6E" w:themeColor="accent4"/>
        <w:bottom w:val="single" w:sz="8" w:space="0" w:color="#6E6E6E"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E6E6E" w:themeColor="accent4"/>
        </w:tcBorders>
      </w:tcPr>
    </w:tblStylePr>
    <w:tblStylePr w:type="lastRow">
      <w:rPr>
        <w:b/>
        <w:bCs/>
        <w:color w:val="000000" w:themeColor="text2"/>
      </w:rPr>
      <w:tblPr/>
      <w:tcPr>
        <w:tcBorders>
          <w:top w:val="single" w:sz="8" w:space="0" w:color="#6E6E6E" w:themeColor="accent4"/>
          <w:bottom w:val="single" w:sz="8" w:space="0" w:color="#6E6E6E" w:themeColor="accent4"/>
        </w:tcBorders>
      </w:tcPr>
    </w:tblStylePr>
    <w:tblStylePr w:type="firstCol">
      <w:rPr>
        <w:b/>
        <w:bCs/>
      </w:rPr>
    </w:tblStylePr>
    <w:tblStylePr w:type="lastCol">
      <w:rPr>
        <w:b/>
        <w:bCs/>
      </w:rPr>
      <w:tblPr/>
      <w:tcPr>
        <w:tcBorders>
          <w:top w:val="single" w:sz="8" w:space="0" w:color="#6E6E6E" w:themeColor="accent4"/>
          <w:bottom w:val="single" w:sz="8" w:space="0" w:color="#6E6E6E" w:themeColor="accent4"/>
        </w:tcBorders>
      </w:tcPr>
    </w:tblStylePr>
    <w:tblStylePr w:type="band1Vert">
      <w:tblPr/>
      <w:tcPr>
        <w:shd w:val="clear" w:color="auto" w:fill="DBDBDB" w:themeFill="accent4" w:themeFillTint="3F"/>
      </w:tcPr>
    </w:tblStylePr>
    <w:tblStylePr w:type="band1Horz">
      <w:tblPr/>
      <w:tcPr>
        <w:shd w:val="clear" w:color="auto" w:fill="DBDBDB"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99999" w:themeColor="accent5"/>
        <w:bottom w:val="single" w:sz="8" w:space="0" w:color="#999999"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99999" w:themeColor="accent5"/>
        </w:tcBorders>
      </w:tcPr>
    </w:tblStylePr>
    <w:tblStylePr w:type="lastRow">
      <w:rPr>
        <w:b/>
        <w:bCs/>
        <w:color w:val="000000" w:themeColor="text2"/>
      </w:rPr>
      <w:tblPr/>
      <w:tcPr>
        <w:tcBorders>
          <w:top w:val="single" w:sz="8" w:space="0" w:color="#999999" w:themeColor="accent5"/>
          <w:bottom w:val="single" w:sz="8" w:space="0" w:color="#999999" w:themeColor="accent5"/>
        </w:tcBorders>
      </w:tcPr>
    </w:tblStylePr>
    <w:tblStylePr w:type="firstCol">
      <w:rPr>
        <w:b/>
        <w:bCs/>
      </w:rPr>
    </w:tblStylePr>
    <w:tblStylePr w:type="lastCol">
      <w:rPr>
        <w:b/>
        <w:bCs/>
      </w:rPr>
      <w:tblPr/>
      <w:tcPr>
        <w:tcBorders>
          <w:top w:val="single" w:sz="8" w:space="0" w:color="#999999" w:themeColor="accent5"/>
          <w:bottom w:val="single" w:sz="8" w:space="0" w:color="#999999" w:themeColor="accent5"/>
        </w:tcBorders>
      </w:tcPr>
    </w:tblStylePr>
    <w:tblStylePr w:type="band1Vert">
      <w:tblPr/>
      <w:tcPr>
        <w:shd w:val="clear" w:color="auto" w:fill="E5E5E5" w:themeFill="accent5" w:themeFillTint="3F"/>
      </w:tcPr>
    </w:tblStylePr>
    <w:tblStylePr w:type="band1Horz">
      <w:tblPr/>
      <w:tcPr>
        <w:shd w:val="clear" w:color="auto" w:fill="E5E5E5"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A5A5A5" w:themeColor="accent6"/>
        <w:bottom w:val="single" w:sz="8" w:space="0" w:color="#A5A5A5"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6"/>
        </w:tcBorders>
      </w:tcPr>
    </w:tblStylePr>
    <w:tblStylePr w:type="lastRow">
      <w:rPr>
        <w:b/>
        <w:bCs/>
        <w:color w:val="000000" w:themeColor="text2"/>
      </w:rPr>
      <w:tblPr/>
      <w:tcPr>
        <w:tcBorders>
          <w:top w:val="single" w:sz="8" w:space="0" w:color="#A5A5A5" w:themeColor="accent6"/>
          <w:bottom w:val="single" w:sz="8" w:space="0" w:color="#A5A5A5" w:themeColor="accent6"/>
        </w:tcBorders>
      </w:tcPr>
    </w:tblStylePr>
    <w:tblStylePr w:type="firstCol">
      <w:rPr>
        <w:b/>
        <w:bCs/>
      </w:rPr>
    </w:tblStylePr>
    <w:tblStylePr w:type="lastCol">
      <w:rPr>
        <w:b/>
        <w:bCs/>
      </w:rPr>
      <w:tblPr/>
      <w:tcPr>
        <w:tcBorders>
          <w:top w:val="single" w:sz="8" w:space="0" w:color="#A5A5A5" w:themeColor="accent6"/>
          <w:bottom w:val="single" w:sz="8" w:space="0" w:color="#A5A5A5" w:themeColor="accent6"/>
        </w:tcBorders>
      </w:tcPr>
    </w:tblStylePr>
    <w:tblStylePr w:type="band1Vert">
      <w:tblPr/>
      <w:tcPr>
        <w:shd w:val="clear" w:color="auto" w:fill="E8E8E8" w:themeFill="accent6" w:themeFillTint="3F"/>
      </w:tcPr>
    </w:tblStylePr>
    <w:tblStylePr w:type="band1Horz">
      <w:tblPr/>
      <w:tcPr>
        <w:shd w:val="clear" w:color="auto" w:fill="E8E8E8"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B7B7B" w:themeColor="accent1"/>
        <w:left w:val="single" w:sz="8" w:space="0" w:color="#7B7B7B" w:themeColor="accent1"/>
        <w:bottom w:val="single" w:sz="8" w:space="0" w:color="#7B7B7B" w:themeColor="accent1"/>
        <w:right w:val="single" w:sz="8" w:space="0" w:color="#7B7B7B"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7B7B7B" w:themeColor="accent1"/>
          <w:right w:val="nil"/>
          <w:insideH w:val="nil"/>
          <w:insideV w:val="nil"/>
        </w:tcBorders>
        <w:shd w:val="clear" w:color="auto" w:fill="FFFFFF" w:themeFill="background1"/>
      </w:tcPr>
    </w:tblStylePr>
    <w:tblStylePr w:type="lastRow">
      <w:tblPr/>
      <w:tcPr>
        <w:tcBorders>
          <w:top w:val="single" w:sz="8" w:space="0" w:color="#7B7B7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B7B7B" w:themeColor="accent1"/>
          <w:insideH w:val="nil"/>
          <w:insideV w:val="nil"/>
        </w:tcBorders>
        <w:shd w:val="clear" w:color="auto" w:fill="FFFFFF" w:themeFill="background1"/>
      </w:tcPr>
    </w:tblStylePr>
    <w:tblStylePr w:type="lastCol">
      <w:tblPr/>
      <w:tcPr>
        <w:tcBorders>
          <w:top w:val="nil"/>
          <w:left w:val="single" w:sz="8" w:space="0" w:color="#7B7B7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DEDE" w:themeFill="accent1" w:themeFillTint="3F"/>
      </w:tcPr>
    </w:tblStylePr>
    <w:tblStylePr w:type="band1Horz">
      <w:tblPr/>
      <w:tcPr>
        <w:tcBorders>
          <w:top w:val="nil"/>
          <w:bottom w:val="nil"/>
          <w:insideH w:val="nil"/>
          <w:insideV w:val="nil"/>
        </w:tcBorders>
        <w:shd w:val="clear" w:color="auto" w:fill="DEDED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86868" w:themeColor="accent2"/>
        <w:left w:val="single" w:sz="8" w:space="0" w:color="#686868" w:themeColor="accent2"/>
        <w:bottom w:val="single" w:sz="8" w:space="0" w:color="#686868" w:themeColor="accent2"/>
        <w:right w:val="single" w:sz="8" w:space="0" w:color="#686868"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686868" w:themeColor="accent2"/>
          <w:right w:val="nil"/>
          <w:insideH w:val="nil"/>
          <w:insideV w:val="nil"/>
        </w:tcBorders>
        <w:shd w:val="clear" w:color="auto" w:fill="FFFFFF" w:themeFill="background1"/>
      </w:tcPr>
    </w:tblStylePr>
    <w:tblStylePr w:type="lastRow">
      <w:tblPr/>
      <w:tcPr>
        <w:tcBorders>
          <w:top w:val="single" w:sz="8" w:space="0" w:color="#68686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6868" w:themeColor="accent2"/>
          <w:insideH w:val="nil"/>
          <w:insideV w:val="nil"/>
        </w:tcBorders>
        <w:shd w:val="clear" w:color="auto" w:fill="FFFFFF" w:themeFill="background1"/>
      </w:tcPr>
    </w:tblStylePr>
    <w:tblStylePr w:type="lastCol">
      <w:tblPr/>
      <w:tcPr>
        <w:tcBorders>
          <w:top w:val="nil"/>
          <w:left w:val="single" w:sz="8" w:space="0" w:color="#68686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2" w:themeFillTint="3F"/>
      </w:tcPr>
    </w:tblStylePr>
    <w:tblStylePr w:type="band1Horz">
      <w:tblPr/>
      <w:tcPr>
        <w:tcBorders>
          <w:top w:val="nil"/>
          <w:bottom w:val="nil"/>
          <w:insideH w:val="nil"/>
          <w:insideV w:val="nil"/>
        </w:tcBorders>
        <w:shd w:val="clear" w:color="auto" w:fill="D9D9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DADAD" w:themeColor="accent3"/>
        <w:left w:val="single" w:sz="8" w:space="0" w:color="#ADADAD" w:themeColor="accent3"/>
        <w:bottom w:val="single" w:sz="8" w:space="0" w:color="#ADADAD" w:themeColor="accent3"/>
        <w:right w:val="single" w:sz="8" w:space="0" w:color="#ADADAD"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DADAD" w:themeColor="accent3"/>
          <w:right w:val="nil"/>
          <w:insideH w:val="nil"/>
          <w:insideV w:val="nil"/>
        </w:tcBorders>
        <w:shd w:val="clear" w:color="auto" w:fill="FFFFFF" w:themeFill="background1"/>
      </w:tcPr>
    </w:tblStylePr>
    <w:tblStylePr w:type="lastRow">
      <w:tblPr/>
      <w:tcPr>
        <w:tcBorders>
          <w:top w:val="single" w:sz="8" w:space="0" w:color="#ADADA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ADAD" w:themeColor="accent3"/>
          <w:insideH w:val="nil"/>
          <w:insideV w:val="nil"/>
        </w:tcBorders>
        <w:shd w:val="clear" w:color="auto" w:fill="FFFFFF" w:themeFill="background1"/>
      </w:tcPr>
    </w:tblStylePr>
    <w:tblStylePr w:type="lastCol">
      <w:tblPr/>
      <w:tcPr>
        <w:tcBorders>
          <w:top w:val="nil"/>
          <w:left w:val="single" w:sz="8" w:space="0" w:color="#ADADA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AEA" w:themeFill="accent3" w:themeFillTint="3F"/>
      </w:tcPr>
    </w:tblStylePr>
    <w:tblStylePr w:type="band1Horz">
      <w:tblPr/>
      <w:tcPr>
        <w:tcBorders>
          <w:top w:val="nil"/>
          <w:bottom w:val="nil"/>
          <w:insideH w:val="nil"/>
          <w:insideV w:val="nil"/>
        </w:tcBorders>
        <w:shd w:val="clear" w:color="auto" w:fill="EAEA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E6E6E" w:themeColor="accent4"/>
        <w:left w:val="single" w:sz="8" w:space="0" w:color="#6E6E6E" w:themeColor="accent4"/>
        <w:bottom w:val="single" w:sz="8" w:space="0" w:color="#6E6E6E" w:themeColor="accent4"/>
        <w:right w:val="single" w:sz="8" w:space="0" w:color="#6E6E6E"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6E6E6E" w:themeColor="accent4"/>
          <w:right w:val="nil"/>
          <w:insideH w:val="nil"/>
          <w:insideV w:val="nil"/>
        </w:tcBorders>
        <w:shd w:val="clear" w:color="auto" w:fill="FFFFFF" w:themeFill="background1"/>
      </w:tcPr>
    </w:tblStylePr>
    <w:tblStylePr w:type="lastRow">
      <w:tblPr/>
      <w:tcPr>
        <w:tcBorders>
          <w:top w:val="single" w:sz="8" w:space="0" w:color="#6E6E6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E6E" w:themeColor="accent4"/>
          <w:insideH w:val="nil"/>
          <w:insideV w:val="nil"/>
        </w:tcBorders>
        <w:shd w:val="clear" w:color="auto" w:fill="FFFFFF" w:themeFill="background1"/>
      </w:tcPr>
    </w:tblStylePr>
    <w:tblStylePr w:type="lastCol">
      <w:tblPr/>
      <w:tcPr>
        <w:tcBorders>
          <w:top w:val="nil"/>
          <w:left w:val="single" w:sz="8" w:space="0" w:color="#6E6E6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DBDB" w:themeFill="accent4" w:themeFillTint="3F"/>
      </w:tcPr>
    </w:tblStylePr>
    <w:tblStylePr w:type="band1Horz">
      <w:tblPr/>
      <w:tcPr>
        <w:tcBorders>
          <w:top w:val="nil"/>
          <w:bottom w:val="nil"/>
          <w:insideH w:val="nil"/>
          <w:insideV w:val="nil"/>
        </w:tcBorders>
        <w:shd w:val="clear" w:color="auto" w:fill="DBDBD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99999" w:themeColor="accent5"/>
        <w:left w:val="single" w:sz="8" w:space="0" w:color="#999999" w:themeColor="accent5"/>
        <w:bottom w:val="single" w:sz="8" w:space="0" w:color="#999999" w:themeColor="accent5"/>
        <w:right w:val="single" w:sz="8" w:space="0" w:color="#999999"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999999" w:themeColor="accent5"/>
          <w:right w:val="nil"/>
          <w:insideH w:val="nil"/>
          <w:insideV w:val="nil"/>
        </w:tcBorders>
        <w:shd w:val="clear" w:color="auto" w:fill="FFFFFF" w:themeFill="background1"/>
      </w:tcPr>
    </w:tblStylePr>
    <w:tblStylePr w:type="lastRow">
      <w:tblPr/>
      <w:tcPr>
        <w:tcBorders>
          <w:top w:val="single" w:sz="8" w:space="0" w:color="#99999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5"/>
          <w:insideH w:val="nil"/>
          <w:insideV w:val="nil"/>
        </w:tcBorders>
        <w:shd w:val="clear" w:color="auto" w:fill="FFFFFF" w:themeFill="background1"/>
      </w:tcPr>
    </w:tblStylePr>
    <w:tblStylePr w:type="lastCol">
      <w:tblPr/>
      <w:tcPr>
        <w:tcBorders>
          <w:top w:val="nil"/>
          <w:left w:val="single" w:sz="8" w:space="0" w:color="#99999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top w:val="nil"/>
          <w:bottom w:val="nil"/>
          <w:insideH w:val="nil"/>
          <w:insideV w:val="nil"/>
        </w:tcBorders>
        <w:shd w:val="clear" w:color="auto" w:fill="E5E5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6"/>
        <w:left w:val="single" w:sz="8" w:space="0" w:color="#A5A5A5" w:themeColor="accent6"/>
        <w:bottom w:val="single" w:sz="8" w:space="0" w:color="#A5A5A5" w:themeColor="accent6"/>
        <w:right w:val="single" w:sz="8" w:space="0" w:color="#A5A5A5"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6"/>
          <w:right w:val="nil"/>
          <w:insideH w:val="nil"/>
          <w:insideV w:val="nil"/>
        </w:tcBorders>
        <w:shd w:val="clear" w:color="auto" w:fill="FFFFFF" w:themeFill="background1"/>
      </w:tcPr>
    </w:tblStylePr>
    <w:tblStylePr w:type="lastRow">
      <w:tblPr/>
      <w:tcPr>
        <w:tcBorders>
          <w:top w:val="single" w:sz="8" w:space="0" w:color="#A5A5A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6"/>
          <w:insideH w:val="nil"/>
          <w:insideV w:val="nil"/>
        </w:tcBorders>
        <w:shd w:val="clear" w:color="auto" w:fill="FFFFFF" w:themeFill="background1"/>
      </w:tcPr>
    </w:tblStylePr>
    <w:tblStylePr w:type="lastCol">
      <w:tblPr/>
      <w:tcPr>
        <w:tcBorders>
          <w:top w:val="nil"/>
          <w:left w:val="single" w:sz="8" w:space="0" w:color="#A5A5A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6" w:themeFillTint="3F"/>
      </w:tcPr>
    </w:tblStylePr>
    <w:tblStylePr w:type="band1Horz">
      <w:tblPr/>
      <w:tcPr>
        <w:tcBorders>
          <w:top w:val="nil"/>
          <w:bottom w:val="nil"/>
          <w:insideH w:val="nil"/>
          <w:insideV w:val="nil"/>
        </w:tcBorders>
        <w:shd w:val="clear" w:color="auto" w:fill="E8E8E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9B9B9B" w:themeColor="accent1" w:themeTint="BF"/>
        <w:left w:val="single" w:sz="8" w:space="0" w:color="#9B9B9B" w:themeColor="accent1" w:themeTint="BF"/>
        <w:bottom w:val="single" w:sz="8" w:space="0" w:color="#9B9B9B" w:themeColor="accent1" w:themeTint="BF"/>
        <w:right w:val="single" w:sz="8" w:space="0" w:color="#9B9B9B" w:themeColor="accent1" w:themeTint="BF"/>
        <w:insideH w:val="single" w:sz="8" w:space="0" w:color="#9B9B9B" w:themeColor="accent1" w:themeTint="BF"/>
        <w:insideV w:val="single" w:sz="8" w:space="0" w:color="#9B9B9B" w:themeColor="accent1" w:themeTint="BF"/>
      </w:tblBorders>
      <w:tblCellMar>
        <w:top w:w="0" w:type="dxa"/>
        <w:left w:w="108" w:type="dxa"/>
        <w:bottom w:w="0" w:type="dxa"/>
        <w:right w:w="108" w:type="dxa"/>
      </w:tblCellMar>
    </w:tblPr>
    <w:tcPr>
      <w:shd w:val="clear" w:color="auto" w:fill="DEDEDE" w:themeFill="accent1" w:themeFillTint="3F"/>
    </w:tcPr>
    <w:tblStylePr w:type="firstRow">
      <w:rPr>
        <w:b/>
        <w:bCs/>
      </w:rPr>
    </w:tblStylePr>
    <w:tblStylePr w:type="lastRow">
      <w:rPr>
        <w:b/>
        <w:bCs/>
      </w:rPr>
      <w:tblPr/>
      <w:tcPr>
        <w:tcBorders>
          <w:top w:val="single" w:sz="18" w:space="0" w:color="#9B9B9B" w:themeColor="accent1" w:themeTint="BF"/>
        </w:tcBorders>
      </w:tcPr>
    </w:tblStylePr>
    <w:tblStylePr w:type="firstCol">
      <w:rPr>
        <w:b/>
        <w:bCs/>
      </w:rPr>
    </w:tblStylePr>
    <w:tblStylePr w:type="lastCol">
      <w:rPr>
        <w:b/>
        <w:bCs/>
      </w:rPr>
    </w:tblStylePr>
    <w:tblStylePr w:type="band1Vert">
      <w:tblPr/>
      <w:tcPr>
        <w:shd w:val="clear" w:color="auto" w:fill="BCBCBC" w:themeFill="accent1" w:themeFillTint="7F"/>
      </w:tcPr>
    </w:tblStylePr>
    <w:tblStylePr w:type="band1Horz">
      <w:tblPr/>
      <w:tcPr>
        <w:shd w:val="clear" w:color="auto" w:fill="BCBCBC"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8D8D8D" w:themeColor="accent2" w:themeTint="BF"/>
        <w:left w:val="single" w:sz="8" w:space="0" w:color="#8D8D8D" w:themeColor="accent2" w:themeTint="BF"/>
        <w:bottom w:val="single" w:sz="8" w:space="0" w:color="#8D8D8D" w:themeColor="accent2" w:themeTint="BF"/>
        <w:right w:val="single" w:sz="8" w:space="0" w:color="#8D8D8D" w:themeColor="accent2" w:themeTint="BF"/>
        <w:insideH w:val="single" w:sz="8" w:space="0" w:color="#8D8D8D" w:themeColor="accent2" w:themeTint="BF"/>
        <w:insideV w:val="single" w:sz="8" w:space="0" w:color="#8D8D8D" w:themeColor="accent2" w:themeTint="BF"/>
      </w:tblBorders>
      <w:tblCellMar>
        <w:top w:w="0" w:type="dxa"/>
        <w:left w:w="108" w:type="dxa"/>
        <w:bottom w:w="0" w:type="dxa"/>
        <w:right w:w="108" w:type="dxa"/>
      </w:tblCellMar>
    </w:tblPr>
    <w:tcPr>
      <w:shd w:val="clear" w:color="auto" w:fill="D9D9D9" w:themeFill="accent2" w:themeFillTint="3F"/>
    </w:tcPr>
    <w:tblStylePr w:type="firstRow">
      <w:rPr>
        <w:b/>
        <w:bCs/>
      </w:rPr>
    </w:tblStylePr>
    <w:tblStylePr w:type="lastRow">
      <w:rPr>
        <w:b/>
        <w:bCs/>
      </w:rPr>
      <w:tblPr/>
      <w:tcPr>
        <w:tcBorders>
          <w:top w:val="single" w:sz="18" w:space="0" w:color="#8D8D8D" w:themeColor="accent2" w:themeTint="BF"/>
        </w:tcBorders>
      </w:tcPr>
    </w:tblStylePr>
    <w:tblStylePr w:type="firstCol">
      <w:rPr>
        <w:b/>
        <w:bCs/>
      </w:rPr>
    </w:tblStylePr>
    <w:tblStylePr w:type="lastCol">
      <w:rPr>
        <w:b/>
        <w:bCs/>
      </w:rPr>
    </w:tblStylePr>
    <w:tblStylePr w:type="band1Vert">
      <w:tblPr/>
      <w:tcPr>
        <w:shd w:val="clear" w:color="auto" w:fill="B3B3B3" w:themeFill="accent2" w:themeFillTint="7F"/>
      </w:tcPr>
    </w:tblStylePr>
    <w:tblStylePr w:type="band1Horz">
      <w:tblPr/>
      <w:tcPr>
        <w:shd w:val="clear" w:color="auto" w:fill="B3B3B3"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C1C1C1" w:themeColor="accent3" w:themeTint="BF"/>
        <w:left w:val="single" w:sz="8" w:space="0" w:color="#C1C1C1" w:themeColor="accent3" w:themeTint="BF"/>
        <w:bottom w:val="single" w:sz="8" w:space="0" w:color="#C1C1C1" w:themeColor="accent3" w:themeTint="BF"/>
        <w:right w:val="single" w:sz="8" w:space="0" w:color="#C1C1C1" w:themeColor="accent3" w:themeTint="BF"/>
        <w:insideH w:val="single" w:sz="8" w:space="0" w:color="#C1C1C1" w:themeColor="accent3" w:themeTint="BF"/>
        <w:insideV w:val="single" w:sz="8" w:space="0" w:color="#C1C1C1" w:themeColor="accent3" w:themeTint="BF"/>
      </w:tblBorders>
      <w:tblCellMar>
        <w:top w:w="0" w:type="dxa"/>
        <w:left w:w="108" w:type="dxa"/>
        <w:bottom w:w="0" w:type="dxa"/>
        <w:right w:w="108" w:type="dxa"/>
      </w:tblCellMar>
    </w:tblPr>
    <w:tcPr>
      <w:shd w:val="clear" w:color="auto" w:fill="EAEAEA" w:themeFill="accent3" w:themeFillTint="3F"/>
    </w:tcPr>
    <w:tblStylePr w:type="firstRow">
      <w:rPr>
        <w:b/>
        <w:bCs/>
      </w:rPr>
    </w:tblStylePr>
    <w:tblStylePr w:type="lastRow">
      <w:rPr>
        <w:b/>
        <w:bCs/>
      </w:rPr>
      <w:tblPr/>
      <w:tcPr>
        <w:tcBorders>
          <w:top w:val="single" w:sz="18" w:space="0" w:color="#C1C1C1" w:themeColor="accent3" w:themeTint="BF"/>
        </w:tcBorders>
      </w:tcPr>
    </w:tblStylePr>
    <w:tblStylePr w:type="firstCol">
      <w:rPr>
        <w:b/>
        <w:bCs/>
      </w:rPr>
    </w:tblStylePr>
    <w:tblStylePr w:type="lastCol">
      <w:rPr>
        <w:b/>
        <w:bCs/>
      </w:rPr>
    </w:tblStylePr>
    <w:tblStylePr w:type="band1Vert">
      <w:tblPr/>
      <w:tcPr>
        <w:shd w:val="clear" w:color="auto" w:fill="D6D6D6" w:themeFill="accent3" w:themeFillTint="7F"/>
      </w:tcPr>
    </w:tblStylePr>
    <w:tblStylePr w:type="band1Horz">
      <w:tblPr/>
      <w:tcPr>
        <w:shd w:val="clear" w:color="auto" w:fill="D6D6D6"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29292" w:themeColor="accent4" w:themeTint="BF"/>
        <w:left w:val="single" w:sz="8" w:space="0" w:color="#929292" w:themeColor="accent4" w:themeTint="BF"/>
        <w:bottom w:val="single" w:sz="8" w:space="0" w:color="#929292" w:themeColor="accent4" w:themeTint="BF"/>
        <w:right w:val="single" w:sz="8" w:space="0" w:color="#929292" w:themeColor="accent4" w:themeTint="BF"/>
        <w:insideH w:val="single" w:sz="8" w:space="0" w:color="#929292" w:themeColor="accent4" w:themeTint="BF"/>
        <w:insideV w:val="single" w:sz="8" w:space="0" w:color="#929292" w:themeColor="accent4" w:themeTint="BF"/>
      </w:tblBorders>
      <w:tblCellMar>
        <w:top w:w="0" w:type="dxa"/>
        <w:left w:w="108" w:type="dxa"/>
        <w:bottom w:w="0" w:type="dxa"/>
        <w:right w:w="108" w:type="dxa"/>
      </w:tblCellMar>
    </w:tblPr>
    <w:tcPr>
      <w:shd w:val="clear" w:color="auto" w:fill="DBDBDB" w:themeFill="accent4" w:themeFillTint="3F"/>
    </w:tcPr>
    <w:tblStylePr w:type="firstRow">
      <w:rPr>
        <w:b/>
        <w:bCs/>
      </w:rPr>
    </w:tblStylePr>
    <w:tblStylePr w:type="lastRow">
      <w:rPr>
        <w:b/>
        <w:bCs/>
      </w:rPr>
      <w:tblPr/>
      <w:tcPr>
        <w:tcBorders>
          <w:top w:val="single" w:sz="18" w:space="0" w:color="#929292" w:themeColor="accent4" w:themeTint="BF"/>
        </w:tcBorders>
      </w:tcPr>
    </w:tblStylePr>
    <w:tblStylePr w:type="firstCol">
      <w:rPr>
        <w:b/>
        <w:bCs/>
      </w:rPr>
    </w:tblStylePr>
    <w:tblStylePr w:type="lastCol">
      <w:rPr>
        <w:b/>
        <w:bCs/>
      </w:rPr>
    </w:tblStylePr>
    <w:tblStylePr w:type="band1Vert">
      <w:tblPr/>
      <w:tcPr>
        <w:shd w:val="clear" w:color="auto" w:fill="B6B6B6" w:themeFill="accent4" w:themeFillTint="7F"/>
      </w:tcPr>
    </w:tblStylePr>
    <w:tblStylePr w:type="band1Horz">
      <w:tblPr/>
      <w:tcPr>
        <w:shd w:val="clear" w:color="auto" w:fill="B6B6B6"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B2B2B2" w:themeColor="accent5" w:themeTint="BF"/>
        <w:left w:val="single" w:sz="8" w:space="0" w:color="#B2B2B2" w:themeColor="accent5" w:themeTint="BF"/>
        <w:bottom w:val="single" w:sz="8" w:space="0" w:color="#B2B2B2" w:themeColor="accent5" w:themeTint="BF"/>
        <w:right w:val="single" w:sz="8" w:space="0" w:color="#B2B2B2" w:themeColor="accent5" w:themeTint="BF"/>
        <w:insideH w:val="single" w:sz="8" w:space="0" w:color="#B2B2B2" w:themeColor="accent5" w:themeTint="BF"/>
        <w:insideV w:val="single" w:sz="8" w:space="0" w:color="#B2B2B2" w:themeColor="accent5" w:themeTint="BF"/>
      </w:tblBorders>
      <w:tblCellMar>
        <w:top w:w="0" w:type="dxa"/>
        <w:left w:w="108" w:type="dxa"/>
        <w:bottom w:w="0" w:type="dxa"/>
        <w:right w:w="108" w:type="dxa"/>
      </w:tblCellMar>
    </w:tblPr>
    <w:tcPr>
      <w:shd w:val="clear" w:color="auto" w:fill="E5E5E5" w:themeFill="accent5" w:themeFillTint="3F"/>
    </w:tcPr>
    <w:tblStylePr w:type="firstRow">
      <w:rPr>
        <w:b/>
        <w:bCs/>
      </w:rPr>
    </w:tblStylePr>
    <w:tblStylePr w:type="lastRow">
      <w:rPr>
        <w:b/>
        <w:bCs/>
      </w:rPr>
      <w:tblPr/>
      <w:tcPr>
        <w:tcBorders>
          <w:top w:val="single" w:sz="18" w:space="0" w:color="#B2B2B2" w:themeColor="accent5" w:themeTint="BF"/>
        </w:tcBorders>
      </w:tcPr>
    </w:tblStylePr>
    <w:tblStylePr w:type="firstCol">
      <w:rPr>
        <w:b/>
        <w:bCs/>
      </w:rPr>
    </w:tblStylePr>
    <w:tblStylePr w:type="lastCol">
      <w:rPr>
        <w:b/>
        <w:bCs/>
      </w:rPr>
    </w:tblStylePr>
    <w:tblStylePr w:type="band1Vert">
      <w:tblPr/>
      <w:tcPr>
        <w:shd w:val="clear" w:color="auto" w:fill="CCCCCC" w:themeFill="accent5" w:themeFillTint="7F"/>
      </w:tcPr>
    </w:tblStylePr>
    <w:tblStylePr w:type="band1Horz">
      <w:tblPr/>
      <w:tcPr>
        <w:shd w:val="clear" w:color="auto" w:fill="CCCCCC"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BBBBBB" w:themeColor="accent6" w:themeTint="BF"/>
        <w:left w:val="single" w:sz="8" w:space="0" w:color="#BBBBBB" w:themeColor="accent6" w:themeTint="BF"/>
        <w:bottom w:val="single" w:sz="8" w:space="0" w:color="#BBBBBB" w:themeColor="accent6" w:themeTint="BF"/>
        <w:right w:val="single" w:sz="8" w:space="0" w:color="#BBBBBB" w:themeColor="accent6" w:themeTint="BF"/>
        <w:insideH w:val="single" w:sz="8" w:space="0" w:color="#BBBBBB" w:themeColor="accent6" w:themeTint="BF"/>
        <w:insideV w:val="single" w:sz="8" w:space="0" w:color="#BBBBBB" w:themeColor="accent6" w:themeTint="BF"/>
      </w:tblBorders>
      <w:tblCellMar>
        <w:top w:w="0" w:type="dxa"/>
        <w:left w:w="108" w:type="dxa"/>
        <w:bottom w:w="0" w:type="dxa"/>
        <w:right w:w="108" w:type="dxa"/>
      </w:tblCellMar>
    </w:tblPr>
    <w:tcPr>
      <w:shd w:val="clear" w:color="auto" w:fill="E8E8E8" w:themeFill="accent6" w:themeFillTint="3F"/>
    </w:tcPr>
    <w:tblStylePr w:type="firstRow">
      <w:rPr>
        <w:b/>
        <w:bCs/>
      </w:rPr>
    </w:tblStylePr>
    <w:tblStylePr w:type="lastRow">
      <w:rPr>
        <w:b/>
        <w:bCs/>
      </w:rPr>
      <w:tblPr/>
      <w:tcPr>
        <w:tcBorders>
          <w:top w:val="single" w:sz="18" w:space="0" w:color="#BBBBBB" w:themeColor="accent6" w:themeTint="BF"/>
        </w:tcBorders>
      </w:tcPr>
    </w:tblStylePr>
    <w:tblStylePr w:type="firstCol">
      <w:rPr>
        <w:b/>
        <w:bCs/>
      </w:rPr>
    </w:tblStylePr>
    <w:tblStylePr w:type="lastCol">
      <w:rPr>
        <w:b/>
        <w:bCs/>
      </w:rPr>
    </w:tblStylePr>
    <w:tblStylePr w:type="band1Vert">
      <w:tblPr/>
      <w:tcPr>
        <w:shd w:val="clear" w:color="auto" w:fill="D2D2D2" w:themeFill="accent6" w:themeFillTint="7F"/>
      </w:tcPr>
    </w:tblStylePr>
    <w:tblStylePr w:type="band1Horz">
      <w:tblPr/>
      <w:tcPr>
        <w:shd w:val="clear" w:color="auto" w:fill="D2D2D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B7B7B" w:themeColor="accent1"/>
        <w:left w:val="single" w:sz="8" w:space="0" w:color="#7B7B7B" w:themeColor="accent1"/>
        <w:bottom w:val="single" w:sz="8" w:space="0" w:color="#7B7B7B" w:themeColor="accent1"/>
        <w:right w:val="single" w:sz="8" w:space="0" w:color="#7B7B7B" w:themeColor="accent1"/>
        <w:insideH w:val="single" w:sz="8" w:space="0" w:color="#7B7B7B" w:themeColor="accent1"/>
        <w:insideV w:val="single" w:sz="8" w:space="0" w:color="#7B7B7B" w:themeColor="accent1"/>
      </w:tblBorders>
      <w:tblCellMar>
        <w:top w:w="0" w:type="dxa"/>
        <w:left w:w="108" w:type="dxa"/>
        <w:bottom w:w="0" w:type="dxa"/>
        <w:right w:w="108" w:type="dxa"/>
      </w:tblCellMar>
    </w:tblPr>
    <w:tcPr>
      <w:shd w:val="clear" w:color="auto" w:fill="DEDEDE" w:themeFill="accent1" w:themeFillTint="3F"/>
    </w:tcPr>
    <w:tblStylePr w:type="firstRow">
      <w:rPr>
        <w:b/>
        <w:bCs/>
        <w:color w:val="000000" w:themeColor="text1"/>
      </w:rPr>
      <w:tblPr/>
      <w:tcPr>
        <w:shd w:val="clear" w:color="auto" w:fill="F1F1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4E4" w:themeFill="accent1" w:themeFillTint="33"/>
      </w:tcPr>
    </w:tblStylePr>
    <w:tblStylePr w:type="band1Vert">
      <w:tblPr/>
      <w:tcPr>
        <w:shd w:val="clear" w:color="auto" w:fill="BCBCBC" w:themeFill="accent1" w:themeFillTint="7F"/>
      </w:tcPr>
    </w:tblStylePr>
    <w:tblStylePr w:type="band1Horz">
      <w:tblPr/>
      <w:tcPr>
        <w:tcBorders>
          <w:insideH w:val="single" w:sz="6" w:space="0" w:color="#7B7B7B" w:themeColor="accent1"/>
          <w:insideV w:val="single" w:sz="6" w:space="0" w:color="#7B7B7B" w:themeColor="accent1"/>
        </w:tcBorders>
        <w:shd w:val="clear" w:color="auto" w:fill="BCBCB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86868" w:themeColor="accent2"/>
        <w:left w:val="single" w:sz="8" w:space="0" w:color="#686868" w:themeColor="accent2"/>
        <w:bottom w:val="single" w:sz="8" w:space="0" w:color="#686868" w:themeColor="accent2"/>
        <w:right w:val="single" w:sz="8" w:space="0" w:color="#686868" w:themeColor="accent2"/>
        <w:insideH w:val="single" w:sz="8" w:space="0" w:color="#686868" w:themeColor="accent2"/>
        <w:insideV w:val="single" w:sz="8" w:space="0" w:color="#686868" w:themeColor="accent2"/>
      </w:tblBorders>
      <w:tblCellMar>
        <w:top w:w="0" w:type="dxa"/>
        <w:left w:w="108" w:type="dxa"/>
        <w:bottom w:w="0" w:type="dxa"/>
        <w:right w:w="108" w:type="dxa"/>
      </w:tblCellMar>
    </w:tblPr>
    <w:tcPr>
      <w:shd w:val="clear" w:color="auto" w:fill="D9D9D9" w:themeFill="accent2" w:themeFillTint="3F"/>
    </w:tcPr>
    <w:tblStylePr w:type="firstRow">
      <w:rPr>
        <w:b/>
        <w:bCs/>
        <w:color w:val="000000" w:themeColor="text1"/>
      </w:rPr>
      <w:tblPr/>
      <w:tcPr>
        <w:shd w:val="clear" w:color="auto" w:fill="EFEF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0E0" w:themeFill="accent2" w:themeFillTint="33"/>
      </w:tcPr>
    </w:tblStylePr>
    <w:tblStylePr w:type="band1Vert">
      <w:tblPr/>
      <w:tcPr>
        <w:shd w:val="clear" w:color="auto" w:fill="B3B3B3" w:themeFill="accent2" w:themeFillTint="7F"/>
      </w:tcPr>
    </w:tblStylePr>
    <w:tblStylePr w:type="band1Horz">
      <w:tblPr/>
      <w:tcPr>
        <w:tcBorders>
          <w:insideH w:val="single" w:sz="6" w:space="0" w:color="#686868" w:themeColor="accent2"/>
          <w:insideV w:val="single" w:sz="6" w:space="0" w:color="#686868" w:themeColor="accent2"/>
        </w:tcBorders>
        <w:shd w:val="clear" w:color="auto" w:fill="B3B3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DADAD" w:themeColor="accent3"/>
        <w:left w:val="single" w:sz="8" w:space="0" w:color="#ADADAD" w:themeColor="accent3"/>
        <w:bottom w:val="single" w:sz="8" w:space="0" w:color="#ADADAD" w:themeColor="accent3"/>
        <w:right w:val="single" w:sz="8" w:space="0" w:color="#ADADAD" w:themeColor="accent3"/>
        <w:insideH w:val="single" w:sz="8" w:space="0" w:color="#ADADAD" w:themeColor="accent3"/>
        <w:insideV w:val="single" w:sz="8" w:space="0" w:color="#ADADAD" w:themeColor="accent3"/>
      </w:tblBorders>
      <w:tblCellMar>
        <w:top w:w="0" w:type="dxa"/>
        <w:left w:w="108" w:type="dxa"/>
        <w:bottom w:w="0" w:type="dxa"/>
        <w:right w:w="108" w:type="dxa"/>
      </w:tblCellMar>
    </w:tblPr>
    <w:tcPr>
      <w:shd w:val="clear" w:color="auto" w:fill="EAEAEA" w:themeFill="accent3" w:themeFillTint="3F"/>
    </w:tcPr>
    <w:tblStylePr w:type="firstRow">
      <w:rPr>
        <w:b/>
        <w:bCs/>
        <w:color w:val="000000" w:themeColor="text1"/>
      </w:rPr>
      <w:tblPr/>
      <w:tcPr>
        <w:shd w:val="clear" w:color="auto" w:fill="F7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EEE" w:themeFill="accent3" w:themeFillTint="33"/>
      </w:tcPr>
    </w:tblStylePr>
    <w:tblStylePr w:type="band1Vert">
      <w:tblPr/>
      <w:tcPr>
        <w:shd w:val="clear" w:color="auto" w:fill="D6D6D6" w:themeFill="accent3" w:themeFillTint="7F"/>
      </w:tcPr>
    </w:tblStylePr>
    <w:tblStylePr w:type="band1Horz">
      <w:tblPr/>
      <w:tcPr>
        <w:tcBorders>
          <w:insideH w:val="single" w:sz="6" w:space="0" w:color="#ADADAD" w:themeColor="accent3"/>
          <w:insideV w:val="single" w:sz="6" w:space="0" w:color="#ADADAD" w:themeColor="accent3"/>
        </w:tcBorders>
        <w:shd w:val="clear" w:color="auto" w:fill="D6D6D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E6E6E" w:themeColor="accent4"/>
        <w:left w:val="single" w:sz="8" w:space="0" w:color="#6E6E6E" w:themeColor="accent4"/>
        <w:bottom w:val="single" w:sz="8" w:space="0" w:color="#6E6E6E" w:themeColor="accent4"/>
        <w:right w:val="single" w:sz="8" w:space="0" w:color="#6E6E6E" w:themeColor="accent4"/>
        <w:insideH w:val="single" w:sz="8" w:space="0" w:color="#6E6E6E" w:themeColor="accent4"/>
        <w:insideV w:val="single" w:sz="8" w:space="0" w:color="#6E6E6E" w:themeColor="accent4"/>
      </w:tblBorders>
      <w:tblCellMar>
        <w:top w:w="0" w:type="dxa"/>
        <w:left w:w="108" w:type="dxa"/>
        <w:bottom w:w="0" w:type="dxa"/>
        <w:right w:w="108" w:type="dxa"/>
      </w:tblCellMar>
    </w:tblPr>
    <w:tcPr>
      <w:shd w:val="clear" w:color="auto" w:fill="DBDBDB" w:themeFill="accent4" w:themeFillTint="3F"/>
    </w:tcPr>
    <w:tblStylePr w:type="firstRow">
      <w:rPr>
        <w:b/>
        <w:bCs/>
        <w:color w:val="000000" w:themeColor="text1"/>
      </w:rPr>
      <w:tblPr/>
      <w:tcPr>
        <w:shd w:val="clear" w:color="auto" w:fill="F0F0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1E1" w:themeFill="accent4" w:themeFillTint="33"/>
      </w:tcPr>
    </w:tblStylePr>
    <w:tblStylePr w:type="band1Vert">
      <w:tblPr/>
      <w:tcPr>
        <w:shd w:val="clear" w:color="auto" w:fill="B6B6B6" w:themeFill="accent4" w:themeFillTint="7F"/>
      </w:tcPr>
    </w:tblStylePr>
    <w:tblStylePr w:type="band1Horz">
      <w:tblPr/>
      <w:tcPr>
        <w:tcBorders>
          <w:insideH w:val="single" w:sz="6" w:space="0" w:color="#6E6E6E" w:themeColor="accent4"/>
          <w:insideV w:val="single" w:sz="6" w:space="0" w:color="#6E6E6E" w:themeColor="accent4"/>
        </w:tcBorders>
        <w:shd w:val="clear" w:color="auto" w:fill="B6B6B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99999" w:themeColor="accent5"/>
        <w:left w:val="single" w:sz="8" w:space="0" w:color="#999999" w:themeColor="accent5"/>
        <w:bottom w:val="single" w:sz="8" w:space="0" w:color="#999999" w:themeColor="accent5"/>
        <w:right w:val="single" w:sz="8" w:space="0" w:color="#999999" w:themeColor="accent5"/>
        <w:insideH w:val="single" w:sz="8" w:space="0" w:color="#999999" w:themeColor="accent5"/>
        <w:insideV w:val="single" w:sz="8" w:space="0" w:color="#999999" w:themeColor="accent5"/>
      </w:tblBorders>
      <w:tblCellMar>
        <w:top w:w="0" w:type="dxa"/>
        <w:left w:w="108" w:type="dxa"/>
        <w:bottom w:w="0" w:type="dxa"/>
        <w:right w:w="108" w:type="dxa"/>
      </w:tblCellMar>
    </w:tblPr>
    <w:tcPr>
      <w:shd w:val="clear" w:color="auto" w:fill="E5E5E5"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5" w:themeFillTint="33"/>
      </w:tcPr>
    </w:tblStylePr>
    <w:tblStylePr w:type="band1Vert">
      <w:tblPr/>
      <w:tcPr>
        <w:shd w:val="clear" w:color="auto" w:fill="CCCCCC" w:themeFill="accent5" w:themeFillTint="7F"/>
      </w:tcPr>
    </w:tblStylePr>
    <w:tblStylePr w:type="band1Horz">
      <w:tblPr/>
      <w:tcPr>
        <w:tcBorders>
          <w:insideH w:val="single" w:sz="6" w:space="0" w:color="#999999" w:themeColor="accent5"/>
          <w:insideV w:val="single" w:sz="6" w:space="0" w:color="#999999" w:themeColor="accent5"/>
        </w:tcBorders>
        <w:shd w:val="clear" w:color="auto" w:fill="CCCCCC"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6"/>
        <w:left w:val="single" w:sz="8" w:space="0" w:color="#A5A5A5" w:themeColor="accent6"/>
        <w:bottom w:val="single" w:sz="8" w:space="0" w:color="#A5A5A5" w:themeColor="accent6"/>
        <w:right w:val="single" w:sz="8" w:space="0" w:color="#A5A5A5" w:themeColor="accent6"/>
        <w:insideH w:val="single" w:sz="8" w:space="0" w:color="#A5A5A5" w:themeColor="accent6"/>
        <w:insideV w:val="single" w:sz="8" w:space="0" w:color="#A5A5A5" w:themeColor="accent6"/>
      </w:tblBorders>
      <w:tblCellMar>
        <w:top w:w="0" w:type="dxa"/>
        <w:left w:w="108" w:type="dxa"/>
        <w:bottom w:w="0" w:type="dxa"/>
        <w:right w:w="108" w:type="dxa"/>
      </w:tblCellMar>
    </w:tblPr>
    <w:tcPr>
      <w:shd w:val="clear" w:color="auto" w:fill="E8E8E8" w:themeFill="accent6" w:themeFillTint="3F"/>
    </w:tcPr>
    <w:tblStylePr w:type="firstRow">
      <w:rPr>
        <w:b/>
        <w:bCs/>
        <w:color w:val="000000" w:themeColor="text1"/>
      </w:rPr>
      <w:tblPr/>
      <w:tcPr>
        <w:shd w:val="clear" w:color="auto" w:fill="F6F6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CEC" w:themeFill="accent6" w:themeFillTint="33"/>
      </w:tcPr>
    </w:tblStylePr>
    <w:tblStylePr w:type="band1Vert">
      <w:tblPr/>
      <w:tcPr>
        <w:shd w:val="clear" w:color="auto" w:fill="D2D2D2" w:themeFill="accent6" w:themeFillTint="7F"/>
      </w:tcPr>
    </w:tblStylePr>
    <w:tblStylePr w:type="band1Horz">
      <w:tblPr/>
      <w:tcPr>
        <w:tcBorders>
          <w:insideH w:val="single" w:sz="6" w:space="0" w:color="#A5A5A5" w:themeColor="accent6"/>
          <w:insideV w:val="single" w:sz="6" w:space="0" w:color="#A5A5A5" w:themeColor="accent6"/>
        </w:tcBorders>
        <w:shd w:val="clear" w:color="auto" w:fill="D2D2D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EDED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B7B7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B7B7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B7B7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B7B7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BCB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BCBC"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D9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686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686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686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686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B3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B3B3"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AEA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ADA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ADA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ADA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ADA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D6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D6D6"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DBD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E6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E6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E6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E6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B6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B6B6"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5E5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B7B7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C3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A5A5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A5A5A" w:themeFill="accent1" w:themeFillShade="BF"/>
      </w:tcPr>
    </w:tblStylePr>
    <w:tblStylePr w:type="band1Vert">
      <w:tblPr/>
      <w:tcPr>
        <w:tcBorders>
          <w:top w:val="nil"/>
          <w:left w:val="nil"/>
          <w:bottom w:val="nil"/>
          <w:right w:val="nil"/>
          <w:insideH w:val="nil"/>
          <w:insideV w:val="nil"/>
        </w:tcBorders>
        <w:shd w:val="clear" w:color="auto" w:fill="5A5A5A" w:themeFill="accent1" w:themeFillShade="BF"/>
      </w:tcPr>
    </w:tblStylePr>
    <w:tblStylePr w:type="band1Horz">
      <w:tblPr/>
      <w:tcPr>
        <w:tcBorders>
          <w:top w:val="nil"/>
          <w:left w:val="nil"/>
          <w:bottom w:val="nil"/>
          <w:right w:val="nil"/>
          <w:insideH w:val="nil"/>
          <w:insideV w:val="nil"/>
        </w:tcBorders>
        <w:shd w:val="clear" w:color="auto" w:fill="5A5A5A"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8686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2" w:themeFillShade="BF"/>
      </w:tcPr>
    </w:tblStylePr>
    <w:tblStylePr w:type="band1Vert">
      <w:tblPr/>
      <w:tcPr>
        <w:tcBorders>
          <w:top w:val="nil"/>
          <w:left w:val="nil"/>
          <w:bottom w:val="nil"/>
          <w:right w:val="nil"/>
          <w:insideH w:val="nil"/>
          <w:insideV w:val="nil"/>
        </w:tcBorders>
        <w:shd w:val="clear" w:color="auto" w:fill="4A4A4A" w:themeFill="accent2" w:themeFillShade="BF"/>
      </w:tcPr>
    </w:tblStylePr>
    <w:tblStylePr w:type="band1Horz">
      <w:tblPr/>
      <w:tcPr>
        <w:tcBorders>
          <w:top w:val="nil"/>
          <w:left w:val="nil"/>
          <w:bottom w:val="nil"/>
          <w:right w:val="nil"/>
          <w:insideH w:val="nil"/>
          <w:insideV w:val="nil"/>
        </w:tcBorders>
        <w:shd w:val="clear" w:color="auto" w:fill="4A4A4A"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DADA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3" w:themeFillShade="BF"/>
      </w:tcPr>
    </w:tblStylePr>
    <w:tblStylePr w:type="band1Vert">
      <w:tblPr/>
      <w:tcPr>
        <w:tcBorders>
          <w:top w:val="nil"/>
          <w:left w:val="nil"/>
          <w:bottom w:val="nil"/>
          <w:right w:val="nil"/>
          <w:insideH w:val="nil"/>
          <w:insideV w:val="nil"/>
        </w:tcBorders>
        <w:shd w:val="clear" w:color="auto" w:fill="868686" w:themeFill="accent3" w:themeFillShade="BF"/>
      </w:tcPr>
    </w:tblStylePr>
    <w:tblStylePr w:type="band1Horz">
      <w:tblPr/>
      <w:tcPr>
        <w:tcBorders>
          <w:top w:val="nil"/>
          <w:left w:val="nil"/>
          <w:bottom w:val="nil"/>
          <w:right w:val="nil"/>
          <w:insideH w:val="nil"/>
          <w:insideV w:val="nil"/>
        </w:tcBorders>
        <w:shd w:val="clear" w:color="auto" w:fill="868686"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E6E6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6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1515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15151" w:themeFill="accent4" w:themeFillShade="BF"/>
      </w:tcPr>
    </w:tblStylePr>
    <w:tblStylePr w:type="band1Vert">
      <w:tblPr/>
      <w:tcPr>
        <w:tcBorders>
          <w:top w:val="nil"/>
          <w:left w:val="nil"/>
          <w:bottom w:val="nil"/>
          <w:right w:val="nil"/>
          <w:insideH w:val="nil"/>
          <w:insideV w:val="nil"/>
        </w:tcBorders>
        <w:shd w:val="clear" w:color="auto" w:fill="515151" w:themeFill="accent4" w:themeFillShade="BF"/>
      </w:tcPr>
    </w:tblStylePr>
    <w:tblStylePr w:type="band1Horz">
      <w:tblPr/>
      <w:tcPr>
        <w:tcBorders>
          <w:top w:val="nil"/>
          <w:left w:val="nil"/>
          <w:bottom w:val="nil"/>
          <w:right w:val="nil"/>
          <w:insideH w:val="nil"/>
          <w:insideV w:val="nil"/>
        </w:tcBorders>
        <w:shd w:val="clear" w:color="auto" w:fill="515151"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9999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4D4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4747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47474" w:themeFill="accent5" w:themeFillShade="BF"/>
      </w:tcPr>
    </w:tblStylePr>
    <w:tblStylePr w:type="band1Vert">
      <w:tblPr/>
      <w:tcPr>
        <w:tcBorders>
          <w:top w:val="nil"/>
          <w:left w:val="nil"/>
          <w:bottom w:val="nil"/>
          <w:right w:val="nil"/>
          <w:insideH w:val="nil"/>
          <w:insideV w:val="nil"/>
        </w:tcBorders>
        <w:shd w:val="clear" w:color="auto" w:fill="747474" w:themeFill="accent5" w:themeFillShade="BF"/>
      </w:tcPr>
    </w:tblStylePr>
    <w:tblStylePr w:type="band1Horz">
      <w:tblPr/>
      <w:tcPr>
        <w:tcBorders>
          <w:top w:val="nil"/>
          <w:left w:val="nil"/>
          <w:bottom w:val="nil"/>
          <w:right w:val="nil"/>
          <w:insideH w:val="nil"/>
          <w:insideV w:val="nil"/>
        </w:tcBorders>
        <w:shd w:val="clear" w:color="auto" w:fill="747474"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535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E7E7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E7E7E" w:themeFill="accent6" w:themeFillShade="BF"/>
      </w:tcPr>
    </w:tblStylePr>
    <w:tblStylePr w:type="band1Vert">
      <w:tblPr/>
      <w:tcPr>
        <w:tcBorders>
          <w:top w:val="nil"/>
          <w:left w:val="nil"/>
          <w:bottom w:val="nil"/>
          <w:right w:val="nil"/>
          <w:insideH w:val="nil"/>
          <w:insideV w:val="nil"/>
        </w:tcBorders>
        <w:shd w:val="clear" w:color="auto" w:fill="7E7E7E" w:themeFill="accent6" w:themeFillShade="BF"/>
      </w:tcPr>
    </w:tblStylePr>
    <w:tblStylePr w:type="band1Horz">
      <w:tblPr/>
      <w:tcPr>
        <w:tcBorders>
          <w:top w:val="nil"/>
          <w:left w:val="nil"/>
          <w:bottom w:val="nil"/>
          <w:right w:val="nil"/>
          <w:insideH w:val="nil"/>
          <w:insideV w:val="nil"/>
        </w:tcBorders>
        <w:shd w:val="clear" w:color="auto" w:fill="7E7E7E"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68686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68686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686868" w:themeColor="accent2"/>
        <w:left w:val="single" w:sz="4" w:space="0" w:color="#7B7B7B" w:themeColor="accent1"/>
        <w:bottom w:val="single" w:sz="4" w:space="0" w:color="#7B7B7B" w:themeColor="accent1"/>
        <w:right w:val="single" w:sz="4" w:space="0" w:color="#7B7B7B"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1F1F1" w:themeFill="accent1" w:themeFillTint="19"/>
    </w:tcPr>
    <w:tblStylePr w:type="firstRow">
      <w:rPr>
        <w:b/>
        <w:bCs/>
      </w:rPr>
      <w:tblPr/>
      <w:tcPr>
        <w:tcBorders>
          <w:top w:val="nil"/>
          <w:left w:val="nil"/>
          <w:bottom w:val="single" w:sz="24" w:space="0" w:color="#68686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4848" w:themeFill="accent1" w:themeFillShade="99"/>
      </w:tcPr>
    </w:tblStylePr>
    <w:tblStylePr w:type="firstCol">
      <w:rPr>
        <w:color w:val="FFFFFF" w:themeColor="background1"/>
      </w:rPr>
      <w:tblPr/>
      <w:tcPr>
        <w:tcBorders>
          <w:top w:val="nil"/>
          <w:left w:val="nil"/>
          <w:bottom w:val="nil"/>
          <w:right w:val="nil"/>
          <w:insideH w:val="single" w:sz="4" w:space="0" w:color="#484848" w:themeColor="accent1" w:themeShade="99"/>
          <w:insideV w:val="nil"/>
        </w:tcBorders>
        <w:shd w:val="clear" w:color="auto" w:fill="48484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84848" w:themeFill="accent1" w:themeFillShade="99"/>
      </w:tcPr>
    </w:tblStylePr>
    <w:tblStylePr w:type="band1Vert">
      <w:tblPr/>
      <w:tcPr>
        <w:shd w:val="clear" w:color="auto" w:fill="C9C9C9" w:themeFill="accent1" w:themeFillTint="66"/>
      </w:tcPr>
    </w:tblStylePr>
    <w:tblStylePr w:type="band1Horz">
      <w:tblPr/>
      <w:tcPr>
        <w:shd w:val="clear" w:color="auto" w:fill="BCBCB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686868" w:themeColor="accent2"/>
        <w:left w:val="single" w:sz="4" w:space="0" w:color="#686868" w:themeColor="accent2"/>
        <w:bottom w:val="single" w:sz="4" w:space="0" w:color="#686868" w:themeColor="accent2"/>
        <w:right w:val="single" w:sz="4" w:space="0" w:color="#686868"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FEFEF" w:themeFill="accent2" w:themeFillTint="19"/>
    </w:tcPr>
    <w:tblStylePr w:type="firstRow">
      <w:rPr>
        <w:b/>
        <w:bCs/>
      </w:rPr>
      <w:tblPr/>
      <w:tcPr>
        <w:tcBorders>
          <w:top w:val="nil"/>
          <w:left w:val="nil"/>
          <w:bottom w:val="single" w:sz="24" w:space="0" w:color="#68686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3C3C" w:themeFill="accent2" w:themeFillShade="99"/>
      </w:tcPr>
    </w:tblStylePr>
    <w:tblStylePr w:type="firstCol">
      <w:rPr>
        <w:color w:val="FFFFFF" w:themeColor="background1"/>
      </w:rPr>
      <w:tblPr/>
      <w:tcPr>
        <w:tcBorders>
          <w:top w:val="nil"/>
          <w:left w:val="nil"/>
          <w:bottom w:val="nil"/>
          <w:right w:val="nil"/>
          <w:insideH w:val="single" w:sz="4" w:space="0" w:color="#3C3C3C" w:themeColor="accent2" w:themeShade="99"/>
          <w:insideV w:val="nil"/>
        </w:tcBorders>
        <w:shd w:val="clear" w:color="auto" w:fill="3C3C3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3C3C" w:themeFill="accent2" w:themeFillShade="99"/>
      </w:tcPr>
    </w:tblStylePr>
    <w:tblStylePr w:type="band1Vert">
      <w:tblPr/>
      <w:tcPr>
        <w:shd w:val="clear" w:color="auto" w:fill="C1C1C1" w:themeFill="accent2" w:themeFillTint="66"/>
      </w:tcPr>
    </w:tblStylePr>
    <w:tblStylePr w:type="band1Horz">
      <w:tblPr/>
      <w:tcPr>
        <w:shd w:val="clear" w:color="auto" w:fill="B3B3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6E6E6E" w:themeColor="accent4"/>
        <w:left w:val="single" w:sz="4" w:space="0" w:color="#ADADAD" w:themeColor="accent3"/>
        <w:bottom w:val="single" w:sz="4" w:space="0" w:color="#ADADAD" w:themeColor="accent3"/>
        <w:right w:val="single" w:sz="4" w:space="0" w:color="#ADADAD"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7F7F7" w:themeFill="accent3" w:themeFillTint="19"/>
    </w:tcPr>
    <w:tblStylePr w:type="firstRow">
      <w:rPr>
        <w:b/>
        <w:bCs/>
      </w:rPr>
      <w:tblPr/>
      <w:tcPr>
        <w:tcBorders>
          <w:top w:val="nil"/>
          <w:left w:val="nil"/>
          <w:bottom w:val="single" w:sz="24" w:space="0" w:color="#6E6E6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3" w:themeFillShade="99"/>
      </w:tcPr>
    </w:tblStylePr>
    <w:tblStylePr w:type="firstCol">
      <w:rPr>
        <w:color w:val="FFFFFF" w:themeColor="background1"/>
      </w:rPr>
      <w:tblPr/>
      <w:tcPr>
        <w:tcBorders>
          <w:top w:val="nil"/>
          <w:left w:val="nil"/>
          <w:bottom w:val="nil"/>
          <w:right w:val="nil"/>
          <w:insideH w:val="single" w:sz="4" w:space="0" w:color="#6B6B6B" w:themeColor="accent3" w:themeShade="99"/>
          <w:insideV w:val="nil"/>
        </w:tcBorders>
        <w:shd w:val="clear" w:color="auto" w:fill="6B6B6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3" w:themeFillShade="99"/>
      </w:tcPr>
    </w:tblStylePr>
    <w:tblStylePr w:type="band1Vert">
      <w:tblPr/>
      <w:tcPr>
        <w:shd w:val="clear" w:color="auto" w:fill="DDDDDD" w:themeFill="accent3" w:themeFillTint="66"/>
      </w:tcPr>
    </w:tblStylePr>
    <w:tblStylePr w:type="band1Horz">
      <w:tblPr/>
      <w:tcPr>
        <w:shd w:val="clear" w:color="auto" w:fill="D6D6D6"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ADADAD" w:themeColor="accent3"/>
        <w:left w:val="single" w:sz="4" w:space="0" w:color="#6E6E6E" w:themeColor="accent4"/>
        <w:bottom w:val="single" w:sz="4" w:space="0" w:color="#6E6E6E" w:themeColor="accent4"/>
        <w:right w:val="single" w:sz="4" w:space="0" w:color="#6E6E6E"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0F0" w:themeFill="accent4" w:themeFillTint="19"/>
    </w:tcPr>
    <w:tblStylePr w:type="firstRow">
      <w:rPr>
        <w:b/>
        <w:bCs/>
      </w:rPr>
      <w:tblPr/>
      <w:tcPr>
        <w:tcBorders>
          <w:top w:val="nil"/>
          <w:left w:val="nil"/>
          <w:bottom w:val="single" w:sz="24" w:space="0" w:color="#ADADA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4141" w:themeFill="accent4" w:themeFillShade="99"/>
      </w:tcPr>
    </w:tblStylePr>
    <w:tblStylePr w:type="firstCol">
      <w:rPr>
        <w:color w:val="FFFFFF" w:themeColor="background1"/>
      </w:rPr>
      <w:tblPr/>
      <w:tcPr>
        <w:tcBorders>
          <w:top w:val="nil"/>
          <w:left w:val="nil"/>
          <w:bottom w:val="nil"/>
          <w:right w:val="nil"/>
          <w:insideH w:val="single" w:sz="4" w:space="0" w:color="#414141" w:themeColor="accent4" w:themeShade="99"/>
          <w:insideV w:val="nil"/>
        </w:tcBorders>
        <w:shd w:val="clear" w:color="auto" w:fill="41414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14141" w:themeFill="accent4" w:themeFillShade="99"/>
      </w:tcPr>
    </w:tblStylePr>
    <w:tblStylePr w:type="band1Vert">
      <w:tblPr/>
      <w:tcPr>
        <w:shd w:val="clear" w:color="auto" w:fill="C4C4C4" w:themeFill="accent4" w:themeFillTint="66"/>
      </w:tcPr>
    </w:tblStylePr>
    <w:tblStylePr w:type="band1Horz">
      <w:tblPr/>
      <w:tcPr>
        <w:shd w:val="clear" w:color="auto" w:fill="B6B6B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A5A5A5" w:themeColor="accent6"/>
        <w:left w:val="single" w:sz="4" w:space="0" w:color="#999999" w:themeColor="accent5"/>
        <w:bottom w:val="single" w:sz="4" w:space="0" w:color="#999999" w:themeColor="accent5"/>
        <w:right w:val="single" w:sz="4" w:space="0" w:color="#999999"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F4F4" w:themeFill="accent5" w:themeFillTint="19"/>
    </w:tcPr>
    <w:tblStylePr w:type="firstRow">
      <w:rPr>
        <w:b/>
        <w:bCs/>
      </w:rPr>
      <w:tblPr/>
      <w:tcPr>
        <w:tcBorders>
          <w:top w:val="nil"/>
          <w:left w:val="nil"/>
          <w:bottom w:val="single" w:sz="24" w:space="0" w:color="#A5A5A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5D5D" w:themeFill="accent5" w:themeFillShade="99"/>
      </w:tcPr>
    </w:tblStylePr>
    <w:tblStylePr w:type="firstCol">
      <w:rPr>
        <w:color w:val="FFFFFF" w:themeColor="background1"/>
      </w:rPr>
      <w:tblPr/>
      <w:tcPr>
        <w:tcBorders>
          <w:top w:val="nil"/>
          <w:left w:val="nil"/>
          <w:bottom w:val="nil"/>
          <w:right w:val="nil"/>
          <w:insideH w:val="single" w:sz="4" w:space="0" w:color="#5D5D5D" w:themeColor="accent5" w:themeShade="99"/>
          <w:insideV w:val="nil"/>
        </w:tcBorders>
        <w:shd w:val="clear" w:color="auto" w:fill="5D5D5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D5D5D" w:themeFill="accent5" w:themeFillShade="99"/>
      </w:tcPr>
    </w:tblStylePr>
    <w:tblStylePr w:type="band1Vert">
      <w:tblPr/>
      <w:tcPr>
        <w:shd w:val="clear" w:color="auto" w:fill="D6D6D6" w:themeFill="accent5" w:themeFillTint="66"/>
      </w:tcPr>
    </w:tblStylePr>
    <w:tblStylePr w:type="band1Horz">
      <w:tblPr/>
      <w:tcPr>
        <w:shd w:val="clear" w:color="auto" w:fill="CCCCCC"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99999" w:themeColor="accent5"/>
        <w:left w:val="single" w:sz="4" w:space="0" w:color="#A5A5A5" w:themeColor="accent6"/>
        <w:bottom w:val="single" w:sz="4" w:space="0" w:color="#A5A5A5" w:themeColor="accent6"/>
        <w:right w:val="single" w:sz="4" w:space="0" w:color="#A5A5A5"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6" w:themeFillTint="19"/>
    </w:tcPr>
    <w:tblStylePr w:type="firstRow">
      <w:rPr>
        <w:b/>
        <w:bCs/>
      </w:rPr>
      <w:tblPr/>
      <w:tcPr>
        <w:tcBorders>
          <w:top w:val="nil"/>
          <w:left w:val="nil"/>
          <w:bottom w:val="single" w:sz="24" w:space="0" w:color="#99999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6565" w:themeFill="accent6" w:themeFillShade="99"/>
      </w:tcPr>
    </w:tblStylePr>
    <w:tblStylePr w:type="firstCol">
      <w:rPr>
        <w:color w:val="FFFFFF" w:themeColor="background1"/>
      </w:rPr>
      <w:tblPr/>
      <w:tcPr>
        <w:tcBorders>
          <w:top w:val="nil"/>
          <w:left w:val="nil"/>
          <w:bottom w:val="nil"/>
          <w:right w:val="nil"/>
          <w:insideH w:val="single" w:sz="4" w:space="0" w:color="#656565" w:themeColor="accent6" w:themeShade="99"/>
          <w:insideV w:val="nil"/>
        </w:tcBorders>
        <w:shd w:val="clear" w:color="auto" w:fill="65656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56565" w:themeFill="accent6" w:themeFillShade="99"/>
      </w:tcPr>
    </w:tblStylePr>
    <w:tblStylePr w:type="band1Vert">
      <w:tblPr/>
      <w:tcPr>
        <w:shd w:val="clear" w:color="auto" w:fill="DADADA" w:themeFill="accent6" w:themeFillTint="66"/>
      </w:tcPr>
    </w:tblStylePr>
    <w:tblStylePr w:type="band1Horz">
      <w:tblPr/>
      <w:tcPr>
        <w:shd w:val="clear" w:color="auto" w:fill="D2D2D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F4F4F"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1F1F1" w:themeFill="accent1" w:themeFillTint="19"/>
    </w:tcPr>
    <w:tblStylePr w:type="firstRow">
      <w:rPr>
        <w:b/>
        <w:bCs/>
        <w:color w:val="FFFFFF" w:themeColor="background1"/>
      </w:rPr>
      <w:tblPr/>
      <w:tcPr>
        <w:tcBorders>
          <w:bottom w:val="single" w:sz="12" w:space="0" w:color="#FFFFFF" w:themeColor="background1"/>
        </w:tcBorders>
        <w:shd w:val="clear" w:color="auto" w:fill="4F4F4F"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DEDE" w:themeFill="accent1" w:themeFillTint="3F"/>
      </w:tcPr>
    </w:tblStylePr>
    <w:tblStylePr w:type="band1Horz">
      <w:tblPr/>
      <w:tcPr>
        <w:shd w:val="clear" w:color="auto" w:fill="E4E4E4"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2" w:themeFillTint="19"/>
    </w:tcPr>
    <w:tblStylePr w:type="firstRow">
      <w:rPr>
        <w:b/>
        <w:bCs/>
        <w:color w:val="FFFFFF" w:themeColor="background1"/>
      </w:rPr>
      <w:tblPr/>
      <w:tcPr>
        <w:tcBorders>
          <w:bottom w:val="single" w:sz="12" w:space="0" w:color="#FFFFFF" w:themeColor="background1"/>
        </w:tcBorders>
        <w:shd w:val="clear" w:color="auto" w:fill="4F4F4F"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2" w:themeFillTint="3F"/>
      </w:tcPr>
    </w:tblStylePr>
    <w:tblStylePr w:type="band1Horz">
      <w:tblPr/>
      <w:tcPr>
        <w:shd w:val="clear" w:color="auto" w:fill="E0E0E0"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7F7F7" w:themeFill="accent3" w:themeFillTint="19"/>
    </w:tcPr>
    <w:tblStylePr w:type="firstRow">
      <w:rPr>
        <w:b/>
        <w:bCs/>
        <w:color w:val="FFFFFF" w:themeColor="background1"/>
      </w:rPr>
      <w:tblPr/>
      <w:tcPr>
        <w:tcBorders>
          <w:bottom w:val="single" w:sz="12" w:space="0" w:color="#FFFFFF" w:themeColor="background1"/>
        </w:tcBorders>
        <w:shd w:val="clear" w:color="auto" w:fill="575757" w:themeFill="accent4" w:themeFillShade="CC"/>
      </w:tcPr>
    </w:tblStylePr>
    <w:tblStylePr w:type="lastRow">
      <w:rPr>
        <w:b/>
        <w:bCs/>
        <w:color w:val="00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AEA" w:themeFill="accent3" w:themeFillTint="3F"/>
      </w:tcPr>
    </w:tblStylePr>
    <w:tblStylePr w:type="band1Horz">
      <w:tblPr/>
      <w:tcPr>
        <w:shd w:val="clear" w:color="auto" w:fill="EEEEEE"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8F8F8F" w:themeFill="accent3" w:themeFillShade="CC"/>
      </w:tcPr>
    </w:tblStylePr>
    <w:tblStylePr w:type="lastRow">
      <w:rPr>
        <w:b/>
        <w:bCs/>
        <w:color w:val="0000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DBDB" w:themeFill="accent4" w:themeFillTint="3F"/>
      </w:tcPr>
    </w:tblStylePr>
    <w:tblStylePr w:type="band1Horz">
      <w:tblPr/>
      <w:tcPr>
        <w:shd w:val="clear" w:color="auto" w:fill="E1E1E1"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868686" w:themeFill="accent6" w:themeFillShade="CC"/>
      </w:tcPr>
    </w:tblStylePr>
    <w:tblStylePr w:type="lastRow">
      <w:rPr>
        <w:b/>
        <w:bCs/>
        <w:color w:val="0000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5" w:themeFillTint="3F"/>
      </w:tcPr>
    </w:tblStylePr>
    <w:tblStylePr w:type="band1Horz">
      <w:tblPr/>
      <w:tcPr>
        <w:shd w:val="clear" w:color="auto" w:fill="EAEAEA"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6" w:themeFillTint="19"/>
    </w:tcPr>
    <w:tblStylePr w:type="firstRow">
      <w:rPr>
        <w:b/>
        <w:bCs/>
        <w:color w:val="FFFFFF" w:themeColor="background1"/>
      </w:rPr>
      <w:tblPr/>
      <w:tcPr>
        <w:tcBorders>
          <w:bottom w:val="single" w:sz="12" w:space="0" w:color="#FFFFFF" w:themeColor="background1"/>
        </w:tcBorders>
        <w:shd w:val="clear" w:color="auto" w:fill="7C7C7C" w:themeFill="accent5" w:themeFillShade="CC"/>
      </w:tcPr>
    </w:tblStylePr>
    <w:tblStylePr w:type="lastRow">
      <w:rPr>
        <w:b/>
        <w:bCs/>
        <w:color w:val="0000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6" w:themeFillTint="3F"/>
      </w:tcPr>
    </w:tblStylePr>
    <w:tblStylePr w:type="band1Horz">
      <w:tblPr/>
      <w:tcPr>
        <w:shd w:val="clear" w:color="auto" w:fill="ECECEC"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4E4E4" w:themeFill="accent1" w:themeFillTint="33"/>
    </w:tcPr>
    <w:tblStylePr w:type="firstRow">
      <w:rPr>
        <w:b/>
        <w:bCs/>
      </w:rPr>
      <w:tblPr/>
      <w:tcPr>
        <w:shd w:val="clear" w:color="auto" w:fill="C9C9C9" w:themeFill="accent1" w:themeFillTint="66"/>
      </w:tcPr>
    </w:tblStylePr>
    <w:tblStylePr w:type="lastRow">
      <w:rPr>
        <w:b/>
        <w:bCs/>
        <w:color w:val="000000" w:themeColor="text1"/>
      </w:rPr>
      <w:tblPr/>
      <w:tcPr>
        <w:shd w:val="clear" w:color="auto" w:fill="C9C9C9" w:themeFill="accent1" w:themeFillTint="66"/>
      </w:tcPr>
    </w:tblStylePr>
    <w:tblStylePr w:type="firstCol">
      <w:rPr>
        <w:color w:val="FFFFFF" w:themeColor="background1"/>
      </w:rPr>
      <w:tblPr/>
      <w:tcPr>
        <w:shd w:val="clear" w:color="auto" w:fill="5A5A5A" w:themeFill="accent1" w:themeFillShade="BF"/>
      </w:tcPr>
    </w:tblStylePr>
    <w:tblStylePr w:type="lastCol">
      <w:rPr>
        <w:color w:val="FFFFFF" w:themeColor="background1"/>
      </w:rPr>
      <w:tblPr/>
      <w:tcPr>
        <w:shd w:val="clear" w:color="auto" w:fill="5A5A5A" w:themeFill="accent1" w:themeFillShade="BF"/>
      </w:tcPr>
    </w:tblStylePr>
    <w:tblStylePr w:type="band1Vert">
      <w:tblPr/>
      <w:tcPr>
        <w:shd w:val="clear" w:color="auto" w:fill="BCBCBC" w:themeFill="accent1" w:themeFillTint="7F"/>
      </w:tcPr>
    </w:tblStylePr>
    <w:tblStylePr w:type="band1Horz">
      <w:tblPr/>
      <w:tcPr>
        <w:shd w:val="clear" w:color="auto" w:fill="BCBCBC"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0E0E0" w:themeFill="accent2" w:themeFillTint="33"/>
    </w:tcPr>
    <w:tblStylePr w:type="firstRow">
      <w:rPr>
        <w:b/>
        <w:bCs/>
      </w:rPr>
      <w:tblPr/>
      <w:tcPr>
        <w:shd w:val="clear" w:color="auto" w:fill="C1C1C1" w:themeFill="accent2" w:themeFillTint="66"/>
      </w:tcPr>
    </w:tblStylePr>
    <w:tblStylePr w:type="lastRow">
      <w:rPr>
        <w:b/>
        <w:bCs/>
        <w:color w:val="000000" w:themeColor="text1"/>
      </w:rPr>
      <w:tblPr/>
      <w:tcPr>
        <w:shd w:val="clear" w:color="auto" w:fill="C1C1C1" w:themeFill="accent2" w:themeFillTint="66"/>
      </w:tcPr>
    </w:tblStylePr>
    <w:tblStylePr w:type="firstCol">
      <w:rPr>
        <w:color w:val="FFFFFF" w:themeColor="background1"/>
      </w:rPr>
      <w:tblPr/>
      <w:tcPr>
        <w:shd w:val="clear" w:color="auto" w:fill="4A4A4A" w:themeFill="accent2" w:themeFillShade="BF"/>
      </w:tcPr>
    </w:tblStylePr>
    <w:tblStylePr w:type="lastCol">
      <w:rPr>
        <w:color w:val="FFFFFF" w:themeColor="background1"/>
      </w:rPr>
      <w:tblPr/>
      <w:tcPr>
        <w:shd w:val="clear" w:color="auto" w:fill="4A4A4A" w:themeFill="accent2" w:themeFillShade="BF"/>
      </w:tcPr>
    </w:tblStylePr>
    <w:tblStylePr w:type="band1Vert">
      <w:tblPr/>
      <w:tcPr>
        <w:shd w:val="clear" w:color="auto" w:fill="B3B3B3" w:themeFill="accent2" w:themeFillTint="7F"/>
      </w:tcPr>
    </w:tblStylePr>
    <w:tblStylePr w:type="band1Horz">
      <w:tblPr/>
      <w:tcPr>
        <w:shd w:val="clear" w:color="auto" w:fill="B3B3B3"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EEEEE" w:themeFill="accent3" w:themeFillTint="33"/>
    </w:tcPr>
    <w:tblStylePr w:type="firstRow">
      <w:rPr>
        <w:b/>
        <w:bCs/>
      </w:rPr>
      <w:tblPr/>
      <w:tcPr>
        <w:shd w:val="clear" w:color="auto" w:fill="DDDDDD" w:themeFill="accent3" w:themeFillTint="66"/>
      </w:tcPr>
    </w:tblStylePr>
    <w:tblStylePr w:type="lastRow">
      <w:rPr>
        <w:b/>
        <w:bCs/>
        <w:color w:val="000000" w:themeColor="text1"/>
      </w:rPr>
      <w:tblPr/>
      <w:tcPr>
        <w:shd w:val="clear" w:color="auto" w:fill="DDDDDD" w:themeFill="accent3" w:themeFillTint="66"/>
      </w:tcPr>
    </w:tblStylePr>
    <w:tblStylePr w:type="firstCol">
      <w:rPr>
        <w:color w:val="FFFFFF" w:themeColor="background1"/>
      </w:rPr>
      <w:tblPr/>
      <w:tcPr>
        <w:shd w:val="clear" w:color="auto" w:fill="868686" w:themeFill="accent3" w:themeFillShade="BF"/>
      </w:tcPr>
    </w:tblStylePr>
    <w:tblStylePr w:type="lastCol">
      <w:rPr>
        <w:color w:val="FFFFFF" w:themeColor="background1"/>
      </w:rPr>
      <w:tblPr/>
      <w:tcPr>
        <w:shd w:val="clear" w:color="auto" w:fill="868686" w:themeFill="accent3" w:themeFillShade="BF"/>
      </w:tcPr>
    </w:tblStylePr>
    <w:tblStylePr w:type="band1Vert">
      <w:tblPr/>
      <w:tcPr>
        <w:shd w:val="clear" w:color="auto" w:fill="D6D6D6" w:themeFill="accent3" w:themeFillTint="7F"/>
      </w:tcPr>
    </w:tblStylePr>
    <w:tblStylePr w:type="band1Horz">
      <w:tblPr/>
      <w:tcPr>
        <w:shd w:val="clear" w:color="auto" w:fill="D6D6D6"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1E1E1" w:themeFill="accent4" w:themeFillTint="33"/>
    </w:tcPr>
    <w:tblStylePr w:type="firstRow">
      <w:rPr>
        <w:b/>
        <w:bCs/>
      </w:rPr>
      <w:tblPr/>
      <w:tcPr>
        <w:shd w:val="clear" w:color="auto" w:fill="C4C4C4" w:themeFill="accent4" w:themeFillTint="66"/>
      </w:tcPr>
    </w:tblStylePr>
    <w:tblStylePr w:type="lastRow">
      <w:rPr>
        <w:b/>
        <w:bCs/>
        <w:color w:val="000000" w:themeColor="text1"/>
      </w:rPr>
      <w:tblPr/>
      <w:tcPr>
        <w:shd w:val="clear" w:color="auto" w:fill="C4C4C4" w:themeFill="accent4" w:themeFillTint="66"/>
      </w:tcPr>
    </w:tblStylePr>
    <w:tblStylePr w:type="firstCol">
      <w:rPr>
        <w:color w:val="FFFFFF" w:themeColor="background1"/>
      </w:rPr>
      <w:tblPr/>
      <w:tcPr>
        <w:shd w:val="clear" w:color="auto" w:fill="515151" w:themeFill="accent4" w:themeFillShade="BF"/>
      </w:tcPr>
    </w:tblStylePr>
    <w:tblStylePr w:type="lastCol">
      <w:rPr>
        <w:color w:val="FFFFFF" w:themeColor="background1"/>
      </w:rPr>
      <w:tblPr/>
      <w:tcPr>
        <w:shd w:val="clear" w:color="auto" w:fill="515151" w:themeFill="accent4" w:themeFillShade="BF"/>
      </w:tcPr>
    </w:tblStylePr>
    <w:tblStylePr w:type="band1Vert">
      <w:tblPr/>
      <w:tcPr>
        <w:shd w:val="clear" w:color="auto" w:fill="B6B6B6" w:themeFill="accent4" w:themeFillTint="7F"/>
      </w:tcPr>
    </w:tblStylePr>
    <w:tblStylePr w:type="band1Horz">
      <w:tblPr/>
      <w:tcPr>
        <w:shd w:val="clear" w:color="auto" w:fill="B6B6B6"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EAEA" w:themeFill="accent5" w:themeFillTint="33"/>
    </w:tcPr>
    <w:tblStylePr w:type="firstRow">
      <w:rPr>
        <w:b/>
        <w:bCs/>
      </w:rPr>
      <w:tblPr/>
      <w:tcPr>
        <w:shd w:val="clear" w:color="auto" w:fill="D6D6D6" w:themeFill="accent5" w:themeFillTint="66"/>
      </w:tcPr>
    </w:tblStylePr>
    <w:tblStylePr w:type="lastRow">
      <w:rPr>
        <w:b/>
        <w:bCs/>
        <w:color w:val="000000" w:themeColor="text1"/>
      </w:rPr>
      <w:tblPr/>
      <w:tcPr>
        <w:shd w:val="clear" w:color="auto" w:fill="D6D6D6" w:themeFill="accent5" w:themeFillTint="66"/>
      </w:tcPr>
    </w:tblStylePr>
    <w:tblStylePr w:type="firstCol">
      <w:rPr>
        <w:color w:val="FFFFFF" w:themeColor="background1"/>
      </w:rPr>
      <w:tblPr/>
      <w:tcPr>
        <w:shd w:val="clear" w:color="auto" w:fill="747474" w:themeFill="accent5" w:themeFillShade="BF"/>
      </w:tcPr>
    </w:tblStylePr>
    <w:tblStylePr w:type="lastCol">
      <w:rPr>
        <w:color w:val="FFFFFF" w:themeColor="background1"/>
      </w:rPr>
      <w:tblPr/>
      <w:tcPr>
        <w:shd w:val="clear" w:color="auto" w:fill="747474" w:themeFill="accent5" w:themeFillShade="BF"/>
      </w:tcPr>
    </w:tblStylePr>
    <w:tblStylePr w:type="band1Vert">
      <w:tblPr/>
      <w:tcPr>
        <w:shd w:val="clear" w:color="auto" w:fill="CCCCCC" w:themeFill="accent5" w:themeFillTint="7F"/>
      </w:tcPr>
    </w:tblStylePr>
    <w:tblStylePr w:type="band1Horz">
      <w:tblPr/>
      <w:tcPr>
        <w:shd w:val="clear" w:color="auto" w:fill="CCCCCC"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CECEC" w:themeFill="accent6" w:themeFillTint="33"/>
    </w:tcPr>
    <w:tblStylePr w:type="firstRow">
      <w:rPr>
        <w:b/>
        <w:bCs/>
      </w:rPr>
      <w:tblPr/>
      <w:tcPr>
        <w:shd w:val="clear" w:color="auto" w:fill="DADADA" w:themeFill="accent6" w:themeFillTint="66"/>
      </w:tcPr>
    </w:tblStylePr>
    <w:tblStylePr w:type="lastRow">
      <w:rPr>
        <w:b/>
        <w:bCs/>
        <w:color w:val="000000" w:themeColor="text1"/>
      </w:rPr>
      <w:tblPr/>
      <w:tcPr>
        <w:shd w:val="clear" w:color="auto" w:fill="DADADA" w:themeFill="accent6" w:themeFillTint="66"/>
      </w:tcPr>
    </w:tblStylePr>
    <w:tblStylePr w:type="firstCol">
      <w:rPr>
        <w:color w:val="FFFFFF" w:themeColor="background1"/>
      </w:rPr>
      <w:tblPr/>
      <w:tcPr>
        <w:shd w:val="clear" w:color="auto" w:fill="7E7E7E" w:themeFill="accent6" w:themeFillShade="BF"/>
      </w:tcPr>
    </w:tblStylePr>
    <w:tblStylePr w:type="lastCol">
      <w:rPr>
        <w:color w:val="FFFFFF" w:themeColor="background1"/>
      </w:rPr>
      <w:tblPr/>
      <w:tcPr>
        <w:shd w:val="clear" w:color="auto" w:fill="7E7E7E" w:themeFill="accent6" w:themeFillShade="BF"/>
      </w:tcPr>
    </w:tblStylePr>
    <w:tblStylePr w:type="band1Vert">
      <w:tblPr/>
      <w:tcPr>
        <w:shd w:val="clear" w:color="auto" w:fill="D2D2D2" w:themeFill="accent6" w:themeFillTint="7F"/>
      </w:tcPr>
    </w:tblStylePr>
    <w:tblStylePr w:type="band1Horz">
      <w:tblPr/>
      <w:tcPr>
        <w:shd w:val="clear" w:color="auto" w:fill="D2D2D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4444"/>
      </a:dk2>
      <a:lt2>
        <a:srgbClr val="ECECEC"/>
      </a:lt2>
      <a:accent1>
        <a:srgbClr val="7B7B7B"/>
      </a:accent1>
      <a:accent2>
        <a:srgbClr val="686868"/>
      </a:accent2>
      <a:accent3>
        <a:srgbClr val="ADADAD"/>
      </a:accent3>
      <a:accent4>
        <a:srgbClr val="6E6E6E"/>
      </a:accent4>
      <a:accent5>
        <a:srgbClr val="999999"/>
      </a:accent5>
      <a:accent6>
        <a:srgbClr val="A5A5A5"/>
      </a:accent6>
      <a:hlink>
        <a:srgbClr val="121212"/>
      </a:hlink>
      <a:folHlink>
        <a:srgbClr val="242424"/>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Chestnut Creek Special Assessment Proxy and Ballot Packet</dc:title>
  <dc:subject>Special assessment ballot, voting instructions, and directed proxy form</dc:subject>
  <dc:creator>Chestnut Creek Board of Directors</dc:creator>
  <cp:keywords/>
  <dc:description>Final Board draft; dates and legal approval pending</dc:description>
  <cp:lastModifiedBy/>
  <cp:revision>1</cp:revision>
  <dcterms:created xsi:type="dcterms:W3CDTF">2013-12-23T23:15:00Z</dcterms:created>
  <dcterms:modified xsi:type="dcterms:W3CDTF">2013-12-23T23:15:00Z</dcterms:modified>
  <cp:category/>
</cp:coreProperties>
</file>