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DA427" w14:textId="77777777" w:rsidR="001D6E65" w:rsidRDefault="00855DE4">
      <w:pPr>
        <w:spacing w:before="160" w:after="60"/>
      </w:pPr>
      <w:r>
        <w:rPr>
          <w:rFonts w:eastAsia="Aptos SemiBold" w:cs="Aptos SemiBold"/>
          <w:b/>
          <w:sz w:val="26"/>
        </w:rPr>
        <w:t>Adventure Guide Essentials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5976"/>
        <w:gridCol w:w="648"/>
        <w:gridCol w:w="3096"/>
      </w:tblGrid>
      <w:tr w:rsidR="001D6E65" w14:paraId="64AE8500" w14:textId="77777777">
        <w:trPr>
          <w:jc w:val="center"/>
        </w:trPr>
        <w:tc>
          <w:tcPr>
            <w:tcW w:w="648" w:type="dxa"/>
            <w:shd w:val="clear" w:color="auto" w:fill="DCE6E1"/>
            <w:tcMar>
              <w:top w:w="30" w:type="dxa"/>
              <w:bottom w:w="30" w:type="dxa"/>
            </w:tcMar>
            <w:vAlign w:val="center"/>
          </w:tcPr>
          <w:p w14:paraId="57AF36B8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Pack</w:t>
            </w:r>
          </w:p>
        </w:tc>
        <w:tc>
          <w:tcPr>
            <w:tcW w:w="5976" w:type="dxa"/>
            <w:shd w:val="clear" w:color="auto" w:fill="DCE6E1"/>
            <w:tcMar>
              <w:top w:w="30" w:type="dxa"/>
              <w:bottom w:w="30" w:type="dxa"/>
            </w:tcMar>
            <w:vAlign w:val="center"/>
          </w:tcPr>
          <w:p w14:paraId="77D326C7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Item</w:t>
            </w:r>
          </w:p>
        </w:tc>
        <w:tc>
          <w:tcPr>
            <w:tcW w:w="648" w:type="dxa"/>
            <w:shd w:val="clear" w:color="auto" w:fill="DCE6E1"/>
            <w:tcMar>
              <w:top w:w="30" w:type="dxa"/>
              <w:bottom w:w="30" w:type="dxa"/>
            </w:tcMar>
            <w:vAlign w:val="center"/>
          </w:tcPr>
          <w:p w14:paraId="7A839CBF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8"/>
              </w:rPr>
              <w:t>Qty</w:t>
            </w:r>
          </w:p>
        </w:tc>
        <w:tc>
          <w:tcPr>
            <w:tcW w:w="3096" w:type="dxa"/>
            <w:shd w:val="clear" w:color="auto" w:fill="DCE6E1"/>
            <w:tcMar>
              <w:top w:w="30" w:type="dxa"/>
              <w:bottom w:w="30" w:type="dxa"/>
            </w:tcMar>
            <w:vAlign w:val="center"/>
          </w:tcPr>
          <w:p w14:paraId="2621405A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8"/>
              </w:rPr>
              <w:t>Notes</w:t>
            </w:r>
          </w:p>
        </w:tc>
      </w:tr>
      <w:tr w:rsidR="001D6E65" w14:paraId="36348579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163135B5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78E61906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Trip plan / itinerary and emergency contacts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2E5AE4D4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70097759" w14:textId="77777777" w:rsidR="001D6E65" w:rsidRDefault="001D6E65">
            <w:pPr>
              <w:spacing w:line="168" w:lineRule="auto"/>
            </w:pPr>
          </w:p>
        </w:tc>
      </w:tr>
      <w:tr w:rsidR="001D6E65" w14:paraId="5FF6E7A3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17F13B6A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1C811DCA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Printed map + offline map downloaded to phone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20607E6A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30DE6C8B" w14:textId="77777777" w:rsidR="001D6E65" w:rsidRDefault="001D6E65">
            <w:pPr>
              <w:spacing w:line="168" w:lineRule="auto"/>
            </w:pPr>
          </w:p>
        </w:tc>
      </w:tr>
      <w:tr w:rsidR="001D6E65" w14:paraId="771CA5FD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1E213B92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7BF72454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Compass or GPS device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5339B7FB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6853EF9F" w14:textId="77777777" w:rsidR="001D6E65" w:rsidRDefault="001D6E65">
            <w:pPr>
              <w:spacing w:line="168" w:lineRule="auto"/>
            </w:pPr>
          </w:p>
        </w:tc>
      </w:tr>
      <w:tr w:rsidR="001D6E65" w14:paraId="367CD618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2118C516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4E4D9F4E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First-aid kit sized for the group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12E543AA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00617973" w14:textId="77777777" w:rsidR="001D6E65" w:rsidRDefault="001D6E65">
            <w:pPr>
              <w:spacing w:line="168" w:lineRule="auto"/>
            </w:pPr>
          </w:p>
        </w:tc>
      </w:tr>
      <w:tr w:rsidR="001D6E65" w14:paraId="3188A2AB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6E2E1BBA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79EAA1F5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Headlamp for each person + spare batteries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395429B8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6CD1391B" w14:textId="77777777" w:rsidR="001D6E65" w:rsidRDefault="001D6E65">
            <w:pPr>
              <w:spacing w:line="168" w:lineRule="auto"/>
            </w:pPr>
          </w:p>
        </w:tc>
      </w:tr>
      <w:tr w:rsidR="001D6E65" w14:paraId="1D38AE6B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61D53649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4B908940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Whistle for each child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02EE4A53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0AA5FF1D" w14:textId="77777777" w:rsidR="001D6E65" w:rsidRDefault="001D6E65">
            <w:pPr>
              <w:spacing w:line="168" w:lineRule="auto"/>
            </w:pPr>
          </w:p>
        </w:tc>
      </w:tr>
      <w:tr w:rsidR="001D6E65" w14:paraId="61AA5CFB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2287EFCB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5406FA6D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Multi-tool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2AC20838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70C21B9D" w14:textId="77777777" w:rsidR="001D6E65" w:rsidRDefault="001D6E65">
            <w:pPr>
              <w:spacing w:line="168" w:lineRule="auto"/>
            </w:pPr>
          </w:p>
        </w:tc>
      </w:tr>
      <w:tr w:rsidR="001D6E65" w14:paraId="746CF46C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5FBDE844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138465CD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Repair kit: duct tape, cord, zip ties, patch kit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59422EEE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5B0F48E9" w14:textId="77777777" w:rsidR="001D6E65" w:rsidRDefault="001D6E65">
            <w:pPr>
              <w:spacing w:line="168" w:lineRule="auto"/>
            </w:pPr>
          </w:p>
        </w:tc>
      </w:tr>
      <w:tr w:rsidR="001D6E65" w14:paraId="567DA7E2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12E9D503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2F9D9EA5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Power bank + charging cables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4CDBEF84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2C80710C" w14:textId="77777777" w:rsidR="001D6E65" w:rsidRDefault="001D6E65">
            <w:pPr>
              <w:spacing w:line="168" w:lineRule="auto"/>
            </w:pPr>
          </w:p>
        </w:tc>
      </w:tr>
      <w:tr w:rsidR="001D6E65" w14:paraId="4AACD859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2D9E70BB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3257716E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Weather radio or satellite communicator for remote areas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5FA744FA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2F0E179E" w14:textId="77777777" w:rsidR="001D6E65" w:rsidRDefault="001D6E65">
            <w:pPr>
              <w:spacing w:line="168" w:lineRule="auto"/>
            </w:pPr>
          </w:p>
        </w:tc>
      </w:tr>
      <w:tr w:rsidR="001D6E65" w14:paraId="6349B3E6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63F4A0E7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3ACD9E34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Sunscreen, SPF lip balm, insect repellent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7D3AF406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59B080CA" w14:textId="77777777" w:rsidR="001D6E65" w:rsidRDefault="001D6E65">
            <w:pPr>
              <w:spacing w:line="168" w:lineRule="auto"/>
            </w:pPr>
          </w:p>
        </w:tc>
      </w:tr>
      <w:tr w:rsidR="001D6E65" w14:paraId="19705AF4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1D877BB0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71A0CF73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Small notebook + pencil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414357AD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4F876D13" w14:textId="77777777" w:rsidR="001D6E65" w:rsidRDefault="001D6E65">
            <w:pPr>
              <w:spacing w:line="168" w:lineRule="auto"/>
            </w:pPr>
          </w:p>
        </w:tc>
      </w:tr>
      <w:tr w:rsidR="001D6E65" w14:paraId="042CA9EA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065E0F72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618342DB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Trash bags / Leave No Trace bags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03A8BF7A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7BC65EB8" w14:textId="77777777" w:rsidR="001D6E65" w:rsidRDefault="001D6E65">
            <w:pPr>
              <w:spacing w:line="168" w:lineRule="auto"/>
            </w:pPr>
          </w:p>
        </w:tc>
      </w:tr>
    </w:tbl>
    <w:p w14:paraId="407F2D3B" w14:textId="77777777" w:rsidR="001D6E65" w:rsidRDefault="00855DE4">
      <w:pPr>
        <w:spacing w:before="160" w:after="60"/>
      </w:pPr>
      <w:r>
        <w:rPr>
          <w:rFonts w:eastAsia="Aptos SemiBold" w:cs="Aptos SemiBold"/>
          <w:b/>
          <w:sz w:val="26"/>
        </w:rPr>
        <w:t>Camp Shelter &amp; Sleep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5976"/>
        <w:gridCol w:w="648"/>
        <w:gridCol w:w="3096"/>
      </w:tblGrid>
      <w:tr w:rsidR="001D6E65" w14:paraId="47CD7E20" w14:textId="77777777">
        <w:trPr>
          <w:jc w:val="center"/>
        </w:trPr>
        <w:tc>
          <w:tcPr>
            <w:tcW w:w="648" w:type="dxa"/>
            <w:shd w:val="clear" w:color="auto" w:fill="DCE6E1"/>
            <w:tcMar>
              <w:top w:w="30" w:type="dxa"/>
              <w:bottom w:w="30" w:type="dxa"/>
            </w:tcMar>
            <w:vAlign w:val="center"/>
          </w:tcPr>
          <w:p w14:paraId="69F70540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Pack</w:t>
            </w:r>
          </w:p>
        </w:tc>
        <w:tc>
          <w:tcPr>
            <w:tcW w:w="5976" w:type="dxa"/>
            <w:shd w:val="clear" w:color="auto" w:fill="DCE6E1"/>
            <w:tcMar>
              <w:top w:w="30" w:type="dxa"/>
              <w:bottom w:w="30" w:type="dxa"/>
            </w:tcMar>
            <w:vAlign w:val="center"/>
          </w:tcPr>
          <w:p w14:paraId="449159C4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Item</w:t>
            </w:r>
          </w:p>
        </w:tc>
        <w:tc>
          <w:tcPr>
            <w:tcW w:w="648" w:type="dxa"/>
            <w:shd w:val="clear" w:color="auto" w:fill="DCE6E1"/>
            <w:tcMar>
              <w:top w:w="30" w:type="dxa"/>
              <w:bottom w:w="30" w:type="dxa"/>
            </w:tcMar>
            <w:vAlign w:val="center"/>
          </w:tcPr>
          <w:p w14:paraId="172D952A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8"/>
              </w:rPr>
              <w:t>Qty</w:t>
            </w:r>
          </w:p>
        </w:tc>
        <w:tc>
          <w:tcPr>
            <w:tcW w:w="3096" w:type="dxa"/>
            <w:shd w:val="clear" w:color="auto" w:fill="DCE6E1"/>
            <w:tcMar>
              <w:top w:w="30" w:type="dxa"/>
              <w:bottom w:w="30" w:type="dxa"/>
            </w:tcMar>
            <w:vAlign w:val="center"/>
          </w:tcPr>
          <w:p w14:paraId="4AC02162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8"/>
              </w:rPr>
              <w:t>Notes</w:t>
            </w:r>
          </w:p>
        </w:tc>
      </w:tr>
      <w:tr w:rsidR="001D6E65" w14:paraId="72D36500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316C5D14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253B9EBC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Family tent + footprint / groundsheet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7B455D4C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2F1925FF" w14:textId="77777777" w:rsidR="001D6E65" w:rsidRDefault="001D6E65">
            <w:pPr>
              <w:spacing w:line="168" w:lineRule="auto"/>
            </w:pPr>
          </w:p>
        </w:tc>
      </w:tr>
      <w:tr w:rsidR="001D6E65" w14:paraId="07FF7AA7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32D6A823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6FFD195C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Tent stakes + mallet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5BC2C5AC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5A263D03" w14:textId="77777777" w:rsidR="001D6E65" w:rsidRDefault="001D6E65">
            <w:pPr>
              <w:spacing w:line="168" w:lineRule="auto"/>
            </w:pPr>
          </w:p>
        </w:tc>
      </w:tr>
      <w:tr w:rsidR="001D6E65" w14:paraId="46684151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6F1114FC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7D5EE9D9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Rainfly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3D3E3606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16AB5854" w14:textId="77777777" w:rsidR="001D6E65" w:rsidRDefault="001D6E65">
            <w:pPr>
              <w:spacing w:line="168" w:lineRule="auto"/>
            </w:pPr>
          </w:p>
        </w:tc>
      </w:tr>
      <w:tr w:rsidR="001D6E65" w14:paraId="69633AFE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289EA01C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68712A49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Cots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587023BC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6117CEBE" w14:textId="77777777" w:rsidR="001D6E65" w:rsidRDefault="001D6E65">
            <w:pPr>
              <w:spacing w:line="168" w:lineRule="auto"/>
            </w:pPr>
          </w:p>
        </w:tc>
      </w:tr>
      <w:tr w:rsidR="001D6E65" w14:paraId="140C54F7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1EDB18AA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564DE4EF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Sleeping bag for each camper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055480FD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15E52D6C" w14:textId="77777777" w:rsidR="001D6E65" w:rsidRDefault="001D6E65">
            <w:pPr>
              <w:spacing w:line="168" w:lineRule="auto"/>
            </w:pPr>
          </w:p>
        </w:tc>
      </w:tr>
      <w:tr w:rsidR="001D6E65" w14:paraId="02DAF7F9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38243B35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610031ED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Sleeping pad / air mattress for each camper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5F882A7C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05D2CBA4" w14:textId="77777777" w:rsidR="001D6E65" w:rsidRDefault="001D6E65">
            <w:pPr>
              <w:spacing w:line="168" w:lineRule="auto"/>
            </w:pPr>
          </w:p>
        </w:tc>
      </w:tr>
      <w:tr w:rsidR="001D6E65" w14:paraId="196EB1FE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2567B113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1600E06D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Pillows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3AAE7AC2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52A8310D" w14:textId="77777777" w:rsidR="001D6E65" w:rsidRDefault="001D6E65">
            <w:pPr>
              <w:spacing w:line="168" w:lineRule="auto"/>
            </w:pPr>
          </w:p>
        </w:tc>
      </w:tr>
      <w:tr w:rsidR="001D6E65" w14:paraId="439F12D1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46AF10D3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4525474B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Extra blankets for cold nights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422CDD84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4E3ADF8D" w14:textId="77777777" w:rsidR="001D6E65" w:rsidRDefault="001D6E65">
            <w:pPr>
              <w:spacing w:line="168" w:lineRule="auto"/>
            </w:pPr>
          </w:p>
        </w:tc>
      </w:tr>
      <w:tr w:rsidR="001D6E65" w14:paraId="4FAA2EC5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48A1B9A9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7F5C6B25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Camp chairs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17877A15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4363330C" w14:textId="77777777" w:rsidR="001D6E65" w:rsidRDefault="001D6E65">
            <w:pPr>
              <w:spacing w:line="168" w:lineRule="auto"/>
            </w:pPr>
          </w:p>
        </w:tc>
      </w:tr>
      <w:tr w:rsidR="001D6E65" w14:paraId="3326BE41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4ED12C7C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49A4609F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Tarp or shade shelter + poles / guylines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421B89DB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35846516" w14:textId="77777777" w:rsidR="001D6E65" w:rsidRDefault="001D6E65">
            <w:pPr>
              <w:spacing w:line="168" w:lineRule="auto"/>
            </w:pPr>
          </w:p>
        </w:tc>
      </w:tr>
      <w:tr w:rsidR="001D6E65" w14:paraId="031BF4C8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705DA578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53A1CEF9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Doormat or small ground mat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018E1355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4288546F" w14:textId="77777777" w:rsidR="001D6E65" w:rsidRDefault="001D6E65">
            <w:pPr>
              <w:spacing w:line="168" w:lineRule="auto"/>
            </w:pPr>
          </w:p>
        </w:tc>
      </w:tr>
    </w:tbl>
    <w:p w14:paraId="628A3C0D" w14:textId="77777777" w:rsidR="001D6E65" w:rsidRDefault="00855DE4">
      <w:pPr>
        <w:spacing w:before="160" w:after="60"/>
      </w:pPr>
      <w:r>
        <w:rPr>
          <w:rFonts w:eastAsia="Aptos SemiBold" w:cs="Aptos SemiBold"/>
          <w:b/>
          <w:sz w:val="26"/>
        </w:rPr>
        <w:t>Clothing - Adult &amp; Kids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5976"/>
        <w:gridCol w:w="648"/>
        <w:gridCol w:w="3096"/>
      </w:tblGrid>
      <w:tr w:rsidR="001D6E65" w14:paraId="6CD33FCD" w14:textId="77777777">
        <w:trPr>
          <w:jc w:val="center"/>
        </w:trPr>
        <w:tc>
          <w:tcPr>
            <w:tcW w:w="648" w:type="dxa"/>
            <w:shd w:val="clear" w:color="auto" w:fill="DCE6E1"/>
            <w:tcMar>
              <w:top w:w="30" w:type="dxa"/>
              <w:bottom w:w="30" w:type="dxa"/>
            </w:tcMar>
            <w:vAlign w:val="center"/>
          </w:tcPr>
          <w:p w14:paraId="6C2E9CAF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Pack</w:t>
            </w:r>
          </w:p>
        </w:tc>
        <w:tc>
          <w:tcPr>
            <w:tcW w:w="5976" w:type="dxa"/>
            <w:shd w:val="clear" w:color="auto" w:fill="DCE6E1"/>
            <w:tcMar>
              <w:top w:w="30" w:type="dxa"/>
              <w:bottom w:w="30" w:type="dxa"/>
            </w:tcMar>
            <w:vAlign w:val="center"/>
          </w:tcPr>
          <w:p w14:paraId="533DCDE0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Item</w:t>
            </w:r>
          </w:p>
        </w:tc>
        <w:tc>
          <w:tcPr>
            <w:tcW w:w="648" w:type="dxa"/>
            <w:shd w:val="clear" w:color="auto" w:fill="DCE6E1"/>
            <w:tcMar>
              <w:top w:w="30" w:type="dxa"/>
              <w:bottom w:w="30" w:type="dxa"/>
            </w:tcMar>
            <w:vAlign w:val="center"/>
          </w:tcPr>
          <w:p w14:paraId="050FDE39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8"/>
              </w:rPr>
              <w:t>Qty</w:t>
            </w:r>
          </w:p>
        </w:tc>
        <w:tc>
          <w:tcPr>
            <w:tcW w:w="3096" w:type="dxa"/>
            <w:shd w:val="clear" w:color="auto" w:fill="DCE6E1"/>
            <w:tcMar>
              <w:top w:w="30" w:type="dxa"/>
              <w:bottom w:w="30" w:type="dxa"/>
            </w:tcMar>
            <w:vAlign w:val="center"/>
          </w:tcPr>
          <w:p w14:paraId="4CCCEDFF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8"/>
              </w:rPr>
              <w:t>Notes</w:t>
            </w:r>
          </w:p>
        </w:tc>
      </w:tr>
      <w:tr w:rsidR="001D6E65" w14:paraId="0F8B3EF7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7F439873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5F3C7314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Moisture-wicking shirts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2D17B77C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01E6D523" w14:textId="77777777" w:rsidR="001D6E65" w:rsidRDefault="001D6E65">
            <w:pPr>
              <w:spacing w:line="168" w:lineRule="auto"/>
            </w:pPr>
          </w:p>
        </w:tc>
      </w:tr>
      <w:tr w:rsidR="001D6E65" w14:paraId="03F466AA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6BFB3364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1EEF73DF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T-shirts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633D0541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36FF8740" w14:textId="77777777" w:rsidR="001D6E65" w:rsidRDefault="001D6E65">
            <w:pPr>
              <w:spacing w:line="168" w:lineRule="auto"/>
            </w:pPr>
          </w:p>
        </w:tc>
      </w:tr>
      <w:tr w:rsidR="001D6E65" w14:paraId="5E36FB0E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52133504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45E5A934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Pants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16990610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078A42F2" w14:textId="77777777" w:rsidR="001D6E65" w:rsidRDefault="001D6E65">
            <w:pPr>
              <w:spacing w:line="168" w:lineRule="auto"/>
            </w:pPr>
          </w:p>
        </w:tc>
      </w:tr>
      <w:tr w:rsidR="001D6E65" w14:paraId="3D8E492B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7E4A2A50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7E464448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Branded Apparel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68B67CDC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3BE0E3C1" w14:textId="77777777" w:rsidR="001D6E65" w:rsidRDefault="001D6E65">
            <w:pPr>
              <w:spacing w:line="168" w:lineRule="auto"/>
            </w:pPr>
          </w:p>
        </w:tc>
      </w:tr>
      <w:tr w:rsidR="001D6E65" w14:paraId="49C22CCB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1699B93C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2263F8A2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Vests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70461D6A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4CE35F0C" w14:textId="77777777" w:rsidR="001D6E65" w:rsidRDefault="001D6E65">
            <w:pPr>
              <w:spacing w:line="168" w:lineRule="auto"/>
            </w:pPr>
          </w:p>
        </w:tc>
      </w:tr>
      <w:tr w:rsidR="001D6E65" w14:paraId="43342458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393D54FE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00F267AC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Hiking pants / shorts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6E7FEB54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3C73D80C" w14:textId="77777777" w:rsidR="001D6E65" w:rsidRDefault="001D6E65">
            <w:pPr>
              <w:spacing w:line="168" w:lineRule="auto"/>
            </w:pPr>
          </w:p>
        </w:tc>
      </w:tr>
      <w:tr w:rsidR="001D6E65" w14:paraId="053A8C4B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42631198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6DA6D4F3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Warm fleece or insulated layer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34445B39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3D6C77BE" w14:textId="77777777" w:rsidR="001D6E65" w:rsidRDefault="001D6E65">
            <w:pPr>
              <w:spacing w:line="168" w:lineRule="auto"/>
            </w:pPr>
          </w:p>
        </w:tc>
      </w:tr>
      <w:tr w:rsidR="001D6E65" w14:paraId="4D921991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3224CBAD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48A668B0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Rain jacket / shell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330B14A9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4B246060" w14:textId="77777777" w:rsidR="001D6E65" w:rsidRDefault="001D6E65">
            <w:pPr>
              <w:spacing w:line="168" w:lineRule="auto"/>
            </w:pPr>
          </w:p>
        </w:tc>
      </w:tr>
      <w:tr w:rsidR="001D6E65" w14:paraId="03985E3F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78EBAF95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04BBD427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Underwear + extra socks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34C69ABC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422AEB79" w14:textId="77777777" w:rsidR="001D6E65" w:rsidRDefault="001D6E65">
            <w:pPr>
              <w:spacing w:line="168" w:lineRule="auto"/>
            </w:pPr>
          </w:p>
        </w:tc>
      </w:tr>
      <w:tr w:rsidR="001D6E65" w14:paraId="191DD9A3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07644FD6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2E577A05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Sleepwear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6CF0CAE9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6CA53637" w14:textId="77777777" w:rsidR="001D6E65" w:rsidRDefault="001D6E65">
            <w:pPr>
              <w:spacing w:line="168" w:lineRule="auto"/>
            </w:pPr>
          </w:p>
        </w:tc>
      </w:tr>
      <w:tr w:rsidR="001D6E65" w14:paraId="0BB14512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29330D38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268EF05E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Hiking shoes / boots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54A80384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4C9BAFBA" w14:textId="77777777" w:rsidR="001D6E65" w:rsidRDefault="001D6E65">
            <w:pPr>
              <w:spacing w:line="168" w:lineRule="auto"/>
            </w:pPr>
          </w:p>
        </w:tc>
      </w:tr>
      <w:tr w:rsidR="001D6E65" w14:paraId="45D53161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2AB3767E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41D58708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Camp shoes / sandals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37AA0DC8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11DF7D43" w14:textId="77777777" w:rsidR="001D6E65" w:rsidRDefault="001D6E65">
            <w:pPr>
              <w:spacing w:line="168" w:lineRule="auto"/>
            </w:pPr>
          </w:p>
        </w:tc>
      </w:tr>
      <w:tr w:rsidR="001D6E65" w14:paraId="5F933A4D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1ED43F5D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4F8FA68E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Sun hats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54F57245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672DB55A" w14:textId="77777777" w:rsidR="001D6E65" w:rsidRDefault="001D6E65">
            <w:pPr>
              <w:spacing w:line="168" w:lineRule="auto"/>
            </w:pPr>
          </w:p>
        </w:tc>
      </w:tr>
      <w:tr w:rsidR="001D6E65" w14:paraId="5F489F6C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2E307870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148919B6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Warm hats + gloves if temperatures may drop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6AAC175B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6708FFC2" w14:textId="77777777" w:rsidR="001D6E65" w:rsidRDefault="001D6E65">
            <w:pPr>
              <w:spacing w:line="168" w:lineRule="auto"/>
            </w:pPr>
          </w:p>
        </w:tc>
      </w:tr>
      <w:tr w:rsidR="001D6E65" w14:paraId="26C37858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0018EC4C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572DCEF7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Swimsuits / water shoes if needed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1369ABC8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57EFD4CC" w14:textId="77777777" w:rsidR="001D6E65" w:rsidRDefault="001D6E65">
            <w:pPr>
              <w:spacing w:line="168" w:lineRule="auto"/>
            </w:pPr>
          </w:p>
        </w:tc>
      </w:tr>
      <w:tr w:rsidR="001D6E65" w14:paraId="3D68527E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33EC8077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13092D6D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One complete spare outfit per child in a dry bag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62205A0E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0E2BB26A" w14:textId="77777777" w:rsidR="001D6E65" w:rsidRDefault="001D6E65">
            <w:pPr>
              <w:spacing w:line="168" w:lineRule="auto"/>
            </w:pPr>
          </w:p>
        </w:tc>
      </w:tr>
    </w:tbl>
    <w:p w14:paraId="66317846" w14:textId="77777777" w:rsidR="001D6E65" w:rsidRDefault="00855DE4">
      <w:pPr>
        <w:pageBreakBefore/>
        <w:spacing w:before="160" w:after="60"/>
      </w:pPr>
      <w:r>
        <w:rPr>
          <w:rFonts w:eastAsia="Aptos SemiBold" w:cs="Aptos SemiBold"/>
          <w:b/>
          <w:sz w:val="26"/>
        </w:rPr>
        <w:lastRenderedPageBreak/>
        <w:t>Camp Kitchen &amp; Food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5976"/>
        <w:gridCol w:w="648"/>
        <w:gridCol w:w="3096"/>
      </w:tblGrid>
      <w:tr w:rsidR="001D6E65" w14:paraId="2DEF6E02" w14:textId="77777777">
        <w:trPr>
          <w:jc w:val="center"/>
        </w:trPr>
        <w:tc>
          <w:tcPr>
            <w:tcW w:w="648" w:type="dxa"/>
            <w:shd w:val="clear" w:color="auto" w:fill="DCE6E1"/>
            <w:tcMar>
              <w:top w:w="30" w:type="dxa"/>
              <w:bottom w:w="30" w:type="dxa"/>
            </w:tcMar>
            <w:vAlign w:val="center"/>
          </w:tcPr>
          <w:p w14:paraId="12E000BB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Pack</w:t>
            </w:r>
          </w:p>
        </w:tc>
        <w:tc>
          <w:tcPr>
            <w:tcW w:w="5976" w:type="dxa"/>
            <w:shd w:val="clear" w:color="auto" w:fill="DCE6E1"/>
            <w:tcMar>
              <w:top w:w="30" w:type="dxa"/>
              <w:bottom w:w="30" w:type="dxa"/>
            </w:tcMar>
            <w:vAlign w:val="center"/>
          </w:tcPr>
          <w:p w14:paraId="3688BD9B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Item</w:t>
            </w:r>
          </w:p>
        </w:tc>
        <w:tc>
          <w:tcPr>
            <w:tcW w:w="648" w:type="dxa"/>
            <w:shd w:val="clear" w:color="auto" w:fill="DCE6E1"/>
            <w:tcMar>
              <w:top w:w="30" w:type="dxa"/>
              <w:bottom w:w="30" w:type="dxa"/>
            </w:tcMar>
            <w:vAlign w:val="center"/>
          </w:tcPr>
          <w:p w14:paraId="36DEBB93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8"/>
              </w:rPr>
              <w:t>Qty</w:t>
            </w:r>
          </w:p>
        </w:tc>
        <w:tc>
          <w:tcPr>
            <w:tcW w:w="3096" w:type="dxa"/>
            <w:shd w:val="clear" w:color="auto" w:fill="DCE6E1"/>
            <w:tcMar>
              <w:top w:w="30" w:type="dxa"/>
              <w:bottom w:w="30" w:type="dxa"/>
            </w:tcMar>
            <w:vAlign w:val="center"/>
          </w:tcPr>
          <w:p w14:paraId="19CECF32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8"/>
              </w:rPr>
              <w:t>Notes</w:t>
            </w:r>
          </w:p>
        </w:tc>
      </w:tr>
      <w:tr w:rsidR="001D6E65" w14:paraId="174B3C25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555C0915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46D559F9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Camp stove + fuel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01E97C27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754C9DB6" w14:textId="77777777" w:rsidR="001D6E65" w:rsidRDefault="001D6E65">
            <w:pPr>
              <w:spacing w:line="168" w:lineRule="auto"/>
            </w:pPr>
          </w:p>
        </w:tc>
      </w:tr>
      <w:tr w:rsidR="001D6E65" w14:paraId="04AFFA28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3C4F0692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3EBBF28B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Lighter + waterproof matches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4B54A0BA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08A6DE6F" w14:textId="77777777" w:rsidR="001D6E65" w:rsidRDefault="001D6E65">
            <w:pPr>
              <w:spacing w:line="168" w:lineRule="auto"/>
            </w:pPr>
          </w:p>
        </w:tc>
      </w:tr>
      <w:tr w:rsidR="001D6E65" w14:paraId="590547BD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6E1C7BFD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55CD803C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Cook pot / skillet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47BD6A38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48A0B9D0" w14:textId="77777777" w:rsidR="001D6E65" w:rsidRDefault="001D6E65">
            <w:pPr>
              <w:spacing w:line="168" w:lineRule="auto"/>
            </w:pPr>
          </w:p>
        </w:tc>
      </w:tr>
      <w:tr w:rsidR="001D6E65" w14:paraId="4E332FC8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3A9DFC12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59DC1348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Kettle or coffee setup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6ADC9BB4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2C4E2D78" w14:textId="77777777" w:rsidR="001D6E65" w:rsidRDefault="001D6E65">
            <w:pPr>
              <w:spacing w:line="168" w:lineRule="auto"/>
            </w:pPr>
          </w:p>
        </w:tc>
      </w:tr>
      <w:tr w:rsidR="001D6E65" w14:paraId="2E7A2A15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1CBCE7AC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16106710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Plates / bowls / cups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0E4E7F6C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747B04F5" w14:textId="77777777" w:rsidR="001D6E65" w:rsidRDefault="001D6E65">
            <w:pPr>
              <w:spacing w:line="168" w:lineRule="auto"/>
            </w:pPr>
          </w:p>
        </w:tc>
      </w:tr>
      <w:tr w:rsidR="001D6E65" w14:paraId="3138F57A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1FAD43DE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55116620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Forks / spoons / kid utensils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1787C899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4F27496F" w14:textId="77777777" w:rsidR="001D6E65" w:rsidRDefault="001D6E65">
            <w:pPr>
              <w:spacing w:line="168" w:lineRule="auto"/>
            </w:pPr>
          </w:p>
        </w:tc>
      </w:tr>
      <w:tr w:rsidR="001D6E65" w14:paraId="107E8560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712E0E1A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0EDFF1E9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Sharp kitchen knife + cutting board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405031DD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5F95CA4B" w14:textId="77777777" w:rsidR="001D6E65" w:rsidRDefault="001D6E65">
            <w:pPr>
              <w:spacing w:line="168" w:lineRule="auto"/>
            </w:pPr>
          </w:p>
        </w:tc>
      </w:tr>
      <w:tr w:rsidR="001D6E65" w14:paraId="47D51307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60CF7D74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130CB338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Can opener / bottle opener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69442A48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7716FC2C" w14:textId="77777777" w:rsidR="001D6E65" w:rsidRDefault="001D6E65">
            <w:pPr>
              <w:spacing w:line="168" w:lineRule="auto"/>
            </w:pPr>
          </w:p>
        </w:tc>
      </w:tr>
      <w:tr w:rsidR="001D6E65" w14:paraId="76A98A9A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5447D4E0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62BE6D57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Cooler + ice / ice packs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3E7585E3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3D9E22CB" w14:textId="77777777" w:rsidR="001D6E65" w:rsidRDefault="001D6E65">
            <w:pPr>
              <w:spacing w:line="168" w:lineRule="auto"/>
            </w:pPr>
          </w:p>
        </w:tc>
      </w:tr>
      <w:tr w:rsidR="001D6E65" w14:paraId="2E4A4D7A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61373360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1DBAC66A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Water jugs / containers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215A9080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2A66369F" w14:textId="77777777" w:rsidR="001D6E65" w:rsidRDefault="001D6E65">
            <w:pPr>
              <w:spacing w:line="168" w:lineRule="auto"/>
            </w:pPr>
          </w:p>
        </w:tc>
      </w:tr>
      <w:tr w:rsidR="001D6E65" w14:paraId="32DE6705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738B0162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36C0F20E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Reusable water bottle for each person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2312DAD4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2561C564" w14:textId="77777777" w:rsidR="001D6E65" w:rsidRDefault="001D6E65">
            <w:pPr>
              <w:spacing w:line="168" w:lineRule="auto"/>
            </w:pPr>
          </w:p>
        </w:tc>
      </w:tr>
      <w:tr w:rsidR="001D6E65" w14:paraId="427845BE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1922EE8E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6C2678DA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Meals + easy kid-friendly snacks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1AF73709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19072738" w14:textId="77777777" w:rsidR="001D6E65" w:rsidRDefault="001D6E65">
            <w:pPr>
              <w:spacing w:line="168" w:lineRule="auto"/>
            </w:pPr>
          </w:p>
        </w:tc>
      </w:tr>
      <w:tr w:rsidR="001D6E65" w14:paraId="7C143AC5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1B185EEB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10FE2F7F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Coffee / tea / cocoa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0270D19D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3D262989" w14:textId="77777777" w:rsidR="001D6E65" w:rsidRDefault="001D6E65">
            <w:pPr>
              <w:spacing w:line="168" w:lineRule="auto"/>
            </w:pPr>
          </w:p>
        </w:tc>
      </w:tr>
      <w:tr w:rsidR="001D6E65" w14:paraId="01152EB3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2F1F8BC8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68424701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Cooking oil, salt, seasonings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51AAD8EA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225063E6" w14:textId="77777777" w:rsidR="001D6E65" w:rsidRDefault="001D6E65">
            <w:pPr>
              <w:spacing w:line="168" w:lineRule="auto"/>
            </w:pPr>
          </w:p>
        </w:tc>
      </w:tr>
      <w:tr w:rsidR="001D6E65" w14:paraId="7714FFDA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24AD28B9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220014AE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Paper towels / camp towel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78262386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6A2DB8BC" w14:textId="77777777" w:rsidR="001D6E65" w:rsidRDefault="001D6E65">
            <w:pPr>
              <w:spacing w:line="168" w:lineRule="auto"/>
            </w:pPr>
          </w:p>
        </w:tc>
      </w:tr>
      <w:tr w:rsidR="001D6E65" w14:paraId="7FA162FB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7BA83C30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0019F028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Biodegradable soap + sponge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7E1EE59A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025B3232" w14:textId="77777777" w:rsidR="001D6E65" w:rsidRDefault="001D6E65">
            <w:pPr>
              <w:spacing w:line="168" w:lineRule="auto"/>
            </w:pPr>
          </w:p>
        </w:tc>
      </w:tr>
      <w:tr w:rsidR="001D6E65" w14:paraId="0FC1A0E1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6D5F2793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767E3500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Wash basin / collapsible tub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62C431EA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1BBBD406" w14:textId="77777777" w:rsidR="001D6E65" w:rsidRDefault="001D6E65">
            <w:pPr>
              <w:spacing w:line="168" w:lineRule="auto"/>
            </w:pPr>
          </w:p>
        </w:tc>
      </w:tr>
      <w:tr w:rsidR="001D6E65" w14:paraId="1CBF8684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1245A225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146A2715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Food storage bins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476A089A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49D8C9B8" w14:textId="77777777" w:rsidR="001D6E65" w:rsidRDefault="001D6E65">
            <w:pPr>
              <w:spacing w:line="168" w:lineRule="auto"/>
            </w:pPr>
          </w:p>
        </w:tc>
      </w:tr>
      <w:tr w:rsidR="001D6E65" w14:paraId="5359CA0C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7A98344A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3C1AFFE2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Bear-safe food storage where required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72D74476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476A4805" w14:textId="77777777" w:rsidR="001D6E65" w:rsidRDefault="001D6E65">
            <w:pPr>
              <w:spacing w:line="168" w:lineRule="auto"/>
            </w:pPr>
          </w:p>
        </w:tc>
      </w:tr>
      <w:tr w:rsidR="001D6E65" w14:paraId="6698E30E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36A90D38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0E6CF58A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Dutch Oven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05145A98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78E43A2E" w14:textId="77777777" w:rsidR="001D6E65" w:rsidRDefault="001D6E65">
            <w:pPr>
              <w:spacing w:line="168" w:lineRule="auto"/>
            </w:pPr>
          </w:p>
        </w:tc>
      </w:tr>
      <w:tr w:rsidR="001D6E65" w14:paraId="06C1B00B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124B831B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75F14F50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Coffee Mug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457CAC38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5AE7B96F" w14:textId="77777777" w:rsidR="001D6E65" w:rsidRDefault="001D6E65">
            <w:pPr>
              <w:spacing w:line="168" w:lineRule="auto"/>
            </w:pPr>
          </w:p>
        </w:tc>
      </w:tr>
    </w:tbl>
    <w:p w14:paraId="4F8B4BDE" w14:textId="77777777" w:rsidR="001D6E65" w:rsidRDefault="00855DE4">
      <w:pPr>
        <w:spacing w:before="160" w:after="60"/>
      </w:pPr>
      <w:r>
        <w:rPr>
          <w:rFonts w:eastAsia="Aptos SemiBold" w:cs="Aptos SemiBold"/>
          <w:b/>
          <w:sz w:val="26"/>
        </w:rPr>
        <w:t>Comfort &amp; Kids' Gear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5976"/>
        <w:gridCol w:w="648"/>
        <w:gridCol w:w="3096"/>
      </w:tblGrid>
      <w:tr w:rsidR="001D6E65" w14:paraId="014A3309" w14:textId="77777777">
        <w:trPr>
          <w:jc w:val="center"/>
        </w:trPr>
        <w:tc>
          <w:tcPr>
            <w:tcW w:w="648" w:type="dxa"/>
            <w:shd w:val="clear" w:color="auto" w:fill="DCE6E1"/>
            <w:tcMar>
              <w:top w:w="30" w:type="dxa"/>
              <w:bottom w:w="30" w:type="dxa"/>
            </w:tcMar>
            <w:vAlign w:val="center"/>
          </w:tcPr>
          <w:p w14:paraId="2DEA747E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Pack</w:t>
            </w:r>
          </w:p>
        </w:tc>
        <w:tc>
          <w:tcPr>
            <w:tcW w:w="5976" w:type="dxa"/>
            <w:shd w:val="clear" w:color="auto" w:fill="DCE6E1"/>
            <w:tcMar>
              <w:top w:w="30" w:type="dxa"/>
              <w:bottom w:w="30" w:type="dxa"/>
            </w:tcMar>
            <w:vAlign w:val="center"/>
          </w:tcPr>
          <w:p w14:paraId="1683CE62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Item</w:t>
            </w:r>
          </w:p>
        </w:tc>
        <w:tc>
          <w:tcPr>
            <w:tcW w:w="648" w:type="dxa"/>
            <w:shd w:val="clear" w:color="auto" w:fill="DCE6E1"/>
            <w:tcMar>
              <w:top w:w="30" w:type="dxa"/>
              <w:bottom w:w="30" w:type="dxa"/>
            </w:tcMar>
            <w:vAlign w:val="center"/>
          </w:tcPr>
          <w:p w14:paraId="59913973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8"/>
              </w:rPr>
              <w:t>Qty</w:t>
            </w:r>
          </w:p>
        </w:tc>
        <w:tc>
          <w:tcPr>
            <w:tcW w:w="3096" w:type="dxa"/>
            <w:shd w:val="clear" w:color="auto" w:fill="DCE6E1"/>
            <w:tcMar>
              <w:top w:w="30" w:type="dxa"/>
              <w:bottom w:w="30" w:type="dxa"/>
            </w:tcMar>
            <w:vAlign w:val="center"/>
          </w:tcPr>
          <w:p w14:paraId="3355E54B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8"/>
              </w:rPr>
              <w:t>Notes</w:t>
            </w:r>
          </w:p>
        </w:tc>
      </w:tr>
      <w:tr w:rsidR="001D6E65" w14:paraId="57FF56D0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16948A02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5B7F28DF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Child-size daypacks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384FD68E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69E6D828" w14:textId="77777777" w:rsidR="001D6E65" w:rsidRDefault="001D6E65">
            <w:pPr>
              <w:spacing w:line="168" w:lineRule="auto"/>
            </w:pPr>
          </w:p>
        </w:tc>
      </w:tr>
      <w:tr w:rsidR="001D6E65" w14:paraId="53F204CC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79B2530F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49295D0F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Favorite comfort item / stuffed animal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52E3F6F8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0E865EDD" w14:textId="77777777" w:rsidR="001D6E65" w:rsidRDefault="001D6E65">
            <w:pPr>
              <w:spacing w:line="168" w:lineRule="auto"/>
            </w:pPr>
          </w:p>
        </w:tc>
      </w:tr>
      <w:tr w:rsidR="001D6E65" w14:paraId="655D0FE3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06AEEF03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001404F5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Books, cards, travel games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1B0EEDB1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26C16C1B" w14:textId="77777777" w:rsidR="001D6E65" w:rsidRDefault="001D6E65">
            <w:pPr>
              <w:spacing w:line="168" w:lineRule="auto"/>
            </w:pPr>
          </w:p>
        </w:tc>
      </w:tr>
      <w:tr w:rsidR="001D6E65" w14:paraId="1774F2BB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3E376DA1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6F757E1F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Nature journal + crayons / pencils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097453CA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4EBF2ED8" w14:textId="77777777" w:rsidR="001D6E65" w:rsidRDefault="001D6E65">
            <w:pPr>
              <w:spacing w:line="168" w:lineRule="auto"/>
            </w:pPr>
          </w:p>
        </w:tc>
      </w:tr>
      <w:tr w:rsidR="001D6E65" w14:paraId="2BE2039F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7C90B6BD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56BF6373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Binoculars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0757171C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331E48F7" w14:textId="77777777" w:rsidR="001D6E65" w:rsidRDefault="001D6E65">
            <w:pPr>
              <w:spacing w:line="168" w:lineRule="auto"/>
            </w:pPr>
          </w:p>
        </w:tc>
      </w:tr>
      <w:tr w:rsidR="001D6E65" w14:paraId="7A914957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18B1C713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772EF559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Glow sticks or camp lantern for supervised use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5F87422E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6302B973" w14:textId="77777777" w:rsidR="001D6E65" w:rsidRDefault="001D6E65">
            <w:pPr>
              <w:spacing w:line="168" w:lineRule="auto"/>
            </w:pPr>
          </w:p>
        </w:tc>
      </w:tr>
      <w:tr w:rsidR="001D6E65" w14:paraId="128FF026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32B78345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4533C0DD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Kid-size sunglasses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6D7AAD1B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164FE850" w14:textId="77777777" w:rsidR="001D6E65" w:rsidRDefault="001D6E65">
            <w:pPr>
              <w:spacing w:line="168" w:lineRule="auto"/>
            </w:pPr>
          </w:p>
        </w:tc>
      </w:tr>
      <w:tr w:rsidR="001D6E65" w14:paraId="12391F3F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36FCA64A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15843F79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Extra snacks within easy reach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0D83CF97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14BF840A" w14:textId="77777777" w:rsidR="001D6E65" w:rsidRDefault="001D6E65">
            <w:pPr>
              <w:spacing w:line="168" w:lineRule="auto"/>
            </w:pPr>
          </w:p>
        </w:tc>
      </w:tr>
      <w:tr w:rsidR="001D6E65" w14:paraId="341448C0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34705C6D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55967F56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Wet wipes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099FF9DC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59412AD0" w14:textId="77777777" w:rsidR="001D6E65" w:rsidRDefault="001D6E65">
            <w:pPr>
              <w:spacing w:line="168" w:lineRule="auto"/>
            </w:pPr>
          </w:p>
        </w:tc>
      </w:tr>
      <w:tr w:rsidR="001D6E65" w14:paraId="3EC467AD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0937C9C4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3C4419C7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Small towel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1B9DBC44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0D4C2F6F" w14:textId="77777777" w:rsidR="001D6E65" w:rsidRDefault="001D6E65">
            <w:pPr>
              <w:spacing w:line="168" w:lineRule="auto"/>
            </w:pPr>
          </w:p>
        </w:tc>
      </w:tr>
      <w:tr w:rsidR="001D6E65" w14:paraId="407F9B32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0FCA3416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5B3CFA78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Car activities for the drive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4D61BC90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398BBA87" w14:textId="77777777" w:rsidR="001D6E65" w:rsidRDefault="001D6E65">
            <w:pPr>
              <w:spacing w:line="168" w:lineRule="auto"/>
            </w:pPr>
          </w:p>
        </w:tc>
      </w:tr>
      <w:tr w:rsidR="001D6E65" w14:paraId="71ABF0A9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7A7191F2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71F8E75F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Optional: bikes / scooters + helmets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74D12E74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17F01D97" w14:textId="77777777" w:rsidR="001D6E65" w:rsidRDefault="001D6E65">
            <w:pPr>
              <w:spacing w:line="168" w:lineRule="auto"/>
            </w:pPr>
          </w:p>
        </w:tc>
      </w:tr>
      <w:tr w:rsidR="001D6E65" w14:paraId="3A1E2073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6C3C762F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668ECD67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Beach Towel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0F6ACAA7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0EED212B" w14:textId="77777777" w:rsidR="001D6E65" w:rsidRDefault="001D6E65">
            <w:pPr>
              <w:spacing w:line="168" w:lineRule="auto"/>
            </w:pPr>
          </w:p>
        </w:tc>
      </w:tr>
    </w:tbl>
    <w:p w14:paraId="30CFAD9A" w14:textId="77777777" w:rsidR="001D6E65" w:rsidRDefault="00855DE4">
      <w:pPr>
        <w:pageBreakBefore/>
        <w:spacing w:before="160" w:after="60"/>
      </w:pPr>
      <w:r>
        <w:rPr>
          <w:rFonts w:eastAsia="Aptos SemiBold" w:cs="Aptos SemiBold"/>
          <w:b/>
          <w:sz w:val="26"/>
        </w:rPr>
        <w:lastRenderedPageBreak/>
        <w:t>Safety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5976"/>
        <w:gridCol w:w="648"/>
        <w:gridCol w:w="3096"/>
      </w:tblGrid>
      <w:tr w:rsidR="001D6E65" w14:paraId="63AD34C0" w14:textId="77777777">
        <w:trPr>
          <w:jc w:val="center"/>
        </w:trPr>
        <w:tc>
          <w:tcPr>
            <w:tcW w:w="648" w:type="dxa"/>
            <w:shd w:val="clear" w:color="auto" w:fill="DCE6E1"/>
            <w:tcMar>
              <w:top w:w="30" w:type="dxa"/>
              <w:bottom w:w="30" w:type="dxa"/>
            </w:tcMar>
            <w:vAlign w:val="center"/>
          </w:tcPr>
          <w:p w14:paraId="2A43ADE9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Pack</w:t>
            </w:r>
          </w:p>
        </w:tc>
        <w:tc>
          <w:tcPr>
            <w:tcW w:w="5976" w:type="dxa"/>
            <w:shd w:val="clear" w:color="auto" w:fill="DCE6E1"/>
            <w:tcMar>
              <w:top w:w="30" w:type="dxa"/>
              <w:bottom w:w="30" w:type="dxa"/>
            </w:tcMar>
            <w:vAlign w:val="center"/>
          </w:tcPr>
          <w:p w14:paraId="017389A2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Item</w:t>
            </w:r>
          </w:p>
        </w:tc>
        <w:tc>
          <w:tcPr>
            <w:tcW w:w="648" w:type="dxa"/>
            <w:shd w:val="clear" w:color="auto" w:fill="DCE6E1"/>
            <w:tcMar>
              <w:top w:w="30" w:type="dxa"/>
              <w:bottom w:w="30" w:type="dxa"/>
            </w:tcMar>
            <w:vAlign w:val="center"/>
          </w:tcPr>
          <w:p w14:paraId="4873B1FD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8"/>
              </w:rPr>
              <w:t>Qty</w:t>
            </w:r>
          </w:p>
        </w:tc>
        <w:tc>
          <w:tcPr>
            <w:tcW w:w="3096" w:type="dxa"/>
            <w:shd w:val="clear" w:color="auto" w:fill="DCE6E1"/>
            <w:tcMar>
              <w:top w:w="30" w:type="dxa"/>
              <w:bottom w:w="30" w:type="dxa"/>
            </w:tcMar>
            <w:vAlign w:val="center"/>
          </w:tcPr>
          <w:p w14:paraId="19802236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8"/>
              </w:rPr>
              <w:t>Notes</w:t>
            </w:r>
          </w:p>
        </w:tc>
      </w:tr>
      <w:tr w:rsidR="001D6E65" w14:paraId="35B18BAC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06CDA05E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198DD7DE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Check campground rules, fire restrictions, and weather before departure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719F2F72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02EC136A" w14:textId="77777777" w:rsidR="001D6E65" w:rsidRDefault="001D6E65">
            <w:pPr>
              <w:spacing w:line="168" w:lineRule="auto"/>
            </w:pPr>
          </w:p>
        </w:tc>
      </w:tr>
      <w:tr w:rsidR="001D6E65" w14:paraId="3C8D2237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774807DF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2162E44F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Fire extinguisher or fire blanket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69DD6C8F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6E9A9D30" w14:textId="77777777" w:rsidR="001D6E65" w:rsidRDefault="001D6E65">
            <w:pPr>
              <w:spacing w:line="168" w:lineRule="auto"/>
            </w:pPr>
          </w:p>
        </w:tc>
      </w:tr>
      <w:tr w:rsidR="001D6E65" w14:paraId="770B52B3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0D66617D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2BB6B328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Bucket for extinguishing campfires where fires are allowed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1B03C898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7B33387F" w14:textId="77777777" w:rsidR="001D6E65" w:rsidRDefault="001D6E65">
            <w:pPr>
              <w:spacing w:line="168" w:lineRule="auto"/>
            </w:pPr>
          </w:p>
        </w:tc>
      </w:tr>
      <w:tr w:rsidR="001D6E65" w14:paraId="10FFA026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087092E5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61C00407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Emergency water + extra food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1E675A29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7DFA93A8" w14:textId="77777777" w:rsidR="001D6E65" w:rsidRDefault="001D6E65">
            <w:pPr>
              <w:spacing w:line="168" w:lineRule="auto"/>
            </w:pPr>
          </w:p>
        </w:tc>
      </w:tr>
      <w:tr w:rsidR="001D6E65" w14:paraId="4C617D6A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39AF9F0E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2175C058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Emergency blankets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3D60A4CB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3F9EDBC2" w14:textId="77777777" w:rsidR="001D6E65" w:rsidRDefault="001D6E65">
            <w:pPr>
              <w:spacing w:line="168" w:lineRule="auto"/>
            </w:pPr>
          </w:p>
        </w:tc>
      </w:tr>
      <w:tr w:rsidR="001D6E65" w14:paraId="7767EC5F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5315207A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6C8BC168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Backup car key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4887B1DC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18BF2129" w14:textId="77777777" w:rsidR="001D6E65" w:rsidRDefault="001D6E65">
            <w:pPr>
              <w:spacing w:line="168" w:lineRule="auto"/>
            </w:pPr>
          </w:p>
        </w:tc>
      </w:tr>
      <w:tr w:rsidR="001D6E65" w14:paraId="24AECE70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68E3E77A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0A3433FA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Reflective vest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0FBAAC94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077B6A6F" w14:textId="77777777" w:rsidR="001D6E65" w:rsidRDefault="001D6E65">
            <w:pPr>
              <w:spacing w:line="168" w:lineRule="auto"/>
            </w:pPr>
          </w:p>
        </w:tc>
      </w:tr>
      <w:tr w:rsidR="001D6E65" w14:paraId="1A1B9E7D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6132554F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62FFA17F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Local ranger / campground contact information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03E37143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477CCEF0" w14:textId="77777777" w:rsidR="001D6E65" w:rsidRDefault="001D6E65">
            <w:pPr>
              <w:spacing w:line="168" w:lineRule="auto"/>
            </w:pPr>
          </w:p>
        </w:tc>
      </w:tr>
      <w:tr w:rsidR="001D6E65" w14:paraId="67D6EF39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309BD7F6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65B8B4D5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Appropriate wildlife precautions for the area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79FE3F9E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29DB9459" w14:textId="77777777" w:rsidR="001D6E65" w:rsidRDefault="001D6E65">
            <w:pPr>
              <w:spacing w:line="168" w:lineRule="auto"/>
            </w:pPr>
          </w:p>
        </w:tc>
      </w:tr>
    </w:tbl>
    <w:p w14:paraId="3BA45631" w14:textId="77777777" w:rsidR="001D6E65" w:rsidRDefault="00855DE4">
      <w:pPr>
        <w:spacing w:before="160" w:after="60"/>
      </w:pPr>
      <w:r>
        <w:rPr>
          <w:rFonts w:eastAsia="Aptos SemiBold" w:cs="Aptos SemiBold"/>
          <w:b/>
          <w:sz w:val="26"/>
        </w:rPr>
        <w:t>Hygiene &amp; Personal Care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5976"/>
        <w:gridCol w:w="648"/>
        <w:gridCol w:w="3096"/>
      </w:tblGrid>
      <w:tr w:rsidR="001D6E65" w14:paraId="25B7165A" w14:textId="77777777">
        <w:trPr>
          <w:jc w:val="center"/>
        </w:trPr>
        <w:tc>
          <w:tcPr>
            <w:tcW w:w="648" w:type="dxa"/>
            <w:shd w:val="clear" w:color="auto" w:fill="DCE6E1"/>
            <w:tcMar>
              <w:top w:w="30" w:type="dxa"/>
              <w:bottom w:w="30" w:type="dxa"/>
            </w:tcMar>
            <w:vAlign w:val="center"/>
          </w:tcPr>
          <w:p w14:paraId="2A8B72A3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Pack</w:t>
            </w:r>
          </w:p>
        </w:tc>
        <w:tc>
          <w:tcPr>
            <w:tcW w:w="5976" w:type="dxa"/>
            <w:shd w:val="clear" w:color="auto" w:fill="DCE6E1"/>
            <w:tcMar>
              <w:top w:w="30" w:type="dxa"/>
              <w:bottom w:w="30" w:type="dxa"/>
            </w:tcMar>
            <w:vAlign w:val="center"/>
          </w:tcPr>
          <w:p w14:paraId="42B9B314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Item</w:t>
            </w:r>
          </w:p>
        </w:tc>
        <w:tc>
          <w:tcPr>
            <w:tcW w:w="648" w:type="dxa"/>
            <w:shd w:val="clear" w:color="auto" w:fill="DCE6E1"/>
            <w:tcMar>
              <w:top w:w="30" w:type="dxa"/>
              <w:bottom w:w="30" w:type="dxa"/>
            </w:tcMar>
            <w:vAlign w:val="center"/>
          </w:tcPr>
          <w:p w14:paraId="6917D444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8"/>
              </w:rPr>
              <w:t>Qty</w:t>
            </w:r>
          </w:p>
        </w:tc>
        <w:tc>
          <w:tcPr>
            <w:tcW w:w="3096" w:type="dxa"/>
            <w:shd w:val="clear" w:color="auto" w:fill="DCE6E1"/>
            <w:tcMar>
              <w:top w:w="30" w:type="dxa"/>
              <w:bottom w:w="30" w:type="dxa"/>
            </w:tcMar>
            <w:vAlign w:val="center"/>
          </w:tcPr>
          <w:p w14:paraId="523711EA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8"/>
              </w:rPr>
              <w:t>Notes</w:t>
            </w:r>
          </w:p>
        </w:tc>
      </w:tr>
      <w:tr w:rsidR="001D6E65" w14:paraId="522794A9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7BE13416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09983571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Toothbrushes + toothpaste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2F46F6DC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50792259" w14:textId="77777777" w:rsidR="001D6E65" w:rsidRDefault="001D6E65">
            <w:pPr>
              <w:spacing w:line="168" w:lineRule="auto"/>
            </w:pPr>
          </w:p>
        </w:tc>
      </w:tr>
      <w:tr w:rsidR="001D6E65" w14:paraId="2343C6A5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537EF98D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49386E1D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Hand sanitizer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14E52ADA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36A99848" w14:textId="77777777" w:rsidR="001D6E65" w:rsidRDefault="001D6E65">
            <w:pPr>
              <w:spacing w:line="168" w:lineRule="auto"/>
            </w:pPr>
          </w:p>
        </w:tc>
      </w:tr>
      <w:tr w:rsidR="001D6E65" w14:paraId="053A479E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7A285C2A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7964A83F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Toilet paper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259775CB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3E8EBECB" w14:textId="77777777" w:rsidR="001D6E65" w:rsidRDefault="001D6E65">
            <w:pPr>
              <w:spacing w:line="168" w:lineRule="auto"/>
            </w:pPr>
          </w:p>
        </w:tc>
      </w:tr>
      <w:tr w:rsidR="001D6E65" w14:paraId="7CA11CB3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27DA3205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78BDB770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Trowel if dispersed camping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21334AC9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47C8C7AD" w14:textId="77777777" w:rsidR="001D6E65" w:rsidRDefault="001D6E65">
            <w:pPr>
              <w:spacing w:line="168" w:lineRule="auto"/>
            </w:pPr>
          </w:p>
        </w:tc>
      </w:tr>
      <w:tr w:rsidR="001D6E65" w14:paraId="531B5064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4BD6EB99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0F192E11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Camp toilet / waste bags if required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540901B7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7893A484" w14:textId="77777777" w:rsidR="001D6E65" w:rsidRDefault="001D6E65">
            <w:pPr>
              <w:spacing w:line="168" w:lineRule="auto"/>
            </w:pPr>
          </w:p>
        </w:tc>
      </w:tr>
      <w:tr w:rsidR="001D6E65" w14:paraId="57184C76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59E7F0A8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32083F30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Wet wipes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016CEC55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4AB32ED4" w14:textId="77777777" w:rsidR="001D6E65" w:rsidRDefault="001D6E65">
            <w:pPr>
              <w:spacing w:line="168" w:lineRule="auto"/>
            </w:pPr>
          </w:p>
        </w:tc>
      </w:tr>
      <w:tr w:rsidR="001D6E65" w14:paraId="6E70C9AF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5A3A412D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07E35449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Quick-dry towels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37252E71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28736830" w14:textId="77777777" w:rsidR="001D6E65" w:rsidRDefault="001D6E65">
            <w:pPr>
              <w:spacing w:line="168" w:lineRule="auto"/>
            </w:pPr>
          </w:p>
        </w:tc>
      </w:tr>
      <w:tr w:rsidR="001D6E65" w14:paraId="59F74828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77F62D04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3A29E8C4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Soap / shampoo as needed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74D379D9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6FF66115" w14:textId="77777777" w:rsidR="001D6E65" w:rsidRDefault="001D6E65">
            <w:pPr>
              <w:spacing w:line="168" w:lineRule="auto"/>
            </w:pPr>
          </w:p>
        </w:tc>
      </w:tr>
      <w:tr w:rsidR="001D6E65" w14:paraId="4AB580A7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7E98052A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290B05E9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Personal medications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26EE739E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24D6422D" w14:textId="77777777" w:rsidR="001D6E65" w:rsidRDefault="001D6E65">
            <w:pPr>
              <w:spacing w:line="168" w:lineRule="auto"/>
            </w:pPr>
          </w:p>
        </w:tc>
      </w:tr>
      <w:tr w:rsidR="001D6E65" w14:paraId="3DF66356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30156B5F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40C4FA25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Basic toiletries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5FBD4717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7B5D1B89" w14:textId="77777777" w:rsidR="001D6E65" w:rsidRDefault="001D6E65">
            <w:pPr>
              <w:spacing w:line="168" w:lineRule="auto"/>
            </w:pPr>
          </w:p>
        </w:tc>
      </w:tr>
      <w:tr w:rsidR="001D6E65" w14:paraId="22707517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304DAACB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2E9DEB57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Feminine hygiene products if applicable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7B5A27EB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4CBA4EDE" w14:textId="77777777" w:rsidR="001D6E65" w:rsidRDefault="001D6E65">
            <w:pPr>
              <w:spacing w:line="168" w:lineRule="auto"/>
            </w:pPr>
          </w:p>
        </w:tc>
      </w:tr>
      <w:tr w:rsidR="001D6E65" w14:paraId="022BAFFC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4F48B00C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32969B25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Eye Glasses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56CAABAA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38286EB4" w14:textId="77777777" w:rsidR="001D6E65" w:rsidRDefault="001D6E65">
            <w:pPr>
              <w:spacing w:line="168" w:lineRule="auto"/>
            </w:pPr>
          </w:p>
        </w:tc>
      </w:tr>
    </w:tbl>
    <w:p w14:paraId="610AF9B0" w14:textId="77777777" w:rsidR="001D6E65" w:rsidRDefault="00855DE4">
      <w:pPr>
        <w:spacing w:before="160" w:after="60"/>
      </w:pPr>
      <w:r>
        <w:rPr>
          <w:rFonts w:eastAsia="Aptos SemiBold" w:cs="Aptos SemiBold"/>
          <w:b/>
          <w:sz w:val="26"/>
        </w:rPr>
        <w:t>Car &amp; Campsite Setup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5976"/>
        <w:gridCol w:w="648"/>
        <w:gridCol w:w="3096"/>
      </w:tblGrid>
      <w:tr w:rsidR="001D6E65" w14:paraId="5000ACFC" w14:textId="77777777">
        <w:trPr>
          <w:jc w:val="center"/>
        </w:trPr>
        <w:tc>
          <w:tcPr>
            <w:tcW w:w="648" w:type="dxa"/>
            <w:shd w:val="clear" w:color="auto" w:fill="DCE6E1"/>
            <w:tcMar>
              <w:top w:w="30" w:type="dxa"/>
              <w:bottom w:w="30" w:type="dxa"/>
            </w:tcMar>
            <w:vAlign w:val="center"/>
          </w:tcPr>
          <w:p w14:paraId="7D19B60B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Pack</w:t>
            </w:r>
          </w:p>
        </w:tc>
        <w:tc>
          <w:tcPr>
            <w:tcW w:w="5976" w:type="dxa"/>
            <w:shd w:val="clear" w:color="auto" w:fill="DCE6E1"/>
            <w:tcMar>
              <w:top w:w="30" w:type="dxa"/>
              <w:bottom w:w="30" w:type="dxa"/>
            </w:tcMar>
            <w:vAlign w:val="center"/>
          </w:tcPr>
          <w:p w14:paraId="5E69C46C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Item</w:t>
            </w:r>
          </w:p>
        </w:tc>
        <w:tc>
          <w:tcPr>
            <w:tcW w:w="648" w:type="dxa"/>
            <w:shd w:val="clear" w:color="auto" w:fill="DCE6E1"/>
            <w:tcMar>
              <w:top w:w="30" w:type="dxa"/>
              <w:bottom w:w="30" w:type="dxa"/>
            </w:tcMar>
            <w:vAlign w:val="center"/>
          </w:tcPr>
          <w:p w14:paraId="1AA149F7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8"/>
              </w:rPr>
              <w:t>Qty</w:t>
            </w:r>
          </w:p>
        </w:tc>
        <w:tc>
          <w:tcPr>
            <w:tcW w:w="3096" w:type="dxa"/>
            <w:shd w:val="clear" w:color="auto" w:fill="DCE6E1"/>
            <w:tcMar>
              <w:top w:w="30" w:type="dxa"/>
              <w:bottom w:w="30" w:type="dxa"/>
            </w:tcMar>
            <w:vAlign w:val="center"/>
          </w:tcPr>
          <w:p w14:paraId="389F3D55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8"/>
              </w:rPr>
              <w:t>Notes</w:t>
            </w:r>
          </w:p>
        </w:tc>
      </w:tr>
      <w:tr w:rsidR="001D6E65" w14:paraId="4E0B3BBD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44F927D9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257A83AE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Full tank of fuel / EV charging plan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681A6780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580189AB" w14:textId="77777777" w:rsidR="001D6E65" w:rsidRDefault="001D6E65">
            <w:pPr>
              <w:spacing w:line="168" w:lineRule="auto"/>
            </w:pPr>
          </w:p>
        </w:tc>
      </w:tr>
      <w:tr w:rsidR="001D6E65" w14:paraId="7808A9C4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1FFF9A9A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2BDAD0BA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Spare tire + jack + lug wrench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04862DB1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2A9382AB" w14:textId="77777777" w:rsidR="001D6E65" w:rsidRDefault="001D6E65">
            <w:pPr>
              <w:spacing w:line="168" w:lineRule="auto"/>
            </w:pPr>
          </w:p>
        </w:tc>
      </w:tr>
      <w:tr w:rsidR="001D6E65" w14:paraId="275596A4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7F65C7A0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7EA8360A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Tire pressure gauge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162E13A6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00B47E15" w14:textId="77777777" w:rsidR="001D6E65" w:rsidRDefault="001D6E65">
            <w:pPr>
              <w:spacing w:line="168" w:lineRule="auto"/>
            </w:pPr>
          </w:p>
        </w:tc>
      </w:tr>
      <w:tr w:rsidR="001D6E65" w14:paraId="6CF4F393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1980CF19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7D95B5ED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Jumper cables or jump pack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7371445C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5B587E5F" w14:textId="77777777" w:rsidR="001D6E65" w:rsidRDefault="001D6E65">
            <w:pPr>
              <w:spacing w:line="168" w:lineRule="auto"/>
            </w:pPr>
          </w:p>
        </w:tc>
      </w:tr>
      <w:tr w:rsidR="001D6E65" w14:paraId="58DF1152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0C315248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5B2E3BA4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Basic vehicle tool kit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17B2F838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47E93690" w14:textId="77777777" w:rsidR="001D6E65" w:rsidRDefault="001D6E65">
            <w:pPr>
              <w:spacing w:line="168" w:lineRule="auto"/>
            </w:pPr>
          </w:p>
        </w:tc>
      </w:tr>
      <w:tr w:rsidR="001D6E65" w14:paraId="1F90ADDF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00A85CEC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56016CF3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Tow strap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0FBD8E5B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760B0376" w14:textId="77777777" w:rsidR="001D6E65" w:rsidRDefault="001D6E65">
            <w:pPr>
              <w:spacing w:line="168" w:lineRule="auto"/>
            </w:pPr>
          </w:p>
        </w:tc>
      </w:tr>
      <w:tr w:rsidR="001D6E65" w14:paraId="411100D6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0C6AFBFD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7F51C052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Windshield washer fluid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7E4BF874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43878548" w14:textId="77777777" w:rsidR="001D6E65" w:rsidRDefault="001D6E65">
            <w:pPr>
              <w:spacing w:line="168" w:lineRule="auto"/>
            </w:pPr>
          </w:p>
        </w:tc>
      </w:tr>
      <w:tr w:rsidR="001D6E65" w14:paraId="0169544D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4459D7E0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45BB86D0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Camp table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462FBC9E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3063D82F" w14:textId="77777777" w:rsidR="001D6E65" w:rsidRDefault="001D6E65">
            <w:pPr>
              <w:spacing w:line="168" w:lineRule="auto"/>
            </w:pPr>
          </w:p>
        </w:tc>
      </w:tr>
      <w:tr w:rsidR="001D6E65" w14:paraId="7F540CAA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40D3BD8D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161BB12E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Lantern + extra batteries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3F68E051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35725C84" w14:textId="77777777" w:rsidR="001D6E65" w:rsidRDefault="001D6E65">
            <w:pPr>
              <w:spacing w:line="168" w:lineRule="auto"/>
            </w:pPr>
          </w:p>
        </w:tc>
      </w:tr>
      <w:tr w:rsidR="001D6E65" w14:paraId="2896328C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5676D85B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28570BFA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Extension cord / adapter for powered sites if needed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2E734565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173A09C9" w14:textId="77777777" w:rsidR="001D6E65" w:rsidRDefault="001D6E65">
            <w:pPr>
              <w:spacing w:line="168" w:lineRule="auto"/>
            </w:pPr>
          </w:p>
        </w:tc>
      </w:tr>
      <w:tr w:rsidR="001D6E65" w14:paraId="791752CD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251DE620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0712151F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Clothesline + clips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5BC10247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16814A97" w14:textId="77777777" w:rsidR="001D6E65" w:rsidRDefault="001D6E65">
            <w:pPr>
              <w:spacing w:line="168" w:lineRule="auto"/>
            </w:pPr>
          </w:p>
        </w:tc>
      </w:tr>
      <w:tr w:rsidR="001D6E65" w14:paraId="04EF5E5F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0ED07B69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6F1B2536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Storage totes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7F6F800D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7390613D" w14:textId="77777777" w:rsidR="001D6E65" w:rsidRDefault="001D6E65">
            <w:pPr>
              <w:spacing w:line="168" w:lineRule="auto"/>
            </w:pPr>
          </w:p>
        </w:tc>
      </w:tr>
      <w:tr w:rsidR="001D6E65" w14:paraId="17E29B26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6E0403B4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2B0EFC24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Small broom / dustpan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78EBAC58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043F9FD0" w14:textId="77777777" w:rsidR="001D6E65" w:rsidRDefault="001D6E65">
            <w:pPr>
              <w:spacing w:line="168" w:lineRule="auto"/>
            </w:pPr>
          </w:p>
        </w:tc>
      </w:tr>
    </w:tbl>
    <w:p w14:paraId="6B66B733" w14:textId="77777777" w:rsidR="001D6E65" w:rsidRDefault="00855DE4">
      <w:pPr>
        <w:pageBreakBefore/>
        <w:spacing w:before="160" w:after="60"/>
      </w:pPr>
      <w:r>
        <w:rPr>
          <w:rFonts w:eastAsia="Aptos SemiBold" w:cs="Aptos SemiBold"/>
          <w:b/>
          <w:sz w:val="26"/>
        </w:rPr>
        <w:lastRenderedPageBreak/>
        <w:t>Sun &amp; Hot Weather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5976"/>
        <w:gridCol w:w="648"/>
        <w:gridCol w:w="3096"/>
      </w:tblGrid>
      <w:tr w:rsidR="001D6E65" w14:paraId="13A63D38" w14:textId="77777777">
        <w:trPr>
          <w:jc w:val="center"/>
        </w:trPr>
        <w:tc>
          <w:tcPr>
            <w:tcW w:w="648" w:type="dxa"/>
            <w:shd w:val="clear" w:color="auto" w:fill="DCE6E1"/>
            <w:tcMar>
              <w:top w:w="30" w:type="dxa"/>
              <w:bottom w:w="30" w:type="dxa"/>
            </w:tcMar>
            <w:vAlign w:val="center"/>
          </w:tcPr>
          <w:p w14:paraId="5E8F1AC8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Pack</w:t>
            </w:r>
          </w:p>
        </w:tc>
        <w:tc>
          <w:tcPr>
            <w:tcW w:w="5976" w:type="dxa"/>
            <w:shd w:val="clear" w:color="auto" w:fill="DCE6E1"/>
            <w:tcMar>
              <w:top w:w="30" w:type="dxa"/>
              <w:bottom w:w="30" w:type="dxa"/>
            </w:tcMar>
            <w:vAlign w:val="center"/>
          </w:tcPr>
          <w:p w14:paraId="33036338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Item</w:t>
            </w:r>
          </w:p>
        </w:tc>
        <w:tc>
          <w:tcPr>
            <w:tcW w:w="648" w:type="dxa"/>
            <w:shd w:val="clear" w:color="auto" w:fill="DCE6E1"/>
            <w:tcMar>
              <w:top w:w="30" w:type="dxa"/>
              <w:bottom w:w="30" w:type="dxa"/>
            </w:tcMar>
            <w:vAlign w:val="center"/>
          </w:tcPr>
          <w:p w14:paraId="240218C9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8"/>
              </w:rPr>
              <w:t>Qty</w:t>
            </w:r>
          </w:p>
        </w:tc>
        <w:tc>
          <w:tcPr>
            <w:tcW w:w="3096" w:type="dxa"/>
            <w:shd w:val="clear" w:color="auto" w:fill="DCE6E1"/>
            <w:tcMar>
              <w:top w:w="30" w:type="dxa"/>
              <w:bottom w:w="30" w:type="dxa"/>
            </w:tcMar>
            <w:vAlign w:val="center"/>
          </w:tcPr>
          <w:p w14:paraId="7F7DAEC2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8"/>
              </w:rPr>
              <w:t>Notes</w:t>
            </w:r>
          </w:p>
        </w:tc>
      </w:tr>
      <w:tr w:rsidR="001D6E65" w14:paraId="64A18BEC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6B8740D1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3ECE89F6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UPF sun shirts / lightweight long sleeves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148F7BE9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5F914F71" w14:textId="77777777" w:rsidR="001D6E65" w:rsidRDefault="001D6E65">
            <w:pPr>
              <w:spacing w:line="168" w:lineRule="auto"/>
            </w:pPr>
          </w:p>
        </w:tc>
      </w:tr>
      <w:tr w:rsidR="001D6E65" w14:paraId="3C4B0510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2481CFD4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230EAB7E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Wide-brim sun hats for father and kids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04D5D273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19F738CE" w14:textId="77777777" w:rsidR="001D6E65" w:rsidRDefault="001D6E65">
            <w:pPr>
              <w:spacing w:line="168" w:lineRule="auto"/>
            </w:pPr>
          </w:p>
        </w:tc>
      </w:tr>
      <w:tr w:rsidR="001D6E65" w14:paraId="3BC4EEAB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250E0291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258540A8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Sunglasses with UV protection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040E278E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2E1020BE" w14:textId="77777777" w:rsidR="001D6E65" w:rsidRDefault="001D6E65">
            <w:pPr>
              <w:spacing w:line="168" w:lineRule="auto"/>
            </w:pPr>
          </w:p>
        </w:tc>
      </w:tr>
      <w:tr w:rsidR="001D6E65" w14:paraId="2DE274D8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0D04E134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0F403B85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Broad-spectrum SPF 30+ sunscreen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2E381690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38C66376" w14:textId="77777777" w:rsidR="001D6E65" w:rsidRDefault="001D6E65">
            <w:pPr>
              <w:spacing w:line="168" w:lineRule="auto"/>
            </w:pPr>
          </w:p>
        </w:tc>
      </w:tr>
      <w:tr w:rsidR="001D6E65" w14:paraId="6DF21601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63A9472D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701C78D7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SPF lip balm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0F54B4BD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3FA6680A" w14:textId="77777777" w:rsidR="001D6E65" w:rsidRDefault="001D6E65">
            <w:pPr>
              <w:spacing w:line="168" w:lineRule="auto"/>
            </w:pPr>
          </w:p>
        </w:tc>
      </w:tr>
      <w:tr w:rsidR="001D6E65" w14:paraId="1CCC8B6F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7B43246A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59D8E0AE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Extra drinking water beyond normal supply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70305BE2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0A41E3CB" w14:textId="77777777" w:rsidR="001D6E65" w:rsidRDefault="001D6E65">
            <w:pPr>
              <w:spacing w:line="168" w:lineRule="auto"/>
            </w:pPr>
          </w:p>
        </w:tc>
      </w:tr>
      <w:tr w:rsidR="001D6E65" w14:paraId="0D93AB24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6E0DED00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274A0460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Electrolyte drink mix / electrolyte snacks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5D969597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74F59CF7" w14:textId="77777777" w:rsidR="001D6E65" w:rsidRDefault="001D6E65">
            <w:pPr>
              <w:spacing w:line="168" w:lineRule="auto"/>
            </w:pPr>
          </w:p>
        </w:tc>
      </w:tr>
      <w:tr w:rsidR="001D6E65" w14:paraId="71584A67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75193DD8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64668964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Insulated water bottles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4CB1C055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5A2C5225" w14:textId="77777777" w:rsidR="001D6E65" w:rsidRDefault="001D6E65">
            <w:pPr>
              <w:spacing w:line="168" w:lineRule="auto"/>
            </w:pPr>
          </w:p>
        </w:tc>
      </w:tr>
      <w:tr w:rsidR="001D6E65" w14:paraId="5A4336DE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632B4003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0D4390D4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Shade canopy / tarp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7417D168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50C96C0E" w14:textId="77777777" w:rsidR="001D6E65" w:rsidRDefault="001D6E65">
            <w:pPr>
              <w:spacing w:line="168" w:lineRule="auto"/>
            </w:pPr>
          </w:p>
        </w:tc>
      </w:tr>
      <w:tr w:rsidR="001D6E65" w14:paraId="5072267F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5F9CBE0F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1B34365E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Cooling towels or bandanas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3D1683B9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23C8264D" w14:textId="77777777" w:rsidR="001D6E65" w:rsidRDefault="001D6E65">
            <w:pPr>
              <w:spacing w:line="168" w:lineRule="auto"/>
            </w:pPr>
          </w:p>
        </w:tc>
      </w:tr>
      <w:tr w:rsidR="001D6E65" w14:paraId="2ABA3BA4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463BBDC3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7CEBC3B1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Lightweight breathable clothing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7BBF660B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78BAA0DD" w14:textId="77777777" w:rsidR="001D6E65" w:rsidRDefault="001D6E65">
            <w:pPr>
              <w:spacing w:line="168" w:lineRule="auto"/>
            </w:pPr>
          </w:p>
        </w:tc>
      </w:tr>
      <w:tr w:rsidR="001D6E65" w14:paraId="2F1483CE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458ED812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14040E0C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Portable battery fan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7A9B9E39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3F11F5EE" w14:textId="77777777" w:rsidR="001D6E65" w:rsidRDefault="001D6E65">
            <w:pPr>
              <w:spacing w:line="168" w:lineRule="auto"/>
            </w:pPr>
          </w:p>
        </w:tc>
      </w:tr>
      <w:tr w:rsidR="001D6E65" w14:paraId="0498AF2B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41112F3B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4B4DC984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After-sun lotion / aloe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0238BA0E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55464A2E" w14:textId="77777777" w:rsidR="001D6E65" w:rsidRDefault="001D6E65">
            <w:pPr>
              <w:spacing w:line="168" w:lineRule="auto"/>
            </w:pPr>
          </w:p>
        </w:tc>
      </w:tr>
      <w:tr w:rsidR="001D6E65" w14:paraId="2873CA78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7084B0AD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2D7AD58F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Sunshade for parked vehicle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5C5F9A67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5AB337E2" w14:textId="77777777" w:rsidR="001D6E65" w:rsidRDefault="001D6E65">
            <w:pPr>
              <w:spacing w:line="168" w:lineRule="auto"/>
            </w:pPr>
          </w:p>
        </w:tc>
      </w:tr>
      <w:tr w:rsidR="001D6E65" w14:paraId="5466F480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7D2B309C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7CF4DAC3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Plan strenuous activities for cooler morning/evening hours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5879620D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43B36643" w14:textId="77777777" w:rsidR="001D6E65" w:rsidRDefault="001D6E65">
            <w:pPr>
              <w:spacing w:line="168" w:lineRule="auto"/>
            </w:pPr>
          </w:p>
        </w:tc>
      </w:tr>
    </w:tbl>
    <w:p w14:paraId="0CBEBC61" w14:textId="77777777" w:rsidR="001D6E65" w:rsidRDefault="00855DE4">
      <w:pPr>
        <w:spacing w:before="160" w:after="60"/>
      </w:pPr>
      <w:r>
        <w:rPr>
          <w:rFonts w:eastAsia="Aptos SemiBold" w:cs="Aptos SemiBold"/>
          <w:b/>
          <w:sz w:val="26"/>
        </w:rPr>
        <w:t>Cold &amp; Rainy Weather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5976"/>
        <w:gridCol w:w="648"/>
        <w:gridCol w:w="3096"/>
      </w:tblGrid>
      <w:tr w:rsidR="001D6E65" w14:paraId="700F5399" w14:textId="77777777">
        <w:trPr>
          <w:jc w:val="center"/>
        </w:trPr>
        <w:tc>
          <w:tcPr>
            <w:tcW w:w="648" w:type="dxa"/>
            <w:shd w:val="clear" w:color="auto" w:fill="DCE6E1"/>
            <w:tcMar>
              <w:top w:w="30" w:type="dxa"/>
              <w:bottom w:w="30" w:type="dxa"/>
            </w:tcMar>
            <w:vAlign w:val="center"/>
          </w:tcPr>
          <w:p w14:paraId="0C4D7B9B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Pack</w:t>
            </w:r>
          </w:p>
        </w:tc>
        <w:tc>
          <w:tcPr>
            <w:tcW w:w="5976" w:type="dxa"/>
            <w:shd w:val="clear" w:color="auto" w:fill="DCE6E1"/>
            <w:tcMar>
              <w:top w:w="30" w:type="dxa"/>
              <w:bottom w:w="30" w:type="dxa"/>
            </w:tcMar>
            <w:vAlign w:val="center"/>
          </w:tcPr>
          <w:p w14:paraId="138B9CCA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Item</w:t>
            </w:r>
          </w:p>
        </w:tc>
        <w:tc>
          <w:tcPr>
            <w:tcW w:w="648" w:type="dxa"/>
            <w:shd w:val="clear" w:color="auto" w:fill="DCE6E1"/>
            <w:tcMar>
              <w:top w:w="30" w:type="dxa"/>
              <w:bottom w:w="30" w:type="dxa"/>
            </w:tcMar>
            <w:vAlign w:val="center"/>
          </w:tcPr>
          <w:p w14:paraId="6E0A9CB0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8"/>
              </w:rPr>
              <w:t>Qty</w:t>
            </w:r>
          </w:p>
        </w:tc>
        <w:tc>
          <w:tcPr>
            <w:tcW w:w="3096" w:type="dxa"/>
            <w:shd w:val="clear" w:color="auto" w:fill="DCE6E1"/>
            <w:tcMar>
              <w:top w:w="30" w:type="dxa"/>
              <w:bottom w:w="30" w:type="dxa"/>
            </w:tcMar>
            <w:vAlign w:val="center"/>
          </w:tcPr>
          <w:p w14:paraId="282A0BB1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8"/>
              </w:rPr>
              <w:t>Notes</w:t>
            </w:r>
          </w:p>
        </w:tc>
      </w:tr>
      <w:tr w:rsidR="001D6E65" w14:paraId="266939BE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17070DAB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04A420FB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Waterproof rain jacket for each camper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2791F814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25E6E844" w14:textId="77777777" w:rsidR="001D6E65" w:rsidRDefault="001D6E65">
            <w:pPr>
              <w:spacing w:line="168" w:lineRule="auto"/>
            </w:pPr>
          </w:p>
        </w:tc>
      </w:tr>
      <w:tr w:rsidR="001D6E65" w14:paraId="0EBFD188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2DD8FAFA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78211133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Waterproof rain pants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279DBD33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6970281D" w14:textId="77777777" w:rsidR="001D6E65" w:rsidRDefault="001D6E65">
            <w:pPr>
              <w:spacing w:line="168" w:lineRule="auto"/>
            </w:pPr>
          </w:p>
        </w:tc>
      </w:tr>
      <w:tr w:rsidR="001D6E65" w14:paraId="1EF875A0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6FD5FE95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7F949276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Warm base layers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01C3AE49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4B01CBE9" w14:textId="77777777" w:rsidR="001D6E65" w:rsidRDefault="001D6E65">
            <w:pPr>
              <w:spacing w:line="168" w:lineRule="auto"/>
            </w:pPr>
          </w:p>
        </w:tc>
      </w:tr>
      <w:tr w:rsidR="001D6E65" w14:paraId="05466B23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3CC54CA6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781A47C1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Fleece / insulated mid-layers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233FB3F2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5DE71611" w14:textId="77777777" w:rsidR="001D6E65" w:rsidRDefault="001D6E65">
            <w:pPr>
              <w:spacing w:line="168" w:lineRule="auto"/>
            </w:pPr>
          </w:p>
        </w:tc>
      </w:tr>
      <w:tr w:rsidR="001D6E65" w14:paraId="4DA450D2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7988D2D6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110D53A1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Warm hat / beanie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474E12F1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19397E05" w14:textId="77777777" w:rsidR="001D6E65" w:rsidRDefault="001D6E65">
            <w:pPr>
              <w:spacing w:line="168" w:lineRule="auto"/>
            </w:pPr>
          </w:p>
        </w:tc>
      </w:tr>
      <w:tr w:rsidR="001D6E65" w14:paraId="21E03B11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33BD5B50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0264C96F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Water-resistant gloves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6F9051BB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0E9C6BCC" w14:textId="77777777" w:rsidR="001D6E65" w:rsidRDefault="001D6E65">
            <w:pPr>
              <w:spacing w:line="168" w:lineRule="auto"/>
            </w:pPr>
          </w:p>
        </w:tc>
      </w:tr>
      <w:tr w:rsidR="001D6E65" w14:paraId="208663CE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3246B95E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5E421BD8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Extra warm socks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29331F5D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2946E9DC" w14:textId="77777777" w:rsidR="001D6E65" w:rsidRDefault="001D6E65">
            <w:pPr>
              <w:spacing w:line="168" w:lineRule="auto"/>
            </w:pPr>
          </w:p>
        </w:tc>
      </w:tr>
      <w:tr w:rsidR="001D6E65" w14:paraId="6788FC33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5EAFA93B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13FC1CA5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Waterproof hiking boots / shoes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49E3A21C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3CCEE08B" w14:textId="77777777" w:rsidR="001D6E65" w:rsidRDefault="001D6E65">
            <w:pPr>
              <w:spacing w:line="168" w:lineRule="auto"/>
            </w:pPr>
          </w:p>
        </w:tc>
      </w:tr>
      <w:tr w:rsidR="001D6E65" w14:paraId="0193E302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0D402A37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71A032DB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Gaiters if conditions are very wet or muddy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29CBE236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0DB205C4" w14:textId="77777777" w:rsidR="001D6E65" w:rsidRDefault="001D6E65">
            <w:pPr>
              <w:spacing w:line="168" w:lineRule="auto"/>
            </w:pPr>
          </w:p>
        </w:tc>
      </w:tr>
      <w:tr w:rsidR="001D6E65" w14:paraId="705DA926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21787D0D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26620D7A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Pack covers / waterproof dry bags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1AABD7AE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4D7DDB94" w14:textId="77777777" w:rsidR="001D6E65" w:rsidRDefault="001D6E65">
            <w:pPr>
              <w:spacing w:line="168" w:lineRule="auto"/>
            </w:pPr>
          </w:p>
        </w:tc>
      </w:tr>
      <w:tr w:rsidR="001D6E65" w14:paraId="59225187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542EFA02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293A0B73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Extra tarp for covered cooking / gathering area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32D603C2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575B002B" w14:textId="77777777" w:rsidR="001D6E65" w:rsidRDefault="001D6E65">
            <w:pPr>
              <w:spacing w:line="168" w:lineRule="auto"/>
            </w:pPr>
          </w:p>
        </w:tc>
      </w:tr>
      <w:tr w:rsidR="001D6E65" w14:paraId="3A15A4AB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149E9511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22C96BAB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Tent seam sealer / repair supplies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24344555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045488ED" w14:textId="77777777" w:rsidR="001D6E65" w:rsidRDefault="001D6E65">
            <w:pPr>
              <w:spacing w:line="168" w:lineRule="auto"/>
            </w:pPr>
          </w:p>
        </w:tc>
      </w:tr>
      <w:tr w:rsidR="001D6E65" w14:paraId="76EAD39F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6B5B1347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1FFF7EDC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Extra blankets or insulated camp quilt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27B27F56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05CBCFAD" w14:textId="77777777" w:rsidR="001D6E65" w:rsidRDefault="001D6E65">
            <w:pPr>
              <w:spacing w:line="168" w:lineRule="auto"/>
            </w:pPr>
          </w:p>
        </w:tc>
      </w:tr>
      <w:tr w:rsidR="001D6E65" w14:paraId="458E38E0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29C5684F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153F67C2" w14:textId="77777777" w:rsidR="001D6E65" w:rsidRDefault="00855DE4">
            <w:pPr>
              <w:spacing w:line="168" w:lineRule="auto"/>
            </w:pPr>
            <w:r>
              <w:rPr>
                <w:b/>
                <w:sz w:val="17"/>
              </w:rPr>
              <w:t xml:space="preserve">Tent heater </w:t>
            </w:r>
            <w:r>
              <w:rPr>
                <w:b/>
                <w:sz w:val="17"/>
              </w:rPr>
              <w:t>(only if manufacturer-approved for tent use; follow ventilation and clearance instructions)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3C7C34C6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04016BB9" w14:textId="77777777" w:rsidR="001D6E65" w:rsidRDefault="001D6E65">
            <w:pPr>
              <w:spacing w:line="168" w:lineRule="auto"/>
            </w:pPr>
          </w:p>
        </w:tc>
      </w:tr>
      <w:tr w:rsidR="001D6E65" w14:paraId="01E7C449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7C28CAB4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43F559B8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Hand warmers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367FCB46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5FA617B1" w14:textId="77777777" w:rsidR="001D6E65" w:rsidRDefault="001D6E65">
            <w:pPr>
              <w:spacing w:line="168" w:lineRule="auto"/>
            </w:pPr>
          </w:p>
        </w:tc>
      </w:tr>
      <w:tr w:rsidR="001D6E65" w14:paraId="63F7845A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3361D5F9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4B5A86CD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Thermos for warm drinks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6AF2530B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6D68AE67" w14:textId="77777777" w:rsidR="001D6E65" w:rsidRDefault="001D6E65">
            <w:pPr>
              <w:spacing w:line="168" w:lineRule="auto"/>
            </w:pPr>
          </w:p>
        </w:tc>
      </w:tr>
      <w:tr w:rsidR="001D6E65" w14:paraId="2D97DA1D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299D4FEE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13103222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Extra towels / absorbent camp cloths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6F5FFF91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50DC46E0" w14:textId="77777777" w:rsidR="001D6E65" w:rsidRDefault="001D6E65">
            <w:pPr>
              <w:spacing w:line="168" w:lineRule="auto"/>
            </w:pPr>
          </w:p>
        </w:tc>
      </w:tr>
      <w:tr w:rsidR="001D6E65" w14:paraId="15A193CE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3597631A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0BC1AAC0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Plastic bags for wet or muddy clothing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1FC0341C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2B9BDE08" w14:textId="77777777" w:rsidR="001D6E65" w:rsidRDefault="001D6E65">
            <w:pPr>
              <w:spacing w:line="168" w:lineRule="auto"/>
            </w:pPr>
          </w:p>
        </w:tc>
      </w:tr>
      <w:tr w:rsidR="001D6E65" w14:paraId="532AC378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72AFF078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62A912FE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Cold-weather sleeping bags appropriate to forecast lows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0B4A8D97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4626A23C" w14:textId="77777777" w:rsidR="001D6E65" w:rsidRDefault="001D6E65">
            <w:pPr>
              <w:spacing w:line="168" w:lineRule="auto"/>
            </w:pPr>
          </w:p>
        </w:tc>
      </w:tr>
      <w:tr w:rsidR="001D6E65" w14:paraId="253250B7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2A99AD1C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6492CED5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Long Underwear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6F159C0A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2B102398" w14:textId="77777777" w:rsidR="001D6E65" w:rsidRDefault="001D6E65">
            <w:pPr>
              <w:spacing w:line="168" w:lineRule="auto"/>
            </w:pPr>
          </w:p>
        </w:tc>
      </w:tr>
    </w:tbl>
    <w:p w14:paraId="164F55CC" w14:textId="77777777" w:rsidR="001D6E65" w:rsidRDefault="00855DE4">
      <w:pPr>
        <w:pageBreakBefore/>
        <w:spacing w:before="160" w:after="60"/>
      </w:pPr>
      <w:r>
        <w:rPr>
          <w:rFonts w:eastAsia="Aptos SemiBold" w:cs="Aptos SemiBold"/>
          <w:b/>
          <w:sz w:val="26"/>
        </w:rPr>
        <w:lastRenderedPageBreak/>
        <w:t>Optional Adventure Gear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5976"/>
        <w:gridCol w:w="648"/>
        <w:gridCol w:w="3096"/>
      </w:tblGrid>
      <w:tr w:rsidR="001D6E65" w14:paraId="27B0165B" w14:textId="77777777">
        <w:trPr>
          <w:jc w:val="center"/>
        </w:trPr>
        <w:tc>
          <w:tcPr>
            <w:tcW w:w="648" w:type="dxa"/>
            <w:shd w:val="clear" w:color="auto" w:fill="DCE6E1"/>
            <w:tcMar>
              <w:top w:w="30" w:type="dxa"/>
              <w:bottom w:w="30" w:type="dxa"/>
            </w:tcMar>
            <w:vAlign w:val="center"/>
          </w:tcPr>
          <w:p w14:paraId="7C9B3A5D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Pack</w:t>
            </w:r>
          </w:p>
        </w:tc>
        <w:tc>
          <w:tcPr>
            <w:tcW w:w="5976" w:type="dxa"/>
            <w:shd w:val="clear" w:color="auto" w:fill="DCE6E1"/>
            <w:tcMar>
              <w:top w:w="30" w:type="dxa"/>
              <w:bottom w:w="30" w:type="dxa"/>
            </w:tcMar>
            <w:vAlign w:val="center"/>
          </w:tcPr>
          <w:p w14:paraId="6A1AF805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Item</w:t>
            </w:r>
          </w:p>
        </w:tc>
        <w:tc>
          <w:tcPr>
            <w:tcW w:w="648" w:type="dxa"/>
            <w:shd w:val="clear" w:color="auto" w:fill="DCE6E1"/>
            <w:tcMar>
              <w:top w:w="30" w:type="dxa"/>
              <w:bottom w:w="30" w:type="dxa"/>
            </w:tcMar>
            <w:vAlign w:val="center"/>
          </w:tcPr>
          <w:p w14:paraId="27A9C9EF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8"/>
              </w:rPr>
              <w:t>Qty</w:t>
            </w:r>
          </w:p>
        </w:tc>
        <w:tc>
          <w:tcPr>
            <w:tcW w:w="3096" w:type="dxa"/>
            <w:shd w:val="clear" w:color="auto" w:fill="DCE6E1"/>
            <w:tcMar>
              <w:top w:w="30" w:type="dxa"/>
              <w:bottom w:w="30" w:type="dxa"/>
            </w:tcMar>
            <w:vAlign w:val="center"/>
          </w:tcPr>
          <w:p w14:paraId="37B4A1CD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8"/>
              </w:rPr>
              <w:t>Notes</w:t>
            </w:r>
          </w:p>
        </w:tc>
      </w:tr>
      <w:tr w:rsidR="001D6E65" w14:paraId="348B3304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29567594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74E98468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Hiking poles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3D897B39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5E4913D8" w14:textId="77777777" w:rsidR="001D6E65" w:rsidRDefault="001D6E65">
            <w:pPr>
              <w:spacing w:line="168" w:lineRule="auto"/>
            </w:pPr>
          </w:p>
        </w:tc>
      </w:tr>
      <w:tr w:rsidR="001D6E65" w14:paraId="64E9917B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5B30E95B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7E753E24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Fishing gear + licenses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72DDF578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481EE951" w14:textId="77777777" w:rsidR="001D6E65" w:rsidRDefault="001D6E65">
            <w:pPr>
              <w:spacing w:line="168" w:lineRule="auto"/>
            </w:pPr>
          </w:p>
        </w:tc>
      </w:tr>
      <w:tr w:rsidR="001D6E65" w14:paraId="7FD7DCAC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6F7EF957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753080C1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Paddling gear + properly fitted PFDs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60C85995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01219182" w14:textId="77777777" w:rsidR="001D6E65" w:rsidRDefault="001D6E65">
            <w:pPr>
              <w:spacing w:line="168" w:lineRule="auto"/>
            </w:pPr>
          </w:p>
        </w:tc>
      </w:tr>
      <w:tr w:rsidR="001D6E65" w14:paraId="72487FDB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1739B863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1C635D66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Climbing / technical gear appropriate to the activity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2B02C4B5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24412581" w14:textId="77777777" w:rsidR="001D6E65" w:rsidRDefault="001D6E65">
            <w:pPr>
              <w:spacing w:line="168" w:lineRule="auto"/>
            </w:pPr>
          </w:p>
        </w:tc>
      </w:tr>
      <w:tr w:rsidR="001D6E65" w14:paraId="11BF3B9D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625DE506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472809BF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Camera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660AB3CF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43A0FAB8" w14:textId="77777777" w:rsidR="001D6E65" w:rsidRDefault="001D6E65">
            <w:pPr>
              <w:spacing w:line="168" w:lineRule="auto"/>
            </w:pPr>
          </w:p>
        </w:tc>
      </w:tr>
      <w:tr w:rsidR="001D6E65" w14:paraId="2F05A9CD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705EB68C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7C8E01C1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Star chart / stargazing app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6EE654B4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154C6685" w14:textId="77777777" w:rsidR="001D6E65" w:rsidRDefault="001D6E65">
            <w:pPr>
              <w:spacing w:line="168" w:lineRule="auto"/>
            </w:pPr>
          </w:p>
        </w:tc>
      </w:tr>
      <w:tr w:rsidR="001D6E65" w14:paraId="79BDDF6B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074FDAC5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1D885B03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Hammock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13183259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225032E9" w14:textId="77777777" w:rsidR="001D6E65" w:rsidRDefault="001D6E65">
            <w:pPr>
              <w:spacing w:line="168" w:lineRule="auto"/>
            </w:pPr>
          </w:p>
        </w:tc>
      </w:tr>
      <w:tr w:rsidR="001D6E65" w14:paraId="4C9E95CF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043116B8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6A413448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Field guides for plants, birds, or wildlife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627FAB23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56D536A7" w14:textId="77777777" w:rsidR="001D6E65" w:rsidRDefault="001D6E65">
            <w:pPr>
              <w:spacing w:line="168" w:lineRule="auto"/>
            </w:pPr>
          </w:p>
        </w:tc>
      </w:tr>
      <w:tr w:rsidR="001D6E65" w14:paraId="2395D343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7AE60AAD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66347EF0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Above Ground or Propane Fire Pit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06F6B334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41458897" w14:textId="77777777" w:rsidR="001D6E65" w:rsidRDefault="001D6E65">
            <w:pPr>
              <w:spacing w:line="168" w:lineRule="auto"/>
            </w:pPr>
          </w:p>
        </w:tc>
      </w:tr>
    </w:tbl>
    <w:p w14:paraId="45D672FA" w14:textId="77777777" w:rsidR="001D6E65" w:rsidRDefault="00855DE4">
      <w:pPr>
        <w:spacing w:before="160" w:after="60"/>
      </w:pPr>
      <w:r>
        <w:rPr>
          <w:rFonts w:eastAsia="Aptos SemiBold" w:cs="Aptos SemiBold"/>
          <w:b/>
          <w:sz w:val="26"/>
        </w:rPr>
        <w:t>Before You Leave Home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5976"/>
        <w:gridCol w:w="648"/>
        <w:gridCol w:w="3096"/>
      </w:tblGrid>
      <w:tr w:rsidR="001D6E65" w14:paraId="016E2BD0" w14:textId="77777777">
        <w:trPr>
          <w:jc w:val="center"/>
        </w:trPr>
        <w:tc>
          <w:tcPr>
            <w:tcW w:w="648" w:type="dxa"/>
            <w:shd w:val="clear" w:color="auto" w:fill="DCE6E1"/>
            <w:tcMar>
              <w:top w:w="30" w:type="dxa"/>
              <w:bottom w:w="30" w:type="dxa"/>
            </w:tcMar>
            <w:vAlign w:val="center"/>
          </w:tcPr>
          <w:p w14:paraId="4F05BF28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Pack</w:t>
            </w:r>
          </w:p>
        </w:tc>
        <w:tc>
          <w:tcPr>
            <w:tcW w:w="5976" w:type="dxa"/>
            <w:shd w:val="clear" w:color="auto" w:fill="DCE6E1"/>
            <w:tcMar>
              <w:top w:w="30" w:type="dxa"/>
              <w:bottom w:w="30" w:type="dxa"/>
            </w:tcMar>
            <w:vAlign w:val="center"/>
          </w:tcPr>
          <w:p w14:paraId="2A832F4F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Item</w:t>
            </w:r>
          </w:p>
        </w:tc>
        <w:tc>
          <w:tcPr>
            <w:tcW w:w="648" w:type="dxa"/>
            <w:shd w:val="clear" w:color="auto" w:fill="DCE6E1"/>
            <w:tcMar>
              <w:top w:w="30" w:type="dxa"/>
              <w:bottom w:w="30" w:type="dxa"/>
            </w:tcMar>
            <w:vAlign w:val="center"/>
          </w:tcPr>
          <w:p w14:paraId="05BAB202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8"/>
              </w:rPr>
              <w:t>Qty</w:t>
            </w:r>
          </w:p>
        </w:tc>
        <w:tc>
          <w:tcPr>
            <w:tcW w:w="3096" w:type="dxa"/>
            <w:shd w:val="clear" w:color="auto" w:fill="DCE6E1"/>
            <w:tcMar>
              <w:top w:w="30" w:type="dxa"/>
              <w:bottom w:w="30" w:type="dxa"/>
            </w:tcMar>
            <w:vAlign w:val="center"/>
          </w:tcPr>
          <w:p w14:paraId="664BB511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8"/>
              </w:rPr>
              <w:t>Notes</w:t>
            </w:r>
          </w:p>
        </w:tc>
      </w:tr>
      <w:tr w:rsidR="001D6E65" w14:paraId="7BE7DAC5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7A938DD8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09B59C06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Share itinerary with a trusted person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172F3746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0968288A" w14:textId="77777777" w:rsidR="001D6E65" w:rsidRDefault="001D6E65">
            <w:pPr>
              <w:spacing w:line="168" w:lineRule="auto"/>
            </w:pPr>
          </w:p>
        </w:tc>
      </w:tr>
      <w:tr w:rsidR="001D6E65" w14:paraId="478E0AF3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08C0B0F4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63513E01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Confirm campsite reservation / permit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3EC4A380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18C13800" w14:textId="77777777" w:rsidR="001D6E65" w:rsidRDefault="001D6E65">
            <w:pPr>
              <w:spacing w:line="168" w:lineRule="auto"/>
            </w:pPr>
          </w:p>
        </w:tc>
      </w:tr>
      <w:tr w:rsidR="001D6E65" w14:paraId="386A589B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2F46F9E6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50EDBC6D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Check road and trail conditions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4B629390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1FC3DFB8" w14:textId="77777777" w:rsidR="001D6E65" w:rsidRDefault="001D6E65">
            <w:pPr>
              <w:spacing w:line="168" w:lineRule="auto"/>
            </w:pPr>
          </w:p>
        </w:tc>
      </w:tr>
      <w:tr w:rsidR="001D6E65" w14:paraId="7ED35ED4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62D60614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47B409F4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Check fire restrictions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60EEA390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3E05C7EB" w14:textId="77777777" w:rsidR="001D6E65" w:rsidRDefault="001D6E65">
            <w:pPr>
              <w:spacing w:line="168" w:lineRule="auto"/>
            </w:pPr>
          </w:p>
        </w:tc>
      </w:tr>
      <w:tr w:rsidR="001D6E65" w14:paraId="4ABB7100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0DE9F0C4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62C64B85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Check forecast and overnight lows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6C4C0F9F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3D002C97" w14:textId="77777777" w:rsidR="001D6E65" w:rsidRDefault="001D6E65">
            <w:pPr>
              <w:spacing w:line="168" w:lineRule="auto"/>
            </w:pPr>
          </w:p>
        </w:tc>
      </w:tr>
      <w:tr w:rsidR="001D6E65" w14:paraId="18B3B2FB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13EAE62B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358CB8F1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Download maps and entertainment for offline use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729FCDAA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77A1E3F9" w14:textId="77777777" w:rsidR="001D6E65" w:rsidRDefault="001D6E65">
            <w:pPr>
              <w:spacing w:line="168" w:lineRule="auto"/>
            </w:pPr>
          </w:p>
        </w:tc>
      </w:tr>
      <w:tr w:rsidR="001D6E65" w14:paraId="58AA9DA7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40E613D6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5593CB9D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Charge phones, lights, and battery packs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21F71BD5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1FF36D08" w14:textId="77777777" w:rsidR="001D6E65" w:rsidRDefault="001D6E65">
            <w:pPr>
              <w:spacing w:line="168" w:lineRule="auto"/>
            </w:pPr>
          </w:p>
        </w:tc>
      </w:tr>
      <w:tr w:rsidR="001D6E65" w14:paraId="60BD70EE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246EF007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4EFB06A5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Pre-cool the cooler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0F3ADA6F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5FDA9CC7" w14:textId="77777777" w:rsidR="001D6E65" w:rsidRDefault="001D6E65">
            <w:pPr>
              <w:spacing w:line="168" w:lineRule="auto"/>
            </w:pPr>
          </w:p>
        </w:tc>
      </w:tr>
      <w:tr w:rsidR="001D6E65" w14:paraId="1EB40684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5EA25737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14F8C362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Pack food securely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266C3762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20956798" w14:textId="77777777" w:rsidR="001D6E65" w:rsidRDefault="001D6E65">
            <w:pPr>
              <w:spacing w:line="168" w:lineRule="auto"/>
            </w:pPr>
          </w:p>
        </w:tc>
      </w:tr>
      <w:tr w:rsidR="001D6E65" w14:paraId="04CF35B6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7B6AB6B0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47EF7BBE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Do a final headcount and gear check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496B00F7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2910CE83" w14:textId="77777777" w:rsidR="001D6E65" w:rsidRDefault="001D6E65">
            <w:pPr>
              <w:spacing w:line="168" w:lineRule="auto"/>
            </w:pPr>
          </w:p>
        </w:tc>
      </w:tr>
      <w:tr w:rsidR="001D6E65" w14:paraId="340E6C75" w14:textId="77777777">
        <w:trPr>
          <w:trHeight w:hRule="exact" w:val="240"/>
          <w:jc w:val="center"/>
        </w:trPr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1C4C2A7C" w14:textId="77777777" w:rsidR="001D6E65" w:rsidRDefault="00855DE4">
            <w:pPr>
              <w:spacing w:line="168" w:lineRule="auto"/>
              <w:jc w:val="center"/>
            </w:pPr>
            <w:r>
              <w:rPr>
                <w:rFonts w:eastAsia="Aptos SemiBold" w:cs="Aptos SemiBold"/>
                <w:b/>
                <w:sz w:val="17"/>
              </w:rPr>
              <w:t>☐</w:t>
            </w:r>
          </w:p>
        </w:tc>
        <w:tc>
          <w:tcPr>
            <w:tcW w:w="5976" w:type="dxa"/>
            <w:tcMar>
              <w:top w:w="30" w:type="dxa"/>
              <w:bottom w:w="30" w:type="dxa"/>
            </w:tcMar>
            <w:vAlign w:val="center"/>
          </w:tcPr>
          <w:p w14:paraId="3106A6B2" w14:textId="77777777" w:rsidR="001D6E65" w:rsidRDefault="00855DE4">
            <w:pPr>
              <w:spacing w:line="168" w:lineRule="auto"/>
            </w:pPr>
            <w:r>
              <w:rPr>
                <w:rFonts w:eastAsia="Aptos SemiBold" w:cs="Aptos SemiBold"/>
                <w:b/>
                <w:sz w:val="17"/>
              </w:rPr>
              <w:t>Get Campfire Permit</w:t>
            </w:r>
          </w:p>
        </w:tc>
        <w:tc>
          <w:tcPr>
            <w:tcW w:w="648" w:type="dxa"/>
            <w:tcMar>
              <w:top w:w="30" w:type="dxa"/>
              <w:bottom w:w="30" w:type="dxa"/>
            </w:tcMar>
            <w:vAlign w:val="center"/>
          </w:tcPr>
          <w:p w14:paraId="6735D7B9" w14:textId="77777777" w:rsidR="001D6E65" w:rsidRDefault="001D6E65">
            <w:pPr>
              <w:spacing w:line="168" w:lineRule="auto"/>
            </w:pPr>
          </w:p>
        </w:tc>
        <w:tc>
          <w:tcPr>
            <w:tcW w:w="3096" w:type="dxa"/>
            <w:tcMar>
              <w:top w:w="30" w:type="dxa"/>
              <w:bottom w:w="30" w:type="dxa"/>
            </w:tcMar>
            <w:vAlign w:val="center"/>
          </w:tcPr>
          <w:p w14:paraId="17A1C4FA" w14:textId="77777777" w:rsidR="001D6E65" w:rsidRDefault="001D6E65">
            <w:pPr>
              <w:spacing w:line="168" w:lineRule="auto"/>
            </w:pPr>
          </w:p>
        </w:tc>
      </w:tr>
    </w:tbl>
    <w:p w14:paraId="2863A2D7" w14:textId="77777777" w:rsidR="001D6E65" w:rsidRDefault="001D6E65"/>
    <w:p w14:paraId="116ADFE2" w14:textId="77777777" w:rsidR="001D6E65" w:rsidRDefault="00855DE4">
      <w:r>
        <w:rPr>
          <w:rFonts w:eastAsia="Aptos SemiBold" w:cs="Aptos SemiBold"/>
          <w:b/>
        </w:rPr>
        <w:t>Website note: Adapt this checklist to the destination, season, forecast, campsite rules, children's ages, and planned activities.</w:t>
      </w:r>
    </w:p>
    <w:sectPr w:rsidR="001D6E65" w:rsidSect="00034616">
      <w:headerReference w:type="default" r:id="rId8"/>
      <w:footerReference w:type="default" r:id="rId9"/>
      <w:pgSz w:w="12240" w:h="15840"/>
      <w:pgMar w:top="576" w:right="936" w:bottom="432" w:left="936" w:header="7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D8DBD" w14:textId="77777777" w:rsidR="00855DE4" w:rsidRDefault="00855DE4">
      <w:pPr>
        <w:spacing w:after="0" w:line="240" w:lineRule="auto"/>
      </w:pPr>
      <w:r>
        <w:separator/>
      </w:r>
    </w:p>
  </w:endnote>
  <w:endnote w:type="continuationSeparator" w:id="0">
    <w:p w14:paraId="77B94998" w14:textId="77777777" w:rsidR="00855DE4" w:rsidRDefault="00855D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D8DF0" w14:textId="77777777" w:rsidR="001D6E65" w:rsidRDefault="001D6E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DE947" w14:textId="77777777" w:rsidR="00855DE4" w:rsidRDefault="00855DE4">
      <w:pPr>
        <w:spacing w:after="0" w:line="240" w:lineRule="auto"/>
      </w:pPr>
      <w:r>
        <w:separator/>
      </w:r>
    </w:p>
  </w:footnote>
  <w:footnote w:type="continuationSeparator" w:id="0">
    <w:p w14:paraId="5B64E25F" w14:textId="77777777" w:rsidR="00855DE4" w:rsidRDefault="00855D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8928"/>
      <w:gridCol w:w="1440"/>
    </w:tblGrid>
    <w:tr w:rsidR="001D6E65" w14:paraId="0BD765CE" w14:textId="77777777">
      <w:trPr>
        <w:jc w:val="center"/>
      </w:trPr>
      <w:tc>
        <w:tcPr>
          <w:tcW w:w="8928" w:type="dxa"/>
          <w:vAlign w:val="center"/>
        </w:tcPr>
        <w:p w14:paraId="7EA652EA" w14:textId="77777777" w:rsidR="001D6E65" w:rsidRDefault="00855DE4">
          <w:pPr>
            <w:spacing w:after="0"/>
          </w:pPr>
          <w:r>
            <w:rPr>
              <w:rFonts w:eastAsia="Aptos SemiBold" w:cs="Aptos SemiBold"/>
              <w:b/>
              <w:sz w:val="26"/>
            </w:rPr>
            <w:t>Adventure Clubs Camp Packing List</w:t>
          </w:r>
        </w:p>
        <w:p w14:paraId="4DC7DF8E" w14:textId="77777777" w:rsidR="001D6E65" w:rsidRDefault="00855DE4">
          <w:pPr>
            <w:spacing w:after="0"/>
          </w:pPr>
          <w:r>
            <w:rPr>
              <w:rFonts w:eastAsia="Aptos SemiBold" w:cs="Aptos SemiBold"/>
              <w:b/>
              <w:i/>
              <w:sz w:val="10"/>
            </w:rPr>
            <w:t>Editable family car-camping checklist with hot/sunny and cold/rainy weather sections.</w:t>
          </w:r>
        </w:p>
      </w:tc>
      <w:tc>
        <w:tcPr>
          <w:tcW w:w="1440" w:type="dxa"/>
          <w:vAlign w:val="center"/>
        </w:tcPr>
        <w:p w14:paraId="07D830DE" w14:textId="77777777" w:rsidR="001D6E65" w:rsidRDefault="00855DE4">
          <w:pPr>
            <w:spacing w:after="0"/>
            <w:jc w:val="right"/>
          </w:pPr>
          <w:r>
            <w:rPr>
              <w:rFonts w:eastAsia="Aptos SemiBold" w:cs="Aptos SemiBold"/>
              <w:b/>
              <w:noProof/>
            </w:rPr>
            <w:drawing>
              <wp:inline distT="0" distB="0" distL="0" distR="0" wp14:anchorId="0992EE96" wp14:editId="64D7A76A">
                <wp:extent cx="658368" cy="65961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8368" cy="6596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169494E" w14:textId="77777777" w:rsidR="001D6E65" w:rsidRDefault="00855DE4">
    <w:pPr>
      <w:spacing w:after="0"/>
      <w:jc w:val="center"/>
    </w:pPr>
    <w:r>
      <w:rPr>
        <w:rFonts w:eastAsia="Aptos SemiBold" w:cs="Aptos SemiBold"/>
        <w:b/>
        <w:noProof/>
      </w:rPr>
      <w:drawing>
        <wp:anchor distT="0" distB="0" distL="0" distR="0" simplePos="0" relativeHeight="251658240" behindDoc="1" locked="0" layoutInCell="1" allowOverlap="1" wp14:anchorId="403E6CD1" wp14:editId="35E16990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4572000" cy="4580626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572000" cy="458062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08518829">
    <w:abstractNumId w:val="8"/>
  </w:num>
  <w:num w:numId="2" w16cid:durableId="145050274">
    <w:abstractNumId w:val="6"/>
  </w:num>
  <w:num w:numId="3" w16cid:durableId="1383015840">
    <w:abstractNumId w:val="5"/>
  </w:num>
  <w:num w:numId="4" w16cid:durableId="1799690005">
    <w:abstractNumId w:val="4"/>
  </w:num>
  <w:num w:numId="5" w16cid:durableId="628512967">
    <w:abstractNumId w:val="7"/>
  </w:num>
  <w:num w:numId="6" w16cid:durableId="1961835770">
    <w:abstractNumId w:val="3"/>
  </w:num>
  <w:num w:numId="7" w16cid:durableId="88889068">
    <w:abstractNumId w:val="2"/>
  </w:num>
  <w:num w:numId="8" w16cid:durableId="2022850111">
    <w:abstractNumId w:val="1"/>
  </w:num>
  <w:num w:numId="9" w16cid:durableId="761950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2EB6"/>
    <w:rsid w:val="0015074B"/>
    <w:rsid w:val="001D6E65"/>
    <w:rsid w:val="0029639D"/>
    <w:rsid w:val="00326F90"/>
    <w:rsid w:val="0069368D"/>
    <w:rsid w:val="00855DE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40A724"/>
  <w14:defaultImageDpi w14:val="300"/>
  <w15:docId w15:val="{52386A34-B81D-40BE-B0BB-B42E7402E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 SemiBold" w:hAnsi="Aptos SemiBold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ptos SemiBold" w:hAnsi="Aptos SemiBold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ptos SemiBold" w:hAnsi="Aptos SemiBold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ptos SemiBold" w:hAnsi="Aptos SemiBold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ptos SemiBold" w:hAnsi="Aptos SemiBold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ptos SemiBold" w:hAnsi="Aptos SemiBold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ptos SemiBold" w:hAnsi="Aptos SemiBold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ptos SemiBold" w:hAnsi="Aptos SemiBold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ptos SemiBold" w:hAnsi="Aptos SemiBold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ptos SemiBold" w:hAnsi="Aptos SemiBold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ptos SemiBold" w:hAnsi="Aptos SemiBold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ptos SemiBold" w:hAnsi="Aptos SemiBold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ptos SemiBold" w:hAnsi="Aptos SemiBold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ptos SemiBold" w:hAnsi="Aptos SemiBold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ptos SemiBold" w:hAnsi="Aptos SemiBold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ptos SemiBold" w:hAnsi="Aptos SemiBold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ptos SemiBold" w:hAnsi="Aptos SemiBold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ptos SemiBold" w:hAnsi="Aptos SemiBold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ptos SemiBold" w:hAnsi="Aptos SemiBold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ptos SemiBold" w:hAnsi="Aptos SemiBol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ptos SemiBold" w:hAnsi="Aptos SemiBold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ptos SemiBold" w:hAnsi="Aptos SemiBold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ptos SemiBold" w:hAnsi="Aptos SemiBold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ptos SemiBold" w:hAnsi="Aptos SemiBold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ptos SemiBold" w:hAnsi="Aptos SemiBold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ptos SemiBold" w:hAnsi="Aptos SemiBold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ptos SemiBold" w:hAnsi="Aptos SemiBold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ptos SemiBold" w:hAnsi="Aptos SemiBold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ptos SemiBold" w:hAnsi="Aptos SemiBold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ptos SemiBold" w:hAnsi="Aptos SemiBold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ptos SemiBold" w:hAnsi="Aptos SemiBold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ptos SemiBold" w:hAnsi="Aptos SemiBold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ptos SemiBold" w:hAnsi="Aptos SemiBold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ptos SemiBold" w:hAnsi="Aptos SemiBold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ptos SemiBold" w:hAnsi="Aptos SemiBold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ptos SemiBold" w:hAnsi="Aptos SemiBold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ptos SemiBold" w:hAnsi="Aptos SemiBold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ptos SemiBold" w:hAnsi="Aptos SemiBold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ptos SemiBold" w:hAnsi="Aptos SemiBold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ptos SemiBold" w:hAnsi="Aptos SemiBold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ptos SemiBold" w:hAnsi="Aptos SemiBold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ptos SemiBold" w:hAnsi="Aptos SemiBold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ptos SemiBold" w:hAnsi="Aptos SemiBold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ptos SemiBold" w:hAnsi="Aptos SemiBold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ptos SemiBold" w:hAnsi="Aptos SemiBold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ptos SemiBold" w:hAnsi="Aptos SemiBold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ptos SemiBold" w:hAnsi="Aptos SemiBold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ptos SemiBold" w:hAnsi="Aptos SemiBold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ptos SemiBold" w:hAnsi="Aptos SemiBold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ptos SemiBold" w:hAnsi="Aptos SemiBold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ptos SemiBold" w:hAnsi="Aptos SemiBold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ptos SemiBold" w:hAnsi="Aptos SemiBold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ptos SemiBold" w:hAnsi="Aptos SemiBold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ptos SemiBold" w:hAnsi="Aptos SemiBold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ptos SemiBold" w:hAnsi="Aptos SemiBold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ptos SemiBold" w:hAnsi="Aptos SemiBold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ptos SemiBold" w:hAnsi="Aptos SemiBold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ptos SemiBold" w:hAnsi="Aptos SemiBold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ptos SemiBold" w:hAnsi="Aptos SemiBold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ptos SemiBold" w:hAnsi="Aptos SemiBold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ptos SemiBold" w:hAnsi="Aptos SemiBold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ptos SemiBold" w:hAnsi="Aptos SemiBold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ptos SemiBold" w:hAnsi="Aptos SemiBold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ptos SemiBold" w:hAnsi="Aptos SemiBold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ptos SemiBold" w:hAnsi="Aptos SemiBold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ptos SemiBold" w:hAnsi="Aptos SemiBold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ptos SemiBold" w:hAnsi="Aptos SemiBold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ptos SemiBold" w:hAnsi="Aptos SemiBold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ptos SemiBold" w:hAnsi="Aptos SemiBold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ptos SemiBold" w:hAnsi="Aptos SemiBold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ptos SemiBold" w:hAnsi="Aptos SemiBold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ptos SemiBold" w:hAnsi="Aptos SemiBold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ptos SemiBold" w:hAnsi="Aptos SemiBold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ptos SemiBold" w:hAnsi="Aptos SemiBold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ptos SemiBold" w:hAnsi="Aptos SemiBold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ptos SemiBold" w:hAnsi="Aptos SemiBold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ptos SemiBold" w:hAnsi="Aptos SemiBold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ptos SemiBold" w:hAnsi="Aptos SemiBold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ptos SemiBold" w:hAnsi="Aptos SemiBold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ptos SemiBold" w:hAnsi="Aptos SemiBold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ptos SemiBold" w:hAnsi="Aptos SemiBold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ptos SemiBold" w:hAnsi="Aptos SemiBold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ptos SemiBold" w:hAnsi="Aptos SemiBold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ptos SemiBold" w:hAnsi="Aptos SemiBold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ptos SemiBold" w:hAnsi="Aptos SemiBold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ptos SemiBold" w:hAnsi="Aptos SemiBold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ptos SemiBold" w:hAnsi="Aptos SemiBold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ptos SemiBold" w:hAnsi="Aptos SemiBold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ptos SemiBold" w:hAnsi="Aptos SemiBold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ptos SemiBold" w:hAnsi="Aptos SemiBold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ptos SemiBold" w:hAnsi="Aptos SemiBold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ptos SemiBold" w:hAnsi="Aptos SemiBold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ptos SemiBold" w:hAnsi="Aptos SemiBold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ptos SemiBold" w:hAnsi="Aptos SemiBold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ptos SemiBold" w:hAnsi="Aptos SemiBold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ptos SemiBold" w:hAnsi="Aptos SemiBold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ptos SemiBold" w:hAnsi="Aptos SemiBold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ptos SemiBold" w:hAnsi="Aptos SemiBold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ptos SemiBold" w:hAnsi="Aptos SemiBold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ptos SemiBold" w:hAnsi="Aptos SemiBold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ptos SemiBold" w:hAnsi="Aptos SemiBold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ptos SemiBold" w:hAnsi="Aptos SemiBold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ptos SemiBold" w:hAnsi="Aptos SemiBold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ptos SemiBold" w:hAnsi="Aptos SemiBold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904</Words>
  <Characters>5155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Richard Black</cp:lastModifiedBy>
  <cp:revision>2</cp:revision>
  <dcterms:created xsi:type="dcterms:W3CDTF">2026-08-20T18:36:00Z</dcterms:created>
  <dcterms:modified xsi:type="dcterms:W3CDTF">2026-08-20T18:36:00Z</dcterms:modified>
  <cp:category/>
</cp:coreProperties>
</file>