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DF3AB" w14:textId="77777777" w:rsidR="00977025" w:rsidRDefault="00000000">
      <w:pPr>
        <w:jc w:val="center"/>
      </w:pPr>
      <w:r>
        <w:rPr>
          <w:b/>
        </w:rPr>
        <w:t>BRITTON MEADOWS PROPERTY OWNERS ASSOCIATION</w:t>
      </w:r>
      <w:r>
        <w:rPr>
          <w:b/>
        </w:rPr>
        <w:br/>
        <w:t>2025 ANNUAL BUSINESS MEETING MINUTES</w:t>
      </w:r>
    </w:p>
    <w:p w14:paraId="4F87108C" w14:textId="77777777" w:rsidR="00542C6F" w:rsidRDefault="00542C6F"/>
    <w:p w14:paraId="0329D0B3" w14:textId="5B04503D" w:rsidR="00977025" w:rsidRDefault="00000000">
      <w:r>
        <w:t>Date: November 6, 2025</w:t>
      </w:r>
    </w:p>
    <w:p w14:paraId="763813E1" w14:textId="77777777" w:rsidR="00977025" w:rsidRDefault="00000000">
      <w:r>
        <w:t>Meeting Type: Annual Business Meeting</w:t>
      </w:r>
    </w:p>
    <w:p w14:paraId="605F8910" w14:textId="77777777" w:rsidR="00977025" w:rsidRDefault="00000000">
      <w:r>
        <w:rPr>
          <w:b/>
        </w:rPr>
        <w:t>CALL TO ORDER</w:t>
      </w:r>
    </w:p>
    <w:p w14:paraId="4C1A11FD" w14:textId="77777777" w:rsidR="00977025" w:rsidRDefault="00000000">
      <w:r>
        <w:t>The Annual Business Meeting of the Britton Meadows Property Owners Association was called to order by Acting President Aaron Reeves. Motion to open the meeting was made by Aaron Reeves and seconded by Chrystal Poore.</w:t>
      </w:r>
    </w:p>
    <w:p w14:paraId="1F30F552" w14:textId="77777777" w:rsidR="00977025" w:rsidRDefault="00000000">
      <w:r>
        <w:rPr>
          <w:b/>
        </w:rPr>
        <w:t>QUORUM</w:t>
      </w:r>
    </w:p>
    <w:p w14:paraId="34401F89" w14:textId="77777777" w:rsidR="00977025" w:rsidRDefault="00000000">
      <w:r>
        <w:t>A quorum was established with ten (10) properties represented, as verified by the meeting sign-in sheet.</w:t>
      </w:r>
    </w:p>
    <w:p w14:paraId="1B068EF5" w14:textId="77777777" w:rsidR="00977025" w:rsidRDefault="00000000">
      <w:r>
        <w:rPr>
          <w:b/>
        </w:rPr>
        <w:t>BOARD MEMBERS PRESENT</w:t>
      </w:r>
    </w:p>
    <w:p w14:paraId="65A70BB8" w14:textId="77777777" w:rsidR="00977025" w:rsidRDefault="00000000">
      <w:r>
        <w:t>• Aaron Reeves, Acting President</w:t>
      </w:r>
      <w:r>
        <w:br/>
        <w:t>• Zach Klassen, Secretary</w:t>
      </w:r>
    </w:p>
    <w:p w14:paraId="54796CF5" w14:textId="77777777" w:rsidR="00977025" w:rsidRDefault="00000000">
      <w:r>
        <w:rPr>
          <w:b/>
        </w:rPr>
        <w:t>APPROVAL OF PRIOR BUSINESS</w:t>
      </w:r>
    </w:p>
    <w:p w14:paraId="5155C80C" w14:textId="77777777" w:rsidR="00977025" w:rsidRDefault="00000000">
      <w:r>
        <w:t>Old business was presented to the membership. Motion to accept the Old Business report was made by Chrystal Poore and seconded by Mrs. Lopez. Motion carried.</w:t>
      </w:r>
    </w:p>
    <w:p w14:paraId="62E8546A" w14:textId="77777777" w:rsidR="00977025" w:rsidRDefault="00000000">
      <w:r>
        <w:rPr>
          <w:b/>
        </w:rPr>
        <w:t>TREASURER'S REPORT</w:t>
      </w:r>
    </w:p>
    <w:p w14:paraId="05FB6178" w14:textId="77777777" w:rsidR="00977025" w:rsidRDefault="00000000">
      <w:r>
        <w:t>• Association bank account balance as of November 5, 2025: $9,526.xx</w:t>
      </w:r>
      <w:r>
        <w:br/>
        <w:t>• The Association has not yet completed filing for the 2024 tax year.</w:t>
      </w:r>
      <w:r>
        <w:br/>
        <w:t>• The annual Post Office Box renewal fee of $188 was paid.</w:t>
      </w:r>
      <w:r>
        <w:br/>
        <w:t>• Pond liability insurance was renewed at a cost of $1,500.</w:t>
      </w:r>
      <w:r>
        <w:br/>
        <w:t>• Pond insurance premiums are currently paid and in good standing.</w:t>
      </w:r>
    </w:p>
    <w:p w14:paraId="17D6EED8" w14:textId="77777777" w:rsidR="00977025" w:rsidRDefault="00000000">
      <w:r>
        <w:rPr>
          <w:b/>
        </w:rPr>
        <w:t>PROPERTY MAINTENANCE</w:t>
      </w:r>
    </w:p>
    <w:p w14:paraId="2B959B6D" w14:textId="77777777" w:rsidR="00977025" w:rsidRDefault="00000000">
      <w:r>
        <w:t>The Association's lawn maintenance contractor advised that invoices will continue to be submitted. Current mowing cost is $60 per mowing service.</w:t>
      </w:r>
    </w:p>
    <w:p w14:paraId="25787EF7" w14:textId="77777777" w:rsidR="00977025" w:rsidRDefault="00000000">
      <w:r>
        <w:rPr>
          <w:b/>
        </w:rPr>
        <w:t>NEW BUSINESS</w:t>
      </w:r>
    </w:p>
    <w:p w14:paraId="1AAB7F75" w14:textId="77777777" w:rsidR="00977025" w:rsidRDefault="00000000">
      <w:r>
        <w:t>The floor was opened for discussion of new business and homeowner questions. Homeowners participating in discussion included Zach Klassen and Billy Williams.</w:t>
      </w:r>
    </w:p>
    <w:p w14:paraId="4045680C" w14:textId="1F9E8340" w:rsidR="00977025" w:rsidRDefault="00000000">
      <w:r>
        <w:rPr>
          <w:b/>
        </w:rPr>
        <w:t>ELECTION OF TREASURER</w:t>
      </w:r>
    </w:p>
    <w:p w14:paraId="41B56535" w14:textId="77777777" w:rsidR="00977025" w:rsidRDefault="00000000">
      <w:r>
        <w:t>Chrystal Poore was elected Treasurer of the Britton Meadows Property Owners Association. A motion was made by Aaron Reeves and seconded by Mrs. Lopez. The motion carried.</w:t>
      </w:r>
    </w:p>
    <w:p w14:paraId="138E9B29" w14:textId="77777777" w:rsidR="00542C6F" w:rsidRDefault="00542C6F">
      <w:pPr>
        <w:rPr>
          <w:b/>
        </w:rPr>
      </w:pPr>
    </w:p>
    <w:p w14:paraId="0595573F" w14:textId="77777777" w:rsidR="00542C6F" w:rsidRDefault="00542C6F">
      <w:pPr>
        <w:rPr>
          <w:b/>
        </w:rPr>
      </w:pPr>
    </w:p>
    <w:p w14:paraId="66F87BB7" w14:textId="60E3287E" w:rsidR="00977025" w:rsidRDefault="00000000">
      <w:r>
        <w:rPr>
          <w:b/>
        </w:rPr>
        <w:lastRenderedPageBreak/>
        <w:t>HOMEOWNER QUESTIONS AND COMMENTS</w:t>
      </w:r>
    </w:p>
    <w:p w14:paraId="65AF1709" w14:textId="77777777" w:rsidR="00977025" w:rsidRDefault="00000000">
      <w:r>
        <w:t>The floor was opened for questions and comments from members in attendance.</w:t>
      </w:r>
    </w:p>
    <w:p w14:paraId="0913A245" w14:textId="77777777" w:rsidR="00977025" w:rsidRDefault="00000000">
      <w:r>
        <w:rPr>
          <w:b/>
        </w:rPr>
        <w:t>ADJOURNMENT</w:t>
      </w:r>
    </w:p>
    <w:p w14:paraId="5144D70E" w14:textId="77777777" w:rsidR="00977025" w:rsidRDefault="00000000">
      <w:r>
        <w:t>Motion to accept the New Business report and adjourn the meeting was made by Zach Klassen and seconded by Tammy Turpin. The motion carried unanimously. There being no further business to come before the Association, the meeting was adjourned.</w:t>
      </w:r>
    </w:p>
    <w:p w14:paraId="58FB1172" w14:textId="77777777" w:rsidR="00977025" w:rsidRDefault="00000000">
      <w:r>
        <w:br/>
        <w:t>Respectfully Submitted,</w:t>
      </w:r>
      <w:r>
        <w:br/>
      </w:r>
      <w:r>
        <w:br/>
        <w:t>_____________________________</w:t>
      </w:r>
      <w:r>
        <w:br/>
        <w:t>Zach Klassen, Secretary</w:t>
      </w:r>
      <w:r>
        <w:br/>
        <w:t>Britton Meadows Property Owners Association</w:t>
      </w:r>
    </w:p>
    <w:sectPr w:rsidR="00977025" w:rsidSect="00542C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5442184">
    <w:abstractNumId w:val="8"/>
  </w:num>
  <w:num w:numId="2" w16cid:durableId="1407148304">
    <w:abstractNumId w:val="6"/>
  </w:num>
  <w:num w:numId="3" w16cid:durableId="962076875">
    <w:abstractNumId w:val="5"/>
  </w:num>
  <w:num w:numId="4" w16cid:durableId="452526699">
    <w:abstractNumId w:val="4"/>
  </w:num>
  <w:num w:numId="5" w16cid:durableId="1748964002">
    <w:abstractNumId w:val="7"/>
  </w:num>
  <w:num w:numId="6" w16cid:durableId="23408199">
    <w:abstractNumId w:val="3"/>
  </w:num>
  <w:num w:numId="7" w16cid:durableId="1964920808">
    <w:abstractNumId w:val="2"/>
  </w:num>
  <w:num w:numId="8" w16cid:durableId="1373577129">
    <w:abstractNumId w:val="1"/>
  </w:num>
  <w:num w:numId="9" w16cid:durableId="27723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42C6F"/>
    <w:rsid w:val="00977025"/>
    <w:rsid w:val="00AA1D8D"/>
    <w:rsid w:val="00B47730"/>
    <w:rsid w:val="00CB0664"/>
    <w:rsid w:val="00E704E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C9287"/>
  <w14:defaultImageDpi w14:val="300"/>
  <w15:docId w15:val="{B712E85F-3C69-4A7F-9618-69055BC4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1802</Characters>
  <Application>Microsoft Office Word</Application>
  <DocSecurity>0</DocSecurity>
  <Lines>45</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Zach Klassen</cp:lastModifiedBy>
  <cp:revision>2</cp:revision>
  <dcterms:created xsi:type="dcterms:W3CDTF">2026-06-17T17:18:00Z</dcterms:created>
  <dcterms:modified xsi:type="dcterms:W3CDTF">2026-06-17T17:18:00Z</dcterms:modified>
  <cp:category/>
</cp:coreProperties>
</file>