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D8D5A" w14:textId="77777777" w:rsidR="00540A39" w:rsidRPr="008E66E1" w:rsidRDefault="00000000">
      <w:pPr>
        <w:rPr>
          <w:rFonts w:asciiTheme="majorHAnsi" w:hAnsiTheme="majorHAnsi" w:cstheme="majorHAnsi"/>
        </w:rPr>
      </w:pPr>
      <w:r w:rsidRPr="008E66E1">
        <w:rPr>
          <w:rFonts w:asciiTheme="majorHAnsi" w:hAnsiTheme="majorHAnsi" w:cstheme="majorHAnsi"/>
          <w:noProof/>
        </w:rPr>
        <w:drawing>
          <wp:inline distT="0" distB="0" distL="0" distR="0" wp14:anchorId="22EC9928" wp14:editId="69BC5B76">
            <wp:extent cx="1188720" cy="1188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png"/>
                    <pic:cNvPicPr/>
                  </pic:nvPicPr>
                  <pic:blipFill>
                    <a:blip r:embed="rId6"/>
                    <a:stretch>
                      <a:fillRect/>
                    </a:stretch>
                  </pic:blipFill>
                  <pic:spPr>
                    <a:xfrm>
                      <a:off x="0" y="0"/>
                      <a:ext cx="1188720" cy="1188720"/>
                    </a:xfrm>
                    <a:prstGeom prst="rect">
                      <a:avLst/>
                    </a:prstGeom>
                  </pic:spPr>
                </pic:pic>
              </a:graphicData>
            </a:graphic>
          </wp:inline>
        </w:drawing>
      </w:r>
    </w:p>
    <w:p w14:paraId="71D49CF2" w14:textId="77777777" w:rsidR="00540A39" w:rsidRPr="008E66E1" w:rsidRDefault="00000000">
      <w:pPr>
        <w:rPr>
          <w:rFonts w:asciiTheme="majorHAnsi" w:hAnsiTheme="majorHAnsi" w:cstheme="majorHAnsi"/>
        </w:rPr>
      </w:pPr>
      <w:r w:rsidRPr="008E66E1">
        <w:rPr>
          <w:rFonts w:asciiTheme="majorHAnsi" w:hAnsiTheme="majorHAnsi" w:cstheme="majorHAnsi"/>
          <w:color w:val="662D91"/>
        </w:rPr>
        <w:t>Absolute ABA UK Ltd – Initial Family Questionnaire (2025 Edition)</w:t>
      </w:r>
    </w:p>
    <w:p w14:paraId="0495D54C" w14:textId="77777777" w:rsidR="00540A39" w:rsidRPr="008E66E1" w:rsidRDefault="00000000">
      <w:pPr>
        <w:rPr>
          <w:rFonts w:asciiTheme="majorHAnsi" w:hAnsiTheme="majorHAnsi" w:cstheme="majorHAnsi"/>
        </w:rPr>
      </w:pPr>
      <w:r w:rsidRPr="008E66E1">
        <w:rPr>
          <w:rFonts w:asciiTheme="majorHAnsi" w:hAnsiTheme="majorHAnsi" w:cstheme="majorHAnsi"/>
          <w:i/>
          <w:color w:val="662D91"/>
        </w:rPr>
        <w:t>Supporting families through evidence-based ABA</w:t>
      </w:r>
    </w:p>
    <w:p w14:paraId="03246EF3" w14:textId="77777777" w:rsidR="00540A39" w:rsidRPr="008E66E1" w:rsidRDefault="00540A39">
      <w:pPr>
        <w:rPr>
          <w:rFonts w:asciiTheme="majorHAnsi" w:hAnsiTheme="majorHAnsi" w:cstheme="majorHAnsi"/>
        </w:rPr>
      </w:pPr>
    </w:p>
    <w:p w14:paraId="27C10572" w14:textId="77A7F56F" w:rsidR="00540A39" w:rsidRPr="008E66E1" w:rsidRDefault="00000000">
      <w:pPr>
        <w:rPr>
          <w:rFonts w:asciiTheme="majorHAnsi" w:hAnsiTheme="majorHAnsi" w:cstheme="majorHAnsi"/>
        </w:rPr>
      </w:pPr>
      <w:r w:rsidRPr="008E66E1">
        <w:rPr>
          <w:rFonts w:asciiTheme="majorHAnsi" w:hAnsiTheme="majorHAnsi" w:cstheme="majorHAnsi"/>
          <w:color w:val="662D91"/>
        </w:rPr>
        <w:t>Family &amp; Contact Details</w:t>
      </w:r>
    </w:p>
    <w:p w14:paraId="32FA9D7D" w14:textId="77777777" w:rsidR="00540A39" w:rsidRPr="008E66E1" w:rsidRDefault="00000000">
      <w:pPr>
        <w:rPr>
          <w:rFonts w:asciiTheme="majorHAnsi" w:hAnsiTheme="majorHAnsi" w:cstheme="majorHAnsi"/>
        </w:rPr>
      </w:pPr>
      <w:r w:rsidRPr="008E66E1">
        <w:rPr>
          <w:rFonts w:asciiTheme="majorHAnsi" w:hAnsiTheme="majorHAnsi" w:cstheme="majorHAnsi"/>
        </w:rPr>
        <w:t xml:space="preserve">Child’s Full Name: </w:t>
      </w:r>
    </w:p>
    <w:p w14:paraId="5378A24B" w14:textId="77777777" w:rsidR="00540A39" w:rsidRPr="008E66E1" w:rsidRDefault="00540A39">
      <w:pPr>
        <w:rPr>
          <w:rFonts w:asciiTheme="majorHAnsi" w:hAnsiTheme="majorHAnsi" w:cstheme="majorHAnsi"/>
        </w:rPr>
      </w:pPr>
    </w:p>
    <w:p w14:paraId="55F707F0" w14:textId="77777777" w:rsidR="00540A39" w:rsidRPr="008E66E1" w:rsidRDefault="00000000">
      <w:pPr>
        <w:rPr>
          <w:rFonts w:asciiTheme="majorHAnsi" w:hAnsiTheme="majorHAnsi" w:cstheme="majorHAnsi"/>
        </w:rPr>
      </w:pPr>
      <w:r w:rsidRPr="008E66E1">
        <w:rPr>
          <w:rFonts w:asciiTheme="majorHAnsi" w:hAnsiTheme="majorHAnsi" w:cstheme="majorHAnsi"/>
        </w:rPr>
        <w:t xml:space="preserve">Date of Birth: </w:t>
      </w:r>
    </w:p>
    <w:p w14:paraId="00F86339" w14:textId="77777777" w:rsidR="00540A39" w:rsidRPr="008E66E1" w:rsidRDefault="00540A39">
      <w:pPr>
        <w:rPr>
          <w:rFonts w:asciiTheme="majorHAnsi" w:hAnsiTheme="majorHAnsi" w:cstheme="majorHAnsi"/>
        </w:rPr>
      </w:pPr>
    </w:p>
    <w:p w14:paraId="54033DCC" w14:textId="77777777" w:rsidR="00540A39" w:rsidRPr="008E66E1" w:rsidRDefault="00000000">
      <w:pPr>
        <w:rPr>
          <w:rFonts w:asciiTheme="majorHAnsi" w:hAnsiTheme="majorHAnsi" w:cstheme="majorHAnsi"/>
        </w:rPr>
      </w:pPr>
      <w:r w:rsidRPr="008E66E1">
        <w:rPr>
          <w:rFonts w:asciiTheme="majorHAnsi" w:hAnsiTheme="majorHAnsi" w:cstheme="majorHAnsi"/>
        </w:rPr>
        <w:t xml:space="preserve">Gender / Pronouns: </w:t>
      </w:r>
    </w:p>
    <w:p w14:paraId="1B66AEE1" w14:textId="77777777" w:rsidR="00540A39" w:rsidRPr="008E66E1" w:rsidRDefault="00540A39">
      <w:pPr>
        <w:rPr>
          <w:rFonts w:asciiTheme="majorHAnsi" w:hAnsiTheme="majorHAnsi" w:cstheme="majorHAnsi"/>
        </w:rPr>
      </w:pPr>
    </w:p>
    <w:p w14:paraId="4D4F9EAA" w14:textId="77777777" w:rsidR="00540A39" w:rsidRPr="008E66E1" w:rsidRDefault="00000000">
      <w:pPr>
        <w:rPr>
          <w:rFonts w:asciiTheme="majorHAnsi" w:hAnsiTheme="majorHAnsi" w:cstheme="majorHAnsi"/>
        </w:rPr>
      </w:pPr>
      <w:r w:rsidRPr="008E66E1">
        <w:rPr>
          <w:rFonts w:asciiTheme="majorHAnsi" w:hAnsiTheme="majorHAnsi" w:cstheme="majorHAnsi"/>
        </w:rPr>
        <w:t xml:space="preserve">Nationality: </w:t>
      </w:r>
    </w:p>
    <w:p w14:paraId="0286D10E" w14:textId="77777777" w:rsidR="00540A39" w:rsidRPr="008E66E1" w:rsidRDefault="00540A39">
      <w:pPr>
        <w:rPr>
          <w:rFonts w:asciiTheme="majorHAnsi" w:hAnsiTheme="majorHAnsi" w:cstheme="majorHAnsi"/>
        </w:rPr>
      </w:pPr>
    </w:p>
    <w:p w14:paraId="090EABC7" w14:textId="77777777" w:rsidR="00540A39" w:rsidRPr="008E66E1" w:rsidRDefault="00000000">
      <w:pPr>
        <w:rPr>
          <w:rFonts w:asciiTheme="majorHAnsi" w:hAnsiTheme="majorHAnsi" w:cstheme="majorHAnsi"/>
        </w:rPr>
      </w:pPr>
      <w:r w:rsidRPr="008E66E1">
        <w:rPr>
          <w:rFonts w:asciiTheme="majorHAnsi" w:hAnsiTheme="majorHAnsi" w:cstheme="majorHAnsi"/>
        </w:rPr>
        <w:t xml:space="preserve">Languages Spoken at Home: </w:t>
      </w:r>
    </w:p>
    <w:p w14:paraId="12E0B2C9" w14:textId="77777777" w:rsidR="00540A39" w:rsidRPr="008E66E1" w:rsidRDefault="00540A39">
      <w:pPr>
        <w:rPr>
          <w:rFonts w:asciiTheme="majorHAnsi" w:hAnsiTheme="majorHAnsi" w:cstheme="majorHAnsi"/>
        </w:rPr>
      </w:pPr>
    </w:p>
    <w:p w14:paraId="51378A0C" w14:textId="77777777" w:rsidR="00540A39" w:rsidRPr="008E66E1" w:rsidRDefault="00000000">
      <w:pPr>
        <w:rPr>
          <w:rFonts w:asciiTheme="majorHAnsi" w:hAnsiTheme="majorHAnsi" w:cstheme="majorHAnsi"/>
        </w:rPr>
      </w:pPr>
      <w:r w:rsidRPr="008E66E1">
        <w:rPr>
          <w:rFonts w:asciiTheme="majorHAnsi" w:hAnsiTheme="majorHAnsi" w:cstheme="majorHAnsi"/>
        </w:rPr>
        <w:t>Diagnosis (</w:t>
      </w:r>
      <w:proofErr w:type="gramStart"/>
      <w:r w:rsidRPr="008E66E1">
        <w:rPr>
          <w:rFonts w:asciiTheme="majorHAnsi" w:hAnsiTheme="majorHAnsi" w:cstheme="majorHAnsi"/>
        </w:rPr>
        <w:t>include</w:t>
      </w:r>
      <w:proofErr w:type="gramEnd"/>
      <w:r w:rsidRPr="008E66E1">
        <w:rPr>
          <w:rFonts w:asciiTheme="majorHAnsi" w:hAnsiTheme="majorHAnsi" w:cstheme="majorHAnsi"/>
        </w:rPr>
        <w:t xml:space="preserve"> report date &amp; clinician): </w:t>
      </w:r>
    </w:p>
    <w:p w14:paraId="5AB7D26D" w14:textId="77777777" w:rsidR="00540A39" w:rsidRPr="008E66E1" w:rsidRDefault="00540A39">
      <w:pPr>
        <w:rPr>
          <w:rFonts w:asciiTheme="majorHAnsi" w:hAnsiTheme="majorHAnsi" w:cstheme="majorHAnsi"/>
        </w:rPr>
      </w:pPr>
    </w:p>
    <w:p w14:paraId="59107C82" w14:textId="77777777" w:rsidR="00540A39" w:rsidRPr="008E66E1" w:rsidRDefault="00540A39">
      <w:pPr>
        <w:rPr>
          <w:rFonts w:asciiTheme="majorHAnsi" w:hAnsiTheme="majorHAnsi" w:cstheme="majorHAnsi"/>
        </w:rPr>
      </w:pPr>
    </w:p>
    <w:p w14:paraId="68856A0E" w14:textId="77777777" w:rsidR="00540A39" w:rsidRPr="008E66E1" w:rsidRDefault="00000000">
      <w:pPr>
        <w:rPr>
          <w:rFonts w:asciiTheme="majorHAnsi" w:hAnsiTheme="majorHAnsi" w:cstheme="majorHAnsi"/>
        </w:rPr>
      </w:pPr>
      <w:r w:rsidRPr="008E66E1">
        <w:rPr>
          <w:rFonts w:asciiTheme="majorHAnsi" w:hAnsiTheme="majorHAnsi" w:cstheme="majorHAnsi"/>
        </w:rPr>
        <w:t xml:space="preserve">Current School / Setting: </w:t>
      </w:r>
    </w:p>
    <w:p w14:paraId="61428B54" w14:textId="77777777" w:rsidR="00540A39" w:rsidRPr="008E66E1" w:rsidRDefault="00540A39">
      <w:pPr>
        <w:rPr>
          <w:rFonts w:asciiTheme="majorHAnsi" w:hAnsiTheme="majorHAnsi" w:cstheme="majorHAnsi"/>
        </w:rPr>
      </w:pPr>
    </w:p>
    <w:p w14:paraId="50E7F31A" w14:textId="77777777" w:rsidR="00540A39" w:rsidRPr="008E66E1" w:rsidRDefault="00000000">
      <w:pPr>
        <w:rPr>
          <w:rFonts w:asciiTheme="majorHAnsi" w:hAnsiTheme="majorHAnsi" w:cstheme="majorHAnsi"/>
        </w:rPr>
      </w:pPr>
      <w:r w:rsidRPr="008E66E1">
        <w:rPr>
          <w:rFonts w:asciiTheme="majorHAnsi" w:hAnsiTheme="majorHAnsi" w:cstheme="majorHAnsi"/>
        </w:rPr>
        <w:t xml:space="preserve">EHCP in place?  </w:t>
      </w:r>
      <w:r w:rsidRPr="008E66E1">
        <w:rPr>
          <w:rFonts w:ascii="Segoe UI Symbol" w:hAnsi="Segoe UI Symbol" w:cs="Segoe UI Symbol"/>
        </w:rPr>
        <w:t>☐</w:t>
      </w:r>
      <w:r w:rsidRPr="008E66E1">
        <w:rPr>
          <w:rFonts w:asciiTheme="majorHAnsi" w:hAnsiTheme="majorHAnsi" w:cstheme="majorHAnsi"/>
        </w:rPr>
        <w:t xml:space="preserve"> Yes   </w:t>
      </w:r>
      <w:r w:rsidRPr="008E66E1">
        <w:rPr>
          <w:rFonts w:ascii="Segoe UI Symbol" w:hAnsi="Segoe UI Symbol" w:cs="Segoe UI Symbol"/>
        </w:rPr>
        <w:t>☐</w:t>
      </w:r>
      <w:r w:rsidRPr="008E66E1">
        <w:rPr>
          <w:rFonts w:asciiTheme="majorHAnsi" w:hAnsiTheme="majorHAnsi" w:cstheme="majorHAnsi"/>
        </w:rPr>
        <w:t xml:space="preserve"> No </w:t>
      </w:r>
    </w:p>
    <w:p w14:paraId="6D660143" w14:textId="77777777" w:rsidR="00540A39" w:rsidRPr="008E66E1" w:rsidRDefault="00540A39">
      <w:pPr>
        <w:rPr>
          <w:rFonts w:asciiTheme="majorHAnsi" w:hAnsiTheme="majorHAnsi" w:cstheme="majorHAnsi"/>
        </w:rPr>
      </w:pPr>
    </w:p>
    <w:p w14:paraId="7D4B58DA" w14:textId="77777777" w:rsidR="00540A39" w:rsidRPr="008E66E1" w:rsidRDefault="00000000">
      <w:pPr>
        <w:rPr>
          <w:rFonts w:asciiTheme="majorHAnsi" w:hAnsiTheme="majorHAnsi" w:cstheme="majorHAnsi"/>
        </w:rPr>
      </w:pPr>
      <w:r w:rsidRPr="008E66E1">
        <w:rPr>
          <w:rFonts w:asciiTheme="majorHAnsi" w:hAnsiTheme="majorHAnsi" w:cstheme="majorHAnsi"/>
        </w:rPr>
        <w:lastRenderedPageBreak/>
        <w:t xml:space="preserve">1:1 / 2:1 support currently in place: </w:t>
      </w:r>
    </w:p>
    <w:p w14:paraId="4E9CAA97" w14:textId="77777777" w:rsidR="00540A39" w:rsidRPr="008E66E1" w:rsidRDefault="00540A39">
      <w:pPr>
        <w:rPr>
          <w:rFonts w:asciiTheme="majorHAnsi" w:hAnsiTheme="majorHAnsi" w:cstheme="majorHAnsi"/>
        </w:rPr>
      </w:pPr>
    </w:p>
    <w:p w14:paraId="6B494562" w14:textId="77777777" w:rsidR="00540A39" w:rsidRPr="008E66E1" w:rsidRDefault="00000000">
      <w:pPr>
        <w:rPr>
          <w:rFonts w:asciiTheme="majorHAnsi" w:hAnsiTheme="majorHAnsi" w:cstheme="majorHAnsi"/>
        </w:rPr>
      </w:pPr>
      <w:r w:rsidRPr="008E66E1">
        <w:rPr>
          <w:rFonts w:asciiTheme="majorHAnsi" w:hAnsiTheme="majorHAnsi" w:cstheme="majorHAnsi"/>
        </w:rPr>
        <w:t xml:space="preserve">Parent/Guardian Names: </w:t>
      </w:r>
    </w:p>
    <w:p w14:paraId="74F7BB55" w14:textId="77777777" w:rsidR="00540A39" w:rsidRPr="008E66E1" w:rsidRDefault="00540A39">
      <w:pPr>
        <w:rPr>
          <w:rFonts w:asciiTheme="majorHAnsi" w:hAnsiTheme="majorHAnsi" w:cstheme="majorHAnsi"/>
        </w:rPr>
      </w:pPr>
    </w:p>
    <w:p w14:paraId="5EDA9A19" w14:textId="77777777" w:rsidR="00540A39" w:rsidRPr="008E66E1" w:rsidRDefault="00000000">
      <w:pPr>
        <w:rPr>
          <w:rFonts w:asciiTheme="majorHAnsi" w:hAnsiTheme="majorHAnsi" w:cstheme="majorHAnsi"/>
        </w:rPr>
      </w:pPr>
      <w:r w:rsidRPr="008E66E1">
        <w:rPr>
          <w:rFonts w:asciiTheme="majorHAnsi" w:hAnsiTheme="majorHAnsi" w:cstheme="majorHAnsi"/>
        </w:rPr>
        <w:t xml:space="preserve">Relationship </w:t>
      </w:r>
      <w:proofErr w:type="gramStart"/>
      <w:r w:rsidRPr="008E66E1">
        <w:rPr>
          <w:rFonts w:asciiTheme="majorHAnsi" w:hAnsiTheme="majorHAnsi" w:cstheme="majorHAnsi"/>
        </w:rPr>
        <w:t>to</w:t>
      </w:r>
      <w:proofErr w:type="gramEnd"/>
      <w:r w:rsidRPr="008E66E1">
        <w:rPr>
          <w:rFonts w:asciiTheme="majorHAnsi" w:hAnsiTheme="majorHAnsi" w:cstheme="majorHAnsi"/>
        </w:rPr>
        <w:t xml:space="preserve"> Child: </w:t>
      </w:r>
    </w:p>
    <w:p w14:paraId="0356926B" w14:textId="77777777" w:rsidR="00540A39" w:rsidRPr="008E66E1" w:rsidRDefault="00540A39">
      <w:pPr>
        <w:rPr>
          <w:rFonts w:asciiTheme="majorHAnsi" w:hAnsiTheme="majorHAnsi" w:cstheme="majorHAnsi"/>
        </w:rPr>
      </w:pPr>
    </w:p>
    <w:p w14:paraId="2B3BC47A" w14:textId="77777777" w:rsidR="00540A39" w:rsidRPr="008E66E1" w:rsidRDefault="00000000">
      <w:pPr>
        <w:rPr>
          <w:rFonts w:asciiTheme="majorHAnsi" w:hAnsiTheme="majorHAnsi" w:cstheme="majorHAnsi"/>
        </w:rPr>
      </w:pPr>
      <w:r w:rsidRPr="008E66E1">
        <w:rPr>
          <w:rFonts w:asciiTheme="majorHAnsi" w:hAnsiTheme="majorHAnsi" w:cstheme="majorHAnsi"/>
        </w:rPr>
        <w:t xml:space="preserve">Address: </w:t>
      </w:r>
    </w:p>
    <w:p w14:paraId="2EED393D" w14:textId="77777777" w:rsidR="00540A39" w:rsidRPr="008E66E1" w:rsidRDefault="00540A39">
      <w:pPr>
        <w:rPr>
          <w:rFonts w:asciiTheme="majorHAnsi" w:hAnsiTheme="majorHAnsi" w:cstheme="majorHAnsi"/>
        </w:rPr>
      </w:pPr>
    </w:p>
    <w:p w14:paraId="5DB9A67C" w14:textId="77777777" w:rsidR="00540A39" w:rsidRPr="008E66E1" w:rsidRDefault="00540A39">
      <w:pPr>
        <w:rPr>
          <w:rFonts w:asciiTheme="majorHAnsi" w:hAnsiTheme="majorHAnsi" w:cstheme="majorHAnsi"/>
        </w:rPr>
      </w:pPr>
    </w:p>
    <w:p w14:paraId="3634CE45" w14:textId="77777777" w:rsidR="00540A39" w:rsidRPr="008E66E1" w:rsidRDefault="00000000">
      <w:pPr>
        <w:rPr>
          <w:rFonts w:asciiTheme="majorHAnsi" w:hAnsiTheme="majorHAnsi" w:cstheme="majorHAnsi"/>
        </w:rPr>
      </w:pPr>
      <w:r w:rsidRPr="008E66E1">
        <w:rPr>
          <w:rFonts w:asciiTheme="majorHAnsi" w:hAnsiTheme="majorHAnsi" w:cstheme="majorHAnsi"/>
        </w:rPr>
        <w:t xml:space="preserve">Email(s): </w:t>
      </w:r>
    </w:p>
    <w:p w14:paraId="22DA0423" w14:textId="77777777" w:rsidR="00540A39" w:rsidRPr="008E66E1" w:rsidRDefault="00540A39">
      <w:pPr>
        <w:rPr>
          <w:rFonts w:asciiTheme="majorHAnsi" w:hAnsiTheme="majorHAnsi" w:cstheme="majorHAnsi"/>
        </w:rPr>
      </w:pPr>
    </w:p>
    <w:p w14:paraId="20DD68BE" w14:textId="77777777" w:rsidR="00540A39" w:rsidRPr="008E66E1" w:rsidRDefault="00000000">
      <w:pPr>
        <w:rPr>
          <w:rFonts w:asciiTheme="majorHAnsi" w:hAnsiTheme="majorHAnsi" w:cstheme="majorHAnsi"/>
        </w:rPr>
      </w:pPr>
      <w:r w:rsidRPr="008E66E1">
        <w:rPr>
          <w:rFonts w:asciiTheme="majorHAnsi" w:hAnsiTheme="majorHAnsi" w:cstheme="majorHAnsi"/>
        </w:rPr>
        <w:t xml:space="preserve">Mobile: </w:t>
      </w:r>
    </w:p>
    <w:p w14:paraId="6907F313" w14:textId="77777777" w:rsidR="00540A39" w:rsidRPr="008E66E1" w:rsidRDefault="00540A39">
      <w:pPr>
        <w:rPr>
          <w:rFonts w:asciiTheme="majorHAnsi" w:hAnsiTheme="majorHAnsi" w:cstheme="majorHAnsi"/>
        </w:rPr>
      </w:pPr>
    </w:p>
    <w:p w14:paraId="710506A0" w14:textId="77777777" w:rsidR="00540A39" w:rsidRPr="008E66E1" w:rsidRDefault="00000000">
      <w:pPr>
        <w:rPr>
          <w:rFonts w:asciiTheme="majorHAnsi" w:hAnsiTheme="majorHAnsi" w:cstheme="majorHAnsi"/>
        </w:rPr>
      </w:pPr>
      <w:r w:rsidRPr="008E66E1">
        <w:rPr>
          <w:rFonts w:asciiTheme="majorHAnsi" w:hAnsiTheme="majorHAnsi" w:cstheme="majorHAnsi"/>
        </w:rPr>
        <w:t xml:space="preserve">Preferred Method of Contact:  </w:t>
      </w:r>
      <w:r w:rsidRPr="008E66E1">
        <w:rPr>
          <w:rFonts w:ascii="Segoe UI Symbol" w:hAnsi="Segoe UI Symbol" w:cs="Segoe UI Symbol"/>
        </w:rPr>
        <w:t>☐</w:t>
      </w:r>
      <w:r w:rsidRPr="008E66E1">
        <w:rPr>
          <w:rFonts w:asciiTheme="majorHAnsi" w:hAnsiTheme="majorHAnsi" w:cstheme="majorHAnsi"/>
        </w:rPr>
        <w:t xml:space="preserve"> Email   </w:t>
      </w:r>
      <w:r w:rsidRPr="008E66E1">
        <w:rPr>
          <w:rFonts w:ascii="Segoe UI Symbol" w:hAnsi="Segoe UI Symbol" w:cs="Segoe UI Symbol"/>
        </w:rPr>
        <w:t>☐</w:t>
      </w:r>
      <w:r w:rsidRPr="008E66E1">
        <w:rPr>
          <w:rFonts w:asciiTheme="majorHAnsi" w:hAnsiTheme="majorHAnsi" w:cstheme="majorHAnsi"/>
        </w:rPr>
        <w:t xml:space="preserve"> WhatsApp   </w:t>
      </w:r>
      <w:r w:rsidRPr="008E66E1">
        <w:rPr>
          <w:rFonts w:ascii="Segoe UI Symbol" w:hAnsi="Segoe UI Symbol" w:cs="Segoe UI Symbol"/>
        </w:rPr>
        <w:t>☐</w:t>
      </w:r>
      <w:r w:rsidRPr="008E66E1">
        <w:rPr>
          <w:rFonts w:asciiTheme="majorHAnsi" w:hAnsiTheme="majorHAnsi" w:cstheme="majorHAnsi"/>
        </w:rPr>
        <w:t xml:space="preserve"> Phone </w:t>
      </w:r>
    </w:p>
    <w:p w14:paraId="68DC2973" w14:textId="77777777" w:rsidR="00540A39" w:rsidRPr="008E66E1" w:rsidRDefault="00540A39">
      <w:pPr>
        <w:rPr>
          <w:rFonts w:asciiTheme="majorHAnsi" w:hAnsiTheme="majorHAnsi" w:cstheme="majorHAnsi"/>
          <w:b/>
          <w:bCs/>
        </w:rPr>
      </w:pPr>
    </w:p>
    <w:p w14:paraId="612F0E65" w14:textId="017F9BD0" w:rsidR="00540A39" w:rsidRPr="008E66E1" w:rsidRDefault="00000000">
      <w:pPr>
        <w:rPr>
          <w:rFonts w:asciiTheme="majorHAnsi" w:hAnsiTheme="majorHAnsi" w:cstheme="majorHAnsi"/>
          <w:b/>
          <w:bCs/>
        </w:rPr>
      </w:pPr>
      <w:r w:rsidRPr="008E66E1">
        <w:rPr>
          <w:rFonts w:asciiTheme="majorHAnsi" w:hAnsiTheme="majorHAnsi" w:cstheme="majorHAnsi"/>
          <w:b/>
          <w:bCs/>
          <w:color w:val="662D91"/>
        </w:rPr>
        <w:t>Background Information</w:t>
      </w:r>
    </w:p>
    <w:p w14:paraId="65482EED" w14:textId="2FA873EA" w:rsidR="00540A39" w:rsidRPr="008E66E1" w:rsidRDefault="00000000">
      <w:pPr>
        <w:rPr>
          <w:rFonts w:asciiTheme="majorHAnsi" w:hAnsiTheme="majorHAnsi" w:cstheme="majorHAnsi"/>
        </w:rPr>
      </w:pPr>
      <w:r w:rsidRPr="008E66E1">
        <w:rPr>
          <w:rFonts w:asciiTheme="majorHAnsi" w:hAnsiTheme="majorHAnsi" w:cstheme="majorHAnsi"/>
        </w:rPr>
        <w:t xml:space="preserve">Summary of your child’s developmental history (e.g., milestones, regressions, first concerns): </w:t>
      </w:r>
    </w:p>
    <w:p w14:paraId="1D3D2C11" w14:textId="77777777" w:rsidR="00540A39" w:rsidRPr="008E66E1" w:rsidRDefault="00540A39">
      <w:pPr>
        <w:rPr>
          <w:rFonts w:asciiTheme="majorHAnsi" w:hAnsiTheme="majorHAnsi" w:cstheme="majorHAnsi"/>
        </w:rPr>
      </w:pPr>
    </w:p>
    <w:p w14:paraId="2722951B" w14:textId="77777777" w:rsidR="00540A39" w:rsidRPr="008E66E1" w:rsidRDefault="00540A39">
      <w:pPr>
        <w:rPr>
          <w:rFonts w:asciiTheme="majorHAnsi" w:hAnsiTheme="majorHAnsi" w:cstheme="majorHAnsi"/>
        </w:rPr>
      </w:pPr>
    </w:p>
    <w:p w14:paraId="74BF0093" w14:textId="77777777" w:rsidR="00540A39" w:rsidRPr="008E66E1" w:rsidRDefault="00540A39">
      <w:pPr>
        <w:rPr>
          <w:rFonts w:asciiTheme="majorHAnsi" w:hAnsiTheme="majorHAnsi" w:cstheme="majorHAnsi"/>
        </w:rPr>
      </w:pPr>
    </w:p>
    <w:p w14:paraId="5E860A73" w14:textId="6C73A9FA" w:rsidR="00540A39" w:rsidRPr="008E66E1" w:rsidRDefault="00000000">
      <w:pPr>
        <w:rPr>
          <w:rFonts w:asciiTheme="majorHAnsi" w:hAnsiTheme="majorHAnsi" w:cstheme="majorHAnsi"/>
        </w:rPr>
      </w:pPr>
      <w:r w:rsidRPr="008E66E1">
        <w:rPr>
          <w:rFonts w:asciiTheme="majorHAnsi" w:hAnsiTheme="majorHAnsi" w:cstheme="majorHAnsi"/>
        </w:rPr>
        <w:t xml:space="preserve">Current </w:t>
      </w:r>
      <w:proofErr w:type="gramStart"/>
      <w:r w:rsidRPr="008E66E1">
        <w:rPr>
          <w:rFonts w:asciiTheme="majorHAnsi" w:hAnsiTheme="majorHAnsi" w:cstheme="majorHAnsi"/>
        </w:rPr>
        <w:t>supports</w:t>
      </w:r>
      <w:proofErr w:type="gramEnd"/>
      <w:r w:rsidRPr="008E66E1">
        <w:rPr>
          <w:rFonts w:asciiTheme="majorHAnsi" w:hAnsiTheme="majorHAnsi" w:cstheme="majorHAnsi"/>
        </w:rPr>
        <w:t xml:space="preserve">/professionals involved (e.g., SALT, OT, EP): </w:t>
      </w:r>
    </w:p>
    <w:p w14:paraId="574BD224" w14:textId="77777777" w:rsidR="00540A39" w:rsidRPr="008E66E1" w:rsidRDefault="00540A39">
      <w:pPr>
        <w:rPr>
          <w:rFonts w:asciiTheme="majorHAnsi" w:hAnsiTheme="majorHAnsi" w:cstheme="majorHAnsi"/>
        </w:rPr>
      </w:pPr>
    </w:p>
    <w:p w14:paraId="12C98C4B" w14:textId="77777777" w:rsidR="00540A39" w:rsidRPr="008E66E1" w:rsidRDefault="00540A39">
      <w:pPr>
        <w:rPr>
          <w:rFonts w:asciiTheme="majorHAnsi" w:hAnsiTheme="majorHAnsi" w:cstheme="majorHAnsi"/>
        </w:rPr>
      </w:pPr>
    </w:p>
    <w:p w14:paraId="5917CB39" w14:textId="77777777" w:rsidR="00540A39" w:rsidRPr="008E66E1" w:rsidRDefault="00540A39">
      <w:pPr>
        <w:rPr>
          <w:rFonts w:asciiTheme="majorHAnsi" w:hAnsiTheme="majorHAnsi" w:cstheme="majorHAnsi"/>
        </w:rPr>
      </w:pPr>
    </w:p>
    <w:p w14:paraId="00DC2978" w14:textId="2C4CD116" w:rsidR="00540A39" w:rsidRPr="008E66E1" w:rsidRDefault="00000000">
      <w:pPr>
        <w:rPr>
          <w:rFonts w:asciiTheme="majorHAnsi" w:hAnsiTheme="majorHAnsi" w:cstheme="majorHAnsi"/>
        </w:rPr>
      </w:pPr>
      <w:r w:rsidRPr="008E66E1">
        <w:rPr>
          <w:rFonts w:asciiTheme="majorHAnsi" w:hAnsiTheme="majorHAnsi" w:cstheme="majorHAnsi"/>
        </w:rPr>
        <w:t xml:space="preserve">Previous ABA or therapy experience: </w:t>
      </w:r>
    </w:p>
    <w:p w14:paraId="192F9951" w14:textId="77777777" w:rsidR="00540A39" w:rsidRPr="008E66E1" w:rsidRDefault="00540A39">
      <w:pPr>
        <w:rPr>
          <w:rFonts w:asciiTheme="majorHAnsi" w:hAnsiTheme="majorHAnsi" w:cstheme="majorHAnsi"/>
        </w:rPr>
      </w:pPr>
    </w:p>
    <w:p w14:paraId="373018DB" w14:textId="77777777" w:rsidR="00540A39" w:rsidRPr="008E66E1" w:rsidRDefault="00540A39">
      <w:pPr>
        <w:rPr>
          <w:rFonts w:asciiTheme="majorHAnsi" w:hAnsiTheme="majorHAnsi" w:cstheme="majorHAnsi"/>
        </w:rPr>
      </w:pPr>
    </w:p>
    <w:p w14:paraId="74DD363F" w14:textId="63B73FC3" w:rsidR="00CA2EE6" w:rsidRPr="008E66E1" w:rsidRDefault="00CA2EE6">
      <w:pPr>
        <w:rPr>
          <w:rFonts w:asciiTheme="majorHAnsi" w:hAnsiTheme="majorHAnsi" w:cstheme="majorHAnsi"/>
        </w:rPr>
      </w:pPr>
    </w:p>
    <w:p w14:paraId="21575074" w14:textId="77777777" w:rsidR="00CA2EE6" w:rsidRPr="008E66E1" w:rsidRDefault="00CA2EE6">
      <w:pPr>
        <w:rPr>
          <w:rFonts w:asciiTheme="majorHAnsi" w:hAnsiTheme="majorHAnsi" w:cstheme="majorHAnsi"/>
        </w:rPr>
      </w:pPr>
    </w:p>
    <w:p w14:paraId="4B365A55" w14:textId="36B92407" w:rsidR="00540A39" w:rsidRPr="008E66E1" w:rsidRDefault="00000000">
      <w:pPr>
        <w:rPr>
          <w:rFonts w:asciiTheme="majorHAnsi" w:hAnsiTheme="majorHAnsi" w:cstheme="majorHAnsi"/>
        </w:rPr>
      </w:pPr>
      <w:r w:rsidRPr="008E66E1">
        <w:rPr>
          <w:rFonts w:asciiTheme="majorHAnsi" w:hAnsiTheme="majorHAnsi" w:cstheme="majorHAnsi"/>
          <w:color w:val="662D91"/>
        </w:rPr>
        <w:t>Communication &amp; Behaviour</w:t>
      </w:r>
    </w:p>
    <w:p w14:paraId="7F34415F" w14:textId="6D44E400" w:rsidR="00540A39" w:rsidRPr="008E66E1" w:rsidRDefault="00000000">
      <w:pPr>
        <w:rPr>
          <w:rFonts w:asciiTheme="majorHAnsi" w:hAnsiTheme="majorHAnsi" w:cstheme="majorHAnsi"/>
        </w:rPr>
      </w:pPr>
      <w:r w:rsidRPr="008E66E1">
        <w:rPr>
          <w:rFonts w:asciiTheme="majorHAnsi" w:hAnsiTheme="majorHAnsi" w:cstheme="majorHAnsi"/>
        </w:rPr>
        <w:t xml:space="preserve">How does your child currently communicate? (speech, PECS, AAC, signs, gestures): </w:t>
      </w:r>
    </w:p>
    <w:p w14:paraId="12BCD931" w14:textId="77777777" w:rsidR="00540A39" w:rsidRPr="008E66E1" w:rsidRDefault="00540A39">
      <w:pPr>
        <w:rPr>
          <w:rFonts w:asciiTheme="majorHAnsi" w:hAnsiTheme="majorHAnsi" w:cstheme="majorHAnsi"/>
        </w:rPr>
      </w:pPr>
    </w:p>
    <w:p w14:paraId="71E4F40E" w14:textId="77777777" w:rsidR="00540A39" w:rsidRPr="008E66E1" w:rsidRDefault="00540A39">
      <w:pPr>
        <w:rPr>
          <w:rFonts w:asciiTheme="majorHAnsi" w:hAnsiTheme="majorHAnsi" w:cstheme="majorHAnsi"/>
        </w:rPr>
      </w:pPr>
    </w:p>
    <w:p w14:paraId="7773B352" w14:textId="77777777" w:rsidR="00540A39" w:rsidRPr="008E66E1" w:rsidRDefault="00540A39">
      <w:pPr>
        <w:rPr>
          <w:rFonts w:asciiTheme="majorHAnsi" w:hAnsiTheme="majorHAnsi" w:cstheme="majorHAnsi"/>
        </w:rPr>
      </w:pPr>
    </w:p>
    <w:p w14:paraId="2CB342E8" w14:textId="77777777" w:rsidR="00540A39" w:rsidRPr="008E66E1" w:rsidRDefault="00540A39">
      <w:pPr>
        <w:rPr>
          <w:rFonts w:asciiTheme="majorHAnsi" w:hAnsiTheme="majorHAnsi" w:cstheme="majorHAnsi"/>
        </w:rPr>
      </w:pPr>
    </w:p>
    <w:p w14:paraId="741A8A55" w14:textId="3EF2376B" w:rsidR="00540A39" w:rsidRPr="008E66E1" w:rsidRDefault="00000000">
      <w:pPr>
        <w:rPr>
          <w:rFonts w:asciiTheme="majorHAnsi" w:hAnsiTheme="majorHAnsi" w:cstheme="majorHAnsi"/>
        </w:rPr>
      </w:pPr>
      <w:r w:rsidRPr="008E66E1">
        <w:rPr>
          <w:rFonts w:asciiTheme="majorHAnsi" w:hAnsiTheme="majorHAnsi" w:cstheme="majorHAnsi"/>
        </w:rPr>
        <w:t xml:space="preserve">Main </w:t>
      </w:r>
      <w:proofErr w:type="spellStart"/>
      <w:r w:rsidRPr="008E66E1">
        <w:rPr>
          <w:rFonts w:asciiTheme="majorHAnsi" w:hAnsiTheme="majorHAnsi" w:cstheme="majorHAnsi"/>
        </w:rPr>
        <w:t>behavioural</w:t>
      </w:r>
      <w:proofErr w:type="spellEnd"/>
      <w:r w:rsidRPr="008E66E1">
        <w:rPr>
          <w:rFonts w:asciiTheme="majorHAnsi" w:hAnsiTheme="majorHAnsi" w:cstheme="majorHAnsi"/>
        </w:rPr>
        <w:t xml:space="preserve"> concerns (e.g., aggression, self-injury, anxiety, non-compliance): </w:t>
      </w:r>
    </w:p>
    <w:p w14:paraId="3939C6BB" w14:textId="77777777" w:rsidR="00540A39" w:rsidRPr="008E66E1" w:rsidRDefault="00540A39">
      <w:pPr>
        <w:rPr>
          <w:rFonts w:asciiTheme="majorHAnsi" w:hAnsiTheme="majorHAnsi" w:cstheme="majorHAnsi"/>
        </w:rPr>
      </w:pPr>
    </w:p>
    <w:p w14:paraId="7889C47A" w14:textId="77777777" w:rsidR="00540A39" w:rsidRPr="008E66E1" w:rsidRDefault="00540A39">
      <w:pPr>
        <w:rPr>
          <w:rFonts w:asciiTheme="majorHAnsi" w:hAnsiTheme="majorHAnsi" w:cstheme="majorHAnsi"/>
        </w:rPr>
      </w:pPr>
    </w:p>
    <w:p w14:paraId="584386A3" w14:textId="77777777" w:rsidR="00540A39" w:rsidRPr="008E66E1" w:rsidRDefault="00540A39">
      <w:pPr>
        <w:rPr>
          <w:rFonts w:asciiTheme="majorHAnsi" w:hAnsiTheme="majorHAnsi" w:cstheme="majorHAnsi"/>
        </w:rPr>
      </w:pPr>
    </w:p>
    <w:p w14:paraId="3191010B" w14:textId="77777777" w:rsidR="00540A39" w:rsidRPr="008E66E1" w:rsidRDefault="00540A39">
      <w:pPr>
        <w:rPr>
          <w:rFonts w:asciiTheme="majorHAnsi" w:hAnsiTheme="majorHAnsi" w:cstheme="majorHAnsi"/>
        </w:rPr>
      </w:pPr>
    </w:p>
    <w:p w14:paraId="22E1D711" w14:textId="06EBD5EE" w:rsidR="00540A39" w:rsidRPr="008E66E1" w:rsidRDefault="00000000">
      <w:pPr>
        <w:rPr>
          <w:rFonts w:asciiTheme="majorHAnsi" w:hAnsiTheme="majorHAnsi" w:cstheme="majorHAnsi"/>
        </w:rPr>
      </w:pPr>
      <w:r w:rsidRPr="008E66E1">
        <w:rPr>
          <w:rFonts w:asciiTheme="majorHAnsi" w:hAnsiTheme="majorHAnsi" w:cstheme="majorHAnsi"/>
        </w:rPr>
        <w:t xml:space="preserve">When do these </w:t>
      </w:r>
      <w:proofErr w:type="spellStart"/>
      <w:r w:rsidRPr="008E66E1">
        <w:rPr>
          <w:rFonts w:asciiTheme="majorHAnsi" w:hAnsiTheme="majorHAnsi" w:cstheme="majorHAnsi"/>
        </w:rPr>
        <w:t>behaviours</w:t>
      </w:r>
      <w:proofErr w:type="spellEnd"/>
      <w:r w:rsidRPr="008E66E1">
        <w:rPr>
          <w:rFonts w:asciiTheme="majorHAnsi" w:hAnsiTheme="majorHAnsi" w:cstheme="majorHAnsi"/>
        </w:rPr>
        <w:t xml:space="preserve"> occur and how do you respond? </w:t>
      </w:r>
    </w:p>
    <w:p w14:paraId="4D04795F" w14:textId="77777777" w:rsidR="00540A39" w:rsidRPr="008E66E1" w:rsidRDefault="00540A39">
      <w:pPr>
        <w:rPr>
          <w:rFonts w:asciiTheme="majorHAnsi" w:hAnsiTheme="majorHAnsi" w:cstheme="majorHAnsi"/>
        </w:rPr>
      </w:pPr>
    </w:p>
    <w:p w14:paraId="3FB11551" w14:textId="77777777" w:rsidR="00540A39" w:rsidRPr="008E66E1" w:rsidRDefault="00540A39">
      <w:pPr>
        <w:rPr>
          <w:rFonts w:asciiTheme="majorHAnsi" w:hAnsiTheme="majorHAnsi" w:cstheme="majorHAnsi"/>
        </w:rPr>
      </w:pPr>
    </w:p>
    <w:p w14:paraId="078B9C2C" w14:textId="77777777" w:rsidR="00540A39" w:rsidRPr="008E66E1" w:rsidRDefault="00540A39">
      <w:pPr>
        <w:rPr>
          <w:rFonts w:asciiTheme="majorHAnsi" w:hAnsiTheme="majorHAnsi" w:cstheme="majorHAnsi"/>
        </w:rPr>
      </w:pPr>
    </w:p>
    <w:p w14:paraId="11F2EC00" w14:textId="77777777" w:rsidR="00540A39" w:rsidRPr="008E66E1" w:rsidRDefault="00540A39">
      <w:pPr>
        <w:rPr>
          <w:rFonts w:asciiTheme="majorHAnsi" w:hAnsiTheme="majorHAnsi" w:cstheme="majorHAnsi"/>
        </w:rPr>
      </w:pPr>
    </w:p>
    <w:p w14:paraId="2F546F54" w14:textId="35D50910" w:rsidR="00540A39" w:rsidRPr="008E66E1" w:rsidRDefault="00000000">
      <w:pPr>
        <w:rPr>
          <w:rFonts w:asciiTheme="majorHAnsi" w:hAnsiTheme="majorHAnsi" w:cstheme="majorHAnsi"/>
        </w:rPr>
      </w:pPr>
      <w:r w:rsidRPr="008E66E1">
        <w:rPr>
          <w:rFonts w:asciiTheme="majorHAnsi" w:hAnsiTheme="majorHAnsi" w:cstheme="majorHAnsi"/>
        </w:rPr>
        <w:t xml:space="preserve">Any known triggers or environmental factors that affect behaviour? </w:t>
      </w:r>
    </w:p>
    <w:p w14:paraId="553FAD40" w14:textId="77777777" w:rsidR="00540A39" w:rsidRPr="008E66E1" w:rsidRDefault="00540A39">
      <w:pPr>
        <w:rPr>
          <w:rFonts w:asciiTheme="majorHAnsi" w:hAnsiTheme="majorHAnsi" w:cstheme="majorHAnsi"/>
        </w:rPr>
      </w:pPr>
    </w:p>
    <w:p w14:paraId="06E651E3" w14:textId="77777777" w:rsidR="00540A39" w:rsidRPr="008E66E1" w:rsidRDefault="00540A39">
      <w:pPr>
        <w:rPr>
          <w:rFonts w:asciiTheme="majorHAnsi" w:hAnsiTheme="majorHAnsi" w:cstheme="majorHAnsi"/>
        </w:rPr>
      </w:pPr>
    </w:p>
    <w:p w14:paraId="4CE01894" w14:textId="77777777" w:rsidR="00540A39" w:rsidRPr="008E66E1" w:rsidRDefault="00540A39">
      <w:pPr>
        <w:rPr>
          <w:rFonts w:asciiTheme="majorHAnsi" w:hAnsiTheme="majorHAnsi" w:cstheme="majorHAnsi"/>
        </w:rPr>
      </w:pPr>
    </w:p>
    <w:p w14:paraId="4C1BB890" w14:textId="19FDF6D0" w:rsidR="00540A39" w:rsidRPr="008E66E1" w:rsidRDefault="00000000">
      <w:pPr>
        <w:rPr>
          <w:rFonts w:asciiTheme="majorHAnsi" w:hAnsiTheme="majorHAnsi" w:cstheme="majorHAnsi"/>
        </w:rPr>
      </w:pPr>
      <w:r w:rsidRPr="008E66E1">
        <w:rPr>
          <w:rFonts w:asciiTheme="majorHAnsi" w:hAnsiTheme="majorHAnsi" w:cstheme="majorHAnsi"/>
          <w:color w:val="662D91"/>
        </w:rPr>
        <w:t>Strengths, Interests &amp; Reinforcement</w:t>
      </w:r>
    </w:p>
    <w:p w14:paraId="5E843B23" w14:textId="77777777" w:rsidR="00540A39" w:rsidRPr="008E66E1" w:rsidRDefault="00000000">
      <w:pPr>
        <w:rPr>
          <w:rFonts w:asciiTheme="majorHAnsi" w:hAnsiTheme="majorHAnsi" w:cstheme="majorHAnsi"/>
        </w:rPr>
      </w:pPr>
      <w:r w:rsidRPr="008E66E1">
        <w:rPr>
          <w:rFonts w:asciiTheme="majorHAnsi" w:hAnsiTheme="majorHAnsi" w:cstheme="majorHAnsi"/>
        </w:rPr>
        <w:lastRenderedPageBreak/>
        <w:t xml:space="preserve">What motivates or interests your child? (toys, foods, people, activities): </w:t>
      </w:r>
    </w:p>
    <w:p w14:paraId="11DD8ADB" w14:textId="77777777" w:rsidR="00540A39" w:rsidRPr="008E66E1" w:rsidRDefault="00540A39">
      <w:pPr>
        <w:rPr>
          <w:rFonts w:asciiTheme="majorHAnsi" w:hAnsiTheme="majorHAnsi" w:cstheme="majorHAnsi"/>
        </w:rPr>
      </w:pPr>
    </w:p>
    <w:p w14:paraId="7B249E90" w14:textId="77777777" w:rsidR="00540A39" w:rsidRPr="008E66E1" w:rsidRDefault="00540A39">
      <w:pPr>
        <w:rPr>
          <w:rFonts w:asciiTheme="majorHAnsi" w:hAnsiTheme="majorHAnsi" w:cstheme="majorHAnsi"/>
        </w:rPr>
      </w:pPr>
    </w:p>
    <w:p w14:paraId="46E4048E" w14:textId="77777777" w:rsidR="00540A39" w:rsidRPr="008E66E1" w:rsidRDefault="00540A39">
      <w:pPr>
        <w:rPr>
          <w:rFonts w:asciiTheme="majorHAnsi" w:hAnsiTheme="majorHAnsi" w:cstheme="majorHAnsi"/>
        </w:rPr>
      </w:pPr>
    </w:p>
    <w:p w14:paraId="348F9A5F" w14:textId="77777777" w:rsidR="00540A39" w:rsidRPr="008E66E1" w:rsidRDefault="00000000">
      <w:pPr>
        <w:rPr>
          <w:rFonts w:asciiTheme="majorHAnsi" w:hAnsiTheme="majorHAnsi" w:cstheme="majorHAnsi"/>
        </w:rPr>
      </w:pPr>
      <w:r w:rsidRPr="008E66E1">
        <w:rPr>
          <w:rFonts w:asciiTheme="majorHAnsi" w:hAnsiTheme="majorHAnsi" w:cstheme="majorHAnsi"/>
        </w:rPr>
        <w:t xml:space="preserve">What tends to frustrate or upset your child? </w:t>
      </w:r>
    </w:p>
    <w:p w14:paraId="0421FFBD" w14:textId="77777777" w:rsidR="00540A39" w:rsidRPr="008E66E1" w:rsidRDefault="00540A39">
      <w:pPr>
        <w:rPr>
          <w:rFonts w:asciiTheme="majorHAnsi" w:hAnsiTheme="majorHAnsi" w:cstheme="majorHAnsi"/>
        </w:rPr>
      </w:pPr>
    </w:p>
    <w:p w14:paraId="275CA53E" w14:textId="77777777" w:rsidR="00540A39" w:rsidRPr="008E66E1" w:rsidRDefault="00540A39">
      <w:pPr>
        <w:rPr>
          <w:rFonts w:asciiTheme="majorHAnsi" w:hAnsiTheme="majorHAnsi" w:cstheme="majorHAnsi"/>
        </w:rPr>
      </w:pPr>
    </w:p>
    <w:p w14:paraId="283BFC1D" w14:textId="77777777" w:rsidR="00540A39" w:rsidRPr="008E66E1" w:rsidRDefault="00540A39">
      <w:pPr>
        <w:rPr>
          <w:rFonts w:asciiTheme="majorHAnsi" w:hAnsiTheme="majorHAnsi" w:cstheme="majorHAnsi"/>
        </w:rPr>
      </w:pPr>
    </w:p>
    <w:p w14:paraId="2043AE0B" w14:textId="77777777" w:rsidR="00540A39" w:rsidRPr="008E66E1" w:rsidRDefault="00000000">
      <w:pPr>
        <w:rPr>
          <w:rFonts w:asciiTheme="majorHAnsi" w:hAnsiTheme="majorHAnsi" w:cstheme="majorHAnsi"/>
        </w:rPr>
      </w:pPr>
      <w:r w:rsidRPr="008E66E1">
        <w:rPr>
          <w:rFonts w:asciiTheme="majorHAnsi" w:hAnsiTheme="majorHAnsi" w:cstheme="majorHAnsi"/>
        </w:rPr>
        <w:t xml:space="preserve">What skills or qualities are you most proud of? </w:t>
      </w:r>
    </w:p>
    <w:p w14:paraId="5F7896BD" w14:textId="77777777" w:rsidR="00540A39" w:rsidRPr="008E66E1" w:rsidRDefault="00540A39">
      <w:pPr>
        <w:rPr>
          <w:rFonts w:asciiTheme="majorHAnsi" w:hAnsiTheme="majorHAnsi" w:cstheme="majorHAnsi"/>
        </w:rPr>
      </w:pPr>
    </w:p>
    <w:p w14:paraId="303BBA16" w14:textId="77777777" w:rsidR="00540A39" w:rsidRPr="008E66E1" w:rsidRDefault="00540A39">
      <w:pPr>
        <w:rPr>
          <w:rFonts w:asciiTheme="majorHAnsi" w:hAnsiTheme="majorHAnsi" w:cstheme="majorHAnsi"/>
        </w:rPr>
      </w:pPr>
    </w:p>
    <w:p w14:paraId="7E5EA745" w14:textId="77777777" w:rsidR="00540A39" w:rsidRPr="008E66E1" w:rsidRDefault="00540A39">
      <w:pPr>
        <w:rPr>
          <w:rFonts w:asciiTheme="majorHAnsi" w:hAnsiTheme="majorHAnsi" w:cstheme="majorHAnsi"/>
        </w:rPr>
      </w:pPr>
    </w:p>
    <w:p w14:paraId="1043F4A3" w14:textId="34B9FD13" w:rsidR="00540A39" w:rsidRPr="008E66E1" w:rsidRDefault="00000000">
      <w:pPr>
        <w:rPr>
          <w:rFonts w:asciiTheme="majorHAnsi" w:hAnsiTheme="majorHAnsi" w:cstheme="majorHAnsi"/>
          <w:b/>
          <w:bCs/>
        </w:rPr>
      </w:pPr>
      <w:r w:rsidRPr="008E66E1">
        <w:rPr>
          <w:rFonts w:asciiTheme="majorHAnsi" w:hAnsiTheme="majorHAnsi" w:cstheme="majorHAnsi"/>
          <w:b/>
          <w:bCs/>
          <w:color w:val="662D91"/>
        </w:rPr>
        <w:t>Priority Support Areas (tick all that apply)</w:t>
      </w:r>
    </w:p>
    <w:p w14:paraId="1A0CBA5A" w14:textId="77777777" w:rsidR="00540A39" w:rsidRPr="008E66E1" w:rsidRDefault="00000000">
      <w:pPr>
        <w:rPr>
          <w:rFonts w:asciiTheme="majorHAnsi" w:hAnsiTheme="majorHAnsi" w:cstheme="majorHAnsi"/>
        </w:rPr>
      </w:pPr>
      <w:r w:rsidRPr="008E66E1">
        <w:rPr>
          <w:rFonts w:ascii="Segoe UI Symbol" w:hAnsi="Segoe UI Symbol" w:cs="Segoe UI Symbol"/>
        </w:rPr>
        <w:t>☐</w:t>
      </w:r>
      <w:r w:rsidRPr="008E66E1">
        <w:rPr>
          <w:rFonts w:asciiTheme="majorHAnsi" w:hAnsiTheme="majorHAnsi" w:cstheme="majorHAnsi"/>
        </w:rPr>
        <w:t xml:space="preserve"> Communication &amp; Speech</w:t>
      </w:r>
    </w:p>
    <w:p w14:paraId="7555DDD1" w14:textId="77777777" w:rsidR="00540A39" w:rsidRPr="008E66E1" w:rsidRDefault="00000000">
      <w:pPr>
        <w:rPr>
          <w:rFonts w:asciiTheme="majorHAnsi" w:hAnsiTheme="majorHAnsi" w:cstheme="majorHAnsi"/>
        </w:rPr>
      </w:pPr>
      <w:r w:rsidRPr="008E66E1">
        <w:rPr>
          <w:rFonts w:ascii="Segoe UI Symbol" w:hAnsi="Segoe UI Symbol" w:cs="Segoe UI Symbol"/>
        </w:rPr>
        <w:t>☐</w:t>
      </w:r>
      <w:r w:rsidRPr="008E66E1">
        <w:rPr>
          <w:rFonts w:asciiTheme="majorHAnsi" w:hAnsiTheme="majorHAnsi" w:cstheme="majorHAnsi"/>
        </w:rPr>
        <w:t xml:space="preserve"> Social Skills &amp; Play</w:t>
      </w:r>
    </w:p>
    <w:p w14:paraId="7A2B93EF" w14:textId="77777777" w:rsidR="00540A39" w:rsidRPr="008E66E1" w:rsidRDefault="00000000">
      <w:pPr>
        <w:rPr>
          <w:rFonts w:asciiTheme="majorHAnsi" w:hAnsiTheme="majorHAnsi" w:cstheme="majorHAnsi"/>
        </w:rPr>
      </w:pPr>
      <w:r w:rsidRPr="008E66E1">
        <w:rPr>
          <w:rFonts w:ascii="Segoe UI Symbol" w:hAnsi="Segoe UI Symbol" w:cs="Segoe UI Symbol"/>
        </w:rPr>
        <w:t>☐</w:t>
      </w:r>
      <w:r w:rsidRPr="008E66E1">
        <w:rPr>
          <w:rFonts w:asciiTheme="majorHAnsi" w:hAnsiTheme="majorHAnsi" w:cstheme="majorHAnsi"/>
        </w:rPr>
        <w:t xml:space="preserve"> Self-help (toileting, eating, dressing, routines)</w:t>
      </w:r>
    </w:p>
    <w:p w14:paraId="74D71F26" w14:textId="77777777" w:rsidR="00540A39" w:rsidRPr="008E66E1" w:rsidRDefault="00000000">
      <w:pPr>
        <w:rPr>
          <w:rFonts w:asciiTheme="majorHAnsi" w:hAnsiTheme="majorHAnsi" w:cstheme="majorHAnsi"/>
        </w:rPr>
      </w:pPr>
      <w:r w:rsidRPr="008E66E1">
        <w:rPr>
          <w:rFonts w:ascii="Segoe UI Symbol" w:hAnsi="Segoe UI Symbol" w:cs="Segoe UI Symbol"/>
        </w:rPr>
        <w:t>☐</w:t>
      </w:r>
      <w:r w:rsidRPr="008E66E1">
        <w:rPr>
          <w:rFonts w:asciiTheme="majorHAnsi" w:hAnsiTheme="majorHAnsi" w:cstheme="majorHAnsi"/>
        </w:rPr>
        <w:t xml:space="preserve"> Behaviour &amp; Emotional Regulation</w:t>
      </w:r>
    </w:p>
    <w:p w14:paraId="7BD2E139" w14:textId="77777777" w:rsidR="00540A39" w:rsidRPr="008E66E1" w:rsidRDefault="00000000">
      <w:pPr>
        <w:rPr>
          <w:rFonts w:asciiTheme="majorHAnsi" w:hAnsiTheme="majorHAnsi" w:cstheme="majorHAnsi"/>
        </w:rPr>
      </w:pPr>
      <w:r w:rsidRPr="008E66E1">
        <w:rPr>
          <w:rFonts w:ascii="Segoe UI Symbol" w:hAnsi="Segoe UI Symbol" w:cs="Segoe UI Symbol"/>
        </w:rPr>
        <w:t>☐</w:t>
      </w:r>
      <w:r w:rsidRPr="008E66E1">
        <w:rPr>
          <w:rFonts w:asciiTheme="majorHAnsi" w:hAnsiTheme="majorHAnsi" w:cstheme="majorHAnsi"/>
        </w:rPr>
        <w:t xml:space="preserve"> Comprehension / Understanding</w:t>
      </w:r>
    </w:p>
    <w:p w14:paraId="6417419D" w14:textId="77777777" w:rsidR="00540A39" w:rsidRPr="008E66E1" w:rsidRDefault="00000000">
      <w:pPr>
        <w:rPr>
          <w:rFonts w:asciiTheme="majorHAnsi" w:hAnsiTheme="majorHAnsi" w:cstheme="majorHAnsi"/>
        </w:rPr>
      </w:pPr>
      <w:r w:rsidRPr="008E66E1">
        <w:rPr>
          <w:rFonts w:ascii="Segoe UI Symbol" w:hAnsi="Segoe UI Symbol" w:cs="Segoe UI Symbol"/>
        </w:rPr>
        <w:t>☐</w:t>
      </w:r>
      <w:r w:rsidRPr="008E66E1">
        <w:rPr>
          <w:rFonts w:asciiTheme="majorHAnsi" w:hAnsiTheme="majorHAnsi" w:cstheme="majorHAnsi"/>
        </w:rPr>
        <w:t xml:space="preserve"> Academics &amp; School Readiness</w:t>
      </w:r>
    </w:p>
    <w:p w14:paraId="6B3D1241" w14:textId="77777777" w:rsidR="00540A39" w:rsidRPr="008E66E1" w:rsidRDefault="00000000">
      <w:pPr>
        <w:rPr>
          <w:rFonts w:asciiTheme="majorHAnsi" w:hAnsiTheme="majorHAnsi" w:cstheme="majorHAnsi"/>
        </w:rPr>
      </w:pPr>
      <w:r w:rsidRPr="008E66E1">
        <w:rPr>
          <w:rFonts w:ascii="Segoe UI Symbol" w:hAnsi="Segoe UI Symbol" w:cs="Segoe UI Symbol"/>
        </w:rPr>
        <w:t>☐</w:t>
      </w:r>
      <w:r w:rsidRPr="008E66E1">
        <w:rPr>
          <w:rFonts w:asciiTheme="majorHAnsi" w:hAnsiTheme="majorHAnsi" w:cstheme="majorHAnsi"/>
        </w:rPr>
        <w:t xml:space="preserve"> Independence &amp; Daily Living</w:t>
      </w:r>
    </w:p>
    <w:p w14:paraId="20F228DF" w14:textId="77777777" w:rsidR="00540A39" w:rsidRPr="008E66E1" w:rsidRDefault="00000000">
      <w:pPr>
        <w:rPr>
          <w:rFonts w:asciiTheme="majorHAnsi" w:hAnsiTheme="majorHAnsi" w:cstheme="majorHAnsi"/>
        </w:rPr>
      </w:pPr>
      <w:r w:rsidRPr="008E66E1">
        <w:rPr>
          <w:rFonts w:ascii="Segoe UI Symbol" w:hAnsi="Segoe UI Symbol" w:cs="Segoe UI Symbol"/>
        </w:rPr>
        <w:t>☐</w:t>
      </w:r>
      <w:r w:rsidRPr="008E66E1">
        <w:rPr>
          <w:rFonts w:asciiTheme="majorHAnsi" w:hAnsiTheme="majorHAnsi" w:cstheme="majorHAnsi"/>
        </w:rPr>
        <w:t xml:space="preserve"> Family Support / Parent Training</w:t>
      </w:r>
    </w:p>
    <w:p w14:paraId="0516C42A" w14:textId="77777777" w:rsidR="00540A39" w:rsidRPr="008E66E1" w:rsidRDefault="00000000">
      <w:pPr>
        <w:rPr>
          <w:rFonts w:asciiTheme="majorHAnsi" w:hAnsiTheme="majorHAnsi" w:cstheme="majorHAnsi"/>
        </w:rPr>
      </w:pPr>
      <w:r w:rsidRPr="008E66E1">
        <w:rPr>
          <w:rFonts w:ascii="Segoe UI Symbol" w:hAnsi="Segoe UI Symbol" w:cs="Segoe UI Symbol"/>
        </w:rPr>
        <w:t>☐</w:t>
      </w:r>
      <w:r w:rsidRPr="008E66E1">
        <w:rPr>
          <w:rFonts w:asciiTheme="majorHAnsi" w:hAnsiTheme="majorHAnsi" w:cstheme="majorHAnsi"/>
        </w:rPr>
        <w:t xml:space="preserve"> Other (please specify):</w:t>
      </w:r>
    </w:p>
    <w:p w14:paraId="557027DE" w14:textId="77777777" w:rsidR="00540A39" w:rsidRPr="008E66E1" w:rsidRDefault="00540A39">
      <w:pPr>
        <w:rPr>
          <w:rFonts w:asciiTheme="majorHAnsi" w:hAnsiTheme="majorHAnsi" w:cstheme="majorHAnsi"/>
        </w:rPr>
      </w:pPr>
    </w:p>
    <w:p w14:paraId="04184A49" w14:textId="63D97808" w:rsidR="00A600BB" w:rsidRPr="00A600BB" w:rsidRDefault="00000000" w:rsidP="00A600BB">
      <w:pPr>
        <w:rPr>
          <w:rFonts w:asciiTheme="majorHAnsi" w:hAnsiTheme="majorHAnsi" w:cstheme="majorHAnsi"/>
          <w:b/>
          <w:bCs/>
        </w:rPr>
      </w:pPr>
      <w:r w:rsidRPr="008E66E1">
        <w:rPr>
          <w:rFonts w:asciiTheme="majorHAnsi" w:hAnsiTheme="majorHAnsi" w:cstheme="majorHAnsi"/>
          <w:b/>
          <w:bCs/>
          <w:color w:val="662D91"/>
        </w:rPr>
        <w:t>Parent Views &amp; Expectations</w:t>
      </w:r>
    </w:p>
    <w:p w14:paraId="51C06D06" w14:textId="77777777" w:rsidR="00A600BB" w:rsidRPr="00A600BB" w:rsidRDefault="00A600BB" w:rsidP="00A600BB">
      <w:pPr>
        <w:spacing w:before="100" w:beforeAutospacing="1" w:after="100" w:afterAutospacing="1" w:line="240" w:lineRule="auto"/>
        <w:rPr>
          <w:rFonts w:asciiTheme="majorHAnsi" w:eastAsia="Times New Roman" w:hAnsiTheme="majorHAnsi" w:cstheme="majorHAnsi"/>
          <w:lang w:val="en-GB" w:eastAsia="en-GB"/>
        </w:rPr>
      </w:pPr>
      <w:r w:rsidRPr="00A600BB">
        <w:rPr>
          <w:rFonts w:asciiTheme="majorHAnsi" w:eastAsia="Times New Roman" w:hAnsiTheme="majorHAnsi" w:cstheme="majorHAnsi"/>
          <w:lang w:val="en-GB" w:eastAsia="en-GB"/>
        </w:rPr>
        <w:lastRenderedPageBreak/>
        <w:t>What do you feel your role will be in supporting your child’s progress within an ABA programme?</w:t>
      </w:r>
    </w:p>
    <w:p w14:paraId="5E2350B3" w14:textId="01B915AC" w:rsidR="00A600BB" w:rsidRPr="00A600BB" w:rsidRDefault="00A600BB" w:rsidP="00A600BB">
      <w:pPr>
        <w:spacing w:after="0" w:line="240" w:lineRule="auto"/>
        <w:rPr>
          <w:rFonts w:asciiTheme="majorHAnsi" w:eastAsia="Times New Roman" w:hAnsiTheme="majorHAnsi" w:cstheme="majorHAnsi"/>
          <w:lang w:val="en-GB" w:eastAsia="en-GB"/>
        </w:rPr>
      </w:pPr>
    </w:p>
    <w:p w14:paraId="0B8138F1" w14:textId="77777777" w:rsidR="00A600BB" w:rsidRPr="00A600BB" w:rsidRDefault="00A600BB" w:rsidP="00A600BB">
      <w:pPr>
        <w:spacing w:before="100" w:beforeAutospacing="1" w:after="100" w:afterAutospacing="1" w:line="240" w:lineRule="auto"/>
        <w:rPr>
          <w:rFonts w:asciiTheme="majorHAnsi" w:eastAsia="Times New Roman" w:hAnsiTheme="majorHAnsi" w:cstheme="majorHAnsi"/>
          <w:lang w:val="en-GB" w:eastAsia="en-GB"/>
        </w:rPr>
      </w:pPr>
      <w:r w:rsidRPr="00A600BB">
        <w:rPr>
          <w:rFonts w:asciiTheme="majorHAnsi" w:eastAsia="Times New Roman" w:hAnsiTheme="majorHAnsi" w:cstheme="majorHAnsi"/>
          <w:lang w:val="en-GB" w:eastAsia="en-GB"/>
        </w:rPr>
        <w:t>How do you typically respond when your child becomes distressed or presents with behaviours that challenge?</w:t>
      </w:r>
    </w:p>
    <w:p w14:paraId="77721A30" w14:textId="5921F376" w:rsidR="00A600BB" w:rsidRPr="00A600BB" w:rsidRDefault="00A600BB" w:rsidP="00A600BB">
      <w:pPr>
        <w:spacing w:after="0" w:line="240" w:lineRule="auto"/>
        <w:rPr>
          <w:rFonts w:asciiTheme="majorHAnsi" w:eastAsia="Times New Roman" w:hAnsiTheme="majorHAnsi" w:cstheme="majorHAnsi"/>
          <w:lang w:val="en-GB" w:eastAsia="en-GB"/>
        </w:rPr>
      </w:pPr>
    </w:p>
    <w:p w14:paraId="4FBD9DB6" w14:textId="69896888" w:rsidR="00A600BB" w:rsidRPr="008E66E1" w:rsidRDefault="00E73760" w:rsidP="00A600BB">
      <w:pPr>
        <w:spacing w:before="100" w:beforeAutospacing="1" w:after="100" w:afterAutospacing="1" w:line="240" w:lineRule="auto"/>
        <w:outlineLvl w:val="2"/>
        <w:rPr>
          <w:rFonts w:asciiTheme="majorHAnsi" w:eastAsia="Times New Roman" w:hAnsiTheme="majorHAnsi" w:cstheme="majorHAnsi"/>
          <w:lang w:val="en-GB" w:eastAsia="en-GB"/>
        </w:rPr>
      </w:pPr>
      <w:r w:rsidRPr="008E66E1">
        <w:rPr>
          <w:rFonts w:asciiTheme="majorHAnsi" w:hAnsiTheme="majorHAnsi" w:cstheme="majorHAnsi"/>
        </w:rPr>
        <w:t xml:space="preserve">When recommendations or strategies feel challenging or different </w:t>
      </w:r>
      <w:proofErr w:type="gramStart"/>
      <w:r w:rsidRPr="008E66E1">
        <w:rPr>
          <w:rFonts w:asciiTheme="majorHAnsi" w:hAnsiTheme="majorHAnsi" w:cstheme="majorHAnsi"/>
        </w:rPr>
        <w:t>to</w:t>
      </w:r>
      <w:proofErr w:type="gramEnd"/>
      <w:r w:rsidRPr="008E66E1">
        <w:rPr>
          <w:rFonts w:asciiTheme="majorHAnsi" w:hAnsiTheme="majorHAnsi" w:cstheme="majorHAnsi"/>
        </w:rPr>
        <w:t xml:space="preserve"> what you might usually do, how would you approach this?</w:t>
      </w:r>
    </w:p>
    <w:p w14:paraId="2EA788AA" w14:textId="77777777" w:rsidR="00E73760" w:rsidRPr="008E66E1" w:rsidRDefault="00E73760" w:rsidP="00A600BB">
      <w:pPr>
        <w:spacing w:before="100" w:beforeAutospacing="1" w:after="100" w:afterAutospacing="1" w:line="240" w:lineRule="auto"/>
        <w:outlineLvl w:val="2"/>
        <w:rPr>
          <w:rFonts w:asciiTheme="majorHAnsi" w:eastAsia="Times New Roman" w:hAnsiTheme="majorHAnsi" w:cstheme="majorHAnsi"/>
          <w:lang w:val="en-GB" w:eastAsia="en-GB"/>
        </w:rPr>
      </w:pPr>
    </w:p>
    <w:p w14:paraId="10E8EF67" w14:textId="77777777" w:rsidR="00CA2EE6" w:rsidRPr="008E66E1" w:rsidRDefault="00CA2EE6" w:rsidP="00A600BB">
      <w:pPr>
        <w:spacing w:before="100" w:beforeAutospacing="1" w:after="100" w:afterAutospacing="1" w:line="240" w:lineRule="auto"/>
        <w:rPr>
          <w:rFonts w:asciiTheme="majorHAnsi" w:eastAsia="Times New Roman" w:hAnsiTheme="majorHAnsi" w:cstheme="majorHAnsi"/>
          <w:lang w:val="en-GB" w:eastAsia="en-GB"/>
        </w:rPr>
      </w:pPr>
    </w:p>
    <w:p w14:paraId="5B840804" w14:textId="58ECD65F" w:rsidR="00A600BB" w:rsidRPr="00A600BB" w:rsidRDefault="00A600BB" w:rsidP="00A600BB">
      <w:pPr>
        <w:spacing w:before="100" w:beforeAutospacing="1" w:after="100" w:afterAutospacing="1" w:line="240" w:lineRule="auto"/>
        <w:rPr>
          <w:rFonts w:asciiTheme="majorHAnsi" w:eastAsia="Times New Roman" w:hAnsiTheme="majorHAnsi" w:cstheme="majorHAnsi"/>
          <w:lang w:val="en-GB" w:eastAsia="en-GB"/>
        </w:rPr>
      </w:pPr>
      <w:r w:rsidRPr="00A600BB">
        <w:rPr>
          <w:rFonts w:asciiTheme="majorHAnsi" w:eastAsia="Times New Roman" w:hAnsiTheme="majorHAnsi" w:cstheme="majorHAnsi"/>
          <w:lang w:val="en-GB" w:eastAsia="en-GB"/>
        </w:rPr>
        <w:t>ABA programmes involve following structured guidance and recommendations from your clinical team. How comfortable do you feel implementing strategies as advised?</w:t>
      </w:r>
    </w:p>
    <w:p w14:paraId="733478A9" w14:textId="77777777" w:rsidR="00A600BB" w:rsidRPr="00A600BB" w:rsidRDefault="00A600BB" w:rsidP="00A600BB">
      <w:pPr>
        <w:spacing w:before="100" w:beforeAutospacing="1" w:after="100" w:afterAutospacing="1" w:line="240" w:lineRule="auto"/>
        <w:rPr>
          <w:rFonts w:asciiTheme="majorHAnsi" w:eastAsia="Times New Roman" w:hAnsiTheme="majorHAnsi" w:cstheme="majorHAnsi"/>
          <w:lang w:val="en-GB" w:eastAsia="en-GB"/>
        </w:rPr>
      </w:pPr>
      <w:r w:rsidRPr="00A600BB">
        <w:rPr>
          <w:rFonts w:ascii="Segoe UI Symbol" w:eastAsia="Times New Roman" w:hAnsi="Segoe UI Symbol" w:cs="Segoe UI Symbol"/>
          <w:lang w:val="en-GB" w:eastAsia="en-GB"/>
        </w:rPr>
        <w:t>☐</w:t>
      </w:r>
      <w:r w:rsidRPr="00A600BB">
        <w:rPr>
          <w:rFonts w:asciiTheme="majorHAnsi" w:eastAsia="Times New Roman" w:hAnsiTheme="majorHAnsi" w:cstheme="majorHAnsi"/>
          <w:lang w:val="en-GB" w:eastAsia="en-GB"/>
        </w:rPr>
        <w:t xml:space="preserve"> Very comfortable</w:t>
      </w:r>
      <w:r w:rsidRPr="00A600BB">
        <w:rPr>
          <w:rFonts w:asciiTheme="majorHAnsi" w:eastAsia="Times New Roman" w:hAnsiTheme="majorHAnsi" w:cstheme="majorHAnsi"/>
          <w:lang w:val="en-GB" w:eastAsia="en-GB"/>
        </w:rPr>
        <w:br/>
      </w:r>
      <w:r w:rsidRPr="00A600BB">
        <w:rPr>
          <w:rFonts w:ascii="Segoe UI Symbol" w:eastAsia="Times New Roman" w:hAnsi="Segoe UI Symbol" w:cs="Segoe UI Symbol"/>
          <w:lang w:val="en-GB" w:eastAsia="en-GB"/>
        </w:rPr>
        <w:t>☐</w:t>
      </w:r>
      <w:r w:rsidRPr="00A600BB">
        <w:rPr>
          <w:rFonts w:asciiTheme="majorHAnsi" w:eastAsia="Times New Roman" w:hAnsiTheme="majorHAnsi" w:cstheme="majorHAnsi"/>
          <w:lang w:val="en-GB" w:eastAsia="en-GB"/>
        </w:rPr>
        <w:t xml:space="preserve"> Somewhat comfortable</w:t>
      </w:r>
      <w:r w:rsidRPr="00A600BB">
        <w:rPr>
          <w:rFonts w:asciiTheme="majorHAnsi" w:eastAsia="Times New Roman" w:hAnsiTheme="majorHAnsi" w:cstheme="majorHAnsi"/>
          <w:lang w:val="en-GB" w:eastAsia="en-GB"/>
        </w:rPr>
        <w:br/>
      </w:r>
      <w:r w:rsidRPr="00A600BB">
        <w:rPr>
          <w:rFonts w:ascii="Segoe UI Symbol" w:eastAsia="Times New Roman" w:hAnsi="Segoe UI Symbol" w:cs="Segoe UI Symbol"/>
          <w:lang w:val="en-GB" w:eastAsia="en-GB"/>
        </w:rPr>
        <w:t>☐</w:t>
      </w:r>
      <w:r w:rsidRPr="00A600BB">
        <w:rPr>
          <w:rFonts w:asciiTheme="majorHAnsi" w:eastAsia="Times New Roman" w:hAnsiTheme="majorHAnsi" w:cstheme="majorHAnsi"/>
          <w:lang w:val="en-GB" w:eastAsia="en-GB"/>
        </w:rPr>
        <w:t xml:space="preserve"> Unsure / would need support</w:t>
      </w:r>
      <w:r w:rsidRPr="00A600BB">
        <w:rPr>
          <w:rFonts w:asciiTheme="majorHAnsi" w:eastAsia="Times New Roman" w:hAnsiTheme="majorHAnsi" w:cstheme="majorHAnsi"/>
          <w:lang w:val="en-GB" w:eastAsia="en-GB"/>
        </w:rPr>
        <w:br/>
      </w:r>
      <w:r w:rsidRPr="00A600BB">
        <w:rPr>
          <w:rFonts w:ascii="Segoe UI Symbol" w:eastAsia="Times New Roman" w:hAnsi="Segoe UI Symbol" w:cs="Segoe UI Symbol"/>
          <w:lang w:val="en-GB" w:eastAsia="en-GB"/>
        </w:rPr>
        <w:t>☐</w:t>
      </w:r>
      <w:r w:rsidRPr="00A600BB">
        <w:rPr>
          <w:rFonts w:asciiTheme="majorHAnsi" w:eastAsia="Times New Roman" w:hAnsiTheme="majorHAnsi" w:cstheme="majorHAnsi"/>
          <w:lang w:val="en-GB" w:eastAsia="en-GB"/>
        </w:rPr>
        <w:t xml:space="preserve"> Prefer to adapt approaches myself</w:t>
      </w:r>
    </w:p>
    <w:p w14:paraId="3F05EB39" w14:textId="3858322C" w:rsidR="00A600BB" w:rsidRPr="008E66E1" w:rsidRDefault="00A600BB" w:rsidP="00A600BB">
      <w:pPr>
        <w:spacing w:after="0" w:line="240" w:lineRule="auto"/>
        <w:rPr>
          <w:rFonts w:asciiTheme="majorHAnsi" w:eastAsia="Times New Roman" w:hAnsiTheme="majorHAnsi" w:cstheme="majorHAnsi"/>
          <w:lang w:val="en-GB" w:eastAsia="en-GB"/>
        </w:rPr>
      </w:pPr>
    </w:p>
    <w:p w14:paraId="1CD8869A" w14:textId="77777777" w:rsidR="00A600BB" w:rsidRPr="00A600BB" w:rsidRDefault="00A600BB" w:rsidP="00A600BB">
      <w:pPr>
        <w:spacing w:after="0" w:line="240" w:lineRule="auto"/>
        <w:rPr>
          <w:rFonts w:asciiTheme="majorHAnsi" w:eastAsia="Times New Roman" w:hAnsiTheme="majorHAnsi" w:cstheme="majorHAnsi"/>
          <w:lang w:val="en-GB" w:eastAsia="en-GB"/>
        </w:rPr>
      </w:pPr>
    </w:p>
    <w:p w14:paraId="611DBF0C" w14:textId="2A89A0C5" w:rsidR="00A600BB" w:rsidRPr="00A600BB" w:rsidRDefault="00A600BB" w:rsidP="00A600BB">
      <w:pPr>
        <w:spacing w:before="100" w:beforeAutospacing="1" w:after="100" w:afterAutospacing="1" w:line="240" w:lineRule="auto"/>
        <w:outlineLvl w:val="2"/>
        <w:rPr>
          <w:rFonts w:asciiTheme="majorHAnsi" w:eastAsia="Times New Roman" w:hAnsiTheme="majorHAnsi" w:cstheme="majorHAnsi"/>
          <w:b/>
          <w:bCs/>
          <w:color w:val="3F0065"/>
          <w:lang w:val="en-GB" w:eastAsia="en-GB"/>
        </w:rPr>
      </w:pPr>
      <w:r w:rsidRPr="00A600BB">
        <w:rPr>
          <w:rFonts w:asciiTheme="majorHAnsi" w:eastAsia="Times New Roman" w:hAnsiTheme="majorHAnsi" w:cstheme="majorHAnsi"/>
          <w:b/>
          <w:bCs/>
          <w:color w:val="3F0065"/>
          <w:lang w:val="en-GB" w:eastAsia="en-GB"/>
        </w:rPr>
        <w:t>Previous Experience with Services</w:t>
      </w:r>
    </w:p>
    <w:p w14:paraId="4D372B4A" w14:textId="77777777" w:rsidR="00A600BB" w:rsidRPr="00A600BB" w:rsidRDefault="00A600BB" w:rsidP="00A600BB">
      <w:pPr>
        <w:spacing w:before="100" w:beforeAutospacing="1" w:after="100" w:afterAutospacing="1" w:line="240" w:lineRule="auto"/>
        <w:rPr>
          <w:rFonts w:asciiTheme="majorHAnsi" w:eastAsia="Times New Roman" w:hAnsiTheme="majorHAnsi" w:cstheme="majorHAnsi"/>
          <w:lang w:val="en-GB" w:eastAsia="en-GB"/>
        </w:rPr>
      </w:pPr>
      <w:r w:rsidRPr="00A600BB">
        <w:rPr>
          <w:rFonts w:asciiTheme="majorHAnsi" w:eastAsia="Times New Roman" w:hAnsiTheme="majorHAnsi" w:cstheme="majorHAnsi"/>
          <w:lang w:val="en-GB" w:eastAsia="en-GB"/>
        </w:rPr>
        <w:t>Have you worked with any previous providers or services? If so, what worked well and what would you have liked to be different?</w:t>
      </w:r>
    </w:p>
    <w:p w14:paraId="5884A05B" w14:textId="237EF954" w:rsidR="00A600BB" w:rsidRPr="008E66E1" w:rsidRDefault="00A600BB" w:rsidP="00A600BB">
      <w:pPr>
        <w:spacing w:after="0" w:line="240" w:lineRule="auto"/>
        <w:rPr>
          <w:rFonts w:asciiTheme="majorHAnsi" w:eastAsia="Times New Roman" w:hAnsiTheme="majorHAnsi" w:cstheme="majorHAnsi"/>
          <w:lang w:val="en-GB" w:eastAsia="en-GB"/>
        </w:rPr>
      </w:pPr>
    </w:p>
    <w:p w14:paraId="19B8D130" w14:textId="77777777" w:rsidR="00A600BB" w:rsidRPr="008E66E1" w:rsidRDefault="00A600BB" w:rsidP="00A600BB">
      <w:pPr>
        <w:spacing w:after="0" w:line="240" w:lineRule="auto"/>
        <w:rPr>
          <w:rFonts w:asciiTheme="majorHAnsi" w:eastAsia="Times New Roman" w:hAnsiTheme="majorHAnsi" w:cstheme="majorHAnsi"/>
          <w:lang w:val="en-GB" w:eastAsia="en-GB"/>
        </w:rPr>
      </w:pPr>
    </w:p>
    <w:p w14:paraId="79238A3F" w14:textId="77777777" w:rsidR="00A600BB" w:rsidRPr="008E66E1" w:rsidRDefault="00A600BB" w:rsidP="00A600BB">
      <w:pPr>
        <w:spacing w:after="0" w:line="240" w:lineRule="auto"/>
        <w:rPr>
          <w:rFonts w:asciiTheme="majorHAnsi" w:eastAsia="Times New Roman" w:hAnsiTheme="majorHAnsi" w:cstheme="majorHAnsi"/>
          <w:lang w:val="en-GB" w:eastAsia="en-GB"/>
        </w:rPr>
      </w:pPr>
    </w:p>
    <w:p w14:paraId="13C44DC4" w14:textId="77777777" w:rsidR="00A600BB" w:rsidRPr="00A600BB" w:rsidRDefault="00A600BB" w:rsidP="00A600BB">
      <w:pPr>
        <w:spacing w:after="0" w:line="240" w:lineRule="auto"/>
        <w:rPr>
          <w:rFonts w:asciiTheme="majorHAnsi" w:eastAsia="Times New Roman" w:hAnsiTheme="majorHAnsi" w:cstheme="majorHAnsi"/>
          <w:lang w:val="en-GB" w:eastAsia="en-GB"/>
        </w:rPr>
      </w:pPr>
    </w:p>
    <w:p w14:paraId="7308A12A" w14:textId="7CE976C9" w:rsidR="00A600BB" w:rsidRPr="00A600BB" w:rsidRDefault="00A600BB" w:rsidP="00A600BB">
      <w:pPr>
        <w:spacing w:before="100" w:beforeAutospacing="1" w:after="100" w:afterAutospacing="1" w:line="240" w:lineRule="auto"/>
        <w:outlineLvl w:val="2"/>
        <w:rPr>
          <w:rFonts w:asciiTheme="majorHAnsi" w:eastAsia="Times New Roman" w:hAnsiTheme="majorHAnsi" w:cstheme="majorHAnsi"/>
          <w:b/>
          <w:bCs/>
          <w:color w:val="3F0065"/>
          <w:lang w:val="en-GB" w:eastAsia="en-GB"/>
        </w:rPr>
      </w:pPr>
      <w:r w:rsidRPr="00A600BB">
        <w:rPr>
          <w:rFonts w:asciiTheme="majorHAnsi" w:eastAsia="Times New Roman" w:hAnsiTheme="majorHAnsi" w:cstheme="majorHAnsi"/>
          <w:b/>
          <w:bCs/>
          <w:color w:val="3F0065"/>
          <w:lang w:val="en-GB" w:eastAsia="en-GB"/>
        </w:rPr>
        <w:t>Working Relationship Expectations</w:t>
      </w:r>
    </w:p>
    <w:p w14:paraId="4CDBBC56" w14:textId="77777777" w:rsidR="00D03F6F" w:rsidRDefault="00D03F6F" w:rsidP="00D03F6F">
      <w:pPr>
        <w:rPr>
          <w:rFonts w:asciiTheme="majorHAnsi" w:hAnsiTheme="majorHAnsi" w:cstheme="majorHAnsi"/>
        </w:rPr>
      </w:pPr>
      <w:r w:rsidRPr="00D03F6F">
        <w:rPr>
          <w:rFonts w:asciiTheme="majorHAnsi" w:hAnsiTheme="majorHAnsi" w:cstheme="majorHAnsi"/>
          <w:b/>
          <w:bCs/>
        </w:rPr>
        <w:t>At Absolute ABA UK Ltd, we work in partnerships with families through a respectful, collaborative, and clinically led approach. We prioritise consistency, professionalism, and the wellbeing of both children and staff.</w:t>
      </w:r>
    </w:p>
    <w:p w14:paraId="2226FD9A" w14:textId="77777777" w:rsidR="00D03F6F" w:rsidRDefault="00D03F6F" w:rsidP="00A600BB">
      <w:pPr>
        <w:spacing w:before="100" w:beforeAutospacing="1" w:after="100" w:afterAutospacing="1" w:line="240" w:lineRule="auto"/>
        <w:rPr>
          <w:rFonts w:asciiTheme="majorHAnsi" w:eastAsia="Times New Roman" w:hAnsiTheme="majorHAnsi" w:cstheme="majorHAnsi"/>
          <w:lang w:val="en-GB" w:eastAsia="en-GB"/>
        </w:rPr>
      </w:pPr>
    </w:p>
    <w:p w14:paraId="2D1BCDDB" w14:textId="004CECD9" w:rsidR="00A600BB" w:rsidRPr="00A600BB" w:rsidRDefault="00A600BB" w:rsidP="00A600BB">
      <w:pPr>
        <w:spacing w:before="100" w:beforeAutospacing="1" w:after="100" w:afterAutospacing="1" w:line="240" w:lineRule="auto"/>
        <w:rPr>
          <w:rFonts w:asciiTheme="majorHAnsi" w:eastAsia="Times New Roman" w:hAnsiTheme="majorHAnsi" w:cstheme="majorHAnsi"/>
          <w:lang w:val="en-GB" w:eastAsia="en-GB"/>
        </w:rPr>
      </w:pPr>
      <w:r w:rsidRPr="00A600BB">
        <w:rPr>
          <w:rFonts w:asciiTheme="majorHAnsi" w:eastAsia="Times New Roman" w:hAnsiTheme="majorHAnsi" w:cstheme="majorHAnsi"/>
          <w:lang w:val="en-GB" w:eastAsia="en-GB"/>
        </w:rPr>
        <w:lastRenderedPageBreak/>
        <w:t>What does a positive and effective working relationship with a professional team look like to you?</w:t>
      </w:r>
    </w:p>
    <w:p w14:paraId="0E1709B9" w14:textId="77777777" w:rsidR="00A600BB" w:rsidRPr="008E66E1" w:rsidRDefault="00A600BB">
      <w:pPr>
        <w:rPr>
          <w:rFonts w:asciiTheme="majorHAnsi" w:hAnsiTheme="majorHAnsi" w:cstheme="majorHAnsi"/>
        </w:rPr>
      </w:pPr>
    </w:p>
    <w:p w14:paraId="44A45533" w14:textId="77777777" w:rsidR="00A600BB" w:rsidRPr="008E66E1" w:rsidRDefault="00A600BB">
      <w:pPr>
        <w:rPr>
          <w:rFonts w:asciiTheme="majorHAnsi" w:hAnsiTheme="majorHAnsi" w:cstheme="majorHAnsi"/>
        </w:rPr>
      </w:pPr>
    </w:p>
    <w:p w14:paraId="50C33456" w14:textId="24DCC5FE" w:rsidR="00540A39" w:rsidRPr="008E66E1" w:rsidRDefault="00000000">
      <w:pPr>
        <w:rPr>
          <w:rFonts w:asciiTheme="majorHAnsi" w:hAnsiTheme="majorHAnsi" w:cstheme="majorHAnsi"/>
        </w:rPr>
      </w:pPr>
      <w:r w:rsidRPr="008E66E1">
        <w:rPr>
          <w:rFonts w:asciiTheme="majorHAnsi" w:hAnsiTheme="majorHAnsi" w:cstheme="majorHAnsi"/>
        </w:rPr>
        <w:t xml:space="preserve">What are your main goals for your child over the next 6–12 months? </w:t>
      </w:r>
    </w:p>
    <w:p w14:paraId="6BBBABDE" w14:textId="77777777" w:rsidR="00540A39" w:rsidRPr="008E66E1" w:rsidRDefault="00540A39">
      <w:pPr>
        <w:rPr>
          <w:rFonts w:asciiTheme="majorHAnsi" w:hAnsiTheme="majorHAnsi" w:cstheme="majorHAnsi"/>
        </w:rPr>
      </w:pPr>
    </w:p>
    <w:p w14:paraId="115917C5" w14:textId="77777777" w:rsidR="00540A39" w:rsidRPr="008E66E1" w:rsidRDefault="00540A39">
      <w:pPr>
        <w:rPr>
          <w:rFonts w:asciiTheme="majorHAnsi" w:hAnsiTheme="majorHAnsi" w:cstheme="majorHAnsi"/>
        </w:rPr>
      </w:pPr>
    </w:p>
    <w:p w14:paraId="21F1A5F4" w14:textId="77777777" w:rsidR="00540A39" w:rsidRPr="008E66E1" w:rsidRDefault="00540A39">
      <w:pPr>
        <w:rPr>
          <w:rFonts w:asciiTheme="majorHAnsi" w:hAnsiTheme="majorHAnsi" w:cstheme="majorHAnsi"/>
        </w:rPr>
      </w:pPr>
    </w:p>
    <w:p w14:paraId="4E783CC2" w14:textId="39B07EDD" w:rsidR="00540A39" w:rsidRPr="008E66E1" w:rsidRDefault="00000000">
      <w:pPr>
        <w:rPr>
          <w:rFonts w:asciiTheme="majorHAnsi" w:hAnsiTheme="majorHAnsi" w:cstheme="majorHAnsi"/>
        </w:rPr>
      </w:pPr>
      <w:r w:rsidRPr="008E66E1">
        <w:rPr>
          <w:rFonts w:asciiTheme="majorHAnsi" w:hAnsiTheme="majorHAnsi" w:cstheme="majorHAnsi"/>
        </w:rPr>
        <w:t xml:space="preserve">What do you hope ABA will achieve for your child and family? </w:t>
      </w:r>
    </w:p>
    <w:p w14:paraId="75BFC460" w14:textId="77777777" w:rsidR="00540A39" w:rsidRPr="008E66E1" w:rsidRDefault="00540A39">
      <w:pPr>
        <w:rPr>
          <w:rFonts w:asciiTheme="majorHAnsi" w:hAnsiTheme="majorHAnsi" w:cstheme="majorHAnsi"/>
        </w:rPr>
      </w:pPr>
    </w:p>
    <w:p w14:paraId="58DD9846" w14:textId="77777777" w:rsidR="00540A39" w:rsidRPr="008E66E1" w:rsidRDefault="00540A39">
      <w:pPr>
        <w:rPr>
          <w:rFonts w:asciiTheme="majorHAnsi" w:hAnsiTheme="majorHAnsi" w:cstheme="majorHAnsi"/>
        </w:rPr>
      </w:pPr>
    </w:p>
    <w:p w14:paraId="4B4D4E93" w14:textId="77777777" w:rsidR="00540A39" w:rsidRPr="008E66E1" w:rsidRDefault="00540A39">
      <w:pPr>
        <w:rPr>
          <w:rFonts w:asciiTheme="majorHAnsi" w:hAnsiTheme="majorHAnsi" w:cstheme="majorHAnsi"/>
        </w:rPr>
      </w:pPr>
    </w:p>
    <w:p w14:paraId="6FCC4CF8" w14:textId="7F4CA05C" w:rsidR="00540A39" w:rsidRPr="008E66E1" w:rsidRDefault="00000000">
      <w:pPr>
        <w:rPr>
          <w:rFonts w:asciiTheme="majorHAnsi" w:hAnsiTheme="majorHAnsi" w:cstheme="majorHAnsi"/>
        </w:rPr>
      </w:pPr>
      <w:r w:rsidRPr="008E66E1">
        <w:rPr>
          <w:rFonts w:asciiTheme="majorHAnsi" w:hAnsiTheme="majorHAnsi" w:cstheme="majorHAnsi"/>
        </w:rPr>
        <w:t xml:space="preserve">How much time can you realistically commit weekly to support home practice? </w:t>
      </w:r>
    </w:p>
    <w:p w14:paraId="0BB1B1B2" w14:textId="77777777" w:rsidR="00540A39" w:rsidRPr="008E66E1" w:rsidRDefault="00540A39">
      <w:pPr>
        <w:rPr>
          <w:rFonts w:asciiTheme="majorHAnsi" w:hAnsiTheme="majorHAnsi" w:cstheme="majorHAnsi"/>
        </w:rPr>
      </w:pPr>
    </w:p>
    <w:p w14:paraId="3AFAA6D9" w14:textId="77777777" w:rsidR="00540A39" w:rsidRPr="008E66E1" w:rsidRDefault="00540A39">
      <w:pPr>
        <w:rPr>
          <w:rFonts w:asciiTheme="majorHAnsi" w:hAnsiTheme="majorHAnsi" w:cstheme="majorHAnsi"/>
        </w:rPr>
      </w:pPr>
    </w:p>
    <w:p w14:paraId="3CDF9A9D" w14:textId="77777777" w:rsidR="00540A39" w:rsidRPr="008E66E1" w:rsidRDefault="00540A39">
      <w:pPr>
        <w:rPr>
          <w:rFonts w:asciiTheme="majorHAnsi" w:hAnsiTheme="majorHAnsi" w:cstheme="majorHAnsi"/>
        </w:rPr>
      </w:pPr>
    </w:p>
    <w:p w14:paraId="693B5352" w14:textId="39B0E834" w:rsidR="00540A39" w:rsidRPr="008E66E1" w:rsidRDefault="00000000">
      <w:pPr>
        <w:rPr>
          <w:rFonts w:asciiTheme="majorHAnsi" w:hAnsiTheme="majorHAnsi" w:cstheme="majorHAnsi"/>
        </w:rPr>
      </w:pPr>
      <w:r w:rsidRPr="008E66E1">
        <w:rPr>
          <w:rFonts w:asciiTheme="majorHAnsi" w:hAnsiTheme="majorHAnsi" w:cstheme="majorHAnsi"/>
        </w:rPr>
        <w:t xml:space="preserve">What are your expectations of your child’s tutor or supervisor? </w:t>
      </w:r>
    </w:p>
    <w:p w14:paraId="23F86C46" w14:textId="77777777" w:rsidR="00540A39" w:rsidRPr="008E66E1" w:rsidRDefault="00540A39">
      <w:pPr>
        <w:rPr>
          <w:rFonts w:asciiTheme="majorHAnsi" w:hAnsiTheme="majorHAnsi" w:cstheme="majorHAnsi"/>
        </w:rPr>
      </w:pPr>
    </w:p>
    <w:p w14:paraId="0C5E7A19" w14:textId="77777777" w:rsidR="00540A39" w:rsidRPr="008E66E1" w:rsidRDefault="00540A39">
      <w:pPr>
        <w:rPr>
          <w:rFonts w:asciiTheme="majorHAnsi" w:hAnsiTheme="majorHAnsi" w:cstheme="majorHAnsi"/>
        </w:rPr>
      </w:pPr>
    </w:p>
    <w:p w14:paraId="1F7EBB32" w14:textId="77777777" w:rsidR="00540A39" w:rsidRPr="008E66E1" w:rsidRDefault="00540A39">
      <w:pPr>
        <w:rPr>
          <w:rFonts w:asciiTheme="majorHAnsi" w:hAnsiTheme="majorHAnsi" w:cstheme="majorHAnsi"/>
        </w:rPr>
      </w:pPr>
    </w:p>
    <w:p w14:paraId="5BE023C9" w14:textId="52C8D341" w:rsidR="00540A39" w:rsidRPr="008E66E1" w:rsidRDefault="00000000">
      <w:pPr>
        <w:rPr>
          <w:rFonts w:asciiTheme="majorHAnsi" w:hAnsiTheme="majorHAnsi" w:cstheme="majorHAnsi"/>
        </w:rPr>
      </w:pPr>
      <w:r w:rsidRPr="008E66E1">
        <w:rPr>
          <w:rFonts w:asciiTheme="majorHAnsi" w:hAnsiTheme="majorHAnsi" w:cstheme="majorHAnsi"/>
        </w:rPr>
        <w:t xml:space="preserve">How do you prefer feedback to be shared? (verbal, written, review meetings) </w:t>
      </w:r>
    </w:p>
    <w:p w14:paraId="40C9BFD2" w14:textId="77777777" w:rsidR="00540A39" w:rsidRPr="008E66E1" w:rsidRDefault="00540A39">
      <w:pPr>
        <w:rPr>
          <w:rFonts w:asciiTheme="majorHAnsi" w:hAnsiTheme="majorHAnsi" w:cstheme="majorHAnsi"/>
        </w:rPr>
      </w:pPr>
    </w:p>
    <w:p w14:paraId="38A2208B" w14:textId="77777777" w:rsidR="00D03F6F" w:rsidRPr="00D03F6F" w:rsidRDefault="00D03F6F" w:rsidP="00D03F6F">
      <w:pPr>
        <w:rPr>
          <w:rFonts w:asciiTheme="majorHAnsi" w:hAnsiTheme="majorHAnsi" w:cstheme="majorHAnsi"/>
        </w:rPr>
      </w:pPr>
    </w:p>
    <w:p w14:paraId="1D8291CA" w14:textId="52809C61" w:rsidR="00A600BB" w:rsidRPr="00A600BB" w:rsidRDefault="00A600BB" w:rsidP="00A600BB">
      <w:pPr>
        <w:spacing w:before="100" w:beforeAutospacing="1" w:after="100" w:afterAutospacing="1" w:line="240" w:lineRule="auto"/>
        <w:rPr>
          <w:rFonts w:asciiTheme="majorHAnsi" w:eastAsia="Times New Roman" w:hAnsiTheme="majorHAnsi" w:cstheme="majorHAnsi"/>
          <w:lang w:val="en-GB" w:eastAsia="en-GB"/>
        </w:rPr>
      </w:pPr>
      <w:r w:rsidRPr="00A600BB">
        <w:rPr>
          <w:rFonts w:asciiTheme="majorHAnsi" w:eastAsia="Times New Roman" w:hAnsiTheme="majorHAnsi" w:cstheme="majorHAnsi"/>
          <w:lang w:val="en-GB" w:eastAsia="en-GB"/>
        </w:rPr>
        <w:t>Our programmes are clinically led and rely on consistency across environments. Are you comfortable following structured recommendations to support your child’s progress?</w:t>
      </w:r>
    </w:p>
    <w:p w14:paraId="7D25130A" w14:textId="425BFD86" w:rsidR="00A600BB" w:rsidRPr="00A600BB" w:rsidRDefault="00A600BB" w:rsidP="00A600BB">
      <w:pPr>
        <w:spacing w:before="100" w:beforeAutospacing="1" w:after="100" w:afterAutospacing="1" w:line="240" w:lineRule="auto"/>
        <w:rPr>
          <w:rFonts w:asciiTheme="majorHAnsi" w:eastAsia="Times New Roman" w:hAnsiTheme="majorHAnsi" w:cstheme="majorHAnsi"/>
          <w:lang w:val="en-GB" w:eastAsia="en-GB"/>
        </w:rPr>
      </w:pPr>
      <w:r w:rsidRPr="00A600BB">
        <w:rPr>
          <w:rFonts w:ascii="Segoe UI Symbol" w:eastAsia="Times New Roman" w:hAnsi="Segoe UI Symbol" w:cs="Segoe UI Symbol"/>
          <w:lang w:val="en-GB" w:eastAsia="en-GB"/>
        </w:rPr>
        <w:lastRenderedPageBreak/>
        <w:t>☐</w:t>
      </w:r>
      <w:r w:rsidRPr="00A600BB">
        <w:rPr>
          <w:rFonts w:asciiTheme="majorHAnsi" w:eastAsia="Times New Roman" w:hAnsiTheme="majorHAnsi" w:cstheme="majorHAnsi"/>
          <w:lang w:val="en-GB" w:eastAsia="en-GB"/>
        </w:rPr>
        <w:t xml:space="preserve"> Yes</w:t>
      </w:r>
      <w:r w:rsidRPr="00A600BB">
        <w:rPr>
          <w:rFonts w:asciiTheme="majorHAnsi" w:eastAsia="Times New Roman" w:hAnsiTheme="majorHAnsi" w:cstheme="majorHAnsi"/>
          <w:lang w:val="en-GB" w:eastAsia="en-GB"/>
        </w:rPr>
        <w:br/>
      </w:r>
      <w:r w:rsidRPr="00A600BB">
        <w:rPr>
          <w:rFonts w:ascii="Segoe UI Symbol" w:eastAsia="Times New Roman" w:hAnsi="Segoe UI Symbol" w:cs="Segoe UI Symbol"/>
          <w:lang w:val="en-GB" w:eastAsia="en-GB"/>
        </w:rPr>
        <w:t>☐</w:t>
      </w:r>
      <w:r w:rsidRPr="00A600BB">
        <w:rPr>
          <w:rFonts w:asciiTheme="majorHAnsi" w:eastAsia="Times New Roman" w:hAnsiTheme="majorHAnsi" w:cstheme="majorHAnsi"/>
          <w:lang w:val="en-GB" w:eastAsia="en-GB"/>
        </w:rPr>
        <w:t xml:space="preserve"> Unsure (please provide details)</w:t>
      </w:r>
    </w:p>
    <w:p w14:paraId="33DB0C11" w14:textId="77777777" w:rsidR="00CA2EE6" w:rsidRPr="008E66E1" w:rsidRDefault="00CA2EE6" w:rsidP="00A600BB">
      <w:pPr>
        <w:spacing w:before="100" w:beforeAutospacing="1" w:after="100" w:afterAutospacing="1" w:line="240" w:lineRule="auto"/>
        <w:rPr>
          <w:rFonts w:asciiTheme="majorHAnsi" w:eastAsia="Times New Roman" w:hAnsiTheme="majorHAnsi" w:cstheme="majorHAnsi"/>
          <w:lang w:val="en-GB" w:eastAsia="en-GB"/>
        </w:rPr>
      </w:pPr>
    </w:p>
    <w:p w14:paraId="3BD729F8" w14:textId="58415526" w:rsidR="00A600BB" w:rsidRPr="00A600BB" w:rsidRDefault="00A600BB" w:rsidP="00A600BB">
      <w:pPr>
        <w:spacing w:before="100" w:beforeAutospacing="1" w:after="100" w:afterAutospacing="1" w:line="240" w:lineRule="auto"/>
        <w:rPr>
          <w:rFonts w:asciiTheme="majorHAnsi" w:eastAsia="Times New Roman" w:hAnsiTheme="majorHAnsi" w:cstheme="majorHAnsi"/>
          <w:lang w:val="en-GB" w:eastAsia="en-GB"/>
        </w:rPr>
      </w:pPr>
      <w:r w:rsidRPr="00A600BB">
        <w:rPr>
          <w:rFonts w:asciiTheme="majorHAnsi" w:eastAsia="Times New Roman" w:hAnsiTheme="majorHAnsi" w:cstheme="majorHAnsi"/>
          <w:lang w:val="en-GB" w:eastAsia="en-GB"/>
        </w:rPr>
        <w:t>Progress is most effective when parents and caregivers are actively involved in implementing strategies outside of sessions.</w:t>
      </w:r>
      <w:r w:rsidR="00D03F6F" w:rsidRPr="00D03F6F">
        <w:rPr>
          <w:rFonts w:asciiTheme="majorHAnsi" w:hAnsiTheme="majorHAnsi" w:cstheme="majorHAnsi"/>
        </w:rPr>
        <w:t xml:space="preserve"> </w:t>
      </w:r>
      <w:r w:rsidR="00D03F6F" w:rsidRPr="00D03F6F">
        <w:rPr>
          <w:rFonts w:asciiTheme="majorHAnsi" w:hAnsiTheme="majorHAnsi" w:cstheme="majorHAnsi"/>
        </w:rPr>
        <w:t>Are you able and willing to commit to this</w:t>
      </w:r>
      <w:r w:rsidRPr="00A600BB">
        <w:rPr>
          <w:rFonts w:asciiTheme="majorHAnsi" w:eastAsia="Times New Roman" w:hAnsiTheme="majorHAnsi" w:cstheme="majorHAnsi"/>
          <w:lang w:val="en-GB" w:eastAsia="en-GB"/>
        </w:rPr>
        <w:t>?</w:t>
      </w:r>
    </w:p>
    <w:p w14:paraId="51A95109" w14:textId="01DACFA1" w:rsidR="00A600BB" w:rsidRPr="00A600BB" w:rsidRDefault="00A600BB" w:rsidP="00A600BB">
      <w:pPr>
        <w:spacing w:before="100" w:beforeAutospacing="1" w:after="100" w:afterAutospacing="1" w:line="240" w:lineRule="auto"/>
        <w:rPr>
          <w:rFonts w:asciiTheme="majorHAnsi" w:eastAsia="Times New Roman" w:hAnsiTheme="majorHAnsi" w:cstheme="majorHAnsi"/>
          <w:lang w:val="en-GB" w:eastAsia="en-GB"/>
        </w:rPr>
      </w:pPr>
      <w:r w:rsidRPr="00A600BB">
        <w:rPr>
          <w:rFonts w:ascii="Segoe UI Symbol" w:eastAsia="Times New Roman" w:hAnsi="Segoe UI Symbol" w:cs="Segoe UI Symbol"/>
          <w:lang w:val="en-GB" w:eastAsia="en-GB"/>
        </w:rPr>
        <w:t>☐</w:t>
      </w:r>
      <w:r w:rsidRPr="00A600BB">
        <w:rPr>
          <w:rFonts w:asciiTheme="majorHAnsi" w:eastAsia="Times New Roman" w:hAnsiTheme="majorHAnsi" w:cstheme="majorHAnsi"/>
          <w:lang w:val="en-GB" w:eastAsia="en-GB"/>
        </w:rPr>
        <w:t xml:space="preserve"> Yes</w:t>
      </w:r>
      <w:r w:rsidRPr="00A600BB">
        <w:rPr>
          <w:rFonts w:asciiTheme="majorHAnsi" w:eastAsia="Times New Roman" w:hAnsiTheme="majorHAnsi" w:cstheme="majorHAnsi"/>
          <w:lang w:val="en-GB" w:eastAsia="en-GB"/>
        </w:rPr>
        <w:br/>
      </w:r>
      <w:r w:rsidRPr="00A600BB">
        <w:rPr>
          <w:rFonts w:ascii="Segoe UI Symbol" w:eastAsia="Times New Roman" w:hAnsi="Segoe UI Symbol" w:cs="Segoe UI Symbol"/>
          <w:lang w:val="en-GB" w:eastAsia="en-GB"/>
        </w:rPr>
        <w:t>☐</w:t>
      </w:r>
      <w:r w:rsidRPr="00A600BB">
        <w:rPr>
          <w:rFonts w:asciiTheme="majorHAnsi" w:eastAsia="Times New Roman" w:hAnsiTheme="majorHAnsi" w:cstheme="majorHAnsi"/>
          <w:lang w:val="en-GB" w:eastAsia="en-GB"/>
        </w:rPr>
        <w:t xml:space="preserve"> Partially</w:t>
      </w:r>
      <w:r w:rsidRPr="00A600BB">
        <w:rPr>
          <w:rFonts w:asciiTheme="majorHAnsi" w:eastAsia="Times New Roman" w:hAnsiTheme="majorHAnsi" w:cstheme="majorHAnsi"/>
          <w:lang w:val="en-GB" w:eastAsia="en-GB"/>
        </w:rPr>
        <w:br/>
      </w:r>
      <w:r w:rsidRPr="00A600BB">
        <w:rPr>
          <w:rFonts w:ascii="Segoe UI Symbol" w:eastAsia="Times New Roman" w:hAnsi="Segoe UI Symbol" w:cs="Segoe UI Symbol"/>
          <w:lang w:val="en-GB" w:eastAsia="en-GB"/>
        </w:rPr>
        <w:t>☐</w:t>
      </w:r>
      <w:r w:rsidRPr="00A600BB">
        <w:rPr>
          <w:rFonts w:asciiTheme="majorHAnsi" w:eastAsia="Times New Roman" w:hAnsiTheme="majorHAnsi" w:cstheme="majorHAnsi"/>
          <w:lang w:val="en-GB" w:eastAsia="en-GB"/>
        </w:rPr>
        <w:t xml:space="preserve"> No</w:t>
      </w:r>
    </w:p>
    <w:p w14:paraId="188923D9" w14:textId="4556B126" w:rsidR="00A600BB" w:rsidRPr="00A600BB" w:rsidRDefault="00A600BB" w:rsidP="00A600BB">
      <w:pPr>
        <w:spacing w:before="100" w:beforeAutospacing="1" w:after="100" w:afterAutospacing="1" w:line="240" w:lineRule="auto"/>
        <w:rPr>
          <w:rFonts w:asciiTheme="majorHAnsi" w:eastAsia="Times New Roman" w:hAnsiTheme="majorHAnsi" w:cstheme="majorHAnsi"/>
          <w:lang w:val="en-GB" w:eastAsia="en-GB"/>
        </w:rPr>
      </w:pPr>
      <w:r w:rsidRPr="00A600BB">
        <w:rPr>
          <w:rFonts w:asciiTheme="majorHAnsi" w:eastAsia="Times New Roman" w:hAnsiTheme="majorHAnsi" w:cstheme="majorHAnsi"/>
          <w:lang w:val="en-GB" w:eastAsia="en-GB"/>
        </w:rPr>
        <w:t xml:space="preserve">We provide professional feedback and guidance which may include recommendations for change. </w:t>
      </w:r>
      <w:r w:rsidR="00D03F6F" w:rsidRPr="00D03F6F">
        <w:rPr>
          <w:rFonts w:asciiTheme="majorHAnsi" w:hAnsiTheme="majorHAnsi" w:cstheme="majorHAnsi"/>
        </w:rPr>
        <w:t>Are you open to receiving and implementing feedback, including when this may involve changes to current approaches?</w:t>
      </w:r>
    </w:p>
    <w:p w14:paraId="1A1DDCCC" w14:textId="06AC3808" w:rsidR="00CA2EE6" w:rsidRPr="008E66E1" w:rsidRDefault="00A600BB" w:rsidP="00A600BB">
      <w:pPr>
        <w:spacing w:before="100" w:beforeAutospacing="1" w:after="100" w:afterAutospacing="1" w:line="240" w:lineRule="auto"/>
        <w:rPr>
          <w:rFonts w:asciiTheme="majorHAnsi" w:eastAsia="Times New Roman" w:hAnsiTheme="majorHAnsi" w:cstheme="majorHAnsi"/>
          <w:lang w:val="en-GB" w:eastAsia="en-GB"/>
        </w:rPr>
      </w:pPr>
      <w:r w:rsidRPr="00A600BB">
        <w:rPr>
          <w:rFonts w:ascii="Segoe UI Symbol" w:eastAsia="Times New Roman" w:hAnsi="Segoe UI Symbol" w:cs="Segoe UI Symbol"/>
          <w:lang w:val="en-GB" w:eastAsia="en-GB"/>
        </w:rPr>
        <w:t>☐</w:t>
      </w:r>
      <w:r w:rsidRPr="00A600BB">
        <w:rPr>
          <w:rFonts w:asciiTheme="majorHAnsi" w:eastAsia="Times New Roman" w:hAnsiTheme="majorHAnsi" w:cstheme="majorHAnsi"/>
          <w:lang w:val="en-GB" w:eastAsia="en-GB"/>
        </w:rPr>
        <w:t xml:space="preserve"> Yes</w:t>
      </w:r>
      <w:r w:rsidRPr="00A600BB">
        <w:rPr>
          <w:rFonts w:asciiTheme="majorHAnsi" w:eastAsia="Times New Roman" w:hAnsiTheme="majorHAnsi" w:cstheme="majorHAnsi"/>
          <w:lang w:val="en-GB" w:eastAsia="en-GB"/>
        </w:rPr>
        <w:br/>
      </w:r>
      <w:r w:rsidRPr="00A600BB">
        <w:rPr>
          <w:rFonts w:ascii="Segoe UI Symbol" w:eastAsia="Times New Roman" w:hAnsi="Segoe UI Symbol" w:cs="Segoe UI Symbol"/>
          <w:lang w:val="en-GB" w:eastAsia="en-GB"/>
        </w:rPr>
        <w:t>☐</w:t>
      </w:r>
      <w:r w:rsidRPr="00A600BB">
        <w:rPr>
          <w:rFonts w:asciiTheme="majorHAnsi" w:eastAsia="Times New Roman" w:hAnsiTheme="majorHAnsi" w:cstheme="majorHAnsi"/>
          <w:lang w:val="en-GB" w:eastAsia="en-GB"/>
        </w:rPr>
        <w:t xml:space="preserve"> Sometimes</w:t>
      </w:r>
      <w:r w:rsidRPr="00A600BB">
        <w:rPr>
          <w:rFonts w:asciiTheme="majorHAnsi" w:eastAsia="Times New Roman" w:hAnsiTheme="majorHAnsi" w:cstheme="majorHAnsi"/>
          <w:lang w:val="en-GB" w:eastAsia="en-GB"/>
        </w:rPr>
        <w:br/>
      </w:r>
      <w:r w:rsidRPr="00A600BB">
        <w:rPr>
          <w:rFonts w:ascii="Segoe UI Symbol" w:eastAsia="Times New Roman" w:hAnsi="Segoe UI Symbol" w:cs="Segoe UI Symbol"/>
          <w:lang w:val="en-GB" w:eastAsia="en-GB"/>
        </w:rPr>
        <w:t>☐</w:t>
      </w:r>
      <w:r w:rsidRPr="00A600BB">
        <w:rPr>
          <w:rFonts w:asciiTheme="majorHAnsi" w:eastAsia="Times New Roman" w:hAnsiTheme="majorHAnsi" w:cstheme="majorHAnsi"/>
          <w:lang w:val="en-GB" w:eastAsia="en-GB"/>
        </w:rPr>
        <w:t xml:space="preserve"> Unsure</w:t>
      </w:r>
    </w:p>
    <w:p w14:paraId="506ABEED" w14:textId="483AFD8D" w:rsidR="00A600BB" w:rsidRPr="00A600BB" w:rsidRDefault="00A600BB" w:rsidP="00A600BB">
      <w:pPr>
        <w:spacing w:before="100" w:beforeAutospacing="1" w:after="100" w:afterAutospacing="1" w:line="240" w:lineRule="auto"/>
        <w:rPr>
          <w:rFonts w:asciiTheme="majorHAnsi" w:eastAsia="Times New Roman" w:hAnsiTheme="majorHAnsi" w:cstheme="majorHAnsi"/>
          <w:lang w:val="en-GB" w:eastAsia="en-GB"/>
        </w:rPr>
      </w:pPr>
      <w:r w:rsidRPr="00A600BB">
        <w:rPr>
          <w:rFonts w:asciiTheme="majorHAnsi" w:eastAsia="Times New Roman" w:hAnsiTheme="majorHAnsi" w:cstheme="majorHAnsi"/>
          <w:lang w:val="en-GB" w:eastAsia="en-GB"/>
        </w:rPr>
        <w:t>We are committed to maintaining a respectful and professional environment for both families and staff. Please confirm your agreement to engage with all team members in a respectful and collaborative manner.</w:t>
      </w:r>
    </w:p>
    <w:p w14:paraId="5EB9B371" w14:textId="5F459324" w:rsidR="00A600BB" w:rsidRPr="00A600BB" w:rsidRDefault="00A600BB" w:rsidP="00A600BB">
      <w:pPr>
        <w:spacing w:before="100" w:beforeAutospacing="1" w:after="100" w:afterAutospacing="1" w:line="240" w:lineRule="auto"/>
        <w:rPr>
          <w:rFonts w:asciiTheme="majorHAnsi" w:eastAsia="Times New Roman" w:hAnsiTheme="majorHAnsi" w:cstheme="majorHAnsi"/>
          <w:lang w:val="en-GB" w:eastAsia="en-GB"/>
        </w:rPr>
      </w:pPr>
      <w:r w:rsidRPr="00A600BB">
        <w:rPr>
          <w:rFonts w:ascii="Segoe UI Symbol" w:eastAsia="Times New Roman" w:hAnsi="Segoe UI Symbol" w:cs="Segoe UI Symbol"/>
          <w:lang w:val="en-GB" w:eastAsia="en-GB"/>
        </w:rPr>
        <w:t>☐</w:t>
      </w:r>
      <w:r w:rsidRPr="00A600BB">
        <w:rPr>
          <w:rFonts w:asciiTheme="majorHAnsi" w:eastAsia="Times New Roman" w:hAnsiTheme="majorHAnsi" w:cstheme="majorHAnsi"/>
          <w:lang w:val="en-GB" w:eastAsia="en-GB"/>
        </w:rPr>
        <w:t xml:space="preserve"> I understand and agree</w:t>
      </w:r>
    </w:p>
    <w:p w14:paraId="6A87C2C0" w14:textId="77777777" w:rsidR="00A600BB" w:rsidRPr="00A600BB" w:rsidRDefault="00A600BB" w:rsidP="00A600BB">
      <w:pPr>
        <w:spacing w:before="100" w:beforeAutospacing="1" w:after="100" w:afterAutospacing="1" w:line="240" w:lineRule="auto"/>
        <w:rPr>
          <w:rFonts w:asciiTheme="majorHAnsi" w:eastAsia="Times New Roman" w:hAnsiTheme="majorHAnsi" w:cstheme="majorHAnsi"/>
          <w:lang w:val="en-GB" w:eastAsia="en-GB"/>
        </w:rPr>
      </w:pPr>
      <w:r w:rsidRPr="00A600BB">
        <w:rPr>
          <w:rFonts w:asciiTheme="majorHAnsi" w:eastAsia="Times New Roman" w:hAnsiTheme="majorHAnsi" w:cstheme="majorHAnsi"/>
          <w:lang w:val="en-GB" w:eastAsia="en-GB"/>
        </w:rPr>
        <w:t>All programmes and materials are developed and overseen by qualified clinicians. Parents are not expected to modify or independently rewrite clinical documents but are supported to implement them. Please confirm your understanding.</w:t>
      </w:r>
    </w:p>
    <w:p w14:paraId="7547390E" w14:textId="77777777" w:rsidR="00A600BB" w:rsidRPr="00A600BB" w:rsidRDefault="00A600BB" w:rsidP="00A600BB">
      <w:pPr>
        <w:spacing w:before="100" w:beforeAutospacing="1" w:after="100" w:afterAutospacing="1" w:line="240" w:lineRule="auto"/>
        <w:rPr>
          <w:rFonts w:asciiTheme="majorHAnsi" w:eastAsia="Times New Roman" w:hAnsiTheme="majorHAnsi" w:cstheme="majorHAnsi"/>
          <w:lang w:val="en-GB" w:eastAsia="en-GB"/>
        </w:rPr>
      </w:pPr>
      <w:r w:rsidRPr="00A600BB">
        <w:rPr>
          <w:rFonts w:ascii="Segoe UI Symbol" w:eastAsia="Times New Roman" w:hAnsi="Segoe UI Symbol" w:cs="Segoe UI Symbol"/>
          <w:lang w:val="en-GB" w:eastAsia="en-GB"/>
        </w:rPr>
        <w:t>☐</w:t>
      </w:r>
      <w:r w:rsidRPr="00A600BB">
        <w:rPr>
          <w:rFonts w:asciiTheme="majorHAnsi" w:eastAsia="Times New Roman" w:hAnsiTheme="majorHAnsi" w:cstheme="majorHAnsi"/>
          <w:lang w:val="en-GB" w:eastAsia="en-GB"/>
        </w:rPr>
        <w:t xml:space="preserve"> I understand and agree</w:t>
      </w:r>
    </w:p>
    <w:p w14:paraId="16D0A10D" w14:textId="77777777" w:rsidR="00540A39" w:rsidRPr="008E66E1" w:rsidRDefault="00540A39">
      <w:pPr>
        <w:rPr>
          <w:rFonts w:asciiTheme="majorHAnsi" w:hAnsiTheme="majorHAnsi" w:cstheme="majorHAnsi"/>
        </w:rPr>
      </w:pPr>
    </w:p>
    <w:p w14:paraId="5CBF2751" w14:textId="7D5D3F93" w:rsidR="00540A39" w:rsidRPr="008E66E1" w:rsidRDefault="00000000">
      <w:pPr>
        <w:rPr>
          <w:rFonts w:asciiTheme="majorHAnsi" w:hAnsiTheme="majorHAnsi" w:cstheme="majorHAnsi"/>
        </w:rPr>
      </w:pPr>
      <w:r w:rsidRPr="008E66E1">
        <w:rPr>
          <w:rFonts w:asciiTheme="majorHAnsi" w:hAnsiTheme="majorHAnsi" w:cstheme="majorHAnsi"/>
          <w:color w:val="662D91"/>
        </w:rPr>
        <w:t>Commitment &amp; Scheduling</w:t>
      </w:r>
    </w:p>
    <w:p w14:paraId="2C544616" w14:textId="255F296D" w:rsidR="00540A39" w:rsidRPr="008E66E1" w:rsidRDefault="00000000">
      <w:pPr>
        <w:rPr>
          <w:rFonts w:asciiTheme="majorHAnsi" w:hAnsiTheme="majorHAnsi" w:cstheme="majorHAnsi"/>
        </w:rPr>
      </w:pPr>
      <w:r w:rsidRPr="008E66E1">
        <w:rPr>
          <w:rFonts w:asciiTheme="majorHAnsi" w:hAnsiTheme="majorHAnsi" w:cstheme="majorHAnsi"/>
        </w:rPr>
        <w:t xml:space="preserve">Preferred start date: </w:t>
      </w:r>
    </w:p>
    <w:p w14:paraId="381196E7" w14:textId="77777777" w:rsidR="00540A39" w:rsidRPr="008E66E1" w:rsidRDefault="00540A39">
      <w:pPr>
        <w:rPr>
          <w:rFonts w:asciiTheme="majorHAnsi" w:hAnsiTheme="majorHAnsi" w:cstheme="majorHAnsi"/>
        </w:rPr>
      </w:pPr>
    </w:p>
    <w:p w14:paraId="15D6FEC0" w14:textId="694CEC7B" w:rsidR="00540A39" w:rsidRPr="008E66E1" w:rsidRDefault="00000000">
      <w:pPr>
        <w:rPr>
          <w:rFonts w:asciiTheme="majorHAnsi" w:hAnsiTheme="majorHAnsi" w:cstheme="majorHAnsi"/>
        </w:rPr>
      </w:pPr>
      <w:r w:rsidRPr="008E66E1">
        <w:rPr>
          <w:rFonts w:asciiTheme="majorHAnsi" w:hAnsiTheme="majorHAnsi" w:cstheme="majorHAnsi"/>
        </w:rPr>
        <w:t xml:space="preserve">Availability (days/times): </w:t>
      </w:r>
    </w:p>
    <w:p w14:paraId="05CB5F14" w14:textId="77777777" w:rsidR="00540A39" w:rsidRPr="008E66E1" w:rsidRDefault="00540A39">
      <w:pPr>
        <w:rPr>
          <w:rFonts w:asciiTheme="majorHAnsi" w:hAnsiTheme="majorHAnsi" w:cstheme="majorHAnsi"/>
        </w:rPr>
      </w:pPr>
    </w:p>
    <w:p w14:paraId="660B30CB" w14:textId="4EC503A7" w:rsidR="00540A39" w:rsidRPr="008E66E1" w:rsidRDefault="00000000">
      <w:pPr>
        <w:rPr>
          <w:rFonts w:asciiTheme="majorHAnsi" w:hAnsiTheme="majorHAnsi" w:cstheme="majorHAnsi"/>
        </w:rPr>
      </w:pPr>
      <w:r w:rsidRPr="008E66E1">
        <w:rPr>
          <w:rFonts w:asciiTheme="majorHAnsi" w:hAnsiTheme="majorHAnsi" w:cstheme="majorHAnsi"/>
        </w:rPr>
        <w:t xml:space="preserve">Are you able to commit to regular sessions for at least one academic term (12 weeks)?  </w:t>
      </w:r>
      <w:r w:rsidRPr="008E66E1">
        <w:rPr>
          <w:rFonts w:ascii="Segoe UI Symbol" w:hAnsi="Segoe UI Symbol" w:cs="Segoe UI Symbol"/>
        </w:rPr>
        <w:t>☐</w:t>
      </w:r>
      <w:r w:rsidRPr="008E66E1">
        <w:rPr>
          <w:rFonts w:asciiTheme="majorHAnsi" w:hAnsiTheme="majorHAnsi" w:cstheme="majorHAnsi"/>
        </w:rPr>
        <w:t xml:space="preserve"> Yes   </w:t>
      </w:r>
      <w:r w:rsidRPr="008E66E1">
        <w:rPr>
          <w:rFonts w:ascii="Segoe UI Symbol" w:hAnsi="Segoe UI Symbol" w:cs="Segoe UI Symbol"/>
        </w:rPr>
        <w:t>☐</w:t>
      </w:r>
      <w:r w:rsidRPr="008E66E1">
        <w:rPr>
          <w:rFonts w:asciiTheme="majorHAnsi" w:hAnsiTheme="majorHAnsi" w:cstheme="majorHAnsi"/>
        </w:rPr>
        <w:t xml:space="preserve"> No</w:t>
      </w:r>
    </w:p>
    <w:p w14:paraId="6CB36389" w14:textId="74B26117" w:rsidR="00E73760" w:rsidRPr="008E66E1" w:rsidRDefault="00E73760">
      <w:pPr>
        <w:rPr>
          <w:rFonts w:asciiTheme="majorHAnsi" w:hAnsiTheme="majorHAnsi" w:cstheme="majorHAnsi"/>
        </w:rPr>
      </w:pPr>
      <w:r w:rsidRPr="008E66E1">
        <w:rPr>
          <w:rFonts w:asciiTheme="majorHAnsi" w:hAnsiTheme="majorHAnsi" w:cstheme="majorHAnsi"/>
        </w:rPr>
        <w:lastRenderedPageBreak/>
        <w:t xml:space="preserve">What </w:t>
      </w:r>
      <w:proofErr w:type="gramStart"/>
      <w:r w:rsidRPr="008E66E1">
        <w:rPr>
          <w:rFonts w:asciiTheme="majorHAnsi" w:hAnsiTheme="majorHAnsi" w:cstheme="majorHAnsi"/>
        </w:rPr>
        <w:t>days  and</w:t>
      </w:r>
      <w:proofErr w:type="gramEnd"/>
      <w:r w:rsidRPr="008E66E1">
        <w:rPr>
          <w:rFonts w:asciiTheme="majorHAnsi" w:hAnsiTheme="majorHAnsi" w:cstheme="majorHAnsi"/>
        </w:rPr>
        <w:t xml:space="preserve"> timings would you prefer for ABA sessions slots? </w:t>
      </w:r>
    </w:p>
    <w:p w14:paraId="0D88629B" w14:textId="77777777" w:rsidR="00E73760" w:rsidRPr="008E66E1" w:rsidRDefault="00E73760">
      <w:pPr>
        <w:rPr>
          <w:rFonts w:asciiTheme="majorHAnsi" w:hAnsiTheme="majorHAnsi" w:cstheme="majorHAnsi"/>
        </w:rPr>
      </w:pPr>
    </w:p>
    <w:p w14:paraId="39EF060A" w14:textId="159A7E38" w:rsidR="00E73760" w:rsidRPr="008E66E1" w:rsidRDefault="00E73760">
      <w:pPr>
        <w:rPr>
          <w:rFonts w:asciiTheme="majorHAnsi" w:hAnsiTheme="majorHAnsi" w:cstheme="majorHAnsi"/>
        </w:rPr>
      </w:pPr>
      <w:r w:rsidRPr="008E66E1">
        <w:rPr>
          <w:rFonts w:asciiTheme="majorHAnsi" w:hAnsiTheme="majorHAnsi" w:cstheme="majorHAnsi"/>
        </w:rPr>
        <w:t>How many hours per week?</w:t>
      </w:r>
    </w:p>
    <w:p w14:paraId="120A19DE" w14:textId="77777777" w:rsidR="00E73760" w:rsidRPr="008E66E1" w:rsidRDefault="00E73760">
      <w:pPr>
        <w:rPr>
          <w:rFonts w:asciiTheme="majorHAnsi" w:hAnsiTheme="majorHAnsi" w:cstheme="majorHAnsi"/>
        </w:rPr>
      </w:pPr>
    </w:p>
    <w:p w14:paraId="565BD43B" w14:textId="38FE6233" w:rsidR="00540A39" w:rsidRPr="008E66E1" w:rsidRDefault="00000000">
      <w:pPr>
        <w:rPr>
          <w:rFonts w:asciiTheme="majorHAnsi" w:hAnsiTheme="majorHAnsi" w:cstheme="majorHAnsi"/>
        </w:rPr>
      </w:pPr>
      <w:r w:rsidRPr="008E66E1">
        <w:rPr>
          <w:rFonts w:asciiTheme="majorHAnsi" w:hAnsiTheme="majorHAnsi" w:cstheme="majorHAnsi"/>
        </w:rPr>
        <w:t xml:space="preserve">Are you willing to provide at least 48 hours’ notice for cancellations?  </w:t>
      </w:r>
      <w:r w:rsidRPr="008E66E1">
        <w:rPr>
          <w:rFonts w:ascii="Segoe UI Symbol" w:hAnsi="Segoe UI Symbol" w:cs="Segoe UI Symbol"/>
        </w:rPr>
        <w:t>☐</w:t>
      </w:r>
      <w:r w:rsidRPr="008E66E1">
        <w:rPr>
          <w:rFonts w:asciiTheme="majorHAnsi" w:hAnsiTheme="majorHAnsi" w:cstheme="majorHAnsi"/>
        </w:rPr>
        <w:t xml:space="preserve"> Yes   </w:t>
      </w:r>
      <w:r w:rsidRPr="008E66E1">
        <w:rPr>
          <w:rFonts w:ascii="Segoe UI Symbol" w:hAnsi="Segoe UI Symbol" w:cs="Segoe UI Symbol"/>
        </w:rPr>
        <w:t>☐</w:t>
      </w:r>
      <w:r w:rsidRPr="008E66E1">
        <w:rPr>
          <w:rFonts w:asciiTheme="majorHAnsi" w:hAnsiTheme="majorHAnsi" w:cstheme="majorHAnsi"/>
        </w:rPr>
        <w:t xml:space="preserve"> No</w:t>
      </w:r>
    </w:p>
    <w:p w14:paraId="1BE9B846" w14:textId="209BA14E" w:rsidR="00540A39" w:rsidRPr="008E66E1" w:rsidRDefault="00000000">
      <w:pPr>
        <w:rPr>
          <w:rFonts w:asciiTheme="majorHAnsi" w:hAnsiTheme="majorHAnsi" w:cstheme="majorHAnsi"/>
        </w:rPr>
      </w:pPr>
      <w:r w:rsidRPr="008E66E1">
        <w:rPr>
          <w:rFonts w:asciiTheme="majorHAnsi" w:hAnsiTheme="majorHAnsi" w:cstheme="majorHAnsi"/>
        </w:rPr>
        <w:t xml:space="preserve">Sessions are payable in advance – are you comfortable with this arrangement?  </w:t>
      </w:r>
      <w:r w:rsidRPr="008E66E1">
        <w:rPr>
          <w:rFonts w:ascii="Segoe UI Symbol" w:hAnsi="Segoe UI Symbol" w:cs="Segoe UI Symbol"/>
        </w:rPr>
        <w:t>☐</w:t>
      </w:r>
      <w:r w:rsidRPr="008E66E1">
        <w:rPr>
          <w:rFonts w:asciiTheme="majorHAnsi" w:hAnsiTheme="majorHAnsi" w:cstheme="majorHAnsi"/>
        </w:rPr>
        <w:t xml:space="preserve"> Yes   </w:t>
      </w:r>
      <w:r w:rsidRPr="008E66E1">
        <w:rPr>
          <w:rFonts w:ascii="Segoe UI Symbol" w:hAnsi="Segoe UI Symbol" w:cs="Segoe UI Symbol"/>
        </w:rPr>
        <w:t>☐</w:t>
      </w:r>
      <w:r w:rsidRPr="008E66E1">
        <w:rPr>
          <w:rFonts w:asciiTheme="majorHAnsi" w:hAnsiTheme="majorHAnsi" w:cstheme="majorHAnsi"/>
        </w:rPr>
        <w:t xml:space="preserve"> No</w:t>
      </w:r>
    </w:p>
    <w:p w14:paraId="13E006CB" w14:textId="0F6E802D" w:rsidR="00D03F6F" w:rsidRDefault="00000000">
      <w:pPr>
        <w:rPr>
          <w:rStyle w:val="Strong"/>
          <w:rFonts w:asciiTheme="majorHAnsi" w:hAnsiTheme="majorHAnsi" w:cstheme="majorHAnsi"/>
          <w:b w:val="0"/>
          <w:bCs w:val="0"/>
        </w:rPr>
      </w:pPr>
      <w:r w:rsidRPr="008E66E1">
        <w:rPr>
          <w:rFonts w:asciiTheme="majorHAnsi" w:hAnsiTheme="majorHAnsi" w:cstheme="majorHAnsi"/>
        </w:rPr>
        <w:t xml:space="preserve">Would you like to explore an EHCP-funded or private-funded route? </w:t>
      </w:r>
    </w:p>
    <w:p w14:paraId="744E6EA9" w14:textId="3071ABFE" w:rsidR="00D03F6F" w:rsidRPr="00D03F6F" w:rsidRDefault="00D03F6F">
      <w:pPr>
        <w:rPr>
          <w:rFonts w:asciiTheme="majorHAnsi" w:hAnsiTheme="majorHAnsi" w:cstheme="majorHAnsi"/>
        </w:rPr>
      </w:pPr>
      <w:r w:rsidRPr="00D03F6F">
        <w:rPr>
          <w:rStyle w:val="Strong"/>
          <w:rFonts w:asciiTheme="majorHAnsi" w:hAnsiTheme="majorHAnsi" w:cstheme="majorHAnsi"/>
          <w:b w:val="0"/>
          <w:bCs w:val="0"/>
        </w:rPr>
        <w:t xml:space="preserve">ABA </w:t>
      </w:r>
      <w:r w:rsidRPr="00D03F6F">
        <w:rPr>
          <w:rStyle w:val="Strong"/>
          <w:rFonts w:asciiTheme="majorHAnsi" w:hAnsiTheme="majorHAnsi" w:cstheme="majorHAnsi"/>
          <w:b w:val="0"/>
          <w:bCs w:val="0"/>
        </w:rPr>
        <w:t>programs</w:t>
      </w:r>
      <w:r w:rsidRPr="00D03F6F">
        <w:rPr>
          <w:rStyle w:val="Strong"/>
          <w:rFonts w:asciiTheme="majorHAnsi" w:hAnsiTheme="majorHAnsi" w:cstheme="majorHAnsi"/>
          <w:b w:val="0"/>
          <w:bCs w:val="0"/>
        </w:rPr>
        <w:t xml:space="preserve"> require consistency and may take time before meaningful progress is observed. Please confirm you understand that outcomes are dependent on consistent implementation across settings.</w:t>
      </w:r>
      <w:r w:rsidRPr="00D03F6F">
        <w:rPr>
          <w:rFonts w:asciiTheme="majorHAnsi" w:hAnsiTheme="majorHAnsi" w:cstheme="majorHAnsi"/>
        </w:rPr>
        <w:br/>
      </w:r>
      <w:r w:rsidRPr="00D03F6F">
        <w:rPr>
          <w:rFonts w:ascii="Segoe UI Symbol" w:hAnsi="Segoe UI Symbol" w:cs="Segoe UI Symbol"/>
        </w:rPr>
        <w:t>☐</w:t>
      </w:r>
      <w:r w:rsidRPr="00D03F6F">
        <w:rPr>
          <w:rFonts w:asciiTheme="majorHAnsi" w:hAnsiTheme="majorHAnsi" w:cstheme="majorHAnsi"/>
        </w:rPr>
        <w:t xml:space="preserve"> I understand and agree</w:t>
      </w:r>
    </w:p>
    <w:p w14:paraId="4555C5E7" w14:textId="77777777" w:rsidR="00D03F6F" w:rsidRPr="00D03F6F" w:rsidRDefault="00D03F6F">
      <w:pPr>
        <w:rPr>
          <w:rFonts w:asciiTheme="majorHAnsi" w:hAnsiTheme="majorHAnsi" w:cstheme="majorHAnsi"/>
        </w:rPr>
      </w:pPr>
    </w:p>
    <w:p w14:paraId="2BFAFE28" w14:textId="738EB8D5" w:rsidR="00540A39" w:rsidRPr="00D03F6F" w:rsidRDefault="00000000">
      <w:pPr>
        <w:rPr>
          <w:rFonts w:asciiTheme="majorHAnsi" w:hAnsiTheme="majorHAnsi" w:cstheme="majorHAnsi"/>
        </w:rPr>
      </w:pPr>
      <w:r w:rsidRPr="00D03F6F">
        <w:rPr>
          <w:rFonts w:asciiTheme="majorHAnsi" w:hAnsiTheme="majorHAnsi" w:cstheme="majorHAnsi"/>
        </w:rPr>
        <w:t xml:space="preserve">Please confirm your understanding that ABA progress relies on consistency and active parent participation.  </w:t>
      </w:r>
      <w:r w:rsidRPr="00D03F6F">
        <w:rPr>
          <w:rFonts w:ascii="Segoe UI Symbol" w:hAnsi="Segoe UI Symbol" w:cs="Segoe UI Symbol"/>
        </w:rPr>
        <w:t>☐</w:t>
      </w:r>
      <w:r w:rsidRPr="00D03F6F">
        <w:rPr>
          <w:rFonts w:asciiTheme="majorHAnsi" w:hAnsiTheme="majorHAnsi" w:cstheme="majorHAnsi"/>
        </w:rPr>
        <w:t xml:space="preserve"> I understand and agree</w:t>
      </w:r>
    </w:p>
    <w:p w14:paraId="56F4FD7A" w14:textId="77777777" w:rsidR="00540A39" w:rsidRPr="008E66E1" w:rsidRDefault="00540A39">
      <w:pPr>
        <w:rPr>
          <w:rFonts w:asciiTheme="majorHAnsi" w:hAnsiTheme="majorHAnsi" w:cstheme="majorHAnsi"/>
        </w:rPr>
      </w:pPr>
    </w:p>
    <w:p w14:paraId="0FAD0CF6" w14:textId="2C4D1C65" w:rsidR="00540A39" w:rsidRPr="008E66E1" w:rsidRDefault="00000000">
      <w:pPr>
        <w:rPr>
          <w:rFonts w:asciiTheme="majorHAnsi" w:hAnsiTheme="majorHAnsi" w:cstheme="majorHAnsi"/>
        </w:rPr>
      </w:pPr>
      <w:r w:rsidRPr="008E66E1">
        <w:rPr>
          <w:rFonts w:asciiTheme="majorHAnsi" w:hAnsiTheme="majorHAnsi" w:cstheme="majorHAnsi"/>
          <w:color w:val="662D91"/>
        </w:rPr>
        <w:t>Additional Notes or Concerns</w:t>
      </w:r>
    </w:p>
    <w:p w14:paraId="7CD6F276" w14:textId="77777777" w:rsidR="00540A39" w:rsidRPr="008E66E1" w:rsidRDefault="00000000">
      <w:pPr>
        <w:rPr>
          <w:rFonts w:asciiTheme="majorHAnsi" w:hAnsiTheme="majorHAnsi" w:cstheme="majorHAnsi"/>
        </w:rPr>
      </w:pPr>
      <w:r w:rsidRPr="008E66E1">
        <w:rPr>
          <w:rFonts w:asciiTheme="majorHAnsi" w:hAnsiTheme="majorHAnsi" w:cstheme="majorHAnsi"/>
        </w:rPr>
        <w:t xml:space="preserve">Please use this space to share anything else you feel is important for us to know about your child, family, or goals. </w:t>
      </w:r>
    </w:p>
    <w:p w14:paraId="5D208271" w14:textId="77777777" w:rsidR="00540A39" w:rsidRPr="008E66E1" w:rsidRDefault="00540A39">
      <w:pPr>
        <w:rPr>
          <w:rFonts w:asciiTheme="majorHAnsi" w:hAnsiTheme="majorHAnsi" w:cstheme="majorHAnsi"/>
        </w:rPr>
      </w:pPr>
    </w:p>
    <w:p w14:paraId="43390058" w14:textId="77777777" w:rsidR="00540A39" w:rsidRPr="008E66E1" w:rsidRDefault="00540A39">
      <w:pPr>
        <w:rPr>
          <w:rFonts w:asciiTheme="majorHAnsi" w:hAnsiTheme="majorHAnsi" w:cstheme="majorHAnsi"/>
        </w:rPr>
      </w:pPr>
    </w:p>
    <w:p w14:paraId="7CCEFAE5" w14:textId="6D4A1E3C" w:rsidR="00540A39" w:rsidRPr="008E66E1" w:rsidRDefault="002D1E80">
      <w:pPr>
        <w:rPr>
          <w:rFonts w:asciiTheme="majorHAnsi" w:hAnsiTheme="majorHAnsi" w:cstheme="majorHAnsi"/>
        </w:rPr>
      </w:pPr>
      <w:r w:rsidRPr="008E66E1">
        <w:rPr>
          <w:rFonts w:asciiTheme="majorHAnsi" w:hAnsiTheme="majorHAnsi" w:cstheme="majorHAnsi"/>
        </w:rPr>
        <w:t>To confirm you have read this form fully, please write the word “Progress” below:</w:t>
      </w:r>
    </w:p>
    <w:p w14:paraId="2B7C159C" w14:textId="77777777" w:rsidR="00540A39" w:rsidRPr="008E66E1" w:rsidRDefault="00540A39">
      <w:pPr>
        <w:rPr>
          <w:rFonts w:asciiTheme="majorHAnsi" w:hAnsiTheme="majorHAnsi" w:cstheme="majorHAnsi"/>
        </w:rPr>
      </w:pPr>
    </w:p>
    <w:p w14:paraId="5255C33C" w14:textId="77777777" w:rsidR="00540A39" w:rsidRPr="008E66E1" w:rsidRDefault="00540A39">
      <w:pPr>
        <w:rPr>
          <w:rFonts w:asciiTheme="majorHAnsi" w:hAnsiTheme="majorHAnsi" w:cstheme="majorHAnsi"/>
        </w:rPr>
      </w:pPr>
    </w:p>
    <w:p w14:paraId="3F2FAC2A" w14:textId="13745A9C" w:rsidR="00540A39" w:rsidRPr="008E66E1" w:rsidRDefault="00000000">
      <w:pPr>
        <w:rPr>
          <w:rFonts w:asciiTheme="majorHAnsi" w:hAnsiTheme="majorHAnsi" w:cstheme="majorHAnsi"/>
        </w:rPr>
      </w:pPr>
      <w:r w:rsidRPr="008E66E1">
        <w:rPr>
          <w:rFonts w:asciiTheme="majorHAnsi" w:hAnsiTheme="majorHAnsi" w:cstheme="majorHAnsi"/>
        </w:rPr>
        <w:t xml:space="preserve">Parent </w:t>
      </w:r>
      <w:r w:rsidR="00075AD5" w:rsidRPr="008E66E1">
        <w:rPr>
          <w:rFonts w:asciiTheme="majorHAnsi" w:hAnsiTheme="majorHAnsi" w:cstheme="majorHAnsi"/>
        </w:rPr>
        <w:t>name</w:t>
      </w:r>
      <w:r w:rsidRPr="008E66E1">
        <w:rPr>
          <w:rFonts w:asciiTheme="majorHAnsi" w:hAnsiTheme="majorHAnsi" w:cstheme="majorHAnsi"/>
        </w:rPr>
        <w:t>: ___________________________        Date: ___________________</w:t>
      </w:r>
    </w:p>
    <w:p w14:paraId="3F440E42" w14:textId="77777777" w:rsidR="00316C8D" w:rsidRPr="008E66E1" w:rsidRDefault="00316C8D">
      <w:pPr>
        <w:rPr>
          <w:rFonts w:asciiTheme="majorHAnsi" w:hAnsiTheme="majorHAnsi" w:cstheme="majorHAnsi"/>
        </w:rPr>
      </w:pPr>
    </w:p>
    <w:p w14:paraId="30475ED5" w14:textId="0F275992" w:rsidR="00316C8D" w:rsidRPr="00E73760" w:rsidRDefault="00316C8D">
      <w:pPr>
        <w:rPr>
          <w:sz w:val="24"/>
          <w:szCs w:val="24"/>
        </w:rPr>
      </w:pPr>
      <w:r w:rsidRPr="008E66E1">
        <w:rPr>
          <w:rFonts w:asciiTheme="majorHAnsi" w:hAnsiTheme="majorHAnsi" w:cstheme="majorHAnsi"/>
        </w:rPr>
        <w:t xml:space="preserve">Please return completed to </w:t>
      </w:r>
      <w:hyperlink r:id="rId7" w:history="1">
        <w:r w:rsidRPr="008E66E1">
          <w:rPr>
            <w:rStyle w:val="Hyperlink"/>
            <w:rFonts w:asciiTheme="majorHAnsi" w:hAnsiTheme="majorHAnsi" w:cstheme="majorHAnsi"/>
            <w:shd w:val="clear" w:color="auto" w:fill="FFFFFF"/>
          </w:rPr>
          <w:t>absoluteabaukenquires@gmail.com</w:t>
        </w:r>
      </w:hyperlink>
      <w:r w:rsidRPr="008E66E1">
        <w:rPr>
          <w:rFonts w:asciiTheme="majorHAnsi" w:hAnsiTheme="majorHAnsi" w:cstheme="majorHAnsi"/>
          <w:color w:val="5E5E5E"/>
          <w:shd w:val="clear" w:color="auto" w:fill="FFFFFF"/>
        </w:rPr>
        <w:t xml:space="preserve"> or attached to our contact us form</w:t>
      </w:r>
      <w:r w:rsidRPr="00E73760">
        <w:rPr>
          <w:rFonts w:ascii="Roboto" w:hAnsi="Roboto"/>
          <w:color w:val="5E5E5E"/>
          <w:sz w:val="24"/>
          <w:szCs w:val="24"/>
          <w:shd w:val="clear" w:color="auto" w:fill="FFFFFF"/>
        </w:rPr>
        <w:t xml:space="preserve"> via the website </w:t>
      </w:r>
    </w:p>
    <w:sectPr w:rsidR="00316C8D" w:rsidRPr="00E73760"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551920201">
    <w:abstractNumId w:val="8"/>
  </w:num>
  <w:num w:numId="2" w16cid:durableId="690452946">
    <w:abstractNumId w:val="6"/>
  </w:num>
  <w:num w:numId="3" w16cid:durableId="1140541314">
    <w:abstractNumId w:val="5"/>
  </w:num>
  <w:num w:numId="4" w16cid:durableId="527765922">
    <w:abstractNumId w:val="4"/>
  </w:num>
  <w:num w:numId="5" w16cid:durableId="47532202">
    <w:abstractNumId w:val="7"/>
  </w:num>
  <w:num w:numId="6" w16cid:durableId="1473212999">
    <w:abstractNumId w:val="3"/>
  </w:num>
  <w:num w:numId="7" w16cid:durableId="2014719724">
    <w:abstractNumId w:val="2"/>
  </w:num>
  <w:num w:numId="8" w16cid:durableId="1867013154">
    <w:abstractNumId w:val="1"/>
  </w:num>
  <w:num w:numId="9" w16cid:durableId="1618679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75AD5"/>
    <w:rsid w:val="000C394A"/>
    <w:rsid w:val="0015074B"/>
    <w:rsid w:val="0020741F"/>
    <w:rsid w:val="002227AD"/>
    <w:rsid w:val="00280FDD"/>
    <w:rsid w:val="0029639D"/>
    <w:rsid w:val="002D1E80"/>
    <w:rsid w:val="00316C8D"/>
    <w:rsid w:val="00326F90"/>
    <w:rsid w:val="004826C7"/>
    <w:rsid w:val="00540A39"/>
    <w:rsid w:val="00630C66"/>
    <w:rsid w:val="008E66E1"/>
    <w:rsid w:val="00A600BB"/>
    <w:rsid w:val="00AA1D8D"/>
    <w:rsid w:val="00B47730"/>
    <w:rsid w:val="00BF7EC6"/>
    <w:rsid w:val="00CA2EE6"/>
    <w:rsid w:val="00CB0664"/>
    <w:rsid w:val="00D03F6F"/>
    <w:rsid w:val="00E73760"/>
    <w:rsid w:val="00ED2DB2"/>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6780E2"/>
  <w14:defaultImageDpi w14:val="330"/>
  <w15:docId w15:val="{8E8309EE-FF8B-4131-8560-0C2A2FD26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316C8D"/>
    <w:rPr>
      <w:color w:val="0000FF" w:themeColor="hyperlink"/>
      <w:u w:val="single"/>
    </w:rPr>
  </w:style>
  <w:style w:type="character" w:styleId="UnresolvedMention">
    <w:name w:val="Unresolved Mention"/>
    <w:basedOn w:val="DefaultParagraphFont"/>
    <w:uiPriority w:val="99"/>
    <w:semiHidden/>
    <w:unhideWhenUsed/>
    <w:rsid w:val="00316C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absoluteabaukenquires@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8</Pages>
  <Words>876</Words>
  <Characters>4759</Characters>
  <Application>Microsoft Office Word</Application>
  <DocSecurity>0</DocSecurity>
  <Lines>297</Lines>
  <Paragraphs>131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Rachel Charlotte</cp:lastModifiedBy>
  <cp:revision>8</cp:revision>
  <dcterms:created xsi:type="dcterms:W3CDTF">2026-01-07T12:34:00Z</dcterms:created>
  <dcterms:modified xsi:type="dcterms:W3CDTF">2026-04-02T12:56:00Z</dcterms:modified>
  <cp:category/>
</cp:coreProperties>
</file>