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Why You Should Consider Buying a Maine Coon Cat</w:t>
      </w:r>
    </w:p>
    <w:p/>
    <w:p>
      <w:r>
        <w:t>If you’re searching for a cat that combines striking beauty, a gentle personality, and a truly unique presence, the Maine Coon stands out as one of the most compelling choices. Known as the “gentle giant” of the cat world, this breed offers far more than just looks—it brings companionship, intelligence, and a surprisingly dog-like charm into your home.</w:t>
      </w:r>
    </w:p>
    <w:p/>
    <w:p>
      <w:r>
        <w:t>A Personality That Wins Hearts</w:t>
      </w:r>
    </w:p>
    <w:p>
      <w:r>
        <w:t>Maine Coons are famous for their affectionate and sociable nature. Unlike some aloof cat breeds, they enjoy being around people and often follow their owners from room to room. They aren’t overly clingy, but they like to be part of whatever you’re doing. Many owners describe them as loyal companions who form strong bonds with the entire family, including children and even other pets.</w:t>
      </w:r>
    </w:p>
    <w:p/>
    <w:p>
      <w:r>
        <w:t>Impressive Size and Beauty</w:t>
      </w:r>
    </w:p>
    <w:p>
      <w:r>
        <w:t>One of the first things people notice about a Maine Coon is its size. These cats are among the largest domesticated breeds, with muscular bodies, long bushy tails, and thick, water-resistant coats. Their tufted ears and expressive eyes give them a wild, almost lynx-like appearance.</w:t>
      </w:r>
    </w:p>
    <w:p/>
    <w:p>
      <w:r>
        <w:t>Intelligent and Trainable</w:t>
      </w:r>
    </w:p>
    <w:p>
      <w:r>
        <w:t>Maine Coons are highly intelligent cats that enjoy mental stimulation. They can learn tricks, play fetch, and even respond to their names. Some owners successfully train them to walk on a leash, which is rare for most cats.</w:t>
      </w:r>
    </w:p>
    <w:p/>
    <w:p>
      <w:r>
        <w:t>A Gentle Companion for Families</w:t>
      </w:r>
    </w:p>
    <w:p>
      <w:r>
        <w:t>Because of their calm and patient demeanor, Maine Coons are often ideal for families with children. They tend to tolerate handling better than many other breeds and are less likely to react aggressively when startled. Their playful yet gentle nature allows them to adapt well to busy households.</w:t>
      </w:r>
    </w:p>
    <w:p/>
    <w:p>
      <w:r>
        <w:t>Unique Vocalizations</w:t>
      </w:r>
    </w:p>
    <w:p>
      <w:r>
        <w:t>Unlike the typical “meow,” Maine Coons communicate with soft chirps and trills. These sounds add to their charm and make interactions feel more conversational.</w:t>
      </w:r>
    </w:p>
    <w:p/>
    <w:p>
      <w:r>
        <w:t>Low-Maintenance Personality (With Some Grooming)</w:t>
      </w:r>
    </w:p>
    <w:p>
      <w:r>
        <w:t>While their long fur may look high-maintenance, Maine Coons don’t require as much grooming as you might expect. Their coats are less prone to matting than other long-haired breeds, though regular brushing is still necessary.</w:t>
      </w:r>
    </w:p>
    <w:p/>
    <w:p>
      <w:r>
        <w:t>A Long-Term, Rewarding Companion</w:t>
      </w:r>
    </w:p>
    <w:p>
      <w:r>
        <w:t>Maine Coons typically live 12–15 years or more, providing a long-lasting bond for their owners. Over time, they often develop a deep, almost intuitive connection with their human companions.</w:t>
      </w:r>
    </w:p>
    <w:p/>
    <w:p>
      <w:r>
        <w:t>Final Thoughts</w:t>
      </w:r>
    </w:p>
    <w:p>
      <w:r>
        <w:t>Choosing a pet is about more than appearance—it’s about finding a companion that fits your lifestyle. The Maine Coon offers a rare combination of beauty, intelligence, and warmth. Whether you’re looking for a playful partner, a calm family pet, or simply a cat with a big personality to match its size, this breed delivers on all fronts.</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