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6CB8" w14:textId="77777777" w:rsidR="008850B0" w:rsidRDefault="00000000">
      <w:pPr>
        <w:pStyle w:val="Title"/>
      </w:pPr>
      <w:r>
        <w:t>Got Advocacy Strategic Transition Toolkit</w:t>
      </w:r>
    </w:p>
    <w:p w14:paraId="32C7BAE4" w14:textId="77777777" w:rsidR="008850B0" w:rsidRDefault="00000000">
      <w:pPr>
        <w:pStyle w:val="Heading1"/>
      </w:pPr>
      <w:r>
        <w:t>1. Client Intake Form</w:t>
      </w:r>
    </w:p>
    <w:p w14:paraId="335993D2" w14:textId="77777777" w:rsidR="008850B0" w:rsidRDefault="00000000">
      <w:r>
        <w:t>Client Name: ____________________________</w:t>
      </w:r>
    </w:p>
    <w:p w14:paraId="0E88B4B6" w14:textId="77777777" w:rsidR="008850B0" w:rsidRDefault="00000000">
      <w:r>
        <w:t>Date of Birth: ____________________________</w:t>
      </w:r>
    </w:p>
    <w:p w14:paraId="2D89604B" w14:textId="77777777" w:rsidR="008850B0" w:rsidRDefault="00000000">
      <w:r>
        <w:t>Age: ________</w:t>
      </w:r>
    </w:p>
    <w:p w14:paraId="0A3FDD3D" w14:textId="77777777" w:rsidR="008850B0" w:rsidRDefault="00000000">
      <w:r>
        <w:t>Primary Diagnosis: ____________________________</w:t>
      </w:r>
    </w:p>
    <w:p w14:paraId="4F172548" w14:textId="77777777" w:rsidR="008850B0" w:rsidRDefault="00000000">
      <w:r>
        <w:t>Parent/Guardian Name: ____________________________</w:t>
      </w:r>
    </w:p>
    <w:p w14:paraId="45FE16DE" w14:textId="77777777" w:rsidR="008850B0" w:rsidRDefault="00000000">
      <w:r>
        <w:t>Contact Information: ____________________________</w:t>
      </w:r>
    </w:p>
    <w:p w14:paraId="3FC02913" w14:textId="77777777" w:rsidR="008850B0" w:rsidRDefault="00000000">
      <w:r>
        <w:br/>
        <w:t>Current Status:</w:t>
      </w:r>
    </w:p>
    <w:p w14:paraId="49F4A35B" w14:textId="77777777" w:rsidR="008850B0" w:rsidRDefault="00000000">
      <w:r>
        <w:t>☐ In School (Transition Program 18–22)</w:t>
      </w:r>
    </w:p>
    <w:p w14:paraId="492BB1A6" w14:textId="77777777" w:rsidR="008850B0" w:rsidRDefault="00000000">
      <w:r>
        <w:t>☐ Graduated</w:t>
      </w:r>
    </w:p>
    <w:p w14:paraId="2C4B141C" w14:textId="77777777" w:rsidR="008850B0" w:rsidRDefault="00000000">
      <w:r>
        <w:t>☐ Not Enrolled</w:t>
      </w:r>
    </w:p>
    <w:p w14:paraId="574F31BD" w14:textId="77777777" w:rsidR="008850B0" w:rsidRDefault="00000000">
      <w:pPr>
        <w:pStyle w:val="Heading1"/>
      </w:pPr>
      <w:r>
        <w:t>2. Vision &amp; Goals</w:t>
      </w:r>
    </w:p>
    <w:p w14:paraId="14340903" w14:textId="77777777" w:rsidR="008850B0" w:rsidRDefault="00000000">
      <w:r>
        <w:t>Vision Statement:</w:t>
      </w:r>
      <w:r>
        <w:br/>
        <w:t>__________________________________________</w:t>
      </w:r>
      <w:r>
        <w:br/>
        <w:t>__________________________________________</w:t>
      </w:r>
    </w:p>
    <w:p w14:paraId="2B4A7A67" w14:textId="77777777" w:rsidR="008850B0" w:rsidRDefault="00000000">
      <w:r>
        <w:t>Mission Statement:</w:t>
      </w:r>
      <w:r>
        <w:br/>
        <w:t>__________________________________________</w:t>
      </w:r>
      <w:r>
        <w:br/>
        <w:t>__________________________________________</w:t>
      </w:r>
    </w:p>
    <w:p w14:paraId="634691BD" w14:textId="77777777" w:rsidR="008850B0" w:rsidRDefault="00000000">
      <w:r>
        <w:t>Top 3 Long-Term Goals:</w:t>
      </w:r>
    </w:p>
    <w:p w14:paraId="2551F513" w14:textId="77777777" w:rsidR="008850B0" w:rsidRDefault="00000000">
      <w:r>
        <w:t>1. ______________________________________</w:t>
      </w:r>
    </w:p>
    <w:p w14:paraId="5433A594" w14:textId="77777777" w:rsidR="008850B0" w:rsidRDefault="00000000">
      <w:r>
        <w:t>2. ______________________________________</w:t>
      </w:r>
    </w:p>
    <w:p w14:paraId="5C640A23" w14:textId="77777777" w:rsidR="008850B0" w:rsidRDefault="00000000">
      <w:r>
        <w:t>3. ______________________________________</w:t>
      </w:r>
    </w:p>
    <w:p w14:paraId="04E5C5B9" w14:textId="77777777" w:rsidR="008850B0" w:rsidRDefault="00000000">
      <w:pPr>
        <w:pStyle w:val="Heading1"/>
      </w:pPr>
      <w:r>
        <w:lastRenderedPageBreak/>
        <w:t>3. Texas Services Tracker</w:t>
      </w:r>
    </w:p>
    <w:p w14:paraId="7DDEF7FC" w14:textId="77777777" w:rsidR="008850B0" w:rsidRDefault="00000000">
      <w:r>
        <w:t>LIDDA Contacted: ☐ Yes ☐ No</w:t>
      </w:r>
    </w:p>
    <w:p w14:paraId="6DDC7E13" w14:textId="77777777" w:rsidR="008850B0" w:rsidRDefault="00000000">
      <w:r>
        <w:t>HCS Waitlist: ☐ Yes ☐ No Date: _______</w:t>
      </w:r>
    </w:p>
    <w:p w14:paraId="3EDD7EBC" w14:textId="77777777" w:rsidR="008850B0" w:rsidRDefault="00000000">
      <w:r>
        <w:t>TxHmL Waitlist: ☐ Yes ☐ No Date: _______</w:t>
      </w:r>
    </w:p>
    <w:p w14:paraId="5253D86C" w14:textId="77777777" w:rsidR="008850B0" w:rsidRDefault="00000000">
      <w:r>
        <w:t>CLASS Waitlist: ☐ Yes ☐ No Date: _______</w:t>
      </w:r>
    </w:p>
    <w:p w14:paraId="75A2972D" w14:textId="77777777" w:rsidR="008850B0" w:rsidRDefault="00000000">
      <w:r>
        <w:t>SSI Application: ☐ Completed ☐ Pending</w:t>
      </w:r>
    </w:p>
    <w:p w14:paraId="798E816B" w14:textId="77777777" w:rsidR="008850B0" w:rsidRDefault="00000000">
      <w:r>
        <w:t>Medicaid: ☐ Active ☐ Pending</w:t>
      </w:r>
    </w:p>
    <w:p w14:paraId="6B07F19C" w14:textId="77777777" w:rsidR="008850B0" w:rsidRDefault="00000000">
      <w:r>
        <w:t>VR Services: ☐ Applied ☐ Approved ☐ Assigned Counselor</w:t>
      </w:r>
    </w:p>
    <w:p w14:paraId="2ACCE4BC" w14:textId="77777777" w:rsidR="008850B0" w:rsidRDefault="00000000">
      <w:pPr>
        <w:pStyle w:val="Heading1"/>
      </w:pPr>
      <w:r>
        <w:t>4. Support Team</w:t>
      </w:r>
    </w:p>
    <w:p w14:paraId="116FCBE7" w14:textId="77777777" w:rsidR="008850B0" w:rsidRDefault="00000000">
      <w:r>
        <w:t>VR Counselor: ____________________________</w:t>
      </w:r>
    </w:p>
    <w:p w14:paraId="08EE1AF6" w14:textId="77777777" w:rsidR="008850B0" w:rsidRDefault="00000000">
      <w:r>
        <w:t>Case Manager: ____________________________</w:t>
      </w:r>
    </w:p>
    <w:p w14:paraId="318D1221" w14:textId="77777777" w:rsidR="008850B0" w:rsidRDefault="00000000">
      <w:r>
        <w:t>Therapist: ____________________________</w:t>
      </w:r>
    </w:p>
    <w:p w14:paraId="0BFD4FC3" w14:textId="77777777" w:rsidR="008850B0" w:rsidRDefault="00000000">
      <w:r>
        <w:t>Family Supports: ____________________________</w:t>
      </w:r>
    </w:p>
    <w:p w14:paraId="0FE9A22B" w14:textId="77777777" w:rsidR="008850B0" w:rsidRDefault="00000000">
      <w:pPr>
        <w:pStyle w:val="Heading1"/>
      </w:pPr>
      <w:r>
        <w:t>5. Action Plan</w:t>
      </w:r>
    </w:p>
    <w:p w14:paraId="10FEF330" w14:textId="77777777" w:rsidR="008850B0" w:rsidRDefault="00000000">
      <w:r>
        <w:t>Goal | Action Step | Responsible | Timeline</w:t>
      </w:r>
    </w:p>
    <w:p w14:paraId="1FC42852" w14:textId="77777777" w:rsidR="008850B0" w:rsidRDefault="00000000">
      <w:r>
        <w:t>__________________________________________</w:t>
      </w:r>
    </w:p>
    <w:p w14:paraId="434B87E3" w14:textId="77777777" w:rsidR="008850B0" w:rsidRDefault="00000000">
      <w:r>
        <w:t>__________________________________________</w:t>
      </w:r>
    </w:p>
    <w:sectPr w:rsidR="008850B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3196768">
    <w:abstractNumId w:val="8"/>
  </w:num>
  <w:num w:numId="2" w16cid:durableId="2123182342">
    <w:abstractNumId w:val="6"/>
  </w:num>
  <w:num w:numId="3" w16cid:durableId="88351050">
    <w:abstractNumId w:val="5"/>
  </w:num>
  <w:num w:numId="4" w16cid:durableId="343820606">
    <w:abstractNumId w:val="4"/>
  </w:num>
  <w:num w:numId="5" w16cid:durableId="1005476280">
    <w:abstractNumId w:val="7"/>
  </w:num>
  <w:num w:numId="6" w16cid:durableId="1936473328">
    <w:abstractNumId w:val="3"/>
  </w:num>
  <w:num w:numId="7" w16cid:durableId="1346901900">
    <w:abstractNumId w:val="2"/>
  </w:num>
  <w:num w:numId="8" w16cid:durableId="1118183771">
    <w:abstractNumId w:val="1"/>
  </w:num>
  <w:num w:numId="9" w16cid:durableId="55666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D0B44"/>
    <w:rsid w:val="008850B0"/>
    <w:rsid w:val="00AA1D8D"/>
    <w:rsid w:val="00B47730"/>
    <w:rsid w:val="00CB0664"/>
    <w:rsid w:val="00D23A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17E922"/>
  <w14:defaultImageDpi w14:val="300"/>
  <w15:docId w15:val="{45872307-9743-4ABC-A2FF-883045C5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GotAdvocacy</dc:creator>
  <cp:keywords/>
  <dc:description>generated by python-docx</dc:description>
  <cp:lastModifiedBy>GotAdvocacy</cp:lastModifiedBy>
  <cp:revision>2</cp:revision>
  <dcterms:created xsi:type="dcterms:W3CDTF">2026-07-09T18:32:00Z</dcterms:created>
  <dcterms:modified xsi:type="dcterms:W3CDTF">2026-07-09T18:32:00Z</dcterms:modified>
  <cp:category/>
</cp:coreProperties>
</file>