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328"/>
        <w:gridCol w:w="5328"/>
      </w:tblGrid>
      <w:tr w:rsidR="008D4506" w14:paraId="1770828C" w14:textId="77777777">
        <w:trPr>
          <w:jc w:val="center"/>
        </w:trPr>
        <w:tc>
          <w:tcPr>
            <w:tcW w:w="5328" w:type="dxa"/>
            <w:tcBorders>
              <w:top w:val="single" w:sz="0" w:space="0" w:color="173B57"/>
              <w:left w:val="single" w:sz="0" w:space="0" w:color="173B57"/>
              <w:bottom w:val="single" w:sz="0" w:space="0" w:color="173B57"/>
              <w:right w:val="single" w:sz="0" w:space="0" w:color="173B57"/>
            </w:tcBorders>
            <w:shd w:val="clear" w:color="auto" w:fill="173B57"/>
            <w:tcMar>
              <w:top w:w="120" w:type="dxa"/>
              <w:left w:w="140" w:type="dxa"/>
              <w:bottom w:w="110" w:type="dxa"/>
              <w:right w:w="120" w:type="dxa"/>
            </w:tcMar>
          </w:tcPr>
          <w:p w14:paraId="08FAF0BC" w14:textId="77777777" w:rsidR="008D4506" w:rsidRDefault="00000000">
            <w:pPr>
              <w:spacing w:after="40"/>
            </w:pPr>
            <w:r>
              <w:rPr>
                <w:b/>
                <w:color w:val="FFFFFF"/>
                <w:sz w:val="36"/>
              </w:rPr>
              <w:t>SafePath Youth Transportation, LLC</w:t>
            </w:r>
          </w:p>
          <w:p w14:paraId="1DF2188B" w14:textId="77777777" w:rsidR="008D4506" w:rsidRDefault="00000000">
            <w:pPr>
              <w:spacing w:after="0"/>
            </w:pPr>
            <w:r>
              <w:rPr>
                <w:b/>
                <w:color w:val="BDE7E7"/>
                <w:sz w:val="21"/>
              </w:rPr>
              <w:t>CLIENT REFERRAL &amp; TRANSPORTATION REQUEST</w:t>
            </w:r>
          </w:p>
        </w:tc>
        <w:tc>
          <w:tcPr>
            <w:tcW w:w="5328" w:type="dxa"/>
            <w:tcBorders>
              <w:top w:val="single" w:sz="0" w:space="0" w:color="173B57"/>
              <w:left w:val="single" w:sz="0" w:space="0" w:color="173B57"/>
              <w:bottom w:val="single" w:sz="0" w:space="0" w:color="173B57"/>
              <w:right w:val="single" w:sz="0" w:space="0" w:color="173B57"/>
            </w:tcBorders>
            <w:shd w:val="clear" w:color="auto" w:fill="173B57"/>
            <w:tcMar>
              <w:top w:w="120" w:type="dxa"/>
              <w:left w:w="140" w:type="dxa"/>
              <w:bottom w:w="110" w:type="dxa"/>
              <w:right w:w="120" w:type="dxa"/>
            </w:tcMar>
          </w:tcPr>
          <w:p w14:paraId="6BA44178" w14:textId="77777777" w:rsidR="008D4506" w:rsidRDefault="00000000">
            <w:pPr>
              <w:jc w:val="right"/>
            </w:pPr>
            <w:r>
              <w:rPr>
                <w:i/>
                <w:color w:val="FFFFFF"/>
                <w:sz w:val="20"/>
              </w:rPr>
              <w:t>Safe Rides.</w:t>
            </w:r>
            <w:r>
              <w:rPr>
                <w:i/>
                <w:color w:val="FFFFFF"/>
                <w:sz w:val="20"/>
              </w:rPr>
              <w:br/>
              <w:t>Stronger Futures.</w:t>
            </w:r>
          </w:p>
        </w:tc>
      </w:tr>
    </w:tbl>
    <w:p w14:paraId="524CE257" w14:textId="77777777" w:rsidR="008D4506" w:rsidRDefault="00000000">
      <w:pPr>
        <w:spacing w:before="60" w:after="100"/>
        <w:jc w:val="center"/>
      </w:pPr>
      <w:r>
        <w:rPr>
          <w:color w:val="5B6570"/>
          <w:sz w:val="17"/>
        </w:rPr>
        <w:t>Phone: (713) 913-9607   |   www.safepathyouthtransport.com   |   Harris County / Region 6</w:t>
      </w:r>
    </w:p>
    <w:tbl>
      <w:tblPr>
        <w:tblW w:w="0" w:type="auto"/>
        <w:jc w:val="center"/>
        <w:tblLayout w:type="fixed"/>
        <w:tblLook w:val="04A0" w:firstRow="1" w:lastRow="0" w:firstColumn="1" w:lastColumn="0" w:noHBand="0" w:noVBand="1"/>
      </w:tblPr>
      <w:tblGrid>
        <w:gridCol w:w="5155"/>
        <w:gridCol w:w="5501"/>
        <w:gridCol w:w="44"/>
      </w:tblGrid>
      <w:tr w:rsidR="008D4506" w14:paraId="4BE75F25" w14:textId="77777777">
        <w:trPr>
          <w:gridAfter w:val="1"/>
          <w:wAfter w:w="44" w:type="dxa"/>
          <w:jc w:val="center"/>
        </w:trPr>
        <w:tc>
          <w:tcPr>
            <w:tcW w:w="10656" w:type="dxa"/>
            <w:gridSpan w:val="2"/>
            <w:shd w:val="clear" w:color="auto" w:fill="173B57"/>
            <w:tcMar>
              <w:top w:w="45" w:type="dxa"/>
              <w:left w:w="120" w:type="dxa"/>
              <w:bottom w:w="45" w:type="dxa"/>
              <w:right w:w="120" w:type="dxa"/>
            </w:tcMar>
          </w:tcPr>
          <w:p w14:paraId="6A940742" w14:textId="77777777" w:rsidR="008D4506" w:rsidRDefault="00000000">
            <w:pPr>
              <w:spacing w:after="0"/>
            </w:pPr>
            <w:r>
              <w:rPr>
                <w:b/>
                <w:color w:val="FFFFFF"/>
                <w:sz w:val="21"/>
              </w:rPr>
              <w:t>1. REFERRING AGENCY / CONTACT INFORMATION</w:t>
            </w:r>
          </w:p>
        </w:tc>
      </w:tr>
      <w:tr w:rsidR="008D4506" w14:paraId="52117C5A"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0639E510" w14:textId="77777777" w:rsidR="008D4506" w:rsidRDefault="00000000">
            <w:pPr>
              <w:spacing w:after="40"/>
            </w:pPr>
            <w:r>
              <w:rPr>
                <w:b/>
                <w:color w:val="173B57"/>
                <w:sz w:val="17"/>
              </w:rPr>
              <w:t>Agency / Organization Name</w:t>
            </w:r>
          </w:p>
          <w:p w14:paraId="76154963"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29AD4C1C" w14:textId="73A7CF3C" w:rsidR="008D4506" w:rsidRDefault="00000000">
            <w:pPr>
              <w:spacing w:after="40"/>
            </w:pPr>
            <w:r>
              <w:rPr>
                <w:b/>
                <w:color w:val="173B57"/>
                <w:sz w:val="17"/>
              </w:rPr>
              <w:t>Referral Da</w:t>
            </w:r>
            <w:r w:rsidR="009B26B3">
              <w:rPr>
                <w:b/>
                <w:color w:val="173B57"/>
                <w:sz w:val="17"/>
              </w:rPr>
              <w:t>t</w:t>
            </w:r>
            <w:r w:rsidR="009B26B3">
              <w:t>e</w:t>
            </w:r>
          </w:p>
          <w:p w14:paraId="784D8C6F" w14:textId="2EF89F1C" w:rsidR="008D4506" w:rsidRDefault="00000000">
            <w:pPr>
              <w:spacing w:after="0" w:line="240" w:lineRule="auto"/>
            </w:pPr>
            <w:r>
              <w:rPr>
                <w:color w:val="B8C5CC"/>
                <w:sz w:val="16"/>
              </w:rPr>
              <w:t>______________________________________</w:t>
            </w:r>
          </w:p>
        </w:tc>
      </w:tr>
      <w:tr w:rsidR="008D4506" w14:paraId="50E75670"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03DC769E" w14:textId="77777777" w:rsidR="008D4506" w:rsidRDefault="00000000">
            <w:pPr>
              <w:spacing w:after="40"/>
            </w:pPr>
            <w:r>
              <w:rPr>
                <w:b/>
                <w:color w:val="173B57"/>
                <w:sz w:val="17"/>
              </w:rPr>
              <w:t>Referrer / Caseworker Name</w:t>
            </w:r>
          </w:p>
          <w:p w14:paraId="3BBF50C8"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358AEA24" w14:textId="77777777" w:rsidR="008D4506" w:rsidRDefault="00000000">
            <w:pPr>
              <w:spacing w:after="40"/>
            </w:pPr>
            <w:r>
              <w:rPr>
                <w:b/>
                <w:color w:val="173B57"/>
                <w:sz w:val="17"/>
              </w:rPr>
              <w:t>Title / Department</w:t>
            </w:r>
          </w:p>
          <w:p w14:paraId="2D45269E" w14:textId="77777777" w:rsidR="008D4506" w:rsidRDefault="00000000">
            <w:pPr>
              <w:spacing w:after="0" w:line="240" w:lineRule="auto"/>
            </w:pPr>
            <w:r>
              <w:rPr>
                <w:color w:val="B8C5CC"/>
                <w:sz w:val="16"/>
              </w:rPr>
              <w:t>______________________________________</w:t>
            </w:r>
          </w:p>
        </w:tc>
      </w:tr>
      <w:tr w:rsidR="008D4506" w14:paraId="18F8D90F"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55EBD4C3" w14:textId="77777777" w:rsidR="008D4506" w:rsidRDefault="00000000">
            <w:pPr>
              <w:spacing w:after="40"/>
            </w:pPr>
            <w:r>
              <w:rPr>
                <w:b/>
                <w:color w:val="173B57"/>
                <w:sz w:val="17"/>
              </w:rPr>
              <w:t>Phone Number</w:t>
            </w:r>
          </w:p>
          <w:p w14:paraId="534E2105"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77559108" w14:textId="77777777" w:rsidR="008D4506" w:rsidRDefault="00000000">
            <w:pPr>
              <w:spacing w:after="40"/>
            </w:pPr>
            <w:r>
              <w:rPr>
                <w:b/>
                <w:color w:val="173B57"/>
                <w:sz w:val="17"/>
              </w:rPr>
              <w:t>Email Address</w:t>
            </w:r>
          </w:p>
          <w:p w14:paraId="28A9E667" w14:textId="77777777" w:rsidR="008D4506" w:rsidRDefault="00000000">
            <w:pPr>
              <w:spacing w:after="0" w:line="240" w:lineRule="auto"/>
            </w:pPr>
            <w:r>
              <w:rPr>
                <w:color w:val="B8C5CC"/>
                <w:sz w:val="16"/>
              </w:rPr>
              <w:t>______________________________________</w:t>
            </w:r>
          </w:p>
        </w:tc>
      </w:tr>
      <w:tr w:rsidR="008D4506" w14:paraId="1441FADD"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1DABCD8C" w14:textId="77777777" w:rsidR="008D4506" w:rsidRDefault="00000000">
            <w:pPr>
              <w:spacing w:after="40"/>
            </w:pPr>
            <w:r>
              <w:rPr>
                <w:b/>
                <w:color w:val="173B57"/>
                <w:sz w:val="17"/>
              </w:rPr>
              <w:t>Supervisor Name (if applicable)</w:t>
            </w:r>
          </w:p>
          <w:p w14:paraId="62F93711"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0DC284C2" w14:textId="77777777" w:rsidR="008D4506" w:rsidRDefault="00000000">
            <w:pPr>
              <w:spacing w:after="40"/>
            </w:pPr>
            <w:r>
              <w:rPr>
                <w:b/>
                <w:color w:val="173B57"/>
                <w:sz w:val="17"/>
              </w:rPr>
              <w:t>Supervisor Phone / Email</w:t>
            </w:r>
          </w:p>
          <w:p w14:paraId="7A6BCA6F" w14:textId="77777777" w:rsidR="008D4506" w:rsidRDefault="00000000">
            <w:pPr>
              <w:spacing w:after="0" w:line="240" w:lineRule="auto"/>
            </w:pPr>
            <w:r>
              <w:rPr>
                <w:color w:val="B8C5CC"/>
                <w:sz w:val="16"/>
              </w:rPr>
              <w:t>______________________________________</w:t>
            </w:r>
          </w:p>
        </w:tc>
      </w:tr>
      <w:tr w:rsidR="008D4506" w14:paraId="6D4529B7" w14:textId="77777777">
        <w:trPr>
          <w:gridAfter w:val="1"/>
          <w:wAfter w:w="44" w:type="dxa"/>
          <w:jc w:val="center"/>
        </w:trPr>
        <w:tc>
          <w:tcPr>
            <w:tcW w:w="10656" w:type="dxa"/>
            <w:gridSpan w:val="2"/>
            <w:shd w:val="clear" w:color="auto" w:fill="173B57"/>
            <w:tcMar>
              <w:top w:w="45" w:type="dxa"/>
              <w:left w:w="120" w:type="dxa"/>
              <w:bottom w:w="45" w:type="dxa"/>
              <w:right w:w="120" w:type="dxa"/>
            </w:tcMar>
          </w:tcPr>
          <w:p w14:paraId="4241B18C" w14:textId="77777777" w:rsidR="008D4506" w:rsidRDefault="00000000">
            <w:pPr>
              <w:spacing w:after="0"/>
            </w:pPr>
            <w:r>
              <w:rPr>
                <w:b/>
                <w:color w:val="FFFFFF"/>
                <w:sz w:val="21"/>
              </w:rPr>
              <w:t>2. CLIENT / YOUTH INFORMATION</w:t>
            </w:r>
          </w:p>
        </w:tc>
      </w:tr>
      <w:tr w:rsidR="008D4506" w14:paraId="6BCFE2E9"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115E33DD" w14:textId="77777777" w:rsidR="008D4506" w:rsidRDefault="00000000">
            <w:pPr>
              <w:spacing w:after="40"/>
            </w:pPr>
            <w:r>
              <w:rPr>
                <w:b/>
                <w:color w:val="173B57"/>
                <w:sz w:val="17"/>
              </w:rPr>
              <w:t>Client / Youth Full Name</w:t>
            </w:r>
          </w:p>
          <w:p w14:paraId="65F86BCA"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064C21AB" w14:textId="77777777" w:rsidR="008D4506" w:rsidRDefault="00000000">
            <w:pPr>
              <w:spacing w:after="40"/>
            </w:pPr>
            <w:r>
              <w:rPr>
                <w:b/>
                <w:color w:val="173B57"/>
                <w:sz w:val="17"/>
              </w:rPr>
              <w:t>Date of Birth / Age</w:t>
            </w:r>
          </w:p>
          <w:p w14:paraId="31B44535" w14:textId="77777777" w:rsidR="008D4506" w:rsidRDefault="00000000">
            <w:pPr>
              <w:spacing w:after="0" w:line="240" w:lineRule="auto"/>
            </w:pPr>
            <w:r>
              <w:rPr>
                <w:color w:val="B8C5CC"/>
                <w:sz w:val="16"/>
              </w:rPr>
              <w:t>______________________________________</w:t>
            </w:r>
          </w:p>
        </w:tc>
      </w:tr>
      <w:tr w:rsidR="008D4506" w14:paraId="42626FEA"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2140EAA0" w14:textId="77777777" w:rsidR="008D4506" w:rsidRDefault="00000000">
            <w:pPr>
              <w:spacing w:after="40"/>
            </w:pPr>
            <w:r>
              <w:rPr>
                <w:b/>
                <w:color w:val="173B57"/>
                <w:sz w:val="17"/>
              </w:rPr>
              <w:t>Preferred Name</w:t>
            </w:r>
          </w:p>
          <w:p w14:paraId="5275B7D8"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091AAA65" w14:textId="77777777" w:rsidR="008D4506" w:rsidRDefault="00000000">
            <w:pPr>
              <w:spacing w:after="40"/>
            </w:pPr>
            <w:r>
              <w:rPr>
                <w:b/>
                <w:color w:val="173B57"/>
                <w:sz w:val="17"/>
              </w:rPr>
              <w:t>Pronouns (optional)</w:t>
            </w:r>
          </w:p>
          <w:p w14:paraId="5F079EC2" w14:textId="77777777" w:rsidR="008D4506" w:rsidRDefault="00000000">
            <w:pPr>
              <w:spacing w:after="0" w:line="240" w:lineRule="auto"/>
            </w:pPr>
            <w:r>
              <w:rPr>
                <w:color w:val="B8C5CC"/>
                <w:sz w:val="16"/>
              </w:rPr>
              <w:t>______________________________________</w:t>
            </w:r>
          </w:p>
        </w:tc>
      </w:tr>
      <w:tr w:rsidR="008D4506" w14:paraId="40ACE20A"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556C2C03" w14:textId="77777777" w:rsidR="008D4506" w:rsidRDefault="00000000">
            <w:pPr>
              <w:spacing w:after="40"/>
            </w:pPr>
            <w:r>
              <w:rPr>
                <w:b/>
                <w:color w:val="173B57"/>
                <w:sz w:val="17"/>
              </w:rPr>
              <w:t>Placement / Caregiver Name</w:t>
            </w:r>
          </w:p>
          <w:p w14:paraId="31E15E49"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2DEADF47" w14:textId="77777777" w:rsidR="008D4506" w:rsidRDefault="00000000">
            <w:pPr>
              <w:spacing w:after="40"/>
            </w:pPr>
            <w:r>
              <w:rPr>
                <w:b/>
                <w:color w:val="173B57"/>
                <w:sz w:val="17"/>
              </w:rPr>
              <w:t>Caregiver Phone Number</w:t>
            </w:r>
          </w:p>
          <w:p w14:paraId="26846895" w14:textId="77777777" w:rsidR="008D4506" w:rsidRDefault="00000000">
            <w:pPr>
              <w:spacing w:after="0" w:line="240" w:lineRule="auto"/>
            </w:pPr>
            <w:r>
              <w:rPr>
                <w:color w:val="B8C5CC"/>
                <w:sz w:val="16"/>
              </w:rPr>
              <w:t>______________________________________</w:t>
            </w:r>
          </w:p>
        </w:tc>
      </w:tr>
      <w:tr w:rsidR="008D4506" w14:paraId="2E6C467D"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43685F2B" w14:textId="77777777" w:rsidR="008D4506" w:rsidRDefault="00000000">
            <w:pPr>
              <w:spacing w:after="40"/>
            </w:pPr>
            <w:r>
              <w:rPr>
                <w:b/>
                <w:color w:val="173B57"/>
                <w:sz w:val="17"/>
              </w:rPr>
              <w:t>Case Number / Client ID</w:t>
            </w:r>
          </w:p>
          <w:p w14:paraId="1617BDAE"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27D47383" w14:textId="77777777" w:rsidR="008D4506" w:rsidRDefault="00000000">
            <w:pPr>
              <w:spacing w:after="40"/>
            </w:pPr>
            <w:r>
              <w:rPr>
                <w:b/>
                <w:color w:val="173B57"/>
                <w:sz w:val="17"/>
              </w:rPr>
              <w:t>Medicaid ID (if needed for trip)</w:t>
            </w:r>
          </w:p>
          <w:p w14:paraId="1C601E04" w14:textId="77777777" w:rsidR="008D4506" w:rsidRDefault="00000000">
            <w:pPr>
              <w:spacing w:after="0" w:line="240" w:lineRule="auto"/>
            </w:pPr>
            <w:r>
              <w:rPr>
                <w:color w:val="B8C5CC"/>
                <w:sz w:val="16"/>
              </w:rPr>
              <w:t>______________________________________</w:t>
            </w:r>
          </w:p>
        </w:tc>
      </w:tr>
      <w:tr w:rsidR="008D4506" w14:paraId="3DBE3534" w14:textId="77777777">
        <w:trPr>
          <w:gridAfter w:val="1"/>
          <w:wAfter w:w="44" w:type="dxa"/>
          <w:jc w:val="center"/>
        </w:trPr>
        <w:tc>
          <w:tcPr>
            <w:tcW w:w="10656" w:type="dxa"/>
            <w:gridSpan w:val="2"/>
            <w:shd w:val="clear" w:color="auto" w:fill="173B57"/>
            <w:tcMar>
              <w:top w:w="45" w:type="dxa"/>
              <w:left w:w="120" w:type="dxa"/>
              <w:bottom w:w="45" w:type="dxa"/>
              <w:right w:w="120" w:type="dxa"/>
            </w:tcMar>
          </w:tcPr>
          <w:p w14:paraId="0AD8E462" w14:textId="77777777" w:rsidR="008D4506" w:rsidRDefault="00000000">
            <w:pPr>
              <w:spacing w:after="0"/>
            </w:pPr>
            <w:r>
              <w:rPr>
                <w:b/>
                <w:color w:val="FFFFFF"/>
                <w:sz w:val="21"/>
              </w:rPr>
              <w:t>3. TRANSPORTATION REQUEST</w:t>
            </w:r>
          </w:p>
        </w:tc>
      </w:tr>
      <w:tr w:rsidR="008D4506" w14:paraId="2885F9BB"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450BEF2C" w14:textId="77777777" w:rsidR="008D4506" w:rsidRDefault="00000000">
            <w:pPr>
              <w:spacing w:after="40"/>
            </w:pPr>
            <w:r>
              <w:rPr>
                <w:b/>
                <w:color w:val="173B57"/>
                <w:sz w:val="17"/>
              </w:rPr>
              <w:t>Requested Date</w:t>
            </w:r>
          </w:p>
          <w:p w14:paraId="75E3384F"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28F419EC" w14:textId="77777777" w:rsidR="008D4506" w:rsidRDefault="00000000">
            <w:pPr>
              <w:spacing w:after="40"/>
            </w:pPr>
            <w:r>
              <w:rPr>
                <w:b/>
                <w:color w:val="173B57"/>
                <w:sz w:val="17"/>
              </w:rPr>
              <w:t>Requested Pick-Up Time</w:t>
            </w:r>
          </w:p>
          <w:p w14:paraId="379349E0" w14:textId="77777777" w:rsidR="008D4506" w:rsidRDefault="00000000">
            <w:pPr>
              <w:spacing w:after="0" w:line="240" w:lineRule="auto"/>
            </w:pPr>
            <w:r>
              <w:rPr>
                <w:color w:val="B8C5CC"/>
                <w:sz w:val="16"/>
              </w:rPr>
              <w:t>______________________________________</w:t>
            </w:r>
          </w:p>
        </w:tc>
      </w:tr>
      <w:tr w:rsidR="008D4506" w14:paraId="05E177F0"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36CA4F3B" w14:textId="77777777" w:rsidR="008D4506" w:rsidRDefault="00000000">
            <w:pPr>
              <w:spacing w:after="40"/>
            </w:pPr>
            <w:r>
              <w:rPr>
                <w:b/>
                <w:color w:val="173B57"/>
                <w:sz w:val="17"/>
              </w:rPr>
              <w:t>Pick-Up Address</w:t>
            </w:r>
          </w:p>
          <w:p w14:paraId="0A4E4B2D" w14:textId="77777777" w:rsidR="008D4506" w:rsidRDefault="00000000">
            <w:pPr>
              <w:spacing w:after="0" w:line="240" w:lineRule="auto"/>
            </w:pPr>
            <w:r>
              <w:rPr>
                <w:color w:val="B8C5CC"/>
                <w:sz w:val="16"/>
              </w:rPr>
              <w:t>______________________________________</w:t>
            </w:r>
          </w:p>
          <w:p w14:paraId="78A6AE6C"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2D7E6477" w14:textId="77777777" w:rsidR="008D4506" w:rsidRDefault="00000000">
            <w:pPr>
              <w:spacing w:after="40"/>
            </w:pPr>
            <w:r>
              <w:rPr>
                <w:b/>
                <w:color w:val="173B57"/>
                <w:sz w:val="17"/>
              </w:rPr>
              <w:t>Drop-Off Address</w:t>
            </w:r>
          </w:p>
          <w:p w14:paraId="64E0ED30" w14:textId="77777777" w:rsidR="008D4506" w:rsidRDefault="00000000">
            <w:pPr>
              <w:spacing w:after="0" w:line="240" w:lineRule="auto"/>
            </w:pPr>
            <w:r>
              <w:rPr>
                <w:color w:val="B8C5CC"/>
                <w:sz w:val="16"/>
              </w:rPr>
              <w:t>______________________________________</w:t>
            </w:r>
          </w:p>
          <w:p w14:paraId="23F840FA" w14:textId="77777777" w:rsidR="008D4506" w:rsidRDefault="00000000">
            <w:pPr>
              <w:spacing w:after="0" w:line="240" w:lineRule="auto"/>
            </w:pPr>
            <w:r>
              <w:rPr>
                <w:color w:val="B8C5CC"/>
                <w:sz w:val="16"/>
              </w:rPr>
              <w:t>______________________________________</w:t>
            </w:r>
          </w:p>
        </w:tc>
      </w:tr>
      <w:tr w:rsidR="008D4506" w14:paraId="5D76BE56"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35C2DFBF" w14:textId="77777777" w:rsidR="008D4506" w:rsidRDefault="00000000">
            <w:pPr>
              <w:spacing w:after="40"/>
            </w:pPr>
            <w:r>
              <w:rPr>
                <w:b/>
                <w:color w:val="173B57"/>
                <w:sz w:val="17"/>
              </w:rPr>
              <w:t>Destination / Appointment Name</w:t>
            </w:r>
          </w:p>
          <w:p w14:paraId="100E66A6"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1384B3FE" w14:textId="77777777" w:rsidR="008D4506" w:rsidRDefault="00000000">
            <w:pPr>
              <w:spacing w:after="40"/>
            </w:pPr>
            <w:r>
              <w:rPr>
                <w:b/>
                <w:color w:val="173B57"/>
                <w:sz w:val="17"/>
              </w:rPr>
              <w:t>Appointment / Arrival Time</w:t>
            </w:r>
          </w:p>
          <w:p w14:paraId="64F9C7E6" w14:textId="77777777" w:rsidR="008D4506" w:rsidRDefault="00000000">
            <w:pPr>
              <w:spacing w:after="0" w:line="240" w:lineRule="auto"/>
            </w:pPr>
            <w:r>
              <w:rPr>
                <w:color w:val="B8C5CC"/>
                <w:sz w:val="16"/>
              </w:rPr>
              <w:t>______________________________________</w:t>
            </w:r>
          </w:p>
        </w:tc>
      </w:tr>
      <w:tr w:rsidR="008D4506" w14:paraId="4CF61D6D" w14:textId="77777777">
        <w:trPr>
          <w:jc w:val="center"/>
        </w:trPr>
        <w:tc>
          <w:tcPr>
            <w:tcW w:w="10310" w:type="dxa"/>
            <w:gridSpan w:val="3"/>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2F70C5C8" w14:textId="77777777" w:rsidR="008D4506" w:rsidRDefault="00000000">
            <w:r>
              <w:rPr>
                <w:b/>
                <w:color w:val="173B57"/>
              </w:rPr>
              <w:t>Transportation Need</w:t>
            </w:r>
          </w:p>
          <w:p w14:paraId="146049A6" w14:textId="77777777" w:rsidR="008D4506" w:rsidRDefault="00000000">
            <w:pPr>
              <w:spacing w:after="0"/>
            </w:pPr>
            <w:r>
              <w:rPr>
                <w:color w:val="5B6570"/>
                <w:sz w:val="17"/>
              </w:rPr>
              <w:t>☐ School   ☐ Medical   ☐ Therapy   ☐ Family Visit   ☐ Court   ☐ Placement   ☐ Community Activity   ☐ Other</w:t>
            </w:r>
          </w:p>
        </w:tc>
      </w:tr>
      <w:tr w:rsidR="008D4506" w14:paraId="0017FA5D"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18D3BA50" w14:textId="77777777" w:rsidR="008D4506" w:rsidRDefault="00000000">
            <w:pPr>
              <w:spacing w:after="40"/>
            </w:pPr>
            <w:r>
              <w:rPr>
                <w:b/>
                <w:color w:val="173B57"/>
                <w:sz w:val="17"/>
              </w:rPr>
              <w:t>Return Trip Needed?  ☐ Yes   ☐ No</w:t>
            </w:r>
            <w:r>
              <w:rPr>
                <w:b/>
                <w:color w:val="173B57"/>
                <w:sz w:val="17"/>
              </w:rPr>
              <w:br/>
              <w:t>Return Pick-Up Time: __________________</w:t>
            </w:r>
          </w:p>
          <w:p w14:paraId="0D9F4F21"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33AB6414" w14:textId="77777777" w:rsidR="008D4506" w:rsidRDefault="00000000">
            <w:pPr>
              <w:spacing w:after="40"/>
            </w:pPr>
            <w:r>
              <w:rPr>
                <w:b/>
                <w:color w:val="173B57"/>
                <w:sz w:val="17"/>
              </w:rPr>
              <w:t>Number of Passengers / Additional Riders</w:t>
            </w:r>
          </w:p>
          <w:p w14:paraId="512B2ADB" w14:textId="77777777" w:rsidR="008D4506" w:rsidRDefault="00000000">
            <w:pPr>
              <w:spacing w:after="0" w:line="240" w:lineRule="auto"/>
            </w:pPr>
            <w:r>
              <w:rPr>
                <w:color w:val="B8C5CC"/>
                <w:sz w:val="16"/>
              </w:rPr>
              <w:t>______________________________________</w:t>
            </w:r>
          </w:p>
        </w:tc>
      </w:tr>
      <w:tr w:rsidR="008D4506" w14:paraId="3591CF0C" w14:textId="77777777">
        <w:trPr>
          <w:gridAfter w:val="1"/>
          <w:wAfter w:w="44" w:type="dxa"/>
          <w:jc w:val="center"/>
        </w:trPr>
        <w:tc>
          <w:tcPr>
            <w:tcW w:w="10656" w:type="dxa"/>
            <w:gridSpan w:val="2"/>
            <w:shd w:val="clear" w:color="auto" w:fill="173B57"/>
            <w:tcMar>
              <w:top w:w="45" w:type="dxa"/>
              <w:left w:w="120" w:type="dxa"/>
              <w:bottom w:w="45" w:type="dxa"/>
              <w:right w:w="120" w:type="dxa"/>
            </w:tcMar>
          </w:tcPr>
          <w:p w14:paraId="32EC7D5B" w14:textId="77777777" w:rsidR="008D4506" w:rsidRDefault="00000000">
            <w:pPr>
              <w:spacing w:after="0"/>
            </w:pPr>
            <w:r>
              <w:rPr>
                <w:b/>
                <w:color w:val="FFFFFF"/>
                <w:sz w:val="21"/>
              </w:rPr>
              <w:t>4. SAFETY, MEDICAL &amp; SUPPORT INFORMATION</w:t>
            </w:r>
          </w:p>
        </w:tc>
      </w:tr>
      <w:tr w:rsidR="008D4506" w14:paraId="371A19A1"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35C0CF4F" w14:textId="77777777" w:rsidR="008D4506" w:rsidRDefault="00000000">
            <w:pPr>
              <w:spacing w:after="40"/>
            </w:pPr>
            <w:r>
              <w:rPr>
                <w:b/>
                <w:color w:val="173B57"/>
                <w:sz w:val="17"/>
              </w:rPr>
              <w:t>Allergies / Medical Conditions</w:t>
            </w:r>
            <w:r>
              <w:rPr>
                <w:b/>
                <w:color w:val="173B57"/>
                <w:sz w:val="17"/>
              </w:rPr>
              <w:br/>
              <w:t>☐ None known</w:t>
            </w:r>
          </w:p>
          <w:p w14:paraId="40DDDC45"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1A58235A" w14:textId="77777777" w:rsidR="008D4506" w:rsidRDefault="00000000">
            <w:pPr>
              <w:spacing w:after="40"/>
            </w:pPr>
            <w:r>
              <w:rPr>
                <w:b/>
                <w:color w:val="173B57"/>
                <w:sz w:val="17"/>
              </w:rPr>
              <w:t>Medications / Emergency Instructions</w:t>
            </w:r>
            <w:r>
              <w:rPr>
                <w:b/>
                <w:color w:val="173B57"/>
                <w:sz w:val="17"/>
              </w:rPr>
              <w:br/>
              <w:t>☐ None known</w:t>
            </w:r>
          </w:p>
          <w:p w14:paraId="4250F6D5" w14:textId="77777777" w:rsidR="008D4506" w:rsidRDefault="00000000">
            <w:pPr>
              <w:spacing w:after="0" w:line="240" w:lineRule="auto"/>
            </w:pPr>
            <w:r>
              <w:rPr>
                <w:color w:val="B8C5CC"/>
                <w:sz w:val="16"/>
              </w:rPr>
              <w:t>______________________________________</w:t>
            </w:r>
          </w:p>
        </w:tc>
      </w:tr>
      <w:tr w:rsidR="008D4506" w14:paraId="75A0A5B6"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7F55FD91" w14:textId="77777777" w:rsidR="008D4506" w:rsidRDefault="00000000">
            <w:pPr>
              <w:spacing w:after="40"/>
            </w:pPr>
            <w:r>
              <w:rPr>
                <w:b/>
                <w:color w:val="173B57"/>
                <w:sz w:val="17"/>
              </w:rPr>
              <w:t>Behavioral / Emotional Support Needs</w:t>
            </w:r>
            <w:r>
              <w:rPr>
                <w:b/>
                <w:color w:val="173B57"/>
                <w:sz w:val="17"/>
              </w:rPr>
              <w:br/>
              <w:t>☐ None known</w:t>
            </w:r>
          </w:p>
          <w:p w14:paraId="20ED99D7"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563391D0" w14:textId="77777777" w:rsidR="008D4506" w:rsidRDefault="00000000">
            <w:pPr>
              <w:spacing w:after="40"/>
            </w:pPr>
            <w:r>
              <w:rPr>
                <w:b/>
                <w:color w:val="173B57"/>
                <w:sz w:val="17"/>
              </w:rPr>
              <w:t>Mobility, Car Seat, Booster, or Accessibility Needs</w:t>
            </w:r>
            <w:r>
              <w:rPr>
                <w:b/>
                <w:color w:val="173B57"/>
                <w:sz w:val="17"/>
              </w:rPr>
              <w:br/>
              <w:t>☐ None</w:t>
            </w:r>
          </w:p>
          <w:p w14:paraId="136DC80F" w14:textId="77777777" w:rsidR="008D4506" w:rsidRDefault="00000000">
            <w:pPr>
              <w:spacing w:after="0" w:line="240" w:lineRule="auto"/>
            </w:pPr>
            <w:r>
              <w:rPr>
                <w:color w:val="B8C5CC"/>
                <w:sz w:val="16"/>
              </w:rPr>
              <w:t>______________________________________</w:t>
            </w:r>
          </w:p>
        </w:tc>
      </w:tr>
      <w:tr w:rsidR="008D4506" w14:paraId="6F05C859"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2F023526" w14:textId="77777777" w:rsidR="008D4506" w:rsidRDefault="00000000">
            <w:pPr>
              <w:spacing w:after="40"/>
            </w:pPr>
            <w:r>
              <w:rPr>
                <w:b/>
                <w:color w:val="173B57"/>
                <w:sz w:val="17"/>
              </w:rPr>
              <w:t>Emergency Contact Name</w:t>
            </w:r>
          </w:p>
          <w:p w14:paraId="02BDBA5E" w14:textId="77777777" w:rsidR="008D4506" w:rsidRDefault="00000000">
            <w:pPr>
              <w:spacing w:after="0" w:line="240" w:lineRule="auto"/>
            </w:pPr>
            <w:r>
              <w:rPr>
                <w:color w:val="B8C5CC"/>
                <w:sz w:val="16"/>
              </w:rPr>
              <w:t>______________________________________</w:t>
            </w:r>
          </w:p>
        </w:tc>
        <w:tc>
          <w:tcPr>
            <w:tcW w:w="5155" w:type="dxa"/>
            <w:gridSpan w:val="2"/>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43A3472B" w14:textId="77777777" w:rsidR="008D4506" w:rsidRDefault="00000000">
            <w:pPr>
              <w:spacing w:after="40"/>
            </w:pPr>
            <w:r>
              <w:rPr>
                <w:b/>
                <w:color w:val="173B57"/>
                <w:sz w:val="17"/>
              </w:rPr>
              <w:t>Emergency Contact Phone / Relationship</w:t>
            </w:r>
          </w:p>
          <w:p w14:paraId="69EE1E1A" w14:textId="77777777" w:rsidR="008D4506" w:rsidRDefault="00000000">
            <w:pPr>
              <w:spacing w:after="0" w:line="240" w:lineRule="auto"/>
            </w:pPr>
            <w:r>
              <w:rPr>
                <w:color w:val="B8C5CC"/>
                <w:sz w:val="16"/>
              </w:rPr>
              <w:t>______________________________________</w:t>
            </w:r>
          </w:p>
        </w:tc>
      </w:tr>
      <w:tr w:rsidR="008D4506" w14:paraId="191DDCAA" w14:textId="77777777">
        <w:trPr>
          <w:jc w:val="center"/>
        </w:trPr>
        <w:tc>
          <w:tcPr>
            <w:tcW w:w="10310" w:type="dxa"/>
            <w:gridSpan w:val="3"/>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4BE3F6AB" w14:textId="77777777" w:rsidR="008D4506" w:rsidRDefault="00000000">
            <w:pPr>
              <w:spacing w:after="40"/>
            </w:pPr>
            <w:r>
              <w:rPr>
                <w:b/>
                <w:color w:val="173B57"/>
                <w:sz w:val="17"/>
              </w:rPr>
              <w:t>Additional Instructions / Important Information</w:t>
            </w:r>
          </w:p>
          <w:p w14:paraId="037ACD2D" w14:textId="77777777" w:rsidR="008D4506" w:rsidRDefault="00000000">
            <w:pPr>
              <w:spacing w:after="0" w:line="240" w:lineRule="auto"/>
            </w:pPr>
            <w:r>
              <w:rPr>
                <w:color w:val="B8C5CC"/>
                <w:sz w:val="16"/>
              </w:rPr>
              <w:t>______________________________________</w:t>
            </w:r>
          </w:p>
        </w:tc>
      </w:tr>
    </w:tbl>
    <w:p w14:paraId="29A72AC5" w14:textId="77777777" w:rsidR="008D4506" w:rsidRDefault="00000000">
      <w:r>
        <w:br w:type="page"/>
      </w:r>
    </w:p>
    <w:tbl>
      <w:tblPr>
        <w:tblW w:w="0" w:type="auto"/>
        <w:jc w:val="center"/>
        <w:tblLook w:val="04A0" w:firstRow="1" w:lastRow="0" w:firstColumn="1" w:lastColumn="0" w:noHBand="0" w:noVBand="1"/>
      </w:tblPr>
      <w:tblGrid>
        <w:gridCol w:w="10656"/>
      </w:tblGrid>
      <w:tr w:rsidR="008D4506" w14:paraId="33C97366" w14:textId="77777777">
        <w:trPr>
          <w:jc w:val="center"/>
        </w:trPr>
        <w:tc>
          <w:tcPr>
            <w:tcW w:w="10656" w:type="dxa"/>
            <w:shd w:val="clear" w:color="auto" w:fill="173B57"/>
            <w:tcMar>
              <w:top w:w="100" w:type="dxa"/>
              <w:left w:w="130" w:type="dxa"/>
              <w:bottom w:w="100" w:type="dxa"/>
              <w:right w:w="130" w:type="dxa"/>
            </w:tcMar>
          </w:tcPr>
          <w:p w14:paraId="0D208636" w14:textId="77777777" w:rsidR="008D4506" w:rsidRDefault="00000000">
            <w:r>
              <w:rPr>
                <w:b/>
                <w:color w:val="FFFFFF"/>
                <w:sz w:val="28"/>
              </w:rPr>
              <w:lastRenderedPageBreak/>
              <w:t>SafePath Youth Transportation, LLC — BILLING &amp; PAYMENT AUTHORIZATION</w:t>
            </w:r>
          </w:p>
        </w:tc>
      </w:tr>
    </w:tbl>
    <w:p w14:paraId="525CE938" w14:textId="77777777" w:rsidR="008D4506" w:rsidRDefault="00000000">
      <w:pPr>
        <w:spacing w:before="100" w:after="120"/>
      </w:pPr>
      <w:r>
        <w:rPr>
          <w:color w:val="5B6570"/>
        </w:rPr>
        <w:t>Complete this page when the referring agency, caregiver, or responsible party will be billed directly. Payment may also be submitted using the secure QR code below.</w:t>
      </w:r>
    </w:p>
    <w:tbl>
      <w:tblPr>
        <w:tblW w:w="0" w:type="auto"/>
        <w:jc w:val="center"/>
        <w:tblLayout w:type="fixed"/>
        <w:tblLook w:val="04A0" w:firstRow="1" w:lastRow="0" w:firstColumn="1" w:lastColumn="0" w:noHBand="0" w:noVBand="1"/>
      </w:tblPr>
      <w:tblGrid>
        <w:gridCol w:w="5155"/>
        <w:gridCol w:w="173"/>
        <w:gridCol w:w="5328"/>
        <w:gridCol w:w="44"/>
      </w:tblGrid>
      <w:tr w:rsidR="008D4506" w14:paraId="33D789A9" w14:textId="77777777">
        <w:trPr>
          <w:gridAfter w:val="1"/>
          <w:wAfter w:w="44" w:type="dxa"/>
          <w:jc w:val="center"/>
        </w:trPr>
        <w:tc>
          <w:tcPr>
            <w:tcW w:w="10656" w:type="dxa"/>
            <w:gridSpan w:val="3"/>
            <w:shd w:val="clear" w:color="auto" w:fill="173B57"/>
            <w:tcMar>
              <w:top w:w="45" w:type="dxa"/>
              <w:left w:w="120" w:type="dxa"/>
              <w:bottom w:w="45" w:type="dxa"/>
              <w:right w:w="120" w:type="dxa"/>
            </w:tcMar>
          </w:tcPr>
          <w:p w14:paraId="516BE907" w14:textId="77777777" w:rsidR="008D4506" w:rsidRDefault="00000000">
            <w:pPr>
              <w:spacing w:after="0"/>
            </w:pPr>
            <w:r>
              <w:rPr>
                <w:b/>
                <w:color w:val="FFFFFF"/>
                <w:sz w:val="21"/>
              </w:rPr>
              <w:t>5. BILLING CONTACT &amp; PAYMENT DETAILS</w:t>
            </w:r>
          </w:p>
        </w:tc>
      </w:tr>
      <w:tr w:rsidR="008D4506" w14:paraId="203CC7D1"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6EC8E33F" w14:textId="77777777" w:rsidR="008D4506" w:rsidRDefault="00000000">
            <w:pPr>
              <w:spacing w:after="40"/>
            </w:pPr>
            <w:r>
              <w:rPr>
                <w:b/>
                <w:color w:val="173B57"/>
                <w:sz w:val="17"/>
              </w:rPr>
              <w:t>Responsible Agency / Payor Name</w:t>
            </w:r>
          </w:p>
          <w:p w14:paraId="2BC2D356" w14:textId="77777777" w:rsidR="008D4506" w:rsidRDefault="00000000">
            <w:pPr>
              <w:spacing w:after="0" w:line="240" w:lineRule="auto"/>
            </w:pPr>
            <w:r>
              <w:rPr>
                <w:color w:val="B8C5CC"/>
                <w:sz w:val="16"/>
              </w:rPr>
              <w:t>______________________________________</w:t>
            </w:r>
          </w:p>
        </w:tc>
        <w:tc>
          <w:tcPr>
            <w:tcW w:w="5155" w:type="dxa"/>
            <w:gridSpan w:val="3"/>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6C325000" w14:textId="77777777" w:rsidR="008D4506" w:rsidRDefault="00000000">
            <w:pPr>
              <w:spacing w:after="40"/>
            </w:pPr>
            <w:r>
              <w:rPr>
                <w:b/>
                <w:color w:val="173B57"/>
                <w:sz w:val="17"/>
              </w:rPr>
              <w:t>Billing Contact Name</w:t>
            </w:r>
          </w:p>
          <w:p w14:paraId="6133EDF5" w14:textId="77777777" w:rsidR="008D4506" w:rsidRDefault="00000000">
            <w:pPr>
              <w:spacing w:after="0" w:line="240" w:lineRule="auto"/>
            </w:pPr>
            <w:r>
              <w:rPr>
                <w:color w:val="B8C5CC"/>
                <w:sz w:val="16"/>
              </w:rPr>
              <w:t>______________________________________</w:t>
            </w:r>
          </w:p>
        </w:tc>
      </w:tr>
      <w:tr w:rsidR="008D4506" w14:paraId="2AD85C8D"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56CA6169" w14:textId="02FF83BB" w:rsidR="008D4506" w:rsidRDefault="00000000">
            <w:pPr>
              <w:spacing w:after="40"/>
            </w:pPr>
            <w:r>
              <w:rPr>
                <w:b/>
                <w:color w:val="173B57"/>
                <w:sz w:val="17"/>
              </w:rPr>
              <w:t>Billing Phone Nu</w:t>
            </w:r>
            <w:r w:rsidR="00963D8E">
              <w:rPr>
                <w:b/>
                <w:color w:val="173B57"/>
                <w:sz w:val="17"/>
              </w:rPr>
              <w:t>mber</w:t>
            </w:r>
          </w:p>
          <w:p w14:paraId="2D07D3BC" w14:textId="77777777" w:rsidR="008D4506" w:rsidRDefault="00000000">
            <w:pPr>
              <w:spacing w:after="0" w:line="240" w:lineRule="auto"/>
            </w:pPr>
            <w:r>
              <w:rPr>
                <w:color w:val="B8C5CC"/>
                <w:sz w:val="16"/>
              </w:rPr>
              <w:t>______________________________________</w:t>
            </w:r>
          </w:p>
        </w:tc>
        <w:tc>
          <w:tcPr>
            <w:tcW w:w="5155" w:type="dxa"/>
            <w:gridSpan w:val="3"/>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20529DED" w14:textId="77777777" w:rsidR="008D4506" w:rsidRDefault="00000000">
            <w:pPr>
              <w:spacing w:after="40"/>
            </w:pPr>
            <w:r>
              <w:rPr>
                <w:b/>
                <w:color w:val="173B57"/>
                <w:sz w:val="17"/>
              </w:rPr>
              <w:t>Billing Email Address</w:t>
            </w:r>
          </w:p>
          <w:p w14:paraId="1C8163A4" w14:textId="77777777" w:rsidR="008D4506" w:rsidRDefault="00000000">
            <w:pPr>
              <w:spacing w:after="0" w:line="240" w:lineRule="auto"/>
            </w:pPr>
            <w:r>
              <w:rPr>
                <w:color w:val="B8C5CC"/>
                <w:sz w:val="16"/>
              </w:rPr>
              <w:t>______________________________________</w:t>
            </w:r>
          </w:p>
        </w:tc>
      </w:tr>
      <w:tr w:rsidR="008D4506" w14:paraId="33BF8242"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49635C1F" w14:textId="77777777" w:rsidR="008D4506" w:rsidRDefault="00000000">
            <w:pPr>
              <w:spacing w:after="40"/>
            </w:pPr>
            <w:r>
              <w:rPr>
                <w:b/>
                <w:color w:val="173B57"/>
                <w:sz w:val="17"/>
              </w:rPr>
              <w:t>Billing Address</w:t>
            </w:r>
          </w:p>
          <w:p w14:paraId="03D1F55F" w14:textId="77777777" w:rsidR="008D4506" w:rsidRDefault="00000000">
            <w:pPr>
              <w:spacing w:after="0" w:line="240" w:lineRule="auto"/>
            </w:pPr>
            <w:r>
              <w:rPr>
                <w:color w:val="B8C5CC"/>
                <w:sz w:val="16"/>
              </w:rPr>
              <w:t>______________________________________</w:t>
            </w:r>
          </w:p>
          <w:p w14:paraId="28BEE467" w14:textId="77777777" w:rsidR="008D4506" w:rsidRDefault="00000000">
            <w:pPr>
              <w:spacing w:after="0" w:line="240" w:lineRule="auto"/>
            </w:pPr>
            <w:r>
              <w:rPr>
                <w:color w:val="B8C5CC"/>
                <w:sz w:val="16"/>
              </w:rPr>
              <w:t>______________________________________</w:t>
            </w:r>
          </w:p>
        </w:tc>
        <w:tc>
          <w:tcPr>
            <w:tcW w:w="5155" w:type="dxa"/>
            <w:gridSpan w:val="3"/>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3E4D014F" w14:textId="77777777" w:rsidR="008D4506" w:rsidRDefault="00000000">
            <w:pPr>
              <w:spacing w:after="40"/>
            </w:pPr>
            <w:r>
              <w:rPr>
                <w:b/>
                <w:color w:val="173B57"/>
                <w:sz w:val="17"/>
              </w:rPr>
              <w:t>City / State / ZIP</w:t>
            </w:r>
          </w:p>
          <w:p w14:paraId="2B380EE3" w14:textId="77777777" w:rsidR="008D4506" w:rsidRDefault="00000000">
            <w:pPr>
              <w:spacing w:after="0" w:line="240" w:lineRule="auto"/>
            </w:pPr>
            <w:r>
              <w:rPr>
                <w:color w:val="B8C5CC"/>
                <w:sz w:val="16"/>
              </w:rPr>
              <w:t>______________________________________</w:t>
            </w:r>
          </w:p>
          <w:p w14:paraId="209FF67B" w14:textId="77777777" w:rsidR="008D4506" w:rsidRDefault="00000000">
            <w:pPr>
              <w:spacing w:after="0" w:line="240" w:lineRule="auto"/>
            </w:pPr>
            <w:r>
              <w:rPr>
                <w:color w:val="B8C5CC"/>
                <w:sz w:val="16"/>
              </w:rPr>
              <w:t>______________________________________</w:t>
            </w:r>
          </w:p>
        </w:tc>
      </w:tr>
      <w:tr w:rsidR="008D4506" w14:paraId="57D10857"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54F4F2F2" w14:textId="77777777" w:rsidR="008D4506" w:rsidRDefault="00000000">
            <w:pPr>
              <w:spacing w:after="40"/>
            </w:pPr>
            <w:r>
              <w:rPr>
                <w:b/>
                <w:color w:val="173B57"/>
                <w:sz w:val="17"/>
              </w:rPr>
              <w:t>Purchase Order / Authorization Number</w:t>
            </w:r>
          </w:p>
          <w:p w14:paraId="54190701" w14:textId="77777777" w:rsidR="008D4506" w:rsidRDefault="00000000">
            <w:pPr>
              <w:spacing w:after="0" w:line="240" w:lineRule="auto"/>
            </w:pPr>
            <w:r>
              <w:rPr>
                <w:color w:val="B8C5CC"/>
                <w:sz w:val="16"/>
              </w:rPr>
              <w:t>______________________________________</w:t>
            </w:r>
          </w:p>
        </w:tc>
        <w:tc>
          <w:tcPr>
            <w:tcW w:w="5155" w:type="dxa"/>
            <w:gridSpan w:val="3"/>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5F2E8A14" w14:textId="77777777" w:rsidR="008D4506" w:rsidRDefault="00000000">
            <w:pPr>
              <w:spacing w:after="40"/>
            </w:pPr>
            <w:r>
              <w:rPr>
                <w:b/>
                <w:color w:val="173B57"/>
                <w:sz w:val="17"/>
              </w:rPr>
              <w:t>Case Number / Invoice Reference</w:t>
            </w:r>
          </w:p>
          <w:p w14:paraId="1773FD81" w14:textId="77777777" w:rsidR="008D4506" w:rsidRDefault="00000000">
            <w:pPr>
              <w:spacing w:after="0" w:line="240" w:lineRule="auto"/>
            </w:pPr>
            <w:r>
              <w:rPr>
                <w:color w:val="B8C5CC"/>
                <w:sz w:val="16"/>
              </w:rPr>
              <w:t>______________________________________</w:t>
            </w:r>
          </w:p>
        </w:tc>
      </w:tr>
      <w:tr w:rsidR="008D4506" w14:paraId="3D07188D" w14:textId="77777777">
        <w:trPr>
          <w:jc w:val="center"/>
        </w:trPr>
        <w:tc>
          <w:tcPr>
            <w:tcW w:w="10310" w:type="dxa"/>
            <w:gridSpan w:val="4"/>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0939E094" w14:textId="77777777" w:rsidR="008D4506" w:rsidRDefault="00000000">
            <w:r>
              <w:rPr>
                <w:b/>
                <w:color w:val="173B57"/>
              </w:rPr>
              <w:t>Preferred Payment Method</w:t>
            </w:r>
          </w:p>
          <w:p w14:paraId="0C69419F" w14:textId="77777777" w:rsidR="008D4506" w:rsidRDefault="00000000">
            <w:r>
              <w:rPr>
                <w:color w:val="5B6570"/>
              </w:rPr>
              <w:t>☐ Online QR Payment     ☐ Invoice     ☐ Agency Purchase Order     ☐ Other: __________________________</w:t>
            </w:r>
          </w:p>
        </w:tc>
      </w:tr>
      <w:tr w:rsidR="008D4506" w14:paraId="1BBA8813"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54459E02" w14:textId="77777777" w:rsidR="008D4506" w:rsidRDefault="00000000">
            <w:pPr>
              <w:spacing w:after="40"/>
            </w:pPr>
            <w:r>
              <w:rPr>
                <w:b/>
                <w:color w:val="173B57"/>
                <w:sz w:val="17"/>
              </w:rPr>
              <w:t>Estimated / Authorized Trip Amount</w:t>
            </w:r>
          </w:p>
          <w:p w14:paraId="0DCB82D4" w14:textId="77777777" w:rsidR="008D4506" w:rsidRDefault="00000000">
            <w:pPr>
              <w:spacing w:after="0" w:line="240" w:lineRule="auto"/>
            </w:pPr>
            <w:r>
              <w:rPr>
                <w:color w:val="B8C5CC"/>
                <w:sz w:val="16"/>
              </w:rPr>
              <w:t>______________________________________</w:t>
            </w:r>
          </w:p>
        </w:tc>
        <w:tc>
          <w:tcPr>
            <w:tcW w:w="5155" w:type="dxa"/>
            <w:gridSpan w:val="3"/>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5366B929" w14:textId="77777777" w:rsidR="008D4506" w:rsidRDefault="00000000">
            <w:pPr>
              <w:spacing w:after="40"/>
            </w:pPr>
            <w:r>
              <w:rPr>
                <w:b/>
                <w:color w:val="173B57"/>
                <w:sz w:val="17"/>
              </w:rPr>
              <w:t>Payment Due Date</w:t>
            </w:r>
          </w:p>
          <w:p w14:paraId="26DA31F0" w14:textId="77777777" w:rsidR="008D4506" w:rsidRDefault="00000000">
            <w:pPr>
              <w:spacing w:after="0" w:line="240" w:lineRule="auto"/>
            </w:pPr>
            <w:r>
              <w:rPr>
                <w:color w:val="B8C5CC"/>
                <w:sz w:val="16"/>
              </w:rPr>
              <w:t>______________________________________</w:t>
            </w:r>
          </w:p>
        </w:tc>
      </w:tr>
      <w:tr w:rsidR="008D4506" w14:paraId="35A79968" w14:textId="77777777">
        <w:trPr>
          <w:gridAfter w:val="1"/>
          <w:wAfter w:w="44" w:type="dxa"/>
          <w:jc w:val="center"/>
        </w:trPr>
        <w:tc>
          <w:tcPr>
            <w:tcW w:w="10656" w:type="dxa"/>
            <w:gridSpan w:val="3"/>
            <w:shd w:val="clear" w:color="auto" w:fill="173B57"/>
            <w:tcMar>
              <w:top w:w="45" w:type="dxa"/>
              <w:left w:w="120" w:type="dxa"/>
              <w:bottom w:w="45" w:type="dxa"/>
              <w:right w:w="120" w:type="dxa"/>
            </w:tcMar>
          </w:tcPr>
          <w:p w14:paraId="5E030A1B" w14:textId="77777777" w:rsidR="008D4506" w:rsidRDefault="00000000">
            <w:pPr>
              <w:spacing w:after="0"/>
            </w:pPr>
            <w:r>
              <w:rPr>
                <w:b/>
                <w:color w:val="FFFFFF"/>
                <w:sz w:val="21"/>
              </w:rPr>
              <w:t>6. ONLINE PAYMENT</w:t>
            </w:r>
          </w:p>
        </w:tc>
      </w:tr>
      <w:tr w:rsidR="008D4506" w14:paraId="674F4D89" w14:textId="77777777">
        <w:trPr>
          <w:gridAfter w:val="1"/>
          <w:wAfter w:w="44" w:type="dxa"/>
          <w:jc w:val="center"/>
        </w:trPr>
        <w:tc>
          <w:tcPr>
            <w:tcW w:w="5328" w:type="dxa"/>
            <w:gridSpan w:val="2"/>
            <w:tcBorders>
              <w:top w:val="single" w:sz="8" w:space="0" w:color="1B8A89"/>
              <w:left w:val="single" w:sz="8" w:space="0" w:color="1B8A89"/>
              <w:bottom w:val="single" w:sz="8" w:space="0" w:color="1B8A89"/>
              <w:right w:val="single" w:sz="8" w:space="0" w:color="1B8A89"/>
            </w:tcBorders>
            <w:shd w:val="clear" w:color="auto" w:fill="EAF4F4"/>
            <w:tcMar>
              <w:top w:w="90" w:type="dxa"/>
              <w:left w:w="120" w:type="dxa"/>
              <w:bottom w:w="90" w:type="dxa"/>
              <w:right w:w="120" w:type="dxa"/>
            </w:tcMar>
            <w:vAlign w:val="center"/>
          </w:tcPr>
          <w:p w14:paraId="79B4FE53" w14:textId="77777777" w:rsidR="008D4506" w:rsidRDefault="00000000">
            <w:r>
              <w:rPr>
                <w:b/>
                <w:color w:val="173B57"/>
                <w:sz w:val="26"/>
              </w:rPr>
              <w:t>Secure Online Payment</w:t>
            </w:r>
          </w:p>
          <w:p w14:paraId="2F8DA44C" w14:textId="77777777" w:rsidR="008D4506" w:rsidRDefault="00000000">
            <w:r>
              <w:rPr>
                <w:color w:val="5B6570"/>
                <w:sz w:val="20"/>
              </w:rPr>
              <w:t>Scan the QR code with a mobile device to submit payment through the SafePath online payment page.</w:t>
            </w:r>
          </w:p>
          <w:p w14:paraId="67E4D20C" w14:textId="77777777" w:rsidR="008D4506" w:rsidRDefault="00000000">
            <w:r>
              <w:rPr>
                <w:color w:val="5B6570"/>
              </w:rPr>
              <w:t>Please include the client initials, service date, or invoice number in the payment note so your payment can be matched correctly.</w:t>
            </w:r>
          </w:p>
          <w:p w14:paraId="505AF96A" w14:textId="77777777" w:rsidR="008D4506" w:rsidRDefault="00000000">
            <w:r>
              <w:rPr>
                <w:b/>
                <w:color w:val="173B57"/>
              </w:rPr>
              <w:t>Payment Reference: ______________________________</w:t>
            </w:r>
          </w:p>
        </w:tc>
        <w:tc>
          <w:tcPr>
            <w:tcW w:w="5328" w:type="dxa"/>
            <w:tcBorders>
              <w:top w:val="single" w:sz="8" w:space="0" w:color="1B8A89"/>
              <w:left w:val="single" w:sz="8" w:space="0" w:color="1B8A89"/>
              <w:bottom w:val="single" w:sz="8" w:space="0" w:color="1B8A89"/>
              <w:right w:val="single" w:sz="8" w:space="0" w:color="1B8A89"/>
            </w:tcBorders>
            <w:tcMar>
              <w:top w:w="90" w:type="dxa"/>
              <w:left w:w="120" w:type="dxa"/>
              <w:bottom w:w="90" w:type="dxa"/>
              <w:right w:w="120" w:type="dxa"/>
            </w:tcMar>
            <w:vAlign w:val="center"/>
          </w:tcPr>
          <w:p w14:paraId="4D1F364B" w14:textId="77777777" w:rsidR="008D4506" w:rsidRDefault="00000000">
            <w:pPr>
              <w:jc w:val="center"/>
            </w:pPr>
            <w:r>
              <w:rPr>
                <w:noProof/>
              </w:rPr>
              <w:drawing>
                <wp:inline distT="0" distB="0" distL="0" distR="0" wp14:anchorId="3CCC6CAA" wp14:editId="09718A6E">
                  <wp:extent cx="1783080" cy="17655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Path Go Daddy QR code.png"/>
                          <pic:cNvPicPr/>
                        </pic:nvPicPr>
                        <pic:blipFill>
                          <a:blip r:embed="rId8"/>
                          <a:stretch>
                            <a:fillRect/>
                          </a:stretch>
                        </pic:blipFill>
                        <pic:spPr>
                          <a:xfrm>
                            <a:off x="0" y="0"/>
                            <a:ext cx="1783080" cy="1765542"/>
                          </a:xfrm>
                          <a:prstGeom prst="rect">
                            <a:avLst/>
                          </a:prstGeom>
                        </pic:spPr>
                      </pic:pic>
                    </a:graphicData>
                  </a:graphic>
                </wp:inline>
              </w:drawing>
            </w:r>
          </w:p>
          <w:p w14:paraId="4172AC78" w14:textId="77777777" w:rsidR="008D4506" w:rsidRDefault="00000000">
            <w:pPr>
              <w:jc w:val="center"/>
            </w:pPr>
            <w:r>
              <w:rPr>
                <w:b/>
                <w:color w:val="173B57"/>
                <w:sz w:val="20"/>
              </w:rPr>
              <w:t>Scan to Pay</w:t>
            </w:r>
          </w:p>
        </w:tc>
      </w:tr>
      <w:tr w:rsidR="008D4506" w14:paraId="08BDEDB7" w14:textId="77777777">
        <w:trPr>
          <w:gridAfter w:val="1"/>
          <w:wAfter w:w="44" w:type="dxa"/>
          <w:jc w:val="center"/>
        </w:trPr>
        <w:tc>
          <w:tcPr>
            <w:tcW w:w="10656" w:type="dxa"/>
            <w:gridSpan w:val="3"/>
            <w:shd w:val="clear" w:color="auto" w:fill="173B57"/>
            <w:tcMar>
              <w:top w:w="45" w:type="dxa"/>
              <w:left w:w="120" w:type="dxa"/>
              <w:bottom w:w="45" w:type="dxa"/>
              <w:right w:w="120" w:type="dxa"/>
            </w:tcMar>
          </w:tcPr>
          <w:p w14:paraId="685E67B8" w14:textId="77777777" w:rsidR="008D4506" w:rsidRDefault="00000000">
            <w:pPr>
              <w:spacing w:after="0"/>
            </w:pPr>
            <w:r>
              <w:rPr>
                <w:b/>
                <w:color w:val="FFFFFF"/>
                <w:sz w:val="21"/>
              </w:rPr>
              <w:t>7. AUTHORIZATION &amp; SIGNATURES</w:t>
            </w:r>
          </w:p>
        </w:tc>
      </w:tr>
      <w:tr w:rsidR="008D4506" w14:paraId="7B2A6666"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79554039" w14:textId="77777777" w:rsidR="008D4506" w:rsidRDefault="00000000">
            <w:pPr>
              <w:spacing w:after="40"/>
            </w:pPr>
            <w:r>
              <w:rPr>
                <w:b/>
                <w:color w:val="173B57"/>
                <w:sz w:val="17"/>
              </w:rPr>
              <w:t>Authorized By (Print Name)</w:t>
            </w:r>
          </w:p>
          <w:p w14:paraId="568DB421" w14:textId="77777777" w:rsidR="008D4506" w:rsidRDefault="00000000">
            <w:pPr>
              <w:spacing w:after="0" w:line="240" w:lineRule="auto"/>
            </w:pPr>
            <w:r>
              <w:rPr>
                <w:color w:val="B8C5CC"/>
                <w:sz w:val="16"/>
              </w:rPr>
              <w:t>______________________________________</w:t>
            </w:r>
          </w:p>
        </w:tc>
        <w:tc>
          <w:tcPr>
            <w:tcW w:w="5155" w:type="dxa"/>
            <w:gridSpan w:val="3"/>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154445B6" w14:textId="77777777" w:rsidR="008D4506" w:rsidRDefault="00000000">
            <w:pPr>
              <w:spacing w:after="40"/>
            </w:pPr>
            <w:r>
              <w:rPr>
                <w:b/>
                <w:color w:val="173B57"/>
                <w:sz w:val="17"/>
              </w:rPr>
              <w:t>Title / Relationship</w:t>
            </w:r>
          </w:p>
          <w:p w14:paraId="773303EC" w14:textId="77777777" w:rsidR="008D4506" w:rsidRDefault="00000000">
            <w:pPr>
              <w:spacing w:after="0" w:line="240" w:lineRule="auto"/>
            </w:pPr>
            <w:r>
              <w:rPr>
                <w:color w:val="B8C5CC"/>
                <w:sz w:val="16"/>
              </w:rPr>
              <w:t>______________________________________</w:t>
            </w:r>
          </w:p>
        </w:tc>
      </w:tr>
      <w:tr w:rsidR="008D4506" w14:paraId="2918EAFE"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24A74607" w14:textId="77777777" w:rsidR="008D4506" w:rsidRDefault="00000000">
            <w:pPr>
              <w:spacing w:after="40"/>
            </w:pPr>
            <w:r>
              <w:rPr>
                <w:b/>
                <w:color w:val="173B57"/>
                <w:sz w:val="17"/>
              </w:rPr>
              <w:t>Signature</w:t>
            </w:r>
          </w:p>
          <w:p w14:paraId="40362E78" w14:textId="77777777" w:rsidR="008D4506" w:rsidRDefault="00000000">
            <w:pPr>
              <w:spacing w:after="0" w:line="240" w:lineRule="auto"/>
            </w:pPr>
            <w:r>
              <w:rPr>
                <w:color w:val="B8C5CC"/>
                <w:sz w:val="16"/>
              </w:rPr>
              <w:t>______________________________________</w:t>
            </w:r>
          </w:p>
        </w:tc>
        <w:tc>
          <w:tcPr>
            <w:tcW w:w="5155" w:type="dxa"/>
            <w:gridSpan w:val="3"/>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79A186B6" w14:textId="77777777" w:rsidR="008D4506" w:rsidRDefault="00000000">
            <w:pPr>
              <w:spacing w:after="40"/>
            </w:pPr>
            <w:r>
              <w:rPr>
                <w:b/>
                <w:color w:val="173B57"/>
                <w:sz w:val="17"/>
              </w:rPr>
              <w:t>Date</w:t>
            </w:r>
          </w:p>
          <w:p w14:paraId="44B9DB25" w14:textId="77777777" w:rsidR="008D4506" w:rsidRDefault="00000000">
            <w:pPr>
              <w:spacing w:after="0" w:line="240" w:lineRule="auto"/>
            </w:pPr>
            <w:r>
              <w:rPr>
                <w:color w:val="B8C5CC"/>
                <w:sz w:val="16"/>
              </w:rPr>
              <w:t>______________________________________</w:t>
            </w:r>
          </w:p>
        </w:tc>
      </w:tr>
      <w:tr w:rsidR="008D4506" w14:paraId="7C429342" w14:textId="77777777">
        <w:trPr>
          <w:jc w:val="center"/>
        </w:trPr>
        <w:tc>
          <w:tcPr>
            <w:tcW w:w="5155" w:type="dxa"/>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3BFBCFDD" w14:textId="77777777" w:rsidR="008D4506" w:rsidRDefault="00000000">
            <w:pPr>
              <w:spacing w:after="40"/>
            </w:pPr>
            <w:r>
              <w:rPr>
                <w:b/>
                <w:color w:val="173B57"/>
                <w:sz w:val="17"/>
              </w:rPr>
              <w:t>SafePath Staff Confirmation</w:t>
            </w:r>
          </w:p>
          <w:p w14:paraId="466236F6" w14:textId="77777777" w:rsidR="008D4506" w:rsidRDefault="00000000">
            <w:pPr>
              <w:spacing w:after="0" w:line="240" w:lineRule="auto"/>
            </w:pPr>
            <w:r>
              <w:rPr>
                <w:color w:val="B8C5CC"/>
                <w:sz w:val="16"/>
              </w:rPr>
              <w:t>______________________________________</w:t>
            </w:r>
          </w:p>
        </w:tc>
        <w:tc>
          <w:tcPr>
            <w:tcW w:w="5155" w:type="dxa"/>
            <w:gridSpan w:val="3"/>
            <w:tcBorders>
              <w:top w:val="single" w:sz="5" w:space="0" w:color="B8C5CC"/>
              <w:left w:val="single" w:sz="5" w:space="0" w:color="B8C5CC"/>
              <w:bottom w:val="single" w:sz="5" w:space="0" w:color="B8C5CC"/>
              <w:right w:val="single" w:sz="5" w:space="0" w:color="B8C5CC"/>
            </w:tcBorders>
            <w:tcMar>
              <w:top w:w="45" w:type="dxa"/>
              <w:left w:w="90" w:type="dxa"/>
              <w:bottom w:w="45" w:type="dxa"/>
              <w:right w:w="90" w:type="dxa"/>
            </w:tcMar>
          </w:tcPr>
          <w:p w14:paraId="40E367DD" w14:textId="77777777" w:rsidR="008D4506" w:rsidRDefault="00000000">
            <w:pPr>
              <w:spacing w:after="40"/>
            </w:pPr>
            <w:r>
              <w:rPr>
                <w:b/>
                <w:color w:val="173B57"/>
                <w:sz w:val="17"/>
              </w:rPr>
              <w:t>Date / Time Received</w:t>
            </w:r>
          </w:p>
          <w:p w14:paraId="6F1463B9" w14:textId="77777777" w:rsidR="008D4506" w:rsidRDefault="00000000">
            <w:pPr>
              <w:spacing w:after="0" w:line="240" w:lineRule="auto"/>
            </w:pPr>
            <w:r>
              <w:rPr>
                <w:color w:val="B8C5CC"/>
                <w:sz w:val="16"/>
              </w:rPr>
              <w:t>______________________________________</w:t>
            </w:r>
          </w:p>
        </w:tc>
      </w:tr>
    </w:tbl>
    <w:p w14:paraId="21185047" w14:textId="77777777" w:rsidR="008D4506" w:rsidRDefault="00000000">
      <w:pPr>
        <w:spacing w:before="100" w:after="40"/>
      </w:pPr>
      <w:r>
        <w:rPr>
          <w:b/>
          <w:color w:val="173B57"/>
          <w:sz w:val="16"/>
        </w:rPr>
        <w:t xml:space="preserve">Authorization Statement: </w:t>
      </w:r>
      <w:r>
        <w:rPr>
          <w:color w:val="5B6570"/>
          <w:sz w:val="16"/>
        </w:rPr>
        <w:t>By signing, the authorized party confirms that the transportation request information is accurate, authorizes SafePath Youth Transportation, LLC to provide the requested service, and accepts responsibility for approved charges according to the agreed rate or invoice terms.</w:t>
      </w:r>
    </w:p>
    <w:sectPr w:rsidR="008D4506" w:rsidSect="00034616">
      <w:footerReference w:type="default" r:id="rId9"/>
      <w:pgSz w:w="12240" w:h="15840"/>
      <w:pgMar w:top="403" w:right="792" w:bottom="43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8635C" w14:textId="77777777" w:rsidR="00D63B27" w:rsidRDefault="00D63B27">
      <w:pPr>
        <w:spacing w:after="0" w:line="240" w:lineRule="auto"/>
      </w:pPr>
      <w:r>
        <w:separator/>
      </w:r>
    </w:p>
  </w:endnote>
  <w:endnote w:type="continuationSeparator" w:id="0">
    <w:p w14:paraId="19B9EE16" w14:textId="77777777" w:rsidR="00D63B27" w:rsidRDefault="00D63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7E87" w14:textId="77777777" w:rsidR="008D4506" w:rsidRDefault="00000000">
    <w:pPr>
      <w:pStyle w:val="Footer"/>
      <w:jc w:val="center"/>
    </w:pPr>
    <w:proofErr w:type="spellStart"/>
    <w:r>
      <w:rPr>
        <w:color w:val="5B6570"/>
        <w:sz w:val="15"/>
      </w:rPr>
      <w:t>SafePath</w:t>
    </w:r>
    <w:proofErr w:type="spellEnd"/>
    <w:r>
      <w:rPr>
        <w:color w:val="5B6570"/>
        <w:sz w:val="15"/>
      </w:rPr>
      <w:t xml:space="preserve"> Youth Transportation, </w:t>
    </w:r>
    <w:proofErr w:type="gramStart"/>
    <w:r>
      <w:rPr>
        <w:color w:val="5B6570"/>
        <w:sz w:val="15"/>
      </w:rPr>
      <w:t>LLC  |</w:t>
    </w:r>
    <w:proofErr w:type="gramEnd"/>
    <w:r>
      <w:rPr>
        <w:color w:val="5B6570"/>
        <w:sz w:val="15"/>
      </w:rPr>
      <w:t xml:space="preserve">  Client Referral &amp; Payment </w:t>
    </w:r>
    <w:proofErr w:type="gramStart"/>
    <w:r>
      <w:rPr>
        <w:color w:val="5B6570"/>
        <w:sz w:val="15"/>
      </w:rPr>
      <w:t>Form  |</w:t>
    </w:r>
    <w:proofErr w:type="gramEnd"/>
    <w:r>
      <w:rPr>
        <w:color w:val="5B6570"/>
        <w:sz w:val="15"/>
      </w:rPr>
      <w:t xml:space="preserve">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8DCC1" w14:textId="77777777" w:rsidR="00D63B27" w:rsidRDefault="00D63B27">
      <w:pPr>
        <w:spacing w:after="0" w:line="240" w:lineRule="auto"/>
      </w:pPr>
      <w:r>
        <w:separator/>
      </w:r>
    </w:p>
  </w:footnote>
  <w:footnote w:type="continuationSeparator" w:id="0">
    <w:p w14:paraId="55C131BB" w14:textId="77777777" w:rsidR="00D63B27" w:rsidRDefault="00D63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15383127">
    <w:abstractNumId w:val="8"/>
  </w:num>
  <w:num w:numId="2" w16cid:durableId="586841639">
    <w:abstractNumId w:val="6"/>
  </w:num>
  <w:num w:numId="3" w16cid:durableId="526600671">
    <w:abstractNumId w:val="5"/>
  </w:num>
  <w:num w:numId="4" w16cid:durableId="300421881">
    <w:abstractNumId w:val="4"/>
  </w:num>
  <w:num w:numId="5" w16cid:durableId="171456642">
    <w:abstractNumId w:val="7"/>
  </w:num>
  <w:num w:numId="6" w16cid:durableId="916938126">
    <w:abstractNumId w:val="3"/>
  </w:num>
  <w:num w:numId="7" w16cid:durableId="652762677">
    <w:abstractNumId w:val="2"/>
  </w:num>
  <w:num w:numId="8" w16cid:durableId="413863741">
    <w:abstractNumId w:val="1"/>
  </w:num>
  <w:num w:numId="9" w16cid:durableId="96149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1ZWWlZ0FBawdwRUH/Rrp4ls7YvuzQBBvEulqqUfjzzIyWGSi11ryufZy+CD4vM9XTgIzx+MC4mUD/oHO0PYvfQ==" w:salt="Q1AyXsLnxlM8l0n6r6mzZ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D086D"/>
    <w:rsid w:val="00862E73"/>
    <w:rsid w:val="008D4506"/>
    <w:rsid w:val="00963D8E"/>
    <w:rsid w:val="009A2527"/>
    <w:rsid w:val="009B26B3"/>
    <w:rsid w:val="00AA1D8D"/>
    <w:rsid w:val="00B47730"/>
    <w:rsid w:val="00CB0664"/>
    <w:rsid w:val="00CC4EAC"/>
    <w:rsid w:val="00D63B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C2D5F5"/>
  <w14:defaultImageDpi w14:val="300"/>
  <w15:docId w15:val="{1C2D68BE-3E44-47CE-91D3-5B4925AA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SafePath Client Referral and Payment Form</vt:lpstr>
    </vt:vector>
  </TitlesOfParts>
  <Manager/>
  <Company/>
  <LinksUpToDate>false</LinksUpToDate>
  <CharactersWithSpaces>4819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SafePath Client Referral and Payment Form</dc:title>
  <dc:subject>Editable client transportation referral form with online payment QR code</dc:subject>
  <dc:creator>SafePath Youth Transportation, LLC</dc:creator>
  <cp:keywords/>
  <dc:description>generated by python-docx</dc:description>
  <cp:lastModifiedBy>H B</cp:lastModifiedBy>
  <cp:revision>2</cp:revision>
  <dcterms:created xsi:type="dcterms:W3CDTF">2026-07-27T22:24:00Z</dcterms:created>
  <dcterms:modified xsi:type="dcterms:W3CDTF">2026-07-27T22:24:00Z</dcterms:modified>
  <cp:category/>
</cp:coreProperties>
</file>