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C8EFB" w14:textId="77777777" w:rsidR="00875B22" w:rsidRDefault="00000000">
      <w:pPr>
        <w:pStyle w:val="Heading1"/>
      </w:pPr>
      <w:r>
        <w:t>Mid-Atlantic Greater Swiss Mountain Dog Club (MAGS)</w:t>
      </w:r>
    </w:p>
    <w:p w14:paraId="0436290D" w14:textId="77777777" w:rsidR="00875B22" w:rsidRDefault="00000000">
      <w:r>
        <w:rPr>
          <w:b/>
        </w:rPr>
        <w:t>Membership Application</w:t>
      </w:r>
    </w:p>
    <w:p w14:paraId="2CD1808F" w14:textId="77777777" w:rsidR="00875B22" w:rsidRDefault="00000000">
      <w:pPr>
        <w:pStyle w:val="Heading2"/>
      </w:pPr>
      <w:r>
        <w:t>Membership Type</w:t>
      </w:r>
    </w:p>
    <w:p w14:paraId="7C3DC78F" w14:textId="77777777" w:rsidR="00875B22" w:rsidRDefault="00000000">
      <w:r>
        <w:t>☐ Individual ($20)</w:t>
      </w:r>
      <w:r>
        <w:br/>
        <w:t>☐ Family ($30)</w:t>
      </w:r>
      <w:r>
        <w:br/>
        <w:t>☐ Associate ($20)</w:t>
      </w:r>
    </w:p>
    <w:p w14:paraId="691DC271" w14:textId="77777777" w:rsidR="00875B22" w:rsidRDefault="00000000">
      <w:r>
        <w:t>Associate Member: Available to individuals residing outside the geographic area served by MAGS. Associate Members may participate in club activities but do not have voting rights.</w:t>
      </w:r>
    </w:p>
    <w:p w14:paraId="35B94EE1" w14:textId="77777777" w:rsidR="00875B22" w:rsidRDefault="00000000">
      <w:pPr>
        <w:pStyle w:val="Heading2"/>
      </w:pPr>
      <w:r>
        <w:t>Applicant Information</w:t>
      </w:r>
    </w:p>
    <w:p w14:paraId="2113E1CF" w14:textId="77777777" w:rsidR="00875B22" w:rsidRDefault="00000000">
      <w:r>
        <w:t>Name: __________________________    Phone: __________________________</w:t>
      </w:r>
    </w:p>
    <w:p w14:paraId="12CA9466" w14:textId="77777777" w:rsidR="00875B22" w:rsidRDefault="00000000">
      <w:r>
        <w:t>Email: _________________________</w:t>
      </w:r>
    </w:p>
    <w:p w14:paraId="00ABCA80" w14:textId="77777777" w:rsidR="00875B22" w:rsidRDefault="00000000">
      <w:r>
        <w:t>Address: _________________________________________________</w:t>
      </w:r>
    </w:p>
    <w:p w14:paraId="598441E0" w14:textId="77777777" w:rsidR="00875B22" w:rsidRDefault="00000000">
      <w:r>
        <w:t>City: ____________________   State: ______   Zip: __________</w:t>
      </w:r>
    </w:p>
    <w:p w14:paraId="41E0231D" w14:textId="77777777" w:rsidR="00875B22" w:rsidRDefault="00000000">
      <w:pPr>
        <w:pStyle w:val="Heading2"/>
      </w:pPr>
      <w:r>
        <w:t>Your Greater Swiss Mountain Dog</w:t>
      </w:r>
    </w:p>
    <w:p w14:paraId="4EAFF4B0" w14:textId="77777777" w:rsidR="00875B22" w:rsidRDefault="00000000">
      <w:r>
        <w:t>Call Name: ____________________    Registered Name: __________________________</w:t>
      </w:r>
    </w:p>
    <w:p w14:paraId="4F4AE605" w14:textId="77777777" w:rsidR="00875B22" w:rsidRDefault="00000000">
      <w:r>
        <w:t>Date of Birth: ____________________</w:t>
      </w:r>
    </w:p>
    <w:p w14:paraId="07671EBE" w14:textId="77777777" w:rsidR="00875B22" w:rsidRDefault="00000000">
      <w:pPr>
        <w:pStyle w:val="Heading2"/>
      </w:pPr>
      <w:r>
        <w:t>Puppy Program</w:t>
      </w:r>
    </w:p>
    <w:p w14:paraId="1A131918" w14:textId="77777777" w:rsidR="00875B22" w:rsidRDefault="00000000">
      <w:r>
        <w:t>If your breeder referred you to MAGS, please mention your breeder and your puppy's date of birth.</w:t>
      </w:r>
    </w:p>
    <w:p w14:paraId="69B67ECA" w14:textId="77777777" w:rsidR="00875B22" w:rsidRDefault="00000000">
      <w:r>
        <w:t>Breeder: ________________________________    Puppy DOB: ____________________</w:t>
      </w:r>
    </w:p>
    <w:p w14:paraId="192AF9C1" w14:textId="77777777" w:rsidR="00875B22" w:rsidRDefault="00000000">
      <w:pPr>
        <w:pStyle w:val="Heading2"/>
      </w:pPr>
      <w:r>
        <w:t>Areas of Interest (Check all that apply)</w:t>
      </w:r>
    </w:p>
    <w:p w14:paraId="20BC29F2" w14:textId="77777777" w:rsidR="00875B22" w:rsidRDefault="00000000">
      <w:r>
        <w:t>☐ Agility</w:t>
      </w:r>
      <w:r>
        <w:br/>
        <w:t>☐ Carting/Drafting</w:t>
      </w:r>
      <w:r>
        <w:br/>
        <w:t>☐ Conformation</w:t>
      </w:r>
      <w:r>
        <w:br/>
        <w:t>☐ Herding</w:t>
      </w:r>
      <w:r>
        <w:br/>
        <w:t>☐ Obedience &amp; Rally</w:t>
      </w:r>
      <w:r>
        <w:br/>
        <w:t>☐ Pack Hikes</w:t>
      </w:r>
      <w:r>
        <w:br/>
        <w:t>☐ Therapy Dog</w:t>
      </w:r>
      <w:r>
        <w:br/>
        <w:t>☐ Weight Pull</w:t>
      </w:r>
      <w:r>
        <w:br/>
        <w:t>☐ Educational Seminars</w:t>
      </w:r>
      <w:r>
        <w:br/>
        <w:t>☐ Social Activities</w:t>
      </w:r>
      <w:r>
        <w:br/>
      </w:r>
      <w:r>
        <w:lastRenderedPageBreak/>
        <w:t>☐ Swissy Play Dates</w:t>
      </w:r>
      <w:r>
        <w:br/>
        <w:t>☐ Scent Work</w:t>
      </w:r>
      <w:r>
        <w:br/>
        <w:t>☐ Dock Diving</w:t>
      </w:r>
    </w:p>
    <w:p w14:paraId="6DA1F1AB" w14:textId="77777777" w:rsidR="00875B22" w:rsidRDefault="00000000">
      <w:pPr>
        <w:pStyle w:val="Heading2"/>
      </w:pPr>
      <w:r>
        <w:t>How did you hear about MAGS?</w:t>
      </w:r>
    </w:p>
    <w:p w14:paraId="78C11545" w14:textId="77777777" w:rsidR="00875B22" w:rsidRDefault="00000000">
      <w:r>
        <w:t>☐ Breeder  ☐ Friend/Family  ☐ Dog Show/Event  ☐ Facebook/Social Media  ☐ Internet Search  ☐ Other: ____________________</w:t>
      </w:r>
    </w:p>
    <w:p w14:paraId="2259E47D" w14:textId="77777777" w:rsidR="00875B22" w:rsidRDefault="00000000">
      <w:pPr>
        <w:pStyle w:val="Heading2"/>
      </w:pPr>
      <w:r>
        <w:t>Tell Us About You</w:t>
      </w:r>
    </w:p>
    <w:p w14:paraId="6D9F62F4" w14:textId="77777777" w:rsidR="00875B22" w:rsidRDefault="00000000">
      <w:r>
        <w:t>Tell us a little about yourself, your family, and your Greater Swiss Mountain Dog(s). We'd love to get to know you and hear what brought you to MAGS!</w:t>
      </w:r>
    </w:p>
    <w:p w14:paraId="16A418CA" w14:textId="77777777" w:rsidR="00875B22" w:rsidRDefault="00000000">
      <w:r>
        <w:t>_______________________________________________________________</w:t>
      </w:r>
    </w:p>
    <w:p w14:paraId="3057B176" w14:textId="77777777" w:rsidR="00875B22" w:rsidRDefault="00000000">
      <w:r>
        <w:t>_______________________________________________________________</w:t>
      </w:r>
    </w:p>
    <w:p w14:paraId="2F3FB88F" w14:textId="77777777" w:rsidR="00875B22" w:rsidRDefault="00000000">
      <w:r>
        <w:t>_______________________________________________________________</w:t>
      </w:r>
    </w:p>
    <w:p w14:paraId="3A9824BC" w14:textId="77777777" w:rsidR="00875B22" w:rsidRDefault="00000000">
      <w:r>
        <w:t>_______________________________________________________________</w:t>
      </w:r>
    </w:p>
    <w:p w14:paraId="79C61184" w14:textId="77777777" w:rsidR="00875B22" w:rsidRDefault="00000000">
      <w:r>
        <w:t>_______________________________________________________________</w:t>
      </w:r>
    </w:p>
    <w:sectPr w:rsidR="00875B2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4597780">
    <w:abstractNumId w:val="8"/>
  </w:num>
  <w:num w:numId="2" w16cid:durableId="1653101893">
    <w:abstractNumId w:val="6"/>
  </w:num>
  <w:num w:numId="3" w16cid:durableId="1060403550">
    <w:abstractNumId w:val="5"/>
  </w:num>
  <w:num w:numId="4" w16cid:durableId="899245050">
    <w:abstractNumId w:val="4"/>
  </w:num>
  <w:num w:numId="5" w16cid:durableId="434178290">
    <w:abstractNumId w:val="7"/>
  </w:num>
  <w:num w:numId="6" w16cid:durableId="699623151">
    <w:abstractNumId w:val="3"/>
  </w:num>
  <w:num w:numId="7" w16cid:durableId="1883247567">
    <w:abstractNumId w:val="2"/>
  </w:num>
  <w:num w:numId="8" w16cid:durableId="1754666229">
    <w:abstractNumId w:val="1"/>
  </w:num>
  <w:num w:numId="9" w16cid:durableId="1587038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07CB"/>
    <w:rsid w:val="00875B22"/>
    <w:rsid w:val="00AA1D8D"/>
    <w:rsid w:val="00B47730"/>
    <w:rsid w:val="00BB4F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7964BA"/>
  <w14:defaultImageDpi w14:val="300"/>
  <w15:docId w15:val="{176AAD05-1A9E-4DFB-945F-985A5341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Tanya Tabinsky</cp:lastModifiedBy>
  <cp:revision>2</cp:revision>
  <dcterms:created xsi:type="dcterms:W3CDTF">2026-08-07T00:32:00Z</dcterms:created>
  <dcterms:modified xsi:type="dcterms:W3CDTF">2026-08-07T00:32:00Z</dcterms:modified>
  <cp:category/>
</cp:coreProperties>
</file>