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DBBA5" w14:textId="6CFBF6AC" w:rsidR="00CB401D" w:rsidRDefault="00CB401D" w:rsidP="00CB401D">
      <w:pPr>
        <w:pStyle w:val="Title"/>
        <w:spacing w:after="0"/>
        <w:jc w:val="center"/>
        <w:rPr>
          <w:rFonts w:ascii="Palatino Linotype" w:hAnsi="Palatino Linotype"/>
        </w:rPr>
      </w:pPr>
      <w:r w:rsidRPr="00CB401D">
        <w:rPr>
          <w:noProof/>
        </w:rPr>
        <w:drawing>
          <wp:inline distT="0" distB="0" distL="0" distR="0" wp14:anchorId="19330E96" wp14:editId="56C34BC2">
            <wp:extent cx="812800" cy="812800"/>
            <wp:effectExtent l="0" t="0" r="6350" b="6350"/>
            <wp:docPr id="1516118457" name="Picture 2" descr="A logo with a book and a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18457" name="Picture 2" descr="A logo with a book and a st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86C32" w14:textId="7BF1F7B5" w:rsidR="00757A3E" w:rsidRPr="00AF3A5B" w:rsidRDefault="00CB401D" w:rsidP="00CB401D">
      <w:pPr>
        <w:pStyle w:val="Title"/>
        <w:spacing w:after="0"/>
        <w:jc w:val="center"/>
        <w:rPr>
          <w:rFonts w:ascii="Palatino Linotype" w:hAnsi="Palatino Linotype"/>
          <w:sz w:val="32"/>
          <w:szCs w:val="32"/>
        </w:rPr>
      </w:pPr>
      <w:r w:rsidRPr="00AF3A5B">
        <w:rPr>
          <w:rFonts w:ascii="Palatino Linotype" w:hAnsi="Palatino Linotype"/>
          <w:sz w:val="32"/>
          <w:szCs w:val="32"/>
        </w:rPr>
        <w:t>202</w:t>
      </w:r>
      <w:r w:rsidR="00C34EC1" w:rsidRPr="00AF3A5B">
        <w:rPr>
          <w:rFonts w:ascii="Palatino Linotype" w:hAnsi="Palatino Linotype"/>
          <w:sz w:val="32"/>
          <w:szCs w:val="32"/>
        </w:rPr>
        <w:t>5</w:t>
      </w:r>
      <w:r w:rsidRPr="00AF3A5B">
        <w:rPr>
          <w:rFonts w:ascii="Palatino Linotype" w:hAnsi="Palatino Linotype"/>
          <w:sz w:val="32"/>
          <w:szCs w:val="32"/>
        </w:rPr>
        <w:t xml:space="preserve"> National Honor Alliance Literary Awards</w:t>
      </w:r>
    </w:p>
    <w:p w14:paraId="3D6BB4E6" w14:textId="5D7D72DD" w:rsidR="00757A3E" w:rsidRDefault="00CB401D" w:rsidP="00CB401D">
      <w:pPr>
        <w:spacing w:after="0" w:line="240" w:lineRule="auto"/>
      </w:pPr>
      <w:r>
        <w:t xml:space="preserve">Deadline for Submissions: </w:t>
      </w:r>
      <w:r w:rsidR="00C34EC1">
        <w:t>December</w:t>
      </w:r>
      <w:r>
        <w:t xml:space="preserve"> </w:t>
      </w:r>
      <w:r w:rsidR="00365BD7">
        <w:t>31</w:t>
      </w:r>
      <w:r>
        <w:t>, 202</w:t>
      </w:r>
      <w:r w:rsidR="00365BD7">
        <w:t>5</w:t>
      </w:r>
      <w:r>
        <w:br/>
        <w:t xml:space="preserve">Winners Announced: February </w:t>
      </w:r>
      <w:r w:rsidR="004A15E4">
        <w:t xml:space="preserve">1, </w:t>
      </w:r>
      <w:r>
        <w:t>2026</w:t>
      </w:r>
    </w:p>
    <w:p w14:paraId="6807A342" w14:textId="77777777" w:rsidR="00757A3E" w:rsidRDefault="00CB401D" w:rsidP="00CB401D">
      <w:pPr>
        <w:pStyle w:val="Heading1"/>
        <w:spacing w:line="240" w:lineRule="auto"/>
      </w:pPr>
      <w:r>
        <w:t>Entrant Information</w:t>
      </w:r>
    </w:p>
    <w:p w14:paraId="080F14AA" w14:textId="77777777" w:rsidR="00757A3E" w:rsidRDefault="00CB401D" w:rsidP="00CB401D">
      <w:pPr>
        <w:spacing w:after="0" w:line="240" w:lineRule="auto"/>
      </w:pPr>
      <w:r>
        <w:t>Name (Person Submitting Entry): ____________________________________</w:t>
      </w:r>
    </w:p>
    <w:p w14:paraId="459870A2" w14:textId="77777777" w:rsidR="00757A3E" w:rsidRDefault="00CB401D" w:rsidP="00CB401D">
      <w:pPr>
        <w:spacing w:after="0" w:line="240" w:lineRule="auto"/>
      </w:pPr>
      <w:r>
        <w:t>Phone Number: ____________________________________</w:t>
      </w:r>
    </w:p>
    <w:p w14:paraId="0425DD82" w14:textId="77777777" w:rsidR="00757A3E" w:rsidRDefault="00CB401D" w:rsidP="00CB401D">
      <w:pPr>
        <w:spacing w:after="0" w:line="240" w:lineRule="auto"/>
      </w:pPr>
      <w:r>
        <w:t>Email Address: ____________________________________  (All contest communication will be sent to this email – please print clearly)</w:t>
      </w:r>
    </w:p>
    <w:p w14:paraId="3BAF71DC" w14:textId="77777777" w:rsidR="00757A3E" w:rsidRDefault="00CB401D" w:rsidP="00CB401D">
      <w:pPr>
        <w:pStyle w:val="Heading1"/>
        <w:spacing w:line="240" w:lineRule="auto"/>
      </w:pPr>
      <w:r>
        <w:t>Book Information</w:t>
      </w:r>
    </w:p>
    <w:p w14:paraId="54AFD026" w14:textId="77777777" w:rsidR="00757A3E" w:rsidRDefault="00CB401D" w:rsidP="00CB401D">
      <w:pPr>
        <w:spacing w:after="0" w:line="240" w:lineRule="auto"/>
      </w:pPr>
      <w:r>
        <w:t>Full Book Title: ____________________________________</w:t>
      </w:r>
    </w:p>
    <w:p w14:paraId="77D129BA" w14:textId="77777777" w:rsidR="00757A3E" w:rsidRDefault="00CB401D" w:rsidP="00CB401D">
      <w:pPr>
        <w:spacing w:after="0" w:line="240" w:lineRule="auto"/>
      </w:pPr>
      <w:r>
        <w:t>Author Name: ____________________________________</w:t>
      </w:r>
    </w:p>
    <w:p w14:paraId="2E3AC24D" w14:textId="77777777" w:rsidR="00757A3E" w:rsidRDefault="00CB401D" w:rsidP="00CB401D">
      <w:pPr>
        <w:spacing w:after="0" w:line="240" w:lineRule="auto"/>
      </w:pPr>
      <w:r>
        <w:t>Publisher Name (if applicable): ____________________________________</w:t>
      </w:r>
    </w:p>
    <w:p w14:paraId="1F3CD605" w14:textId="77777777" w:rsidR="00757A3E" w:rsidRDefault="00CB401D" w:rsidP="00CB401D">
      <w:pPr>
        <w:spacing w:after="0" w:line="240" w:lineRule="auto"/>
      </w:pPr>
      <w:r>
        <w:t>Website (if applicable): ____________________________________</w:t>
      </w:r>
    </w:p>
    <w:p w14:paraId="7BEB53AE" w14:textId="77777777" w:rsidR="00757A3E" w:rsidRDefault="00CB401D" w:rsidP="00CB401D">
      <w:pPr>
        <w:spacing w:after="0" w:line="240" w:lineRule="auto"/>
      </w:pPr>
      <w:r>
        <w:t>ISBN-13 (if applicable): ____________________________________</w:t>
      </w:r>
    </w:p>
    <w:p w14:paraId="0DF64090" w14:textId="77777777" w:rsidR="00757A3E" w:rsidRDefault="00CB401D" w:rsidP="00CB401D">
      <w:pPr>
        <w:pStyle w:val="Heading1"/>
        <w:spacing w:line="240" w:lineRule="auto"/>
      </w:pPr>
      <w:r>
        <w:t>Categories (Select One or More)</w:t>
      </w:r>
    </w:p>
    <w:p w14:paraId="3B177BA7" w14:textId="77777777" w:rsidR="00757A3E" w:rsidRDefault="00CB401D" w:rsidP="00CB401D">
      <w:pPr>
        <w:spacing w:after="0" w:line="240" w:lineRule="auto"/>
      </w:pPr>
      <w:r>
        <w:t>See full category descriptions at NationalHonorAlliance.org</w:t>
      </w:r>
    </w:p>
    <w:p w14:paraId="0EEF7702" w14:textId="01160084" w:rsidR="00757A3E" w:rsidRDefault="00CB401D" w:rsidP="00CB401D">
      <w:pPr>
        <w:pStyle w:val="Heading2"/>
        <w:spacing w:line="240" w:lineRule="auto"/>
      </w:pPr>
      <w:r>
        <w:t>📚 Fiction Categories</w:t>
      </w:r>
    </w:p>
    <w:p w14:paraId="13B54A31" w14:textId="77777777" w:rsidR="00757A3E" w:rsidRDefault="00CB401D" w:rsidP="00CB401D">
      <w:pPr>
        <w:spacing w:after="0" w:line="240" w:lineRule="auto"/>
      </w:pPr>
      <w:r>
        <w:t>- Fiction – General</w:t>
      </w:r>
    </w:p>
    <w:p w14:paraId="2CEBF1B3" w14:textId="77777777" w:rsidR="00757A3E" w:rsidRDefault="00CB401D" w:rsidP="00CB401D">
      <w:pPr>
        <w:spacing w:after="0" w:line="240" w:lineRule="auto"/>
      </w:pPr>
      <w:r>
        <w:t>- Fiction – Historical</w:t>
      </w:r>
    </w:p>
    <w:p w14:paraId="72A426D5" w14:textId="77777777" w:rsidR="00757A3E" w:rsidRDefault="00CB401D" w:rsidP="00CB401D">
      <w:pPr>
        <w:spacing w:after="0" w:line="240" w:lineRule="auto"/>
      </w:pPr>
      <w:r>
        <w:t>- Fiction – Mystery / Suspense / Thriller</w:t>
      </w:r>
    </w:p>
    <w:p w14:paraId="1E72AC2C" w14:textId="77777777" w:rsidR="00757A3E" w:rsidRDefault="00CB401D" w:rsidP="00CB401D">
      <w:pPr>
        <w:spacing w:after="0" w:line="240" w:lineRule="auto"/>
      </w:pPr>
      <w:r>
        <w:t>- Fiction – Fantasy</w:t>
      </w:r>
    </w:p>
    <w:p w14:paraId="3043D1F4" w14:textId="77777777" w:rsidR="00757A3E" w:rsidRDefault="00CB401D" w:rsidP="00CB401D">
      <w:pPr>
        <w:spacing w:after="0" w:line="240" w:lineRule="auto"/>
      </w:pPr>
      <w:r>
        <w:t>- Fiction – Science Fiction</w:t>
      </w:r>
    </w:p>
    <w:p w14:paraId="34DA396F" w14:textId="77777777" w:rsidR="00757A3E" w:rsidRDefault="00CB401D" w:rsidP="00CB401D">
      <w:pPr>
        <w:spacing w:after="0" w:line="240" w:lineRule="auto"/>
      </w:pPr>
      <w:r>
        <w:t>- Fiction – Horror</w:t>
      </w:r>
    </w:p>
    <w:p w14:paraId="32DA2F37" w14:textId="77777777" w:rsidR="00757A3E" w:rsidRDefault="00CB401D" w:rsidP="00CB401D">
      <w:pPr>
        <w:spacing w:after="0" w:line="240" w:lineRule="auto"/>
      </w:pPr>
      <w:r>
        <w:t>- Fiction – Romance</w:t>
      </w:r>
    </w:p>
    <w:p w14:paraId="77522D4A" w14:textId="77777777" w:rsidR="00757A3E" w:rsidRDefault="00CB401D" w:rsidP="00CB401D">
      <w:pPr>
        <w:spacing w:after="0" w:line="240" w:lineRule="auto"/>
      </w:pPr>
      <w:r>
        <w:t>- Fiction – Women’s Fiction</w:t>
      </w:r>
    </w:p>
    <w:p w14:paraId="26A067B2" w14:textId="77777777" w:rsidR="00757A3E" w:rsidRDefault="00CB401D" w:rsidP="00CB401D">
      <w:pPr>
        <w:spacing w:after="0" w:line="240" w:lineRule="auto"/>
      </w:pPr>
      <w:r>
        <w:t>- Fiction – Multicultural</w:t>
      </w:r>
    </w:p>
    <w:p w14:paraId="72B6DC38" w14:textId="77777777" w:rsidR="00757A3E" w:rsidRDefault="00CB401D" w:rsidP="00CB401D">
      <w:pPr>
        <w:spacing w:after="0" w:line="240" w:lineRule="auto"/>
      </w:pPr>
      <w:r>
        <w:t>- Fiction – LGBTQ+</w:t>
      </w:r>
    </w:p>
    <w:p w14:paraId="6C2B5843" w14:textId="77777777" w:rsidR="00757A3E" w:rsidRDefault="00CB401D" w:rsidP="00CB401D">
      <w:pPr>
        <w:spacing w:after="0" w:line="240" w:lineRule="auto"/>
      </w:pPr>
      <w:r>
        <w:t>- Fiction – Inspirational / Religious</w:t>
      </w:r>
    </w:p>
    <w:p w14:paraId="55E5EF5C" w14:textId="77777777" w:rsidR="00757A3E" w:rsidRDefault="00CB401D" w:rsidP="00CB401D">
      <w:pPr>
        <w:spacing w:after="0" w:line="240" w:lineRule="auto"/>
      </w:pPr>
      <w:r>
        <w:t>- Fiction – Young Adult</w:t>
      </w:r>
    </w:p>
    <w:p w14:paraId="711C8159" w14:textId="77777777" w:rsidR="00757A3E" w:rsidRDefault="00CB401D" w:rsidP="00CB401D">
      <w:pPr>
        <w:spacing w:after="0" w:line="240" w:lineRule="auto"/>
      </w:pPr>
      <w:r>
        <w:t>- Fiction – New Adult</w:t>
      </w:r>
    </w:p>
    <w:p w14:paraId="6D9B26DE" w14:textId="77777777" w:rsidR="00757A3E" w:rsidRDefault="00CB401D" w:rsidP="00CB401D">
      <w:pPr>
        <w:spacing w:after="0" w:line="240" w:lineRule="auto"/>
      </w:pPr>
      <w:r>
        <w:t>- Fiction – Short Story / Anthology</w:t>
      </w:r>
    </w:p>
    <w:p w14:paraId="742F1672" w14:textId="77777777" w:rsidR="00757A3E" w:rsidRDefault="00CB401D" w:rsidP="00CB401D">
      <w:pPr>
        <w:spacing w:after="0" w:line="240" w:lineRule="auto"/>
      </w:pPr>
      <w:r>
        <w:t>- Fiction – Novella / Novelette</w:t>
      </w:r>
    </w:p>
    <w:p w14:paraId="3F2DACA5" w14:textId="384BB46D" w:rsidR="00511CA4" w:rsidRDefault="004D2BB8" w:rsidP="00CB401D">
      <w:pPr>
        <w:spacing w:after="0" w:line="240" w:lineRule="auto"/>
      </w:pPr>
      <w:r>
        <w:t xml:space="preserve">- Fiction </w:t>
      </w:r>
      <w:r w:rsidRPr="004D2BB8">
        <w:t>–</w:t>
      </w:r>
      <w:r>
        <w:t xml:space="preserve"> Humor/Comedy/Satire</w:t>
      </w:r>
    </w:p>
    <w:p w14:paraId="4D7D00BC" w14:textId="77777777" w:rsidR="00757A3E" w:rsidRDefault="00CB401D" w:rsidP="00CB401D">
      <w:pPr>
        <w:pStyle w:val="Heading2"/>
        <w:spacing w:line="240" w:lineRule="auto"/>
      </w:pPr>
      <w:r>
        <w:t>📖 Non-Fiction Categories</w:t>
      </w:r>
    </w:p>
    <w:p w14:paraId="4F9206BC" w14:textId="77777777" w:rsidR="00757A3E" w:rsidRDefault="00CB401D" w:rsidP="00CB401D">
      <w:pPr>
        <w:spacing w:after="0" w:line="240" w:lineRule="auto"/>
      </w:pPr>
      <w:r>
        <w:t>- Non-Fiction – General</w:t>
      </w:r>
    </w:p>
    <w:p w14:paraId="30193D5A" w14:textId="77777777" w:rsidR="00757A3E" w:rsidRDefault="00CB401D" w:rsidP="00CB401D">
      <w:pPr>
        <w:spacing w:after="0" w:line="240" w:lineRule="auto"/>
      </w:pPr>
      <w:r>
        <w:lastRenderedPageBreak/>
        <w:t>- Non-Fiction – Narrative / Creative Non-Fiction</w:t>
      </w:r>
    </w:p>
    <w:p w14:paraId="5353847B" w14:textId="77777777" w:rsidR="00757A3E" w:rsidRDefault="00CB401D" w:rsidP="00CB401D">
      <w:pPr>
        <w:spacing w:after="0" w:line="240" w:lineRule="auto"/>
      </w:pPr>
      <w:r>
        <w:t>- Biography – General</w:t>
      </w:r>
    </w:p>
    <w:p w14:paraId="460E33E8" w14:textId="77777777" w:rsidR="00757A3E" w:rsidRDefault="00CB401D" w:rsidP="00CB401D">
      <w:pPr>
        <w:spacing w:after="0" w:line="240" w:lineRule="auto"/>
      </w:pPr>
      <w:r>
        <w:t>- Autobiography / Memoir</w:t>
      </w:r>
    </w:p>
    <w:p w14:paraId="29EA213A" w14:textId="77777777" w:rsidR="00757A3E" w:rsidRDefault="00CB401D" w:rsidP="00CB401D">
      <w:pPr>
        <w:spacing w:after="0" w:line="240" w:lineRule="auto"/>
      </w:pPr>
      <w:r>
        <w:t>- Non-Fiction – Inspirational / Motivational</w:t>
      </w:r>
    </w:p>
    <w:p w14:paraId="16096EA9" w14:textId="77777777" w:rsidR="00757A3E" w:rsidRDefault="00CB401D" w:rsidP="00CB401D">
      <w:pPr>
        <w:spacing w:after="0" w:line="240" w:lineRule="auto"/>
      </w:pPr>
      <w:r>
        <w:t>- Non-Fiction – Multicultural</w:t>
      </w:r>
    </w:p>
    <w:p w14:paraId="02E712E7" w14:textId="77777777" w:rsidR="00757A3E" w:rsidRDefault="00CB401D" w:rsidP="00CB401D">
      <w:pPr>
        <w:spacing w:after="0" w:line="240" w:lineRule="auto"/>
      </w:pPr>
      <w:r>
        <w:t>- Non-Fiction – LGBTQ+</w:t>
      </w:r>
    </w:p>
    <w:p w14:paraId="75CCE2A9" w14:textId="77777777" w:rsidR="00757A3E" w:rsidRDefault="00CB401D" w:rsidP="00CB401D">
      <w:pPr>
        <w:spacing w:after="0" w:line="240" w:lineRule="auto"/>
      </w:pPr>
      <w:r>
        <w:t>- Non-Fiction – Parenting &amp; Family</w:t>
      </w:r>
    </w:p>
    <w:p w14:paraId="502056D2" w14:textId="77777777" w:rsidR="00757A3E" w:rsidRDefault="00CB401D" w:rsidP="00CB401D">
      <w:pPr>
        <w:spacing w:after="0" w:line="240" w:lineRule="auto"/>
      </w:pPr>
      <w:r>
        <w:t>- Non-Fiction – Business / Leadership</w:t>
      </w:r>
    </w:p>
    <w:p w14:paraId="03AF9693" w14:textId="77777777" w:rsidR="00757A3E" w:rsidRDefault="00CB401D" w:rsidP="00CB401D">
      <w:pPr>
        <w:spacing w:after="0" w:line="240" w:lineRule="auto"/>
      </w:pPr>
      <w:r>
        <w:t>- Non-Fiction – Education / Academic</w:t>
      </w:r>
    </w:p>
    <w:p w14:paraId="0230488B" w14:textId="77777777" w:rsidR="00757A3E" w:rsidRDefault="00CB401D" w:rsidP="00CB401D">
      <w:pPr>
        <w:spacing w:after="0" w:line="240" w:lineRule="auto"/>
      </w:pPr>
      <w:r>
        <w:t>- Non-Fiction – History (General, Military, or U.S.)</w:t>
      </w:r>
    </w:p>
    <w:p w14:paraId="115BA662" w14:textId="77777777" w:rsidR="00757A3E" w:rsidRDefault="00CB401D" w:rsidP="00CB401D">
      <w:pPr>
        <w:spacing w:after="0" w:line="240" w:lineRule="auto"/>
      </w:pPr>
      <w:r>
        <w:t>- Non-Fiction – True Crime</w:t>
      </w:r>
    </w:p>
    <w:p w14:paraId="040AC5B0" w14:textId="77777777" w:rsidR="00757A3E" w:rsidRDefault="00CB401D" w:rsidP="00CB401D">
      <w:pPr>
        <w:spacing w:after="0" w:line="240" w:lineRule="auto"/>
      </w:pPr>
      <w:r>
        <w:t>- Non-Fiction – Sports</w:t>
      </w:r>
    </w:p>
    <w:p w14:paraId="2C4EB161" w14:textId="77777777" w:rsidR="00757A3E" w:rsidRDefault="00CB401D" w:rsidP="00CB401D">
      <w:pPr>
        <w:spacing w:after="0" w:line="240" w:lineRule="auto"/>
      </w:pPr>
      <w:r>
        <w:t>- Non-Fiction – Social Change / Current Affairs</w:t>
      </w:r>
    </w:p>
    <w:p w14:paraId="61F791CE" w14:textId="77777777" w:rsidR="00757A3E" w:rsidRDefault="00CB401D" w:rsidP="00CB401D">
      <w:pPr>
        <w:pStyle w:val="Heading2"/>
        <w:spacing w:line="240" w:lineRule="auto"/>
      </w:pPr>
      <w:r>
        <w:t>✒️ Poetry Categories</w:t>
      </w:r>
    </w:p>
    <w:p w14:paraId="71A1752F" w14:textId="77777777" w:rsidR="00757A3E" w:rsidRDefault="00CB401D" w:rsidP="00CB401D">
      <w:pPr>
        <w:spacing w:after="0" w:line="240" w:lineRule="auto"/>
      </w:pPr>
      <w:r>
        <w:t>- Poetry – General</w:t>
      </w:r>
    </w:p>
    <w:p w14:paraId="5A1974BF" w14:textId="77777777" w:rsidR="00757A3E" w:rsidRDefault="00CB401D" w:rsidP="00CB401D">
      <w:pPr>
        <w:spacing w:after="0" w:line="240" w:lineRule="auto"/>
      </w:pPr>
      <w:r>
        <w:t>- Poetry – Narrative</w:t>
      </w:r>
    </w:p>
    <w:p w14:paraId="1DA0BA27" w14:textId="77777777" w:rsidR="00757A3E" w:rsidRDefault="00CB401D" w:rsidP="00CB401D">
      <w:pPr>
        <w:spacing w:after="0" w:line="240" w:lineRule="auto"/>
      </w:pPr>
      <w:r>
        <w:t>- Poetry – Contemporary</w:t>
      </w:r>
    </w:p>
    <w:p w14:paraId="3A1219D3" w14:textId="77777777" w:rsidR="00757A3E" w:rsidRDefault="00CB401D" w:rsidP="00CB401D">
      <w:pPr>
        <w:spacing w:after="0" w:line="240" w:lineRule="auto"/>
      </w:pPr>
      <w:r>
        <w:t>- Poetry – Religious / Spiritual</w:t>
      </w:r>
    </w:p>
    <w:p w14:paraId="63757B35" w14:textId="77777777" w:rsidR="00757A3E" w:rsidRDefault="00CB401D" w:rsidP="00CB401D">
      <w:pPr>
        <w:pStyle w:val="Heading2"/>
        <w:spacing w:line="240" w:lineRule="auto"/>
      </w:pPr>
      <w:r>
        <w:t>👶 Children’s &amp; Young Readers</w:t>
      </w:r>
    </w:p>
    <w:p w14:paraId="2D048C01" w14:textId="77777777" w:rsidR="00757A3E" w:rsidRDefault="00CB401D" w:rsidP="00CB401D">
      <w:pPr>
        <w:spacing w:after="0" w:line="240" w:lineRule="auto"/>
      </w:pPr>
      <w:r>
        <w:t>- Children’s – Picture Book</w:t>
      </w:r>
    </w:p>
    <w:p w14:paraId="227BBD7C" w14:textId="77777777" w:rsidR="00757A3E" w:rsidRDefault="00CB401D" w:rsidP="00CB401D">
      <w:pPr>
        <w:spacing w:after="0" w:line="240" w:lineRule="auto"/>
      </w:pPr>
      <w:r>
        <w:t>- Children’s – Fiction</w:t>
      </w:r>
    </w:p>
    <w:p w14:paraId="0020FD97" w14:textId="77777777" w:rsidR="00757A3E" w:rsidRDefault="00CB401D" w:rsidP="00CB401D">
      <w:pPr>
        <w:spacing w:after="0" w:line="240" w:lineRule="auto"/>
      </w:pPr>
      <w:r>
        <w:t>- Children’s – Non-Fiction</w:t>
      </w:r>
    </w:p>
    <w:p w14:paraId="0CAD3E89" w14:textId="77777777" w:rsidR="00757A3E" w:rsidRDefault="00CB401D" w:rsidP="00CB401D">
      <w:pPr>
        <w:spacing w:after="0" w:line="240" w:lineRule="auto"/>
      </w:pPr>
      <w:r>
        <w:t>- Children’s – Educational</w:t>
      </w:r>
    </w:p>
    <w:p w14:paraId="6D44B57B" w14:textId="77777777" w:rsidR="00757A3E" w:rsidRDefault="00CB401D" w:rsidP="00CB401D">
      <w:pPr>
        <w:spacing w:after="0" w:line="240" w:lineRule="auto"/>
      </w:pPr>
      <w:r>
        <w:t>- Children’s – Interactive</w:t>
      </w:r>
    </w:p>
    <w:p w14:paraId="7FF3223C" w14:textId="77777777" w:rsidR="00757A3E" w:rsidRDefault="00CB401D" w:rsidP="00CB401D">
      <w:pPr>
        <w:pStyle w:val="Heading2"/>
        <w:spacing w:line="240" w:lineRule="auto"/>
      </w:pPr>
      <w:r>
        <w:t>🌟 Legacy &amp; Special Categories</w:t>
      </w:r>
    </w:p>
    <w:p w14:paraId="2D7564BD" w14:textId="77777777" w:rsidR="00757A3E" w:rsidRDefault="00CB401D" w:rsidP="00CB401D">
      <w:pPr>
        <w:spacing w:after="0" w:line="240" w:lineRule="auto"/>
      </w:pPr>
      <w:r>
        <w:t>- Legacy – Fiction (any genre, pre-2021 titles)</w:t>
      </w:r>
    </w:p>
    <w:p w14:paraId="0BA673C4" w14:textId="77777777" w:rsidR="00757A3E" w:rsidRDefault="00CB401D" w:rsidP="00CB401D">
      <w:pPr>
        <w:spacing w:after="0" w:line="240" w:lineRule="auto"/>
      </w:pPr>
      <w:r>
        <w:t>- Legacy – Non-Fiction (any genre, pre-2021 titles)</w:t>
      </w:r>
    </w:p>
    <w:p w14:paraId="0BB3D629" w14:textId="77777777" w:rsidR="00757A3E" w:rsidRDefault="00CB401D" w:rsidP="00CB401D">
      <w:pPr>
        <w:spacing w:after="0" w:line="240" w:lineRule="auto"/>
      </w:pPr>
      <w:r>
        <w:t>- Best Cover Design – Fiction</w:t>
      </w:r>
    </w:p>
    <w:p w14:paraId="0D2B9FF7" w14:textId="77777777" w:rsidR="00757A3E" w:rsidRDefault="00CB401D" w:rsidP="00CB401D">
      <w:pPr>
        <w:spacing w:after="0" w:line="240" w:lineRule="auto"/>
      </w:pPr>
      <w:r>
        <w:t>- Best Cover Design – Non-Fiction</w:t>
      </w:r>
    </w:p>
    <w:p w14:paraId="5DA47BA1" w14:textId="77777777" w:rsidR="00757A3E" w:rsidRDefault="00CB401D" w:rsidP="00CB401D">
      <w:pPr>
        <w:spacing w:after="0" w:line="240" w:lineRule="auto"/>
      </w:pPr>
      <w:r>
        <w:t>- Debut Author – Fiction</w:t>
      </w:r>
    </w:p>
    <w:p w14:paraId="3F0CCA25" w14:textId="3B94D082" w:rsidR="000C4549" w:rsidRDefault="00CB401D" w:rsidP="00CB401D">
      <w:pPr>
        <w:spacing w:after="0" w:line="240" w:lineRule="auto"/>
      </w:pPr>
      <w:r>
        <w:t>- Debut Author – Non-Fiction</w:t>
      </w:r>
    </w:p>
    <w:p w14:paraId="3D6D3E43" w14:textId="587EC327" w:rsidR="00B01113" w:rsidRDefault="00B01113" w:rsidP="00B01113">
      <w:pPr>
        <w:pStyle w:val="Heading2"/>
        <w:spacing w:line="240" w:lineRule="auto"/>
      </w:pPr>
      <w:r>
        <w:rPr>
          <w:rFonts w:ascii="Segoe UI Emoji" w:hAnsi="Segoe UI Emoji" w:cs="Segoe UI Emoji"/>
        </w:rPr>
        <w:t>🌟</w:t>
      </w:r>
      <w:r>
        <w:t xml:space="preserve"> </w:t>
      </w:r>
      <w:r w:rsidR="009E27FB">
        <w:t xml:space="preserve">Age </w:t>
      </w:r>
      <w:r>
        <w:t>23</w:t>
      </w:r>
      <w:r w:rsidR="009E27FB">
        <w:t xml:space="preserve"> and Under</w:t>
      </w:r>
      <w:r>
        <w:t xml:space="preserve"> Special Categories</w:t>
      </w:r>
    </w:p>
    <w:p w14:paraId="10CA56B6" w14:textId="77777777" w:rsidR="00B01113" w:rsidRDefault="00B01113" w:rsidP="00CB401D">
      <w:pPr>
        <w:spacing w:after="0" w:line="240" w:lineRule="auto"/>
      </w:pPr>
    </w:p>
    <w:p w14:paraId="02D78AD3" w14:textId="77777777" w:rsidR="002B683D" w:rsidRPr="002B683D" w:rsidRDefault="002B683D" w:rsidP="002B683D">
      <w:pPr>
        <w:spacing w:after="0" w:line="240" w:lineRule="auto"/>
      </w:pPr>
      <w:r w:rsidRPr="002B683D">
        <w:rPr>
          <w:rFonts w:ascii="Segoe UI Emoji" w:hAnsi="Segoe UI Emoji" w:cs="Segoe UI Emoji"/>
          <w:b/>
          <w:bCs/>
        </w:rPr>
        <w:t>🏆</w:t>
      </w:r>
      <w:r w:rsidRPr="002B683D">
        <w:rPr>
          <w:b/>
          <w:bCs/>
        </w:rPr>
        <w:t xml:space="preserve"> 1. Personal &amp; Reflective Essay</w:t>
      </w:r>
    </w:p>
    <w:p w14:paraId="21F581D8" w14:textId="756B4C0F" w:rsidR="002B683D" w:rsidRPr="002B683D" w:rsidRDefault="002B683D" w:rsidP="002B683D">
      <w:pPr>
        <w:spacing w:after="0" w:line="240" w:lineRule="auto"/>
      </w:pPr>
      <w:r w:rsidRPr="002B683D">
        <w:t>For essays that explore personal growth</w:t>
      </w:r>
      <w:r w:rsidR="000C4549">
        <w:t xml:space="preserve"> </w:t>
      </w:r>
      <w:r w:rsidRPr="002B683D">
        <w:t>and self-discovery.</w:t>
      </w:r>
      <w:r w:rsidRPr="002B683D">
        <w:br/>
      </w:r>
      <w:r w:rsidRPr="002B683D">
        <w:rPr>
          <w:i/>
          <w:iCs/>
        </w:rPr>
        <w:t>Includes:</w:t>
      </w:r>
      <w:r w:rsidRPr="002B683D">
        <w:t xml:space="preserve"> memoirs, reflective essays, identity pieces, “letter to the future” essays, and resilience stories.</w:t>
      </w:r>
    </w:p>
    <w:p w14:paraId="6282EFFE" w14:textId="77777777" w:rsidR="002B683D" w:rsidRPr="002B683D" w:rsidRDefault="002B683D" w:rsidP="002B683D">
      <w:pPr>
        <w:spacing w:after="0" w:line="240" w:lineRule="auto"/>
      </w:pPr>
      <w:r w:rsidRPr="002B683D">
        <w:rPr>
          <w:i/>
          <w:iCs/>
        </w:rPr>
        <w:t>Focus:</w:t>
      </w:r>
      <w:r w:rsidRPr="002B683D">
        <w:t xml:space="preserve"> Voice, honesty, depth of insight, and emotional resonance.</w:t>
      </w:r>
    </w:p>
    <w:p w14:paraId="543DE0C7" w14:textId="3051C912" w:rsidR="002B683D" w:rsidRPr="002B683D" w:rsidRDefault="002B683D" w:rsidP="002B683D">
      <w:pPr>
        <w:spacing w:after="0" w:line="240" w:lineRule="auto"/>
      </w:pPr>
    </w:p>
    <w:p w14:paraId="64E515A5" w14:textId="77777777" w:rsidR="002B683D" w:rsidRPr="002B683D" w:rsidRDefault="002B683D" w:rsidP="002B683D">
      <w:pPr>
        <w:spacing w:after="0" w:line="240" w:lineRule="auto"/>
        <w:rPr>
          <w:b/>
          <w:bCs/>
        </w:rPr>
      </w:pPr>
      <w:r w:rsidRPr="002B683D">
        <w:rPr>
          <w:rFonts w:ascii="Segoe UI Emoji" w:hAnsi="Segoe UI Emoji" w:cs="Segoe UI Emoji"/>
          <w:b/>
          <w:bCs/>
        </w:rPr>
        <w:t>🌍</w:t>
      </w:r>
      <w:r w:rsidRPr="002B683D">
        <w:rPr>
          <w:b/>
          <w:bCs/>
        </w:rPr>
        <w:t xml:space="preserve"> 2. Social Impact &amp; Current Issues Essay</w:t>
      </w:r>
    </w:p>
    <w:p w14:paraId="437C5599" w14:textId="77777777" w:rsidR="002B683D" w:rsidRPr="002B683D" w:rsidRDefault="002B683D" w:rsidP="002B683D">
      <w:pPr>
        <w:spacing w:after="0" w:line="240" w:lineRule="auto"/>
      </w:pPr>
      <w:r w:rsidRPr="002B683D">
        <w:t>For essays addressing real-world challenges — from climate change and technology to justice, leadership, or civic engagement.</w:t>
      </w:r>
      <w:r w:rsidRPr="002B683D">
        <w:br/>
      </w:r>
      <w:r w:rsidRPr="002B683D">
        <w:rPr>
          <w:i/>
          <w:iCs/>
        </w:rPr>
        <w:t>Includes:</w:t>
      </w:r>
      <w:r w:rsidRPr="002B683D">
        <w:t xml:space="preserve"> persuasive, analytical, or research-based essays on social, political, or environmental topics.</w:t>
      </w:r>
    </w:p>
    <w:p w14:paraId="13ECB5B0" w14:textId="77777777" w:rsidR="002B683D" w:rsidRPr="002B683D" w:rsidRDefault="002B683D" w:rsidP="002B683D">
      <w:pPr>
        <w:spacing w:after="0" w:line="240" w:lineRule="auto"/>
      </w:pPr>
      <w:r w:rsidRPr="002B683D">
        <w:rPr>
          <w:i/>
          <w:iCs/>
        </w:rPr>
        <w:t>Focus:</w:t>
      </w:r>
      <w:r w:rsidRPr="002B683D">
        <w:t xml:space="preserve"> Clarity of argument, originality, and relevance to the modern world.</w:t>
      </w:r>
    </w:p>
    <w:p w14:paraId="7B02D203" w14:textId="4C9B877D" w:rsidR="002B683D" w:rsidRPr="002B683D" w:rsidRDefault="002B683D" w:rsidP="002B683D">
      <w:pPr>
        <w:spacing w:after="0" w:line="240" w:lineRule="auto"/>
      </w:pPr>
    </w:p>
    <w:p w14:paraId="363FBC52" w14:textId="77777777" w:rsidR="002B683D" w:rsidRPr="002B683D" w:rsidRDefault="002B683D" w:rsidP="002B683D">
      <w:pPr>
        <w:spacing w:after="0" w:line="240" w:lineRule="auto"/>
        <w:rPr>
          <w:b/>
          <w:bCs/>
        </w:rPr>
      </w:pPr>
      <w:r w:rsidRPr="002B683D">
        <w:rPr>
          <w:rFonts w:ascii="Segoe UI Emoji" w:hAnsi="Segoe UI Emoji" w:cs="Segoe UI Emoji"/>
          <w:b/>
          <w:bCs/>
        </w:rPr>
        <w:t>🎨</w:t>
      </w:r>
      <w:r w:rsidRPr="002B683D">
        <w:rPr>
          <w:b/>
          <w:bCs/>
        </w:rPr>
        <w:t xml:space="preserve"> 3. Creative Nonfiction Essay</w:t>
      </w:r>
    </w:p>
    <w:p w14:paraId="462859C0" w14:textId="77777777" w:rsidR="002B683D" w:rsidRPr="002B683D" w:rsidRDefault="002B683D" w:rsidP="002B683D">
      <w:pPr>
        <w:spacing w:after="0" w:line="240" w:lineRule="auto"/>
      </w:pPr>
      <w:r w:rsidRPr="002B683D">
        <w:t>For essays that blur the line between storytelling and truth — rich in imagery, narrative style, and emotional impact.</w:t>
      </w:r>
      <w:r w:rsidRPr="002B683D">
        <w:br/>
      </w:r>
      <w:r w:rsidRPr="002B683D">
        <w:rPr>
          <w:i/>
          <w:iCs/>
        </w:rPr>
        <w:t>Includes:</w:t>
      </w:r>
      <w:r w:rsidRPr="002B683D">
        <w:t xml:space="preserve"> narrative essays, literary journalism, and imaginative true stories.</w:t>
      </w:r>
    </w:p>
    <w:p w14:paraId="1507EAED" w14:textId="77777777" w:rsidR="002B683D" w:rsidRPr="002B683D" w:rsidRDefault="002B683D" w:rsidP="002B683D">
      <w:pPr>
        <w:spacing w:after="0" w:line="240" w:lineRule="auto"/>
      </w:pPr>
      <w:r w:rsidRPr="002B683D">
        <w:rPr>
          <w:i/>
          <w:iCs/>
        </w:rPr>
        <w:t>Focus:</w:t>
      </w:r>
      <w:r w:rsidRPr="002B683D">
        <w:t xml:space="preserve"> Craft, narrative arc, and creative voice.</w:t>
      </w:r>
    </w:p>
    <w:p w14:paraId="6BCC4735" w14:textId="565EB577" w:rsidR="002B683D" w:rsidRPr="002B683D" w:rsidRDefault="002B683D" w:rsidP="002B683D">
      <w:pPr>
        <w:spacing w:after="0" w:line="240" w:lineRule="auto"/>
      </w:pPr>
    </w:p>
    <w:p w14:paraId="16D4B68A" w14:textId="77777777" w:rsidR="002B683D" w:rsidRPr="002B683D" w:rsidRDefault="002B683D" w:rsidP="002B683D">
      <w:pPr>
        <w:spacing w:after="0" w:line="240" w:lineRule="auto"/>
        <w:rPr>
          <w:b/>
          <w:bCs/>
        </w:rPr>
      </w:pPr>
      <w:r w:rsidRPr="002B683D">
        <w:rPr>
          <w:rFonts w:ascii="Segoe UI Emoji" w:hAnsi="Segoe UI Emoji" w:cs="Segoe UI Emoji"/>
          <w:b/>
          <w:bCs/>
        </w:rPr>
        <w:t>🎓</w:t>
      </w:r>
      <w:r w:rsidRPr="002B683D">
        <w:rPr>
          <w:b/>
          <w:bCs/>
        </w:rPr>
        <w:t xml:space="preserve"> 4. Academic &amp; Analytical Essay</w:t>
      </w:r>
    </w:p>
    <w:p w14:paraId="796B9064" w14:textId="4CD52D1E" w:rsidR="002B683D" w:rsidRPr="002B683D" w:rsidRDefault="002B683D" w:rsidP="002B683D">
      <w:pPr>
        <w:spacing w:after="0" w:line="240" w:lineRule="auto"/>
      </w:pPr>
      <w:r w:rsidRPr="002B683D">
        <w:t>For essays grounded in research, reasoning, or intellectual inquiry.</w:t>
      </w:r>
      <w:r w:rsidRPr="002B683D">
        <w:br/>
      </w:r>
      <w:r w:rsidRPr="002B683D">
        <w:rPr>
          <w:i/>
          <w:iCs/>
        </w:rPr>
        <w:t>Includes:</w:t>
      </w:r>
      <w:r w:rsidRPr="002B683D">
        <w:t xml:space="preserve"> literary analysis, STEM-related essays, </w:t>
      </w:r>
      <w:r w:rsidR="000C4549">
        <w:t xml:space="preserve">and </w:t>
      </w:r>
      <w:r w:rsidRPr="002B683D">
        <w:t>humanities topics.</w:t>
      </w:r>
    </w:p>
    <w:p w14:paraId="2E8F3860" w14:textId="77777777" w:rsidR="002B683D" w:rsidRPr="002B683D" w:rsidRDefault="002B683D" w:rsidP="002B683D">
      <w:pPr>
        <w:spacing w:after="0" w:line="240" w:lineRule="auto"/>
      </w:pPr>
      <w:r w:rsidRPr="002B683D">
        <w:rPr>
          <w:i/>
          <w:iCs/>
        </w:rPr>
        <w:t>Focus:</w:t>
      </w:r>
      <w:r w:rsidRPr="002B683D">
        <w:t xml:space="preserve"> Structure, evidence, and clarity of thought.</w:t>
      </w:r>
    </w:p>
    <w:p w14:paraId="47729204" w14:textId="05A998FC" w:rsidR="002B683D" w:rsidRPr="002B683D" w:rsidRDefault="002B683D" w:rsidP="002B683D">
      <w:pPr>
        <w:spacing w:after="0" w:line="240" w:lineRule="auto"/>
      </w:pPr>
    </w:p>
    <w:p w14:paraId="115886D0" w14:textId="77777777" w:rsidR="002B683D" w:rsidRPr="002B683D" w:rsidRDefault="002B683D" w:rsidP="002B683D">
      <w:pPr>
        <w:spacing w:after="0" w:line="240" w:lineRule="auto"/>
        <w:rPr>
          <w:b/>
          <w:bCs/>
        </w:rPr>
      </w:pPr>
      <w:r w:rsidRPr="002B683D">
        <w:rPr>
          <w:rFonts w:ascii="Segoe UI Emoji" w:hAnsi="Segoe UI Emoji" w:cs="Segoe UI Emoji"/>
          <w:b/>
          <w:bCs/>
        </w:rPr>
        <w:t>🌟</w:t>
      </w:r>
      <w:r w:rsidRPr="002B683D">
        <w:rPr>
          <w:b/>
          <w:bCs/>
        </w:rPr>
        <w:t xml:space="preserve"> 5. Emerging Writer of the Year (Under 23)</w:t>
      </w:r>
    </w:p>
    <w:p w14:paraId="0C38877F" w14:textId="77777777" w:rsidR="002B683D" w:rsidRPr="002B683D" w:rsidRDefault="002B683D" w:rsidP="002B683D">
      <w:pPr>
        <w:spacing w:after="0" w:line="240" w:lineRule="auto"/>
      </w:pPr>
      <w:r w:rsidRPr="002B683D">
        <w:t>A top-tier recognition awarded to the most outstanding essayist across all categories.</w:t>
      </w:r>
    </w:p>
    <w:p w14:paraId="6FB2D3DF" w14:textId="77777777" w:rsidR="002B683D" w:rsidRPr="002B683D" w:rsidRDefault="002B683D" w:rsidP="002B683D">
      <w:pPr>
        <w:spacing w:after="0" w:line="240" w:lineRule="auto"/>
      </w:pPr>
      <w:r w:rsidRPr="002B683D">
        <w:rPr>
          <w:i/>
          <w:iCs/>
        </w:rPr>
        <w:t>Focus:</w:t>
      </w:r>
      <w:r w:rsidRPr="002B683D">
        <w:t xml:space="preserve"> Exceptional writing, originality, and the promise of a future literary voice.</w:t>
      </w:r>
    </w:p>
    <w:p w14:paraId="2FF67D69" w14:textId="77777777" w:rsidR="00757A3E" w:rsidRDefault="00CB401D" w:rsidP="00CB401D">
      <w:pPr>
        <w:pStyle w:val="Heading1"/>
        <w:spacing w:line="240" w:lineRule="auto"/>
      </w:pPr>
      <w:r>
        <w:t>Entry Fees</w:t>
      </w:r>
    </w:p>
    <w:p w14:paraId="1E35FA7E" w14:textId="681E9561" w:rsidR="00757A3E" w:rsidRDefault="00CB401D" w:rsidP="00CB401D">
      <w:pPr>
        <w:spacing w:after="0" w:line="240" w:lineRule="auto"/>
      </w:pPr>
      <w:r>
        <w:t>$35 per title/per category</w:t>
      </w:r>
      <w:r>
        <w:br/>
        <w:t>Example: One book in two categories = $70</w:t>
      </w:r>
    </w:p>
    <w:p w14:paraId="06E92036" w14:textId="3EB99AA5" w:rsidR="00CB401D" w:rsidRDefault="00CB401D" w:rsidP="00CB401D">
      <w:pPr>
        <w:spacing w:after="0" w:line="240" w:lineRule="auto"/>
      </w:pPr>
      <w:r>
        <w:t>Individual Payment Transactions are required for multiple categories</w:t>
      </w:r>
    </w:p>
    <w:p w14:paraId="17D762FB" w14:textId="16F79995" w:rsidR="00757A3E" w:rsidRDefault="00CB401D" w:rsidP="00CB401D">
      <w:pPr>
        <w:spacing w:after="0" w:line="240" w:lineRule="auto"/>
      </w:pPr>
      <w:r>
        <w:t>☑ I paid online (at NationalHonorAlliance.com)</w:t>
      </w:r>
    </w:p>
    <w:p w14:paraId="3CFCFB4B" w14:textId="77777777" w:rsidR="00757A3E" w:rsidRDefault="00CB401D" w:rsidP="00CB401D">
      <w:pPr>
        <w:spacing w:after="0" w:line="240" w:lineRule="auto"/>
      </w:pPr>
      <w:r>
        <w:t>Email address used for payment: ____________________________________</w:t>
      </w:r>
    </w:p>
    <w:p w14:paraId="50414A5B" w14:textId="77777777" w:rsidR="00757A3E" w:rsidRDefault="00CB401D" w:rsidP="00CB401D">
      <w:pPr>
        <w:pStyle w:val="Heading1"/>
        <w:spacing w:line="240" w:lineRule="auto"/>
      </w:pPr>
      <w:r>
        <w:t>Submission Checklist</w:t>
      </w:r>
    </w:p>
    <w:p w14:paraId="73CE644A" w14:textId="77777777" w:rsidR="00757A3E" w:rsidRDefault="00CB401D" w:rsidP="00CB401D">
      <w:pPr>
        <w:spacing w:after="0" w:line="240" w:lineRule="auto"/>
      </w:pPr>
      <w:r>
        <w:t>- Completed Entry Form (this page)</w:t>
      </w:r>
    </w:p>
    <w:p w14:paraId="4FEA65EA" w14:textId="77777777" w:rsidR="00757A3E" w:rsidRDefault="00CB401D" w:rsidP="00CB401D">
      <w:pPr>
        <w:spacing w:after="0" w:line="240" w:lineRule="auto"/>
      </w:pPr>
      <w:r>
        <w:t>- Entry fee processed online</w:t>
      </w:r>
    </w:p>
    <w:p w14:paraId="6E54A5BC" w14:textId="77777777" w:rsidR="00757A3E" w:rsidRDefault="00CB401D" w:rsidP="00CB401D">
      <w:pPr>
        <w:spacing w:after="0" w:line="240" w:lineRule="auto"/>
      </w:pPr>
      <w:r>
        <w:t>- PDF copy of your book (include cover)</w:t>
      </w:r>
    </w:p>
    <w:p w14:paraId="4067146F" w14:textId="77777777" w:rsidR="00757A3E" w:rsidRDefault="00CB401D" w:rsidP="00CB401D">
      <w:pPr>
        <w:spacing w:after="0" w:line="240" w:lineRule="auto"/>
      </w:pPr>
      <w:r>
        <w:t>- Press Release or Marketing Material (optional, if available)</w:t>
      </w:r>
    </w:p>
    <w:p w14:paraId="4D87B8F8" w14:textId="6B1B999D" w:rsidR="00757A3E" w:rsidRDefault="00CB401D" w:rsidP="00CB401D">
      <w:pPr>
        <w:spacing w:after="0" w:line="240" w:lineRule="auto"/>
      </w:pPr>
      <w:r>
        <w:t xml:space="preserve">📧 Email all materials to: </w:t>
      </w:r>
      <w:r w:rsidRPr="00CB401D">
        <w:rPr>
          <w:b/>
          <w:bCs/>
          <w:u w:val="single"/>
        </w:rPr>
        <w:t>team@nationalhonoralliance.com</w:t>
      </w:r>
    </w:p>
    <w:p w14:paraId="6ACFE958" w14:textId="77777777" w:rsidR="00757A3E" w:rsidRDefault="00CB401D" w:rsidP="00CB401D">
      <w:pPr>
        <w:pStyle w:val="Heading1"/>
        <w:spacing w:line="240" w:lineRule="auto"/>
      </w:pPr>
      <w:r>
        <w:t>Rules &amp; Guidelines</w:t>
      </w:r>
    </w:p>
    <w:p w14:paraId="4537BA59" w14:textId="68098702" w:rsidR="00757A3E" w:rsidRDefault="00CB401D" w:rsidP="00CB401D">
      <w:pPr>
        <w:spacing w:after="0" w:line="240" w:lineRule="auto"/>
      </w:pPr>
      <w:r>
        <w:t xml:space="preserve">- Entries must be submitted on or before </w:t>
      </w:r>
      <w:r w:rsidR="00205C5B">
        <w:t>December 31</w:t>
      </w:r>
      <w:r>
        <w:t>, 202</w:t>
      </w:r>
      <w:r w:rsidR="00205C5B">
        <w:t>5</w:t>
      </w:r>
      <w:r>
        <w:t>.</w:t>
      </w:r>
    </w:p>
    <w:p w14:paraId="05F4B909" w14:textId="0B1631EF" w:rsidR="00757A3E" w:rsidRDefault="00CB401D" w:rsidP="00CB401D">
      <w:pPr>
        <w:spacing w:after="0" w:line="240" w:lineRule="auto"/>
      </w:pPr>
      <w:r>
        <w:t xml:space="preserve">- Winners announced February </w:t>
      </w:r>
      <w:r w:rsidR="00205C5B">
        <w:t xml:space="preserve">1, </w:t>
      </w:r>
      <w:r>
        <w:t>2026.</w:t>
      </w:r>
    </w:p>
    <w:p w14:paraId="186B3370" w14:textId="77777777" w:rsidR="00757A3E" w:rsidRDefault="00CB401D" w:rsidP="00CB401D">
      <w:pPr>
        <w:spacing w:after="0" w:line="240" w:lineRule="auto"/>
      </w:pPr>
      <w:r>
        <w:t>- Eligible books: publication years 2021–2026 (Legacy titles may be earlier).</w:t>
      </w:r>
    </w:p>
    <w:p w14:paraId="63A106C2" w14:textId="77777777" w:rsidR="00757A3E" w:rsidRDefault="00CB401D" w:rsidP="00CB401D">
      <w:pPr>
        <w:spacing w:after="0" w:line="240" w:lineRule="auto"/>
      </w:pPr>
      <w:r>
        <w:t>- English-language submissions only. ISBN required for published titles (not required for manuscripts).</w:t>
      </w:r>
    </w:p>
    <w:p w14:paraId="338D2DB9" w14:textId="77777777" w:rsidR="00757A3E" w:rsidRDefault="00CB401D" w:rsidP="00CB401D">
      <w:pPr>
        <w:spacing w:after="0" w:line="240" w:lineRule="auto"/>
      </w:pPr>
      <w:r>
        <w:t>- All rights remain with the author.</w:t>
      </w:r>
    </w:p>
    <w:p w14:paraId="4A1FE59A" w14:textId="77777777" w:rsidR="00757A3E" w:rsidRDefault="00CB401D" w:rsidP="00CB401D">
      <w:pPr>
        <w:spacing w:after="0" w:line="240" w:lineRule="auto"/>
      </w:pPr>
      <w:r>
        <w:t>- All sales are final. Submissions are deleted from the entry database after the competition concludes.</w:t>
      </w:r>
    </w:p>
    <w:p w14:paraId="44B82527" w14:textId="77777777" w:rsidR="00757A3E" w:rsidRDefault="00CB401D" w:rsidP="00CB401D">
      <w:pPr>
        <w:pStyle w:val="Heading1"/>
        <w:spacing w:line="240" w:lineRule="auto"/>
      </w:pPr>
      <w:r>
        <w:t>Agreement</w:t>
      </w:r>
    </w:p>
    <w:p w14:paraId="67762BB2" w14:textId="77777777" w:rsidR="00757A3E" w:rsidRDefault="00CB401D" w:rsidP="00CB401D">
      <w:pPr>
        <w:spacing w:after="0" w:line="240" w:lineRule="auto"/>
      </w:pPr>
      <w:r>
        <w:t>I certify that the information provided is accurate, and I agree to abide by the contest rules.</w:t>
      </w:r>
    </w:p>
    <w:p w14:paraId="3B774666" w14:textId="77777777" w:rsidR="00757A3E" w:rsidRDefault="00CB401D" w:rsidP="00CB401D">
      <w:pPr>
        <w:spacing w:after="0" w:line="240" w:lineRule="auto"/>
      </w:pPr>
      <w:r>
        <w:t>Signature: ____________________________________   Date: ____ / ____ / ______</w:t>
      </w:r>
    </w:p>
    <w:sectPr w:rsidR="00757A3E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83BE5" w14:textId="77777777" w:rsidR="004F1E59" w:rsidRDefault="004F1E59" w:rsidP="004D2BB8">
      <w:pPr>
        <w:spacing w:after="0" w:line="240" w:lineRule="auto"/>
      </w:pPr>
      <w:r>
        <w:separator/>
      </w:r>
    </w:p>
  </w:endnote>
  <w:endnote w:type="continuationSeparator" w:id="0">
    <w:p w14:paraId="68DA6A9F" w14:textId="77777777" w:rsidR="004F1E59" w:rsidRDefault="004F1E59" w:rsidP="004D2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1A4A8" w14:textId="77777777" w:rsidR="004F1E59" w:rsidRDefault="004F1E59" w:rsidP="004D2BB8">
      <w:pPr>
        <w:spacing w:after="0" w:line="240" w:lineRule="auto"/>
      </w:pPr>
      <w:r>
        <w:separator/>
      </w:r>
    </w:p>
  </w:footnote>
  <w:footnote w:type="continuationSeparator" w:id="0">
    <w:p w14:paraId="6E1E646D" w14:textId="77777777" w:rsidR="004F1E59" w:rsidRDefault="004F1E59" w:rsidP="004D2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30411128">
    <w:abstractNumId w:val="8"/>
  </w:num>
  <w:num w:numId="2" w16cid:durableId="766191599">
    <w:abstractNumId w:val="6"/>
  </w:num>
  <w:num w:numId="3" w16cid:durableId="497575534">
    <w:abstractNumId w:val="5"/>
  </w:num>
  <w:num w:numId="4" w16cid:durableId="768427420">
    <w:abstractNumId w:val="4"/>
  </w:num>
  <w:num w:numId="5" w16cid:durableId="273559178">
    <w:abstractNumId w:val="7"/>
  </w:num>
  <w:num w:numId="6" w16cid:durableId="1927419972">
    <w:abstractNumId w:val="3"/>
  </w:num>
  <w:num w:numId="7" w16cid:durableId="647709301">
    <w:abstractNumId w:val="2"/>
  </w:num>
  <w:num w:numId="8" w16cid:durableId="388310912">
    <w:abstractNumId w:val="1"/>
  </w:num>
  <w:num w:numId="9" w16cid:durableId="917831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C4549"/>
    <w:rsid w:val="0015074B"/>
    <w:rsid w:val="002045A1"/>
    <w:rsid w:val="00205C5B"/>
    <w:rsid w:val="0029639D"/>
    <w:rsid w:val="002B683D"/>
    <w:rsid w:val="00326F90"/>
    <w:rsid w:val="00365BD7"/>
    <w:rsid w:val="004A15E4"/>
    <w:rsid w:val="004D2BB8"/>
    <w:rsid w:val="004F1E59"/>
    <w:rsid w:val="00507FF2"/>
    <w:rsid w:val="00511CA4"/>
    <w:rsid w:val="006412BF"/>
    <w:rsid w:val="00757A3E"/>
    <w:rsid w:val="0077304D"/>
    <w:rsid w:val="009228F0"/>
    <w:rsid w:val="009B4929"/>
    <w:rsid w:val="009E27FB"/>
    <w:rsid w:val="009E5C94"/>
    <w:rsid w:val="00AA1D8D"/>
    <w:rsid w:val="00AF3A5B"/>
    <w:rsid w:val="00B01113"/>
    <w:rsid w:val="00B47730"/>
    <w:rsid w:val="00BD0BA4"/>
    <w:rsid w:val="00C34EC1"/>
    <w:rsid w:val="00CB0664"/>
    <w:rsid w:val="00CB401D"/>
    <w:rsid w:val="00E4329C"/>
    <w:rsid w:val="00E4547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222702"/>
  <w14:defaultImageDpi w14:val="300"/>
  <w15:docId w15:val="{70A65A18-6878-42DE-B06C-4A3FFF9E4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CB401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649</Words>
  <Characters>4163</Characters>
  <Application>Microsoft Office Word</Application>
  <DocSecurity>0</DocSecurity>
  <Lines>126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Craig Ohlau</cp:lastModifiedBy>
  <cp:revision>17</cp:revision>
  <dcterms:created xsi:type="dcterms:W3CDTF">2025-10-03T23:27:00Z</dcterms:created>
  <dcterms:modified xsi:type="dcterms:W3CDTF">2025-11-04T01:55:00Z</dcterms:modified>
  <cp:category/>
</cp:coreProperties>
</file>