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664D4" w14:textId="77777777" w:rsidR="00533BBD" w:rsidRDefault="00000000">
      <w:pPr>
        <w:spacing w:before="1400"/>
        <w:jc w:val="center"/>
      </w:pPr>
      <w:r>
        <w:rPr>
          <w:rFonts w:ascii="Aptos Display" w:hAnsi="Aptos Display"/>
          <w:b/>
          <w:color w:val="8E3B63"/>
          <w:sz w:val="54"/>
        </w:rPr>
        <w:t>7-WEEK MEAL PLANNING GUIDE</w:t>
      </w:r>
    </w:p>
    <w:p w14:paraId="2B8712A0" w14:textId="77777777" w:rsidR="00533BBD" w:rsidRDefault="00000000">
      <w:pPr>
        <w:jc w:val="center"/>
      </w:pPr>
      <w:r>
        <w:rPr>
          <w:color w:val="B04A70"/>
          <w:sz w:val="36"/>
        </w:rPr>
        <w:t>Seven Different 7-Day Meal Plans</w:t>
      </w:r>
    </w:p>
    <w:p w14:paraId="77E25678" w14:textId="77777777" w:rsidR="00533BBD" w:rsidRDefault="00000000">
      <w:pPr>
        <w:spacing w:before="360"/>
        <w:jc w:val="center"/>
      </w:pPr>
      <w:r>
        <w:rPr>
          <w:color w:val="4B4B4B"/>
          <w:sz w:val="26"/>
        </w:rPr>
        <w:t>Low Sugar • High Fiber • High Protein</w:t>
      </w:r>
      <w:r>
        <w:rPr>
          <w:color w:val="4B4B4B"/>
          <w:sz w:val="26"/>
        </w:rPr>
        <w:br/>
        <w:t>Plenty of Fruits, Vegetables &amp; Complex Carbohydrates</w:t>
      </w:r>
    </w:p>
    <w:p w14:paraId="411C2B56" w14:textId="77777777" w:rsidR="00533BBD" w:rsidRDefault="00000000">
      <w:pPr>
        <w:spacing w:before="700"/>
        <w:jc w:val="center"/>
      </w:pPr>
      <w:r>
        <w:rPr>
          <w:i/>
        </w:rPr>
        <w:t>Breakfast • Lunch • Dinner • Snack options</w:t>
      </w:r>
    </w:p>
    <w:p w14:paraId="70B751E3" w14:textId="77777777" w:rsidR="00533BBD" w:rsidRDefault="00000000">
      <w:r>
        <w:br w:type="page"/>
      </w:r>
    </w:p>
    <w:p w14:paraId="43CD74E4" w14:textId="77777777" w:rsidR="00533BBD" w:rsidRDefault="00000000">
      <w:pPr>
        <w:pStyle w:val="Heading1"/>
      </w:pPr>
      <w:r>
        <w:lastRenderedPageBreak/>
        <w:t>How to Use This Guide</w:t>
      </w:r>
    </w:p>
    <w:p w14:paraId="3C0A1962" w14:textId="77777777" w:rsidR="00533BBD" w:rsidRDefault="00000000">
      <w:pPr>
        <w:pStyle w:val="ListBullet"/>
      </w:pPr>
      <w:r>
        <w:t>These seven weekly plans provide 49 days of meal ideas built around lean proteins, fiber-rich fruits and vegetables, and complex carbohydrates at breakfast, lunch, and dinner.</w:t>
      </w:r>
    </w:p>
    <w:p w14:paraId="6A7C942C" w14:textId="77777777" w:rsidR="00533BBD" w:rsidRDefault="00000000">
      <w:pPr>
        <w:pStyle w:val="ListBullet"/>
      </w:pPr>
      <w:r>
        <w:t>Low-sugar approach: choose whole fruit instead of juice, unsweetened yogurt and beverages, and limit added sugars in sauces, cereals, snacks and packaged foods.</w:t>
      </w:r>
    </w:p>
    <w:p w14:paraId="484D5871" w14:textId="77777777" w:rsidR="00533BBD" w:rsidRDefault="00000000">
      <w:pPr>
        <w:pStyle w:val="ListBullet"/>
      </w:pPr>
      <w:r>
        <w:t>Protein: include a protein source at each meal, such as eggs, poultry, fish, lean meat, tofu, beans, lentils or plain Greek yogurt.</w:t>
      </w:r>
    </w:p>
    <w:p w14:paraId="5A46B593" w14:textId="77777777" w:rsidR="00533BBD" w:rsidRDefault="00000000">
      <w:pPr>
        <w:pStyle w:val="ListBullet"/>
      </w:pPr>
      <w:r>
        <w:t>Fiber: a general adult target is about 25–38 grams per day, depending on age, sex and individual needs. Increase fiber gradually and drink adequate water.</w:t>
      </w:r>
    </w:p>
    <w:p w14:paraId="65B0B007" w14:textId="77777777" w:rsidR="00533BBD" w:rsidRDefault="00000000">
      <w:pPr>
        <w:pStyle w:val="ListBullet"/>
      </w:pPr>
      <w:r>
        <w:t>Complex carbohydrates include oats, quinoa, brown rice, barley, beans, lentils, sweet potatoes and whole-grain breads or wraps.</w:t>
      </w:r>
    </w:p>
    <w:p w14:paraId="465DDE66" w14:textId="77777777" w:rsidR="00533BBD" w:rsidRDefault="00000000">
      <w:pPr>
        <w:pStyle w:val="ListBullet"/>
      </w:pPr>
      <w:r>
        <w:t>Portions should be adjusted for appetite, activity level and personal nutrition needs. These plans are general examples rather than a prescribed calorie or carbohydrate target.</w:t>
      </w:r>
    </w:p>
    <w:p w14:paraId="1A29D170" w14:textId="77777777" w:rsidR="00533BBD" w:rsidRDefault="00000000">
      <w:pPr>
        <w:pStyle w:val="Heading2"/>
      </w:pPr>
      <w:r>
        <w:t>Balanced Plate Guide</w:t>
      </w:r>
    </w:p>
    <w:p w14:paraId="51547C1F" w14:textId="77777777" w:rsidR="00533BBD" w:rsidRDefault="00000000">
      <w:r>
        <w:t>Aim for approximately ½ plate non-starchy vegetables, ¼ plate protein, and ¼ plate complex carbohydrates. Add modest portions of healthy fats such as olive oil, avocado, nuts or seeds.</w:t>
      </w:r>
    </w:p>
    <w:p w14:paraId="312A8136" w14:textId="77777777" w:rsidR="00533BBD" w:rsidRDefault="00000000">
      <w:pPr>
        <w:pStyle w:val="Heading1"/>
      </w:pPr>
      <w:r>
        <w:t>Weekly Meal Plans</w:t>
      </w:r>
    </w:p>
    <w:p w14:paraId="46ABC730" w14:textId="77777777" w:rsidR="00533BBD" w:rsidRDefault="00000000">
      <w:pPr>
        <w:pStyle w:val="Heading1"/>
      </w:pPr>
      <w:r>
        <w:t>Week 1 — Balanced Everyday Eating</w:t>
      </w:r>
    </w:p>
    <w:p w14:paraId="47055CB8" w14:textId="77777777" w:rsidR="00533BBD" w:rsidRDefault="00000000">
      <w:r>
        <w:t>A balanced starting week with familiar foods and a variety of lean proteins, whole grains, fruits and vegetables.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91"/>
        <w:gridCol w:w="2952"/>
        <w:gridCol w:w="3240"/>
        <w:gridCol w:w="3168"/>
        <w:gridCol w:w="1800"/>
      </w:tblGrid>
      <w:tr w:rsidR="00533BBD" w14:paraId="31509256" w14:textId="77777777">
        <w:tc>
          <w:tcPr>
            <w:tcW w:w="691" w:type="dxa"/>
            <w:shd w:val="clear" w:color="auto" w:fill="8E3B63"/>
            <w:vAlign w:val="center"/>
          </w:tcPr>
          <w:p w14:paraId="33C2E858" w14:textId="77777777" w:rsidR="00533BBD" w:rsidRDefault="00000000">
            <w:pPr>
              <w:spacing w:before="20" w:after="20"/>
            </w:pPr>
            <w:r>
              <w:rPr>
                <w:b/>
                <w:color w:val="FFFFFF"/>
                <w:sz w:val="16"/>
              </w:rPr>
              <w:t>Day</w:t>
            </w:r>
          </w:p>
        </w:tc>
        <w:tc>
          <w:tcPr>
            <w:tcW w:w="2952" w:type="dxa"/>
            <w:shd w:val="clear" w:color="auto" w:fill="8E3B63"/>
            <w:vAlign w:val="center"/>
          </w:tcPr>
          <w:p w14:paraId="57584837" w14:textId="77777777" w:rsidR="00533BBD" w:rsidRDefault="00000000">
            <w:pPr>
              <w:spacing w:before="20" w:after="20"/>
            </w:pPr>
            <w:r>
              <w:rPr>
                <w:b/>
                <w:color w:val="FFFFFF"/>
                <w:sz w:val="16"/>
              </w:rPr>
              <w:t>Breakfast</w:t>
            </w:r>
          </w:p>
        </w:tc>
        <w:tc>
          <w:tcPr>
            <w:tcW w:w="3240" w:type="dxa"/>
            <w:shd w:val="clear" w:color="auto" w:fill="8E3B63"/>
            <w:vAlign w:val="center"/>
          </w:tcPr>
          <w:p w14:paraId="70D7546C" w14:textId="77777777" w:rsidR="00533BBD" w:rsidRDefault="00000000">
            <w:pPr>
              <w:spacing w:before="20" w:after="20"/>
            </w:pPr>
            <w:r>
              <w:rPr>
                <w:b/>
                <w:color w:val="FFFFFF"/>
                <w:sz w:val="16"/>
              </w:rPr>
              <w:t>Lunch</w:t>
            </w:r>
          </w:p>
        </w:tc>
        <w:tc>
          <w:tcPr>
            <w:tcW w:w="3168" w:type="dxa"/>
            <w:shd w:val="clear" w:color="auto" w:fill="8E3B63"/>
            <w:vAlign w:val="center"/>
          </w:tcPr>
          <w:p w14:paraId="0FCEA966" w14:textId="77777777" w:rsidR="00533BBD" w:rsidRDefault="00000000">
            <w:pPr>
              <w:spacing w:before="20" w:after="20"/>
            </w:pPr>
            <w:r>
              <w:rPr>
                <w:b/>
                <w:color w:val="FFFFFF"/>
                <w:sz w:val="16"/>
              </w:rPr>
              <w:t>Dinner</w:t>
            </w:r>
          </w:p>
        </w:tc>
        <w:tc>
          <w:tcPr>
            <w:tcW w:w="1800" w:type="dxa"/>
            <w:shd w:val="clear" w:color="auto" w:fill="8E3B63"/>
            <w:vAlign w:val="center"/>
          </w:tcPr>
          <w:p w14:paraId="064572C5" w14:textId="77777777" w:rsidR="00533BBD" w:rsidRDefault="00000000">
            <w:pPr>
              <w:spacing w:before="20" w:after="20"/>
            </w:pPr>
            <w:r>
              <w:rPr>
                <w:b/>
                <w:color w:val="FFFFFF"/>
                <w:sz w:val="16"/>
              </w:rPr>
              <w:t>Snack</w:t>
            </w:r>
          </w:p>
        </w:tc>
      </w:tr>
      <w:tr w:rsidR="00533BBD" w14:paraId="4968225B" w14:textId="77777777">
        <w:tc>
          <w:tcPr>
            <w:tcW w:w="691" w:type="dxa"/>
            <w:shd w:val="clear" w:color="auto" w:fill="F6E8EF"/>
            <w:vAlign w:val="center"/>
          </w:tcPr>
          <w:p w14:paraId="7B0AAB81" w14:textId="77777777" w:rsidR="00533BBD" w:rsidRDefault="00000000">
            <w:pPr>
              <w:spacing w:before="20" w:after="20"/>
            </w:pPr>
            <w:r>
              <w:rPr>
                <w:b/>
                <w:sz w:val="15"/>
              </w:rPr>
              <w:t>1</w:t>
            </w:r>
          </w:p>
        </w:tc>
        <w:tc>
          <w:tcPr>
            <w:tcW w:w="2952" w:type="dxa"/>
            <w:vAlign w:val="center"/>
          </w:tcPr>
          <w:p w14:paraId="636271E4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Oatmeal, blueberries, chia seeds and 2 boiled eggs</w:t>
            </w:r>
          </w:p>
        </w:tc>
        <w:tc>
          <w:tcPr>
            <w:tcW w:w="3240" w:type="dxa"/>
            <w:vAlign w:val="center"/>
          </w:tcPr>
          <w:p w14:paraId="52B825BF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Grilled chicken, quinoa, spinach and cucumber salad</w:t>
            </w:r>
          </w:p>
        </w:tc>
        <w:tc>
          <w:tcPr>
            <w:tcW w:w="3168" w:type="dxa"/>
            <w:vAlign w:val="center"/>
          </w:tcPr>
          <w:p w14:paraId="7D8CFC21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Baked salmon, sweet potato and broccoli</w:t>
            </w:r>
          </w:p>
        </w:tc>
        <w:tc>
          <w:tcPr>
            <w:tcW w:w="1800" w:type="dxa"/>
            <w:vAlign w:val="center"/>
          </w:tcPr>
          <w:p w14:paraId="24B185D6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Plain Greek yogurt with strawberries</w:t>
            </w:r>
          </w:p>
        </w:tc>
      </w:tr>
      <w:tr w:rsidR="00533BBD" w14:paraId="77444CBC" w14:textId="77777777">
        <w:tc>
          <w:tcPr>
            <w:tcW w:w="691" w:type="dxa"/>
            <w:shd w:val="clear" w:color="auto" w:fill="F6E8EF"/>
            <w:vAlign w:val="center"/>
          </w:tcPr>
          <w:p w14:paraId="3AFADF11" w14:textId="77777777" w:rsidR="00533BBD" w:rsidRDefault="00000000">
            <w:pPr>
              <w:spacing w:before="20" w:after="20"/>
            </w:pPr>
            <w:r>
              <w:rPr>
                <w:b/>
                <w:sz w:val="15"/>
              </w:rPr>
              <w:t>2</w:t>
            </w:r>
          </w:p>
        </w:tc>
        <w:tc>
          <w:tcPr>
            <w:tcW w:w="2952" w:type="dxa"/>
            <w:vAlign w:val="center"/>
          </w:tcPr>
          <w:p w14:paraId="454C5921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Vegetable omelet, whole-grain toast and an orange</w:t>
            </w:r>
          </w:p>
        </w:tc>
        <w:tc>
          <w:tcPr>
            <w:tcW w:w="3240" w:type="dxa"/>
            <w:vAlign w:val="center"/>
          </w:tcPr>
          <w:p w14:paraId="1D042B8B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Turkey and avocado whole-grain wrap with carrots</w:t>
            </w:r>
          </w:p>
        </w:tc>
        <w:tc>
          <w:tcPr>
            <w:tcW w:w="3168" w:type="dxa"/>
            <w:vAlign w:val="center"/>
          </w:tcPr>
          <w:p w14:paraId="44074432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Grilled chicken, brown rice and green beans</w:t>
            </w:r>
          </w:p>
        </w:tc>
        <w:tc>
          <w:tcPr>
            <w:tcW w:w="1800" w:type="dxa"/>
            <w:vAlign w:val="center"/>
          </w:tcPr>
          <w:p w14:paraId="65CFFDB1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Apple with peanut butter</w:t>
            </w:r>
          </w:p>
        </w:tc>
      </w:tr>
      <w:tr w:rsidR="00533BBD" w14:paraId="1DC522EA" w14:textId="77777777">
        <w:tc>
          <w:tcPr>
            <w:tcW w:w="691" w:type="dxa"/>
            <w:shd w:val="clear" w:color="auto" w:fill="F6E8EF"/>
            <w:vAlign w:val="center"/>
          </w:tcPr>
          <w:p w14:paraId="1240B58C" w14:textId="77777777" w:rsidR="00533BBD" w:rsidRDefault="00000000">
            <w:pPr>
              <w:spacing w:before="20" w:after="20"/>
            </w:pPr>
            <w:r>
              <w:rPr>
                <w:b/>
                <w:sz w:val="15"/>
              </w:rPr>
              <w:t>3</w:t>
            </w:r>
          </w:p>
        </w:tc>
        <w:tc>
          <w:tcPr>
            <w:tcW w:w="2952" w:type="dxa"/>
            <w:vAlign w:val="center"/>
          </w:tcPr>
          <w:p w14:paraId="5781690A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Plain Greek yogurt, raspberries, oats and walnuts</w:t>
            </w:r>
          </w:p>
        </w:tc>
        <w:tc>
          <w:tcPr>
            <w:tcW w:w="3240" w:type="dxa"/>
            <w:vAlign w:val="center"/>
          </w:tcPr>
          <w:p w14:paraId="1AA792C8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Lentil soup, whole-grain bread and side salad</w:t>
            </w:r>
          </w:p>
        </w:tc>
        <w:tc>
          <w:tcPr>
            <w:tcW w:w="3168" w:type="dxa"/>
            <w:vAlign w:val="center"/>
          </w:tcPr>
          <w:p w14:paraId="29B6B695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Baked cod, quinoa and roasted Brussels sprouts</w:t>
            </w:r>
          </w:p>
        </w:tc>
        <w:tc>
          <w:tcPr>
            <w:tcW w:w="1800" w:type="dxa"/>
            <w:vAlign w:val="center"/>
          </w:tcPr>
          <w:p w14:paraId="6187473F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Cottage cheese and cucumber</w:t>
            </w:r>
          </w:p>
        </w:tc>
      </w:tr>
      <w:tr w:rsidR="00533BBD" w14:paraId="559F6298" w14:textId="77777777">
        <w:tc>
          <w:tcPr>
            <w:tcW w:w="691" w:type="dxa"/>
            <w:shd w:val="clear" w:color="auto" w:fill="F6E8EF"/>
            <w:vAlign w:val="center"/>
          </w:tcPr>
          <w:p w14:paraId="2ED93B7B" w14:textId="77777777" w:rsidR="00533BBD" w:rsidRDefault="00000000">
            <w:pPr>
              <w:spacing w:before="20" w:after="20"/>
            </w:pPr>
            <w:r>
              <w:rPr>
                <w:b/>
                <w:sz w:val="15"/>
              </w:rPr>
              <w:t>4</w:t>
            </w:r>
          </w:p>
        </w:tc>
        <w:tc>
          <w:tcPr>
            <w:tcW w:w="2952" w:type="dxa"/>
            <w:vAlign w:val="center"/>
          </w:tcPr>
          <w:p w14:paraId="5ECBBAAB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Overnight oats with chia seeds, cinnamon and blueberries</w:t>
            </w:r>
          </w:p>
        </w:tc>
        <w:tc>
          <w:tcPr>
            <w:tcW w:w="3240" w:type="dxa"/>
            <w:vAlign w:val="center"/>
          </w:tcPr>
          <w:p w14:paraId="48C51BEB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Chickpea and grilled chicken salad with whole-grain crackers</w:t>
            </w:r>
          </w:p>
        </w:tc>
        <w:tc>
          <w:tcPr>
            <w:tcW w:w="3168" w:type="dxa"/>
            <w:vAlign w:val="center"/>
          </w:tcPr>
          <w:p w14:paraId="4CCCF27E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Lean turkey meatballs, whole-wheat pasta and zucchini</w:t>
            </w:r>
          </w:p>
        </w:tc>
        <w:tc>
          <w:tcPr>
            <w:tcW w:w="1800" w:type="dxa"/>
            <w:vAlign w:val="center"/>
          </w:tcPr>
          <w:p w14:paraId="6D7FA9BB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Pear and almonds</w:t>
            </w:r>
          </w:p>
        </w:tc>
      </w:tr>
      <w:tr w:rsidR="00533BBD" w14:paraId="15CE5FC8" w14:textId="77777777">
        <w:tc>
          <w:tcPr>
            <w:tcW w:w="691" w:type="dxa"/>
            <w:shd w:val="clear" w:color="auto" w:fill="F6E8EF"/>
            <w:vAlign w:val="center"/>
          </w:tcPr>
          <w:p w14:paraId="5E963E34" w14:textId="77777777" w:rsidR="00533BBD" w:rsidRDefault="00000000">
            <w:pPr>
              <w:spacing w:before="20" w:after="20"/>
            </w:pPr>
            <w:r>
              <w:rPr>
                <w:b/>
                <w:sz w:val="15"/>
              </w:rPr>
              <w:t>5</w:t>
            </w:r>
          </w:p>
        </w:tc>
        <w:tc>
          <w:tcPr>
            <w:tcW w:w="2952" w:type="dxa"/>
            <w:vAlign w:val="center"/>
          </w:tcPr>
          <w:p w14:paraId="44DD3AB0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Scrambled eggs, black beans and whole-grain toast</w:t>
            </w:r>
          </w:p>
        </w:tc>
        <w:tc>
          <w:tcPr>
            <w:tcW w:w="3240" w:type="dxa"/>
            <w:vAlign w:val="center"/>
          </w:tcPr>
          <w:p w14:paraId="76215E0E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Tuna salad in a whole-grain wrap with bell peppers</w:t>
            </w:r>
          </w:p>
        </w:tc>
        <w:tc>
          <w:tcPr>
            <w:tcW w:w="3168" w:type="dxa"/>
            <w:vAlign w:val="center"/>
          </w:tcPr>
          <w:p w14:paraId="79224368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Grilled pork tenderloin, sweet potato and asparagus</w:t>
            </w:r>
          </w:p>
        </w:tc>
        <w:tc>
          <w:tcPr>
            <w:tcW w:w="1800" w:type="dxa"/>
            <w:vAlign w:val="center"/>
          </w:tcPr>
          <w:p w14:paraId="3280E498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Edamame</w:t>
            </w:r>
          </w:p>
        </w:tc>
      </w:tr>
      <w:tr w:rsidR="00533BBD" w14:paraId="45DE7AD8" w14:textId="77777777">
        <w:tc>
          <w:tcPr>
            <w:tcW w:w="691" w:type="dxa"/>
            <w:shd w:val="clear" w:color="auto" w:fill="F6E8EF"/>
            <w:vAlign w:val="center"/>
          </w:tcPr>
          <w:p w14:paraId="293D36DA" w14:textId="77777777" w:rsidR="00533BBD" w:rsidRDefault="00000000">
            <w:pPr>
              <w:spacing w:before="20" w:after="20"/>
            </w:pPr>
            <w:r>
              <w:rPr>
                <w:b/>
                <w:sz w:val="15"/>
              </w:rPr>
              <w:t>6</w:t>
            </w:r>
          </w:p>
        </w:tc>
        <w:tc>
          <w:tcPr>
            <w:tcW w:w="2952" w:type="dxa"/>
            <w:vAlign w:val="center"/>
          </w:tcPr>
          <w:p w14:paraId="2C6E0FB4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Steel-cut oats, chopped apple and 2 eggs</w:t>
            </w:r>
          </w:p>
        </w:tc>
        <w:tc>
          <w:tcPr>
            <w:tcW w:w="3240" w:type="dxa"/>
            <w:vAlign w:val="center"/>
          </w:tcPr>
          <w:p w14:paraId="155D434F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Chicken and black bean brown rice bowl with salsa</w:t>
            </w:r>
          </w:p>
        </w:tc>
        <w:tc>
          <w:tcPr>
            <w:tcW w:w="3168" w:type="dxa"/>
            <w:vAlign w:val="center"/>
          </w:tcPr>
          <w:p w14:paraId="35EBFC26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Baked trout, quinoa and sautéed spinach</w:t>
            </w:r>
          </w:p>
        </w:tc>
        <w:tc>
          <w:tcPr>
            <w:tcW w:w="1800" w:type="dxa"/>
            <w:vAlign w:val="center"/>
          </w:tcPr>
          <w:p w14:paraId="39351E77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Greek yogurt with chia seeds</w:t>
            </w:r>
          </w:p>
        </w:tc>
      </w:tr>
      <w:tr w:rsidR="00533BBD" w14:paraId="1A1A7D61" w14:textId="77777777">
        <w:tc>
          <w:tcPr>
            <w:tcW w:w="691" w:type="dxa"/>
            <w:shd w:val="clear" w:color="auto" w:fill="F6E8EF"/>
            <w:vAlign w:val="center"/>
          </w:tcPr>
          <w:p w14:paraId="031B927B" w14:textId="77777777" w:rsidR="00533BBD" w:rsidRDefault="00000000">
            <w:pPr>
              <w:spacing w:before="20" w:after="20"/>
            </w:pPr>
            <w:r>
              <w:rPr>
                <w:b/>
                <w:sz w:val="15"/>
              </w:rPr>
              <w:t>7</w:t>
            </w:r>
          </w:p>
        </w:tc>
        <w:tc>
          <w:tcPr>
            <w:tcW w:w="2952" w:type="dxa"/>
            <w:vAlign w:val="center"/>
          </w:tcPr>
          <w:p w14:paraId="53CF1C46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Spinach and mushroom egg scramble with oatmeal</w:t>
            </w:r>
          </w:p>
        </w:tc>
        <w:tc>
          <w:tcPr>
            <w:tcW w:w="3240" w:type="dxa"/>
            <w:vAlign w:val="center"/>
          </w:tcPr>
          <w:p w14:paraId="4B7C8DFC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Turkey chili with beans and a side salad</w:t>
            </w:r>
          </w:p>
        </w:tc>
        <w:tc>
          <w:tcPr>
            <w:tcW w:w="3168" w:type="dxa"/>
            <w:vAlign w:val="center"/>
          </w:tcPr>
          <w:p w14:paraId="045FE440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Roasted chicken, barley and mixed roasted vegetables</w:t>
            </w:r>
          </w:p>
        </w:tc>
        <w:tc>
          <w:tcPr>
            <w:tcW w:w="1800" w:type="dxa"/>
            <w:vAlign w:val="center"/>
          </w:tcPr>
          <w:p w14:paraId="6DC42DB5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Strawberries and cottage cheese</w:t>
            </w:r>
          </w:p>
        </w:tc>
      </w:tr>
    </w:tbl>
    <w:p w14:paraId="0548B933" w14:textId="77777777" w:rsidR="00533BBD" w:rsidRDefault="00533BBD"/>
    <w:p w14:paraId="51F58D87" w14:textId="77777777" w:rsidR="00533BBD" w:rsidRDefault="00000000">
      <w:r>
        <w:br w:type="page"/>
      </w:r>
    </w:p>
    <w:p w14:paraId="54435021" w14:textId="77777777" w:rsidR="00533BBD" w:rsidRDefault="00000000">
      <w:pPr>
        <w:pStyle w:val="Heading1"/>
      </w:pPr>
      <w:r>
        <w:lastRenderedPageBreak/>
        <w:t>Week 2 — Lean Protein and Colorful Vegetables</w:t>
      </w:r>
    </w:p>
    <w:p w14:paraId="3565E4E5" w14:textId="77777777" w:rsidR="00533BBD" w:rsidRDefault="00000000">
      <w:r>
        <w:t>Emphasizes lean proteins and colorful vegetables for variety across the week.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91"/>
        <w:gridCol w:w="2952"/>
        <w:gridCol w:w="3240"/>
        <w:gridCol w:w="3168"/>
        <w:gridCol w:w="1800"/>
      </w:tblGrid>
      <w:tr w:rsidR="00533BBD" w14:paraId="775492A3" w14:textId="77777777">
        <w:tc>
          <w:tcPr>
            <w:tcW w:w="691" w:type="dxa"/>
            <w:shd w:val="clear" w:color="auto" w:fill="8E3B63"/>
            <w:vAlign w:val="center"/>
          </w:tcPr>
          <w:p w14:paraId="210AF60B" w14:textId="77777777" w:rsidR="00533BBD" w:rsidRDefault="00000000">
            <w:pPr>
              <w:spacing w:before="20" w:after="20"/>
            </w:pPr>
            <w:r>
              <w:rPr>
                <w:b/>
                <w:color w:val="FFFFFF"/>
                <w:sz w:val="16"/>
              </w:rPr>
              <w:t>Day</w:t>
            </w:r>
          </w:p>
        </w:tc>
        <w:tc>
          <w:tcPr>
            <w:tcW w:w="2952" w:type="dxa"/>
            <w:shd w:val="clear" w:color="auto" w:fill="8E3B63"/>
            <w:vAlign w:val="center"/>
          </w:tcPr>
          <w:p w14:paraId="3C8DB719" w14:textId="77777777" w:rsidR="00533BBD" w:rsidRDefault="00000000">
            <w:pPr>
              <w:spacing w:before="20" w:after="20"/>
            </w:pPr>
            <w:r>
              <w:rPr>
                <w:b/>
                <w:color w:val="FFFFFF"/>
                <w:sz w:val="16"/>
              </w:rPr>
              <w:t>Breakfast</w:t>
            </w:r>
          </w:p>
        </w:tc>
        <w:tc>
          <w:tcPr>
            <w:tcW w:w="3240" w:type="dxa"/>
            <w:shd w:val="clear" w:color="auto" w:fill="8E3B63"/>
            <w:vAlign w:val="center"/>
          </w:tcPr>
          <w:p w14:paraId="23B60F47" w14:textId="77777777" w:rsidR="00533BBD" w:rsidRDefault="00000000">
            <w:pPr>
              <w:spacing w:before="20" w:after="20"/>
            </w:pPr>
            <w:r>
              <w:rPr>
                <w:b/>
                <w:color w:val="FFFFFF"/>
                <w:sz w:val="16"/>
              </w:rPr>
              <w:t>Lunch</w:t>
            </w:r>
          </w:p>
        </w:tc>
        <w:tc>
          <w:tcPr>
            <w:tcW w:w="3168" w:type="dxa"/>
            <w:shd w:val="clear" w:color="auto" w:fill="8E3B63"/>
            <w:vAlign w:val="center"/>
          </w:tcPr>
          <w:p w14:paraId="1A74DE6D" w14:textId="77777777" w:rsidR="00533BBD" w:rsidRDefault="00000000">
            <w:pPr>
              <w:spacing w:before="20" w:after="20"/>
            </w:pPr>
            <w:r>
              <w:rPr>
                <w:b/>
                <w:color w:val="FFFFFF"/>
                <w:sz w:val="16"/>
              </w:rPr>
              <w:t>Dinner</w:t>
            </w:r>
          </w:p>
        </w:tc>
        <w:tc>
          <w:tcPr>
            <w:tcW w:w="1800" w:type="dxa"/>
            <w:shd w:val="clear" w:color="auto" w:fill="8E3B63"/>
            <w:vAlign w:val="center"/>
          </w:tcPr>
          <w:p w14:paraId="1085C7F4" w14:textId="77777777" w:rsidR="00533BBD" w:rsidRDefault="00000000">
            <w:pPr>
              <w:spacing w:before="20" w:after="20"/>
            </w:pPr>
            <w:r>
              <w:rPr>
                <w:b/>
                <w:color w:val="FFFFFF"/>
                <w:sz w:val="16"/>
              </w:rPr>
              <w:t>Snack</w:t>
            </w:r>
          </w:p>
        </w:tc>
      </w:tr>
      <w:tr w:rsidR="00533BBD" w14:paraId="27D47D50" w14:textId="77777777">
        <w:tc>
          <w:tcPr>
            <w:tcW w:w="691" w:type="dxa"/>
            <w:shd w:val="clear" w:color="auto" w:fill="F6E8EF"/>
            <w:vAlign w:val="center"/>
          </w:tcPr>
          <w:p w14:paraId="028A5D7F" w14:textId="77777777" w:rsidR="00533BBD" w:rsidRDefault="00000000">
            <w:pPr>
              <w:spacing w:before="20" w:after="20"/>
            </w:pPr>
            <w:r>
              <w:rPr>
                <w:b/>
                <w:sz w:val="15"/>
              </w:rPr>
              <w:t>1</w:t>
            </w:r>
          </w:p>
        </w:tc>
        <w:tc>
          <w:tcPr>
            <w:tcW w:w="2952" w:type="dxa"/>
            <w:vAlign w:val="center"/>
          </w:tcPr>
          <w:p w14:paraId="1131825E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Overnight oats, raspberries, flaxseed and Greek yogurt</w:t>
            </w:r>
          </w:p>
        </w:tc>
        <w:tc>
          <w:tcPr>
            <w:tcW w:w="3240" w:type="dxa"/>
            <w:vAlign w:val="center"/>
          </w:tcPr>
          <w:p w14:paraId="33631097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Grilled shrimp, quinoa, avocado and mixed greens</w:t>
            </w:r>
          </w:p>
        </w:tc>
        <w:tc>
          <w:tcPr>
            <w:tcW w:w="3168" w:type="dxa"/>
            <w:vAlign w:val="center"/>
          </w:tcPr>
          <w:p w14:paraId="7A80436C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Roasted turkey breast, sweet potato and green beans</w:t>
            </w:r>
          </w:p>
        </w:tc>
        <w:tc>
          <w:tcPr>
            <w:tcW w:w="1800" w:type="dxa"/>
            <w:vAlign w:val="center"/>
          </w:tcPr>
          <w:p w14:paraId="25A78CE2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Apple and walnuts</w:t>
            </w:r>
          </w:p>
        </w:tc>
      </w:tr>
      <w:tr w:rsidR="00533BBD" w14:paraId="7D839C22" w14:textId="77777777">
        <w:tc>
          <w:tcPr>
            <w:tcW w:w="691" w:type="dxa"/>
            <w:shd w:val="clear" w:color="auto" w:fill="F6E8EF"/>
            <w:vAlign w:val="center"/>
          </w:tcPr>
          <w:p w14:paraId="1DD83D48" w14:textId="77777777" w:rsidR="00533BBD" w:rsidRDefault="00000000">
            <w:pPr>
              <w:spacing w:before="20" w:after="20"/>
            </w:pPr>
            <w:r>
              <w:rPr>
                <w:b/>
                <w:sz w:val="15"/>
              </w:rPr>
              <w:t>2</w:t>
            </w:r>
          </w:p>
        </w:tc>
        <w:tc>
          <w:tcPr>
            <w:tcW w:w="2952" w:type="dxa"/>
            <w:vAlign w:val="center"/>
          </w:tcPr>
          <w:p w14:paraId="0BB3B71F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Eggs, sautéed spinach and whole-grain English muffin</w:t>
            </w:r>
          </w:p>
        </w:tc>
        <w:tc>
          <w:tcPr>
            <w:tcW w:w="3240" w:type="dxa"/>
            <w:vAlign w:val="center"/>
          </w:tcPr>
          <w:p w14:paraId="0884CA13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Chicken and chickpea salad with whole-grain pita</w:t>
            </w:r>
          </w:p>
        </w:tc>
        <w:tc>
          <w:tcPr>
            <w:tcW w:w="3168" w:type="dxa"/>
            <w:vAlign w:val="center"/>
          </w:tcPr>
          <w:p w14:paraId="6948FC03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Baked tilapia, brown rice and roasted cauliflower</w:t>
            </w:r>
          </w:p>
        </w:tc>
        <w:tc>
          <w:tcPr>
            <w:tcW w:w="1800" w:type="dxa"/>
            <w:vAlign w:val="center"/>
          </w:tcPr>
          <w:p w14:paraId="2FF8F960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Cottage cheese with blueberries</w:t>
            </w:r>
          </w:p>
        </w:tc>
      </w:tr>
      <w:tr w:rsidR="00533BBD" w14:paraId="2C10955F" w14:textId="77777777">
        <w:tc>
          <w:tcPr>
            <w:tcW w:w="691" w:type="dxa"/>
            <w:shd w:val="clear" w:color="auto" w:fill="F6E8EF"/>
            <w:vAlign w:val="center"/>
          </w:tcPr>
          <w:p w14:paraId="3D09B066" w14:textId="77777777" w:rsidR="00533BBD" w:rsidRDefault="00000000">
            <w:pPr>
              <w:spacing w:before="20" w:after="20"/>
            </w:pPr>
            <w:r>
              <w:rPr>
                <w:b/>
                <w:sz w:val="15"/>
              </w:rPr>
              <w:t>3</w:t>
            </w:r>
          </w:p>
        </w:tc>
        <w:tc>
          <w:tcPr>
            <w:tcW w:w="2952" w:type="dxa"/>
            <w:vAlign w:val="center"/>
          </w:tcPr>
          <w:p w14:paraId="37C11032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Greek yogurt, strawberries, pumpkin seeds and oats</w:t>
            </w:r>
          </w:p>
        </w:tc>
        <w:tc>
          <w:tcPr>
            <w:tcW w:w="3240" w:type="dxa"/>
            <w:vAlign w:val="center"/>
          </w:tcPr>
          <w:p w14:paraId="04973186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Lean beef and black bean bowl with brown rice and peppers</w:t>
            </w:r>
          </w:p>
        </w:tc>
        <w:tc>
          <w:tcPr>
            <w:tcW w:w="3168" w:type="dxa"/>
            <w:vAlign w:val="center"/>
          </w:tcPr>
          <w:p w14:paraId="37538F9D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Lemon-herb chicken, barley and asparagus</w:t>
            </w:r>
          </w:p>
        </w:tc>
        <w:tc>
          <w:tcPr>
            <w:tcW w:w="1800" w:type="dxa"/>
            <w:vAlign w:val="center"/>
          </w:tcPr>
          <w:p w14:paraId="1BB93AC7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Celery with peanut butter</w:t>
            </w:r>
          </w:p>
        </w:tc>
      </w:tr>
      <w:tr w:rsidR="00533BBD" w14:paraId="6782E58A" w14:textId="77777777">
        <w:tc>
          <w:tcPr>
            <w:tcW w:w="691" w:type="dxa"/>
            <w:shd w:val="clear" w:color="auto" w:fill="F6E8EF"/>
            <w:vAlign w:val="center"/>
          </w:tcPr>
          <w:p w14:paraId="133F3661" w14:textId="77777777" w:rsidR="00533BBD" w:rsidRDefault="00000000">
            <w:pPr>
              <w:spacing w:before="20" w:after="20"/>
            </w:pPr>
            <w:r>
              <w:rPr>
                <w:b/>
                <w:sz w:val="15"/>
              </w:rPr>
              <w:t>4</w:t>
            </w:r>
          </w:p>
        </w:tc>
        <w:tc>
          <w:tcPr>
            <w:tcW w:w="2952" w:type="dxa"/>
            <w:vAlign w:val="center"/>
          </w:tcPr>
          <w:p w14:paraId="7B15EB0C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Oatmeal with pear, cinnamon and 2 eggs</w:t>
            </w:r>
          </w:p>
        </w:tc>
        <w:tc>
          <w:tcPr>
            <w:tcW w:w="3240" w:type="dxa"/>
            <w:vAlign w:val="center"/>
          </w:tcPr>
          <w:p w14:paraId="12E713F6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Turkey and lentil soup with a side salad</w:t>
            </w:r>
          </w:p>
        </w:tc>
        <w:tc>
          <w:tcPr>
            <w:tcW w:w="3168" w:type="dxa"/>
            <w:vAlign w:val="center"/>
          </w:tcPr>
          <w:p w14:paraId="45F58DB9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Grilled salmon, quinoa and roasted zucchini</w:t>
            </w:r>
          </w:p>
        </w:tc>
        <w:tc>
          <w:tcPr>
            <w:tcW w:w="1800" w:type="dxa"/>
            <w:vAlign w:val="center"/>
          </w:tcPr>
          <w:p w14:paraId="784AC560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Hard-boiled eggs and cherry tomatoes</w:t>
            </w:r>
          </w:p>
        </w:tc>
      </w:tr>
      <w:tr w:rsidR="00533BBD" w14:paraId="6EFDC323" w14:textId="77777777">
        <w:tc>
          <w:tcPr>
            <w:tcW w:w="691" w:type="dxa"/>
            <w:shd w:val="clear" w:color="auto" w:fill="F6E8EF"/>
            <w:vAlign w:val="center"/>
          </w:tcPr>
          <w:p w14:paraId="23ACCE1B" w14:textId="77777777" w:rsidR="00533BBD" w:rsidRDefault="00000000">
            <w:pPr>
              <w:spacing w:before="20" w:after="20"/>
            </w:pPr>
            <w:r>
              <w:rPr>
                <w:b/>
                <w:sz w:val="15"/>
              </w:rPr>
              <w:t>5</w:t>
            </w:r>
          </w:p>
        </w:tc>
        <w:tc>
          <w:tcPr>
            <w:tcW w:w="2952" w:type="dxa"/>
            <w:vAlign w:val="center"/>
          </w:tcPr>
          <w:p w14:paraId="376B95A9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Vegetable omelet, black beans and whole-grain toast</w:t>
            </w:r>
          </w:p>
        </w:tc>
        <w:tc>
          <w:tcPr>
            <w:tcW w:w="3240" w:type="dxa"/>
            <w:vAlign w:val="center"/>
          </w:tcPr>
          <w:p w14:paraId="3559428C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Tuna and white bean salad with whole-grain crackers</w:t>
            </w:r>
          </w:p>
        </w:tc>
        <w:tc>
          <w:tcPr>
            <w:tcW w:w="3168" w:type="dxa"/>
            <w:vAlign w:val="center"/>
          </w:tcPr>
          <w:p w14:paraId="3C5AB9A5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Turkey-stuffed bell peppers with brown rice</w:t>
            </w:r>
          </w:p>
        </w:tc>
        <w:tc>
          <w:tcPr>
            <w:tcW w:w="1800" w:type="dxa"/>
            <w:vAlign w:val="center"/>
          </w:tcPr>
          <w:p w14:paraId="7F90BF09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Plain Greek yogurt and raspberries</w:t>
            </w:r>
          </w:p>
        </w:tc>
      </w:tr>
      <w:tr w:rsidR="00533BBD" w14:paraId="5371652D" w14:textId="77777777">
        <w:tc>
          <w:tcPr>
            <w:tcW w:w="691" w:type="dxa"/>
            <w:shd w:val="clear" w:color="auto" w:fill="F6E8EF"/>
            <w:vAlign w:val="center"/>
          </w:tcPr>
          <w:p w14:paraId="1834141F" w14:textId="77777777" w:rsidR="00533BBD" w:rsidRDefault="00000000">
            <w:pPr>
              <w:spacing w:before="20" w:after="20"/>
            </w:pPr>
            <w:r>
              <w:rPr>
                <w:b/>
                <w:sz w:val="15"/>
              </w:rPr>
              <w:t>6</w:t>
            </w:r>
          </w:p>
        </w:tc>
        <w:tc>
          <w:tcPr>
            <w:tcW w:w="2952" w:type="dxa"/>
            <w:vAlign w:val="center"/>
          </w:tcPr>
          <w:p w14:paraId="20F4AD39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Chia pudding with unsweetened milk and berries, plus eggs</w:t>
            </w:r>
          </w:p>
        </w:tc>
        <w:tc>
          <w:tcPr>
            <w:tcW w:w="3240" w:type="dxa"/>
            <w:vAlign w:val="center"/>
          </w:tcPr>
          <w:p w14:paraId="65A633E1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Grilled chicken, farro and roasted vegetables</w:t>
            </w:r>
          </w:p>
        </w:tc>
        <w:tc>
          <w:tcPr>
            <w:tcW w:w="3168" w:type="dxa"/>
            <w:vAlign w:val="center"/>
          </w:tcPr>
          <w:p w14:paraId="34212637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Baked cod, lentils and steamed broccoli</w:t>
            </w:r>
          </w:p>
        </w:tc>
        <w:tc>
          <w:tcPr>
            <w:tcW w:w="1800" w:type="dxa"/>
            <w:vAlign w:val="center"/>
          </w:tcPr>
          <w:p w14:paraId="76C3DFE6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Orange and almonds</w:t>
            </w:r>
          </w:p>
        </w:tc>
      </w:tr>
      <w:tr w:rsidR="00533BBD" w14:paraId="23C42582" w14:textId="77777777">
        <w:tc>
          <w:tcPr>
            <w:tcW w:w="691" w:type="dxa"/>
            <w:shd w:val="clear" w:color="auto" w:fill="F6E8EF"/>
            <w:vAlign w:val="center"/>
          </w:tcPr>
          <w:p w14:paraId="40435B78" w14:textId="77777777" w:rsidR="00533BBD" w:rsidRDefault="00000000">
            <w:pPr>
              <w:spacing w:before="20" w:after="20"/>
            </w:pPr>
            <w:r>
              <w:rPr>
                <w:b/>
                <w:sz w:val="15"/>
              </w:rPr>
              <w:t>7</w:t>
            </w:r>
          </w:p>
        </w:tc>
        <w:tc>
          <w:tcPr>
            <w:tcW w:w="2952" w:type="dxa"/>
            <w:vAlign w:val="center"/>
          </w:tcPr>
          <w:p w14:paraId="7318E88D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Steel-cut oats, walnuts and blueberries with cottage cheese</w:t>
            </w:r>
          </w:p>
        </w:tc>
        <w:tc>
          <w:tcPr>
            <w:tcW w:w="3240" w:type="dxa"/>
            <w:vAlign w:val="center"/>
          </w:tcPr>
          <w:p w14:paraId="1D9E60E3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Turkey burger on a whole-grain bun with cabbage slaw</w:t>
            </w:r>
          </w:p>
        </w:tc>
        <w:tc>
          <w:tcPr>
            <w:tcW w:w="3168" w:type="dxa"/>
            <w:vAlign w:val="center"/>
          </w:tcPr>
          <w:p w14:paraId="5FF79B16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Chicken and vegetable stir-fry with brown rice</w:t>
            </w:r>
          </w:p>
        </w:tc>
        <w:tc>
          <w:tcPr>
            <w:tcW w:w="1800" w:type="dxa"/>
            <w:vAlign w:val="center"/>
          </w:tcPr>
          <w:p w14:paraId="390584CB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Edamame</w:t>
            </w:r>
          </w:p>
        </w:tc>
      </w:tr>
    </w:tbl>
    <w:p w14:paraId="36DFA3D3" w14:textId="77777777" w:rsidR="00533BBD" w:rsidRDefault="00533BBD"/>
    <w:p w14:paraId="3C9CA6F3" w14:textId="77777777" w:rsidR="00533BBD" w:rsidRDefault="00000000">
      <w:r>
        <w:br w:type="page"/>
      </w:r>
    </w:p>
    <w:p w14:paraId="60BD9530" w14:textId="77777777" w:rsidR="00533BBD" w:rsidRDefault="00000000">
      <w:pPr>
        <w:pStyle w:val="Heading1"/>
      </w:pPr>
      <w:r>
        <w:lastRenderedPageBreak/>
        <w:t>Week 3 — Plant Protein and Fiber Focus</w:t>
      </w:r>
    </w:p>
    <w:p w14:paraId="64113544" w14:textId="77777777" w:rsidR="00533BBD" w:rsidRDefault="00000000">
      <w:r>
        <w:t>Features beans, lentils, peas, whole grains and other plant proteins alongside animal proteins.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91"/>
        <w:gridCol w:w="2952"/>
        <w:gridCol w:w="3240"/>
        <w:gridCol w:w="3168"/>
        <w:gridCol w:w="1800"/>
      </w:tblGrid>
      <w:tr w:rsidR="00533BBD" w14:paraId="6A881A25" w14:textId="77777777">
        <w:tc>
          <w:tcPr>
            <w:tcW w:w="691" w:type="dxa"/>
            <w:shd w:val="clear" w:color="auto" w:fill="8E3B63"/>
            <w:vAlign w:val="center"/>
          </w:tcPr>
          <w:p w14:paraId="033561F3" w14:textId="77777777" w:rsidR="00533BBD" w:rsidRDefault="00000000">
            <w:pPr>
              <w:spacing w:before="20" w:after="20"/>
            </w:pPr>
            <w:r>
              <w:rPr>
                <w:b/>
                <w:color w:val="FFFFFF"/>
                <w:sz w:val="16"/>
              </w:rPr>
              <w:t>Day</w:t>
            </w:r>
          </w:p>
        </w:tc>
        <w:tc>
          <w:tcPr>
            <w:tcW w:w="2952" w:type="dxa"/>
            <w:shd w:val="clear" w:color="auto" w:fill="8E3B63"/>
            <w:vAlign w:val="center"/>
          </w:tcPr>
          <w:p w14:paraId="31FB5E80" w14:textId="77777777" w:rsidR="00533BBD" w:rsidRDefault="00000000">
            <w:pPr>
              <w:spacing w:before="20" w:after="20"/>
            </w:pPr>
            <w:r>
              <w:rPr>
                <w:b/>
                <w:color w:val="FFFFFF"/>
                <w:sz w:val="16"/>
              </w:rPr>
              <w:t>Breakfast</w:t>
            </w:r>
          </w:p>
        </w:tc>
        <w:tc>
          <w:tcPr>
            <w:tcW w:w="3240" w:type="dxa"/>
            <w:shd w:val="clear" w:color="auto" w:fill="8E3B63"/>
            <w:vAlign w:val="center"/>
          </w:tcPr>
          <w:p w14:paraId="13652953" w14:textId="77777777" w:rsidR="00533BBD" w:rsidRDefault="00000000">
            <w:pPr>
              <w:spacing w:before="20" w:after="20"/>
            </w:pPr>
            <w:r>
              <w:rPr>
                <w:b/>
                <w:color w:val="FFFFFF"/>
                <w:sz w:val="16"/>
              </w:rPr>
              <w:t>Lunch</w:t>
            </w:r>
          </w:p>
        </w:tc>
        <w:tc>
          <w:tcPr>
            <w:tcW w:w="3168" w:type="dxa"/>
            <w:shd w:val="clear" w:color="auto" w:fill="8E3B63"/>
            <w:vAlign w:val="center"/>
          </w:tcPr>
          <w:p w14:paraId="2AEF10F2" w14:textId="77777777" w:rsidR="00533BBD" w:rsidRDefault="00000000">
            <w:pPr>
              <w:spacing w:before="20" w:after="20"/>
            </w:pPr>
            <w:r>
              <w:rPr>
                <w:b/>
                <w:color w:val="FFFFFF"/>
                <w:sz w:val="16"/>
              </w:rPr>
              <w:t>Dinner</w:t>
            </w:r>
          </w:p>
        </w:tc>
        <w:tc>
          <w:tcPr>
            <w:tcW w:w="1800" w:type="dxa"/>
            <w:shd w:val="clear" w:color="auto" w:fill="8E3B63"/>
            <w:vAlign w:val="center"/>
          </w:tcPr>
          <w:p w14:paraId="3069EBCE" w14:textId="77777777" w:rsidR="00533BBD" w:rsidRDefault="00000000">
            <w:pPr>
              <w:spacing w:before="20" w:after="20"/>
            </w:pPr>
            <w:r>
              <w:rPr>
                <w:b/>
                <w:color w:val="FFFFFF"/>
                <w:sz w:val="16"/>
              </w:rPr>
              <w:t>Snack</w:t>
            </w:r>
          </w:p>
        </w:tc>
      </w:tr>
      <w:tr w:rsidR="00533BBD" w14:paraId="6B58A9AB" w14:textId="77777777">
        <w:tc>
          <w:tcPr>
            <w:tcW w:w="691" w:type="dxa"/>
            <w:shd w:val="clear" w:color="auto" w:fill="F6E8EF"/>
            <w:vAlign w:val="center"/>
          </w:tcPr>
          <w:p w14:paraId="025FF541" w14:textId="77777777" w:rsidR="00533BBD" w:rsidRDefault="00000000">
            <w:pPr>
              <w:spacing w:before="20" w:after="20"/>
            </w:pPr>
            <w:r>
              <w:rPr>
                <w:b/>
                <w:sz w:val="15"/>
              </w:rPr>
              <w:t>1</w:t>
            </w:r>
          </w:p>
        </w:tc>
        <w:tc>
          <w:tcPr>
            <w:tcW w:w="2952" w:type="dxa"/>
            <w:vAlign w:val="center"/>
          </w:tcPr>
          <w:p w14:paraId="36508319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Overnight oats, chia seeds, blueberries and Greek yogurt</w:t>
            </w:r>
          </w:p>
        </w:tc>
        <w:tc>
          <w:tcPr>
            <w:tcW w:w="3240" w:type="dxa"/>
            <w:vAlign w:val="center"/>
          </w:tcPr>
          <w:p w14:paraId="49C230AC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Black bean, chicken and quinoa bowl</w:t>
            </w:r>
          </w:p>
        </w:tc>
        <w:tc>
          <w:tcPr>
            <w:tcW w:w="3168" w:type="dxa"/>
            <w:vAlign w:val="center"/>
          </w:tcPr>
          <w:p w14:paraId="39D2181E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Baked tofu, broccoli and brown rice</w:t>
            </w:r>
          </w:p>
        </w:tc>
        <w:tc>
          <w:tcPr>
            <w:tcW w:w="1800" w:type="dxa"/>
            <w:vAlign w:val="center"/>
          </w:tcPr>
          <w:p w14:paraId="4BF40460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Pear and almonds</w:t>
            </w:r>
          </w:p>
        </w:tc>
      </w:tr>
      <w:tr w:rsidR="00533BBD" w14:paraId="28856B99" w14:textId="77777777">
        <w:tc>
          <w:tcPr>
            <w:tcW w:w="691" w:type="dxa"/>
            <w:shd w:val="clear" w:color="auto" w:fill="F6E8EF"/>
            <w:vAlign w:val="center"/>
          </w:tcPr>
          <w:p w14:paraId="4371FA4F" w14:textId="77777777" w:rsidR="00533BBD" w:rsidRDefault="00000000">
            <w:pPr>
              <w:spacing w:before="20" w:after="20"/>
            </w:pPr>
            <w:r>
              <w:rPr>
                <w:b/>
                <w:sz w:val="15"/>
              </w:rPr>
              <w:t>2</w:t>
            </w:r>
          </w:p>
        </w:tc>
        <w:tc>
          <w:tcPr>
            <w:tcW w:w="2952" w:type="dxa"/>
            <w:vAlign w:val="center"/>
          </w:tcPr>
          <w:p w14:paraId="069C85D7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Scrambled eggs, black beans and whole-grain toast</w:t>
            </w:r>
          </w:p>
        </w:tc>
        <w:tc>
          <w:tcPr>
            <w:tcW w:w="3240" w:type="dxa"/>
            <w:vAlign w:val="center"/>
          </w:tcPr>
          <w:p w14:paraId="3DC7341D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Lentil and vegetable soup, whole-grain bread and turkey sandwich</w:t>
            </w:r>
          </w:p>
        </w:tc>
        <w:tc>
          <w:tcPr>
            <w:tcW w:w="3168" w:type="dxa"/>
            <w:vAlign w:val="center"/>
          </w:tcPr>
          <w:p w14:paraId="1E27206B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Grilled salmon, barley and asparagus</w:t>
            </w:r>
          </w:p>
        </w:tc>
        <w:tc>
          <w:tcPr>
            <w:tcW w:w="1800" w:type="dxa"/>
            <w:vAlign w:val="center"/>
          </w:tcPr>
          <w:p w14:paraId="5E136137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Cottage cheese and strawberries</w:t>
            </w:r>
          </w:p>
        </w:tc>
      </w:tr>
      <w:tr w:rsidR="00533BBD" w14:paraId="0783FFA8" w14:textId="77777777">
        <w:tc>
          <w:tcPr>
            <w:tcW w:w="691" w:type="dxa"/>
            <w:shd w:val="clear" w:color="auto" w:fill="F6E8EF"/>
            <w:vAlign w:val="center"/>
          </w:tcPr>
          <w:p w14:paraId="217DA6A6" w14:textId="77777777" w:rsidR="00533BBD" w:rsidRDefault="00000000">
            <w:pPr>
              <w:spacing w:before="20" w:after="20"/>
            </w:pPr>
            <w:r>
              <w:rPr>
                <w:b/>
                <w:sz w:val="15"/>
              </w:rPr>
              <w:t>3</w:t>
            </w:r>
          </w:p>
        </w:tc>
        <w:tc>
          <w:tcPr>
            <w:tcW w:w="2952" w:type="dxa"/>
            <w:vAlign w:val="center"/>
          </w:tcPr>
          <w:p w14:paraId="6C6EEE84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Greek yogurt, raspberries, oats and ground flaxseed</w:t>
            </w:r>
          </w:p>
        </w:tc>
        <w:tc>
          <w:tcPr>
            <w:tcW w:w="3240" w:type="dxa"/>
            <w:vAlign w:val="center"/>
          </w:tcPr>
          <w:p w14:paraId="76C13157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Chickpea and vegetable salad with grilled chicken</w:t>
            </w:r>
          </w:p>
        </w:tc>
        <w:tc>
          <w:tcPr>
            <w:tcW w:w="3168" w:type="dxa"/>
            <w:vAlign w:val="center"/>
          </w:tcPr>
          <w:p w14:paraId="6C8ECC51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Lean turkey chili with kidney beans and roasted vegetables</w:t>
            </w:r>
          </w:p>
        </w:tc>
        <w:tc>
          <w:tcPr>
            <w:tcW w:w="1800" w:type="dxa"/>
            <w:vAlign w:val="center"/>
          </w:tcPr>
          <w:p w14:paraId="3D41270D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Apple and peanut butter</w:t>
            </w:r>
          </w:p>
        </w:tc>
      </w:tr>
      <w:tr w:rsidR="00533BBD" w14:paraId="6EB89631" w14:textId="77777777">
        <w:tc>
          <w:tcPr>
            <w:tcW w:w="691" w:type="dxa"/>
            <w:shd w:val="clear" w:color="auto" w:fill="F6E8EF"/>
            <w:vAlign w:val="center"/>
          </w:tcPr>
          <w:p w14:paraId="6DF39304" w14:textId="77777777" w:rsidR="00533BBD" w:rsidRDefault="00000000">
            <w:pPr>
              <w:spacing w:before="20" w:after="20"/>
            </w:pPr>
            <w:r>
              <w:rPr>
                <w:b/>
                <w:sz w:val="15"/>
              </w:rPr>
              <w:t>4</w:t>
            </w:r>
          </w:p>
        </w:tc>
        <w:tc>
          <w:tcPr>
            <w:tcW w:w="2952" w:type="dxa"/>
            <w:vAlign w:val="center"/>
          </w:tcPr>
          <w:p w14:paraId="345BE921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Oatmeal, walnuts and sliced pear with 2 eggs</w:t>
            </w:r>
          </w:p>
        </w:tc>
        <w:tc>
          <w:tcPr>
            <w:tcW w:w="3240" w:type="dxa"/>
            <w:vAlign w:val="center"/>
          </w:tcPr>
          <w:p w14:paraId="450B6763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Tofu and edamame vegetable bowl with brown rice</w:t>
            </w:r>
          </w:p>
        </w:tc>
        <w:tc>
          <w:tcPr>
            <w:tcW w:w="3168" w:type="dxa"/>
            <w:vAlign w:val="center"/>
          </w:tcPr>
          <w:p w14:paraId="618A16FB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Baked chicken, lentils and roasted Brussels sprouts</w:t>
            </w:r>
          </w:p>
        </w:tc>
        <w:tc>
          <w:tcPr>
            <w:tcW w:w="1800" w:type="dxa"/>
            <w:vAlign w:val="center"/>
          </w:tcPr>
          <w:p w14:paraId="09A0891B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Carrots with hummus</w:t>
            </w:r>
          </w:p>
        </w:tc>
      </w:tr>
      <w:tr w:rsidR="00533BBD" w14:paraId="3C407FA9" w14:textId="77777777">
        <w:tc>
          <w:tcPr>
            <w:tcW w:w="691" w:type="dxa"/>
            <w:shd w:val="clear" w:color="auto" w:fill="F6E8EF"/>
            <w:vAlign w:val="center"/>
          </w:tcPr>
          <w:p w14:paraId="3A66B748" w14:textId="77777777" w:rsidR="00533BBD" w:rsidRDefault="00000000">
            <w:pPr>
              <w:spacing w:before="20" w:after="20"/>
            </w:pPr>
            <w:r>
              <w:rPr>
                <w:b/>
                <w:sz w:val="15"/>
              </w:rPr>
              <w:t>5</w:t>
            </w:r>
          </w:p>
        </w:tc>
        <w:tc>
          <w:tcPr>
            <w:tcW w:w="2952" w:type="dxa"/>
            <w:vAlign w:val="center"/>
          </w:tcPr>
          <w:p w14:paraId="11922B23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Spinach omelet and whole-grain toast with berries</w:t>
            </w:r>
          </w:p>
        </w:tc>
        <w:tc>
          <w:tcPr>
            <w:tcW w:w="3240" w:type="dxa"/>
            <w:vAlign w:val="center"/>
          </w:tcPr>
          <w:p w14:paraId="2F8D995C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Stuffed sweet potato with black beans, chicken and broccoli</w:t>
            </w:r>
          </w:p>
        </w:tc>
        <w:tc>
          <w:tcPr>
            <w:tcW w:w="3168" w:type="dxa"/>
            <w:vAlign w:val="center"/>
          </w:tcPr>
          <w:p w14:paraId="66412860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Tuna and white bean salad with whole-grain crackers</w:t>
            </w:r>
          </w:p>
        </w:tc>
        <w:tc>
          <w:tcPr>
            <w:tcW w:w="1800" w:type="dxa"/>
            <w:vAlign w:val="center"/>
          </w:tcPr>
          <w:p w14:paraId="6CB6CF6D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Plain Greek yogurt</w:t>
            </w:r>
          </w:p>
        </w:tc>
      </w:tr>
      <w:tr w:rsidR="00533BBD" w14:paraId="0C4AA455" w14:textId="77777777">
        <w:tc>
          <w:tcPr>
            <w:tcW w:w="691" w:type="dxa"/>
            <w:shd w:val="clear" w:color="auto" w:fill="F6E8EF"/>
            <w:vAlign w:val="center"/>
          </w:tcPr>
          <w:p w14:paraId="116E4200" w14:textId="77777777" w:rsidR="00533BBD" w:rsidRDefault="00000000">
            <w:pPr>
              <w:spacing w:before="20" w:after="20"/>
            </w:pPr>
            <w:r>
              <w:rPr>
                <w:b/>
                <w:sz w:val="15"/>
              </w:rPr>
              <w:t>6</w:t>
            </w:r>
          </w:p>
        </w:tc>
        <w:tc>
          <w:tcPr>
            <w:tcW w:w="2952" w:type="dxa"/>
            <w:vAlign w:val="center"/>
          </w:tcPr>
          <w:p w14:paraId="4DE6B80A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Cottage cheese, blueberries and oats</w:t>
            </w:r>
          </w:p>
        </w:tc>
        <w:tc>
          <w:tcPr>
            <w:tcW w:w="3240" w:type="dxa"/>
            <w:vAlign w:val="center"/>
          </w:tcPr>
          <w:p w14:paraId="272F40C2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Turkey and hummus whole-grain wrap with mixed vegetables</w:t>
            </w:r>
          </w:p>
        </w:tc>
        <w:tc>
          <w:tcPr>
            <w:tcW w:w="3168" w:type="dxa"/>
            <w:vAlign w:val="center"/>
          </w:tcPr>
          <w:p w14:paraId="5AD4263F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Tempeh or tofu stir-fry with quinoa and vegetables</w:t>
            </w:r>
          </w:p>
        </w:tc>
        <w:tc>
          <w:tcPr>
            <w:tcW w:w="1800" w:type="dxa"/>
            <w:vAlign w:val="center"/>
          </w:tcPr>
          <w:p w14:paraId="17CC1B93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Orange and pumpkin seeds</w:t>
            </w:r>
          </w:p>
        </w:tc>
      </w:tr>
      <w:tr w:rsidR="00533BBD" w14:paraId="14A345BF" w14:textId="77777777">
        <w:tc>
          <w:tcPr>
            <w:tcW w:w="691" w:type="dxa"/>
            <w:shd w:val="clear" w:color="auto" w:fill="F6E8EF"/>
            <w:vAlign w:val="center"/>
          </w:tcPr>
          <w:p w14:paraId="268F00C3" w14:textId="77777777" w:rsidR="00533BBD" w:rsidRDefault="00000000">
            <w:pPr>
              <w:spacing w:before="20" w:after="20"/>
            </w:pPr>
            <w:r>
              <w:rPr>
                <w:b/>
                <w:sz w:val="15"/>
              </w:rPr>
              <w:t>7</w:t>
            </w:r>
          </w:p>
        </w:tc>
        <w:tc>
          <w:tcPr>
            <w:tcW w:w="2952" w:type="dxa"/>
            <w:vAlign w:val="center"/>
          </w:tcPr>
          <w:p w14:paraId="571CEEF0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Chia-oat pudding with unsweetened milk and strawberries, plus eggs</w:t>
            </w:r>
          </w:p>
        </w:tc>
        <w:tc>
          <w:tcPr>
            <w:tcW w:w="3240" w:type="dxa"/>
            <w:vAlign w:val="center"/>
          </w:tcPr>
          <w:p w14:paraId="0C074C93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Three-bean vegetable salad with grilled chicken</w:t>
            </w:r>
          </w:p>
        </w:tc>
        <w:tc>
          <w:tcPr>
            <w:tcW w:w="3168" w:type="dxa"/>
            <w:vAlign w:val="center"/>
          </w:tcPr>
          <w:p w14:paraId="0F115FA6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Baked cod, wild rice and sautéed kale</w:t>
            </w:r>
          </w:p>
        </w:tc>
        <w:tc>
          <w:tcPr>
            <w:tcW w:w="1800" w:type="dxa"/>
            <w:vAlign w:val="center"/>
          </w:tcPr>
          <w:p w14:paraId="288F1848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Edamame</w:t>
            </w:r>
          </w:p>
        </w:tc>
      </w:tr>
    </w:tbl>
    <w:p w14:paraId="56B75DB8" w14:textId="77777777" w:rsidR="00533BBD" w:rsidRDefault="00533BBD"/>
    <w:p w14:paraId="53933190" w14:textId="77777777" w:rsidR="00533BBD" w:rsidRDefault="00000000">
      <w:r>
        <w:br w:type="page"/>
      </w:r>
    </w:p>
    <w:p w14:paraId="50E1335C" w14:textId="77777777" w:rsidR="00533BBD" w:rsidRDefault="00000000">
      <w:pPr>
        <w:pStyle w:val="Heading1"/>
      </w:pPr>
      <w:r>
        <w:lastRenderedPageBreak/>
        <w:t>Week 4 — Heart-Healthy Mediterranean Style</w:t>
      </w:r>
    </w:p>
    <w:p w14:paraId="6A7C264A" w14:textId="77777777" w:rsidR="00533BBD" w:rsidRDefault="00000000">
      <w:r>
        <w:t>Mediterranean-inspired meals with fish, legumes, whole grains, vegetables, nuts and olive oil.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91"/>
        <w:gridCol w:w="2952"/>
        <w:gridCol w:w="3240"/>
        <w:gridCol w:w="3168"/>
        <w:gridCol w:w="1800"/>
      </w:tblGrid>
      <w:tr w:rsidR="00533BBD" w14:paraId="51CCD09A" w14:textId="77777777">
        <w:tc>
          <w:tcPr>
            <w:tcW w:w="691" w:type="dxa"/>
            <w:shd w:val="clear" w:color="auto" w:fill="8E3B63"/>
            <w:vAlign w:val="center"/>
          </w:tcPr>
          <w:p w14:paraId="37D5C4DE" w14:textId="77777777" w:rsidR="00533BBD" w:rsidRDefault="00000000">
            <w:pPr>
              <w:spacing w:before="20" w:after="20"/>
            </w:pPr>
            <w:r>
              <w:rPr>
                <w:b/>
                <w:color w:val="FFFFFF"/>
                <w:sz w:val="16"/>
              </w:rPr>
              <w:t>Day</w:t>
            </w:r>
          </w:p>
        </w:tc>
        <w:tc>
          <w:tcPr>
            <w:tcW w:w="2952" w:type="dxa"/>
            <w:shd w:val="clear" w:color="auto" w:fill="8E3B63"/>
            <w:vAlign w:val="center"/>
          </w:tcPr>
          <w:p w14:paraId="1EEE4647" w14:textId="77777777" w:rsidR="00533BBD" w:rsidRDefault="00000000">
            <w:pPr>
              <w:spacing w:before="20" w:after="20"/>
            </w:pPr>
            <w:r>
              <w:rPr>
                <w:b/>
                <w:color w:val="FFFFFF"/>
                <w:sz w:val="16"/>
              </w:rPr>
              <w:t>Breakfast</w:t>
            </w:r>
          </w:p>
        </w:tc>
        <w:tc>
          <w:tcPr>
            <w:tcW w:w="3240" w:type="dxa"/>
            <w:shd w:val="clear" w:color="auto" w:fill="8E3B63"/>
            <w:vAlign w:val="center"/>
          </w:tcPr>
          <w:p w14:paraId="360ACC2A" w14:textId="77777777" w:rsidR="00533BBD" w:rsidRDefault="00000000">
            <w:pPr>
              <w:spacing w:before="20" w:after="20"/>
            </w:pPr>
            <w:r>
              <w:rPr>
                <w:b/>
                <w:color w:val="FFFFFF"/>
                <w:sz w:val="16"/>
              </w:rPr>
              <w:t>Lunch</w:t>
            </w:r>
          </w:p>
        </w:tc>
        <w:tc>
          <w:tcPr>
            <w:tcW w:w="3168" w:type="dxa"/>
            <w:shd w:val="clear" w:color="auto" w:fill="8E3B63"/>
            <w:vAlign w:val="center"/>
          </w:tcPr>
          <w:p w14:paraId="57472DD7" w14:textId="77777777" w:rsidR="00533BBD" w:rsidRDefault="00000000">
            <w:pPr>
              <w:spacing w:before="20" w:after="20"/>
            </w:pPr>
            <w:r>
              <w:rPr>
                <w:b/>
                <w:color w:val="FFFFFF"/>
                <w:sz w:val="16"/>
              </w:rPr>
              <w:t>Dinner</w:t>
            </w:r>
          </w:p>
        </w:tc>
        <w:tc>
          <w:tcPr>
            <w:tcW w:w="1800" w:type="dxa"/>
            <w:shd w:val="clear" w:color="auto" w:fill="8E3B63"/>
            <w:vAlign w:val="center"/>
          </w:tcPr>
          <w:p w14:paraId="60B66EFD" w14:textId="77777777" w:rsidR="00533BBD" w:rsidRDefault="00000000">
            <w:pPr>
              <w:spacing w:before="20" w:after="20"/>
            </w:pPr>
            <w:r>
              <w:rPr>
                <w:b/>
                <w:color w:val="FFFFFF"/>
                <w:sz w:val="16"/>
              </w:rPr>
              <w:t>Snack</w:t>
            </w:r>
          </w:p>
        </w:tc>
      </w:tr>
      <w:tr w:rsidR="00533BBD" w14:paraId="127C8500" w14:textId="77777777">
        <w:tc>
          <w:tcPr>
            <w:tcW w:w="691" w:type="dxa"/>
            <w:shd w:val="clear" w:color="auto" w:fill="F6E8EF"/>
            <w:vAlign w:val="center"/>
          </w:tcPr>
          <w:p w14:paraId="396B84FA" w14:textId="77777777" w:rsidR="00533BBD" w:rsidRDefault="00000000">
            <w:pPr>
              <w:spacing w:before="20" w:after="20"/>
            </w:pPr>
            <w:r>
              <w:rPr>
                <w:b/>
                <w:sz w:val="15"/>
              </w:rPr>
              <w:t>1</w:t>
            </w:r>
          </w:p>
        </w:tc>
        <w:tc>
          <w:tcPr>
            <w:tcW w:w="2952" w:type="dxa"/>
            <w:vAlign w:val="center"/>
          </w:tcPr>
          <w:p w14:paraId="6CD94D46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Greek yogurt, oats, walnuts and blueberries</w:t>
            </w:r>
          </w:p>
        </w:tc>
        <w:tc>
          <w:tcPr>
            <w:tcW w:w="3240" w:type="dxa"/>
            <w:vAlign w:val="center"/>
          </w:tcPr>
          <w:p w14:paraId="67766A31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Grilled chicken Greek salad with chickpeas and whole-grain pita</w:t>
            </w:r>
          </w:p>
        </w:tc>
        <w:tc>
          <w:tcPr>
            <w:tcW w:w="3168" w:type="dxa"/>
            <w:vAlign w:val="center"/>
          </w:tcPr>
          <w:p w14:paraId="44D4CC11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Baked salmon, farro and roasted zucchini</w:t>
            </w:r>
          </w:p>
        </w:tc>
        <w:tc>
          <w:tcPr>
            <w:tcW w:w="1800" w:type="dxa"/>
            <w:vAlign w:val="center"/>
          </w:tcPr>
          <w:p w14:paraId="32A58217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Apple and almonds</w:t>
            </w:r>
          </w:p>
        </w:tc>
      </w:tr>
      <w:tr w:rsidR="00533BBD" w14:paraId="05B2C0D0" w14:textId="77777777">
        <w:tc>
          <w:tcPr>
            <w:tcW w:w="691" w:type="dxa"/>
            <w:shd w:val="clear" w:color="auto" w:fill="F6E8EF"/>
            <w:vAlign w:val="center"/>
          </w:tcPr>
          <w:p w14:paraId="4E06FFE8" w14:textId="77777777" w:rsidR="00533BBD" w:rsidRDefault="00000000">
            <w:pPr>
              <w:spacing w:before="20" w:after="20"/>
            </w:pPr>
            <w:r>
              <w:rPr>
                <w:b/>
                <w:sz w:val="15"/>
              </w:rPr>
              <w:t>2</w:t>
            </w:r>
          </w:p>
        </w:tc>
        <w:tc>
          <w:tcPr>
            <w:tcW w:w="2952" w:type="dxa"/>
            <w:vAlign w:val="center"/>
          </w:tcPr>
          <w:p w14:paraId="7D9435E1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Spinach and tomato eggs with whole-grain toast</w:t>
            </w:r>
          </w:p>
        </w:tc>
        <w:tc>
          <w:tcPr>
            <w:tcW w:w="3240" w:type="dxa"/>
            <w:vAlign w:val="center"/>
          </w:tcPr>
          <w:p w14:paraId="39E3E755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Lentil and vegetable soup with side salad</w:t>
            </w:r>
          </w:p>
        </w:tc>
        <w:tc>
          <w:tcPr>
            <w:tcW w:w="3168" w:type="dxa"/>
            <w:vAlign w:val="center"/>
          </w:tcPr>
          <w:p w14:paraId="772E859C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Lemon chicken, quinoa and roasted broccoli</w:t>
            </w:r>
          </w:p>
        </w:tc>
        <w:tc>
          <w:tcPr>
            <w:tcW w:w="1800" w:type="dxa"/>
            <w:vAlign w:val="center"/>
          </w:tcPr>
          <w:p w14:paraId="4EC8BACA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Cottage cheese and berries</w:t>
            </w:r>
          </w:p>
        </w:tc>
      </w:tr>
      <w:tr w:rsidR="00533BBD" w14:paraId="69C0A6CF" w14:textId="77777777">
        <w:tc>
          <w:tcPr>
            <w:tcW w:w="691" w:type="dxa"/>
            <w:shd w:val="clear" w:color="auto" w:fill="F6E8EF"/>
            <w:vAlign w:val="center"/>
          </w:tcPr>
          <w:p w14:paraId="359B8E7B" w14:textId="77777777" w:rsidR="00533BBD" w:rsidRDefault="00000000">
            <w:pPr>
              <w:spacing w:before="20" w:after="20"/>
            </w:pPr>
            <w:r>
              <w:rPr>
                <w:b/>
                <w:sz w:val="15"/>
              </w:rPr>
              <w:t>3</w:t>
            </w:r>
          </w:p>
        </w:tc>
        <w:tc>
          <w:tcPr>
            <w:tcW w:w="2952" w:type="dxa"/>
            <w:vAlign w:val="center"/>
          </w:tcPr>
          <w:p w14:paraId="2BB5D0E3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Overnight oats with chia seeds, pear and cinnamon</w:t>
            </w:r>
          </w:p>
        </w:tc>
        <w:tc>
          <w:tcPr>
            <w:tcW w:w="3240" w:type="dxa"/>
            <w:vAlign w:val="center"/>
          </w:tcPr>
          <w:p w14:paraId="791B63E3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Tuna, white bean and arugula salad with whole-grain bread</w:t>
            </w:r>
          </w:p>
        </w:tc>
        <w:tc>
          <w:tcPr>
            <w:tcW w:w="3168" w:type="dxa"/>
            <w:vAlign w:val="center"/>
          </w:tcPr>
          <w:p w14:paraId="2AD3E9FC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Baked cod, barley and green beans</w:t>
            </w:r>
          </w:p>
        </w:tc>
        <w:tc>
          <w:tcPr>
            <w:tcW w:w="1800" w:type="dxa"/>
            <w:vAlign w:val="center"/>
          </w:tcPr>
          <w:p w14:paraId="1EC43F64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Carrots and hummus</w:t>
            </w:r>
          </w:p>
        </w:tc>
      </w:tr>
      <w:tr w:rsidR="00533BBD" w14:paraId="4298E76B" w14:textId="77777777">
        <w:tc>
          <w:tcPr>
            <w:tcW w:w="691" w:type="dxa"/>
            <w:shd w:val="clear" w:color="auto" w:fill="F6E8EF"/>
            <w:vAlign w:val="center"/>
          </w:tcPr>
          <w:p w14:paraId="1ECC37FB" w14:textId="77777777" w:rsidR="00533BBD" w:rsidRDefault="00000000">
            <w:pPr>
              <w:spacing w:before="20" w:after="20"/>
            </w:pPr>
            <w:r>
              <w:rPr>
                <w:b/>
                <w:sz w:val="15"/>
              </w:rPr>
              <w:t>4</w:t>
            </w:r>
          </w:p>
        </w:tc>
        <w:tc>
          <w:tcPr>
            <w:tcW w:w="2952" w:type="dxa"/>
            <w:vAlign w:val="center"/>
          </w:tcPr>
          <w:p w14:paraId="1B8C576D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Cottage cheese, strawberries and whole-grain toast</w:t>
            </w:r>
          </w:p>
        </w:tc>
        <w:tc>
          <w:tcPr>
            <w:tcW w:w="3240" w:type="dxa"/>
            <w:vAlign w:val="center"/>
          </w:tcPr>
          <w:p w14:paraId="7202AFC2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Turkey, hummus and vegetable wrap</w:t>
            </w:r>
          </w:p>
        </w:tc>
        <w:tc>
          <w:tcPr>
            <w:tcW w:w="3168" w:type="dxa"/>
            <w:vAlign w:val="center"/>
          </w:tcPr>
          <w:p w14:paraId="6C1DAA66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Grilled shrimp, brown rice and Mediterranean vegetables</w:t>
            </w:r>
          </w:p>
        </w:tc>
        <w:tc>
          <w:tcPr>
            <w:tcW w:w="1800" w:type="dxa"/>
            <w:vAlign w:val="center"/>
          </w:tcPr>
          <w:p w14:paraId="491EEDE3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Orange and walnuts</w:t>
            </w:r>
          </w:p>
        </w:tc>
      </w:tr>
      <w:tr w:rsidR="00533BBD" w14:paraId="2F55BE66" w14:textId="77777777">
        <w:tc>
          <w:tcPr>
            <w:tcW w:w="691" w:type="dxa"/>
            <w:shd w:val="clear" w:color="auto" w:fill="F6E8EF"/>
            <w:vAlign w:val="center"/>
          </w:tcPr>
          <w:p w14:paraId="7EF2D86C" w14:textId="77777777" w:rsidR="00533BBD" w:rsidRDefault="00000000">
            <w:pPr>
              <w:spacing w:before="20" w:after="20"/>
            </w:pPr>
            <w:r>
              <w:rPr>
                <w:b/>
                <w:sz w:val="15"/>
              </w:rPr>
              <w:t>5</w:t>
            </w:r>
          </w:p>
        </w:tc>
        <w:tc>
          <w:tcPr>
            <w:tcW w:w="2952" w:type="dxa"/>
            <w:vAlign w:val="center"/>
          </w:tcPr>
          <w:p w14:paraId="45659E4C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Vegetable omelet, oats and raspberries</w:t>
            </w:r>
          </w:p>
        </w:tc>
        <w:tc>
          <w:tcPr>
            <w:tcW w:w="3240" w:type="dxa"/>
            <w:vAlign w:val="center"/>
          </w:tcPr>
          <w:p w14:paraId="66769536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Chickpea and chicken quinoa bowl</w:t>
            </w:r>
          </w:p>
        </w:tc>
        <w:tc>
          <w:tcPr>
            <w:tcW w:w="3168" w:type="dxa"/>
            <w:vAlign w:val="center"/>
          </w:tcPr>
          <w:p w14:paraId="6E471D05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Turkey-stuffed peppers with lentils and tomato sauce</w:t>
            </w:r>
          </w:p>
        </w:tc>
        <w:tc>
          <w:tcPr>
            <w:tcW w:w="1800" w:type="dxa"/>
            <w:vAlign w:val="center"/>
          </w:tcPr>
          <w:p w14:paraId="393131F1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Plain Greek yogurt with flaxseed</w:t>
            </w:r>
          </w:p>
        </w:tc>
      </w:tr>
      <w:tr w:rsidR="00533BBD" w14:paraId="3C3C69A8" w14:textId="77777777">
        <w:tc>
          <w:tcPr>
            <w:tcW w:w="691" w:type="dxa"/>
            <w:shd w:val="clear" w:color="auto" w:fill="F6E8EF"/>
            <w:vAlign w:val="center"/>
          </w:tcPr>
          <w:p w14:paraId="07760C5A" w14:textId="77777777" w:rsidR="00533BBD" w:rsidRDefault="00000000">
            <w:pPr>
              <w:spacing w:before="20" w:after="20"/>
            </w:pPr>
            <w:r>
              <w:rPr>
                <w:b/>
                <w:sz w:val="15"/>
              </w:rPr>
              <w:t>6</w:t>
            </w:r>
          </w:p>
        </w:tc>
        <w:tc>
          <w:tcPr>
            <w:tcW w:w="2952" w:type="dxa"/>
            <w:vAlign w:val="center"/>
          </w:tcPr>
          <w:p w14:paraId="56C47C23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Steel-cut oats, blueberries and almond butter with an egg</w:t>
            </w:r>
          </w:p>
        </w:tc>
        <w:tc>
          <w:tcPr>
            <w:tcW w:w="3240" w:type="dxa"/>
            <w:vAlign w:val="center"/>
          </w:tcPr>
          <w:p w14:paraId="4ADB2155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Salmon salad with white beans and whole-grain crackers</w:t>
            </w:r>
          </w:p>
        </w:tc>
        <w:tc>
          <w:tcPr>
            <w:tcW w:w="3168" w:type="dxa"/>
            <w:vAlign w:val="center"/>
          </w:tcPr>
          <w:p w14:paraId="539A92D1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Grilled chicken, roasted sweet potato and Brussels sprouts</w:t>
            </w:r>
          </w:p>
        </w:tc>
        <w:tc>
          <w:tcPr>
            <w:tcW w:w="1800" w:type="dxa"/>
            <w:vAlign w:val="center"/>
          </w:tcPr>
          <w:p w14:paraId="6BFF4D11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Cucumber and hummus</w:t>
            </w:r>
          </w:p>
        </w:tc>
      </w:tr>
      <w:tr w:rsidR="00533BBD" w14:paraId="35EE2838" w14:textId="77777777">
        <w:tc>
          <w:tcPr>
            <w:tcW w:w="691" w:type="dxa"/>
            <w:shd w:val="clear" w:color="auto" w:fill="F6E8EF"/>
            <w:vAlign w:val="center"/>
          </w:tcPr>
          <w:p w14:paraId="74AE1BD5" w14:textId="77777777" w:rsidR="00533BBD" w:rsidRDefault="00000000">
            <w:pPr>
              <w:spacing w:before="20" w:after="20"/>
            </w:pPr>
            <w:r>
              <w:rPr>
                <w:b/>
                <w:sz w:val="15"/>
              </w:rPr>
              <w:t>7</w:t>
            </w:r>
          </w:p>
        </w:tc>
        <w:tc>
          <w:tcPr>
            <w:tcW w:w="2952" w:type="dxa"/>
            <w:vAlign w:val="center"/>
          </w:tcPr>
          <w:p w14:paraId="566EB75C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Greek yogurt, chia seeds, sliced apple and pumpkin seeds</w:t>
            </w:r>
          </w:p>
        </w:tc>
        <w:tc>
          <w:tcPr>
            <w:tcW w:w="3240" w:type="dxa"/>
            <w:vAlign w:val="center"/>
          </w:tcPr>
          <w:p w14:paraId="707D1D5C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Grilled turkey patties, quinoa tabbouleh and salad</w:t>
            </w:r>
          </w:p>
        </w:tc>
        <w:tc>
          <w:tcPr>
            <w:tcW w:w="3168" w:type="dxa"/>
            <w:vAlign w:val="center"/>
          </w:tcPr>
          <w:p w14:paraId="0ADC4391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Baked trout, lentils and sautéed spinach</w:t>
            </w:r>
          </w:p>
        </w:tc>
        <w:tc>
          <w:tcPr>
            <w:tcW w:w="1800" w:type="dxa"/>
            <w:vAlign w:val="center"/>
          </w:tcPr>
          <w:p w14:paraId="3F18CFF1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Pear and cottage cheese</w:t>
            </w:r>
          </w:p>
        </w:tc>
      </w:tr>
    </w:tbl>
    <w:p w14:paraId="0C89B3C1" w14:textId="77777777" w:rsidR="00533BBD" w:rsidRDefault="00533BBD"/>
    <w:p w14:paraId="19C1AA90" w14:textId="77777777" w:rsidR="00533BBD" w:rsidRDefault="00000000">
      <w:r>
        <w:br w:type="page"/>
      </w:r>
    </w:p>
    <w:p w14:paraId="35B919AD" w14:textId="77777777" w:rsidR="00533BBD" w:rsidRDefault="00000000">
      <w:pPr>
        <w:pStyle w:val="Heading1"/>
      </w:pPr>
      <w:r>
        <w:lastRenderedPageBreak/>
        <w:t>Week 5 — Simple Meals for Busy Days</w:t>
      </w:r>
    </w:p>
    <w:p w14:paraId="191AC0A4" w14:textId="77777777" w:rsidR="00533BBD" w:rsidRDefault="00000000">
      <w:r>
        <w:t>Convenient meal ideas that make use of leftovers, frozen produce and batch cooking.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91"/>
        <w:gridCol w:w="2952"/>
        <w:gridCol w:w="3240"/>
        <w:gridCol w:w="3168"/>
        <w:gridCol w:w="1800"/>
      </w:tblGrid>
      <w:tr w:rsidR="00533BBD" w14:paraId="4424446A" w14:textId="77777777">
        <w:tc>
          <w:tcPr>
            <w:tcW w:w="691" w:type="dxa"/>
            <w:shd w:val="clear" w:color="auto" w:fill="8E3B63"/>
            <w:vAlign w:val="center"/>
          </w:tcPr>
          <w:p w14:paraId="325D0F4C" w14:textId="77777777" w:rsidR="00533BBD" w:rsidRDefault="00000000">
            <w:pPr>
              <w:spacing w:before="20" w:after="20"/>
            </w:pPr>
            <w:r>
              <w:rPr>
                <w:b/>
                <w:color w:val="FFFFFF"/>
                <w:sz w:val="16"/>
              </w:rPr>
              <w:t>Day</w:t>
            </w:r>
          </w:p>
        </w:tc>
        <w:tc>
          <w:tcPr>
            <w:tcW w:w="2952" w:type="dxa"/>
            <w:shd w:val="clear" w:color="auto" w:fill="8E3B63"/>
            <w:vAlign w:val="center"/>
          </w:tcPr>
          <w:p w14:paraId="3720A788" w14:textId="77777777" w:rsidR="00533BBD" w:rsidRDefault="00000000">
            <w:pPr>
              <w:spacing w:before="20" w:after="20"/>
            </w:pPr>
            <w:r>
              <w:rPr>
                <w:b/>
                <w:color w:val="FFFFFF"/>
                <w:sz w:val="16"/>
              </w:rPr>
              <w:t>Breakfast</w:t>
            </w:r>
          </w:p>
        </w:tc>
        <w:tc>
          <w:tcPr>
            <w:tcW w:w="3240" w:type="dxa"/>
            <w:shd w:val="clear" w:color="auto" w:fill="8E3B63"/>
            <w:vAlign w:val="center"/>
          </w:tcPr>
          <w:p w14:paraId="7AC7ECD6" w14:textId="77777777" w:rsidR="00533BBD" w:rsidRDefault="00000000">
            <w:pPr>
              <w:spacing w:before="20" w:after="20"/>
            </w:pPr>
            <w:r>
              <w:rPr>
                <w:b/>
                <w:color w:val="FFFFFF"/>
                <w:sz w:val="16"/>
              </w:rPr>
              <w:t>Lunch</w:t>
            </w:r>
          </w:p>
        </w:tc>
        <w:tc>
          <w:tcPr>
            <w:tcW w:w="3168" w:type="dxa"/>
            <w:shd w:val="clear" w:color="auto" w:fill="8E3B63"/>
            <w:vAlign w:val="center"/>
          </w:tcPr>
          <w:p w14:paraId="62D5C52D" w14:textId="77777777" w:rsidR="00533BBD" w:rsidRDefault="00000000">
            <w:pPr>
              <w:spacing w:before="20" w:after="20"/>
            </w:pPr>
            <w:r>
              <w:rPr>
                <w:b/>
                <w:color w:val="FFFFFF"/>
                <w:sz w:val="16"/>
              </w:rPr>
              <w:t>Dinner</w:t>
            </w:r>
          </w:p>
        </w:tc>
        <w:tc>
          <w:tcPr>
            <w:tcW w:w="1800" w:type="dxa"/>
            <w:shd w:val="clear" w:color="auto" w:fill="8E3B63"/>
            <w:vAlign w:val="center"/>
          </w:tcPr>
          <w:p w14:paraId="3DFA3DDE" w14:textId="77777777" w:rsidR="00533BBD" w:rsidRDefault="00000000">
            <w:pPr>
              <w:spacing w:before="20" w:after="20"/>
            </w:pPr>
            <w:r>
              <w:rPr>
                <w:b/>
                <w:color w:val="FFFFFF"/>
                <w:sz w:val="16"/>
              </w:rPr>
              <w:t>Snack</w:t>
            </w:r>
          </w:p>
        </w:tc>
      </w:tr>
      <w:tr w:rsidR="00533BBD" w14:paraId="5711CD1E" w14:textId="77777777">
        <w:tc>
          <w:tcPr>
            <w:tcW w:w="691" w:type="dxa"/>
            <w:shd w:val="clear" w:color="auto" w:fill="F6E8EF"/>
            <w:vAlign w:val="center"/>
          </w:tcPr>
          <w:p w14:paraId="3E617D63" w14:textId="77777777" w:rsidR="00533BBD" w:rsidRDefault="00000000">
            <w:pPr>
              <w:spacing w:before="20" w:after="20"/>
            </w:pPr>
            <w:r>
              <w:rPr>
                <w:b/>
                <w:sz w:val="15"/>
              </w:rPr>
              <w:t>1</w:t>
            </w:r>
          </w:p>
        </w:tc>
        <w:tc>
          <w:tcPr>
            <w:tcW w:w="2952" w:type="dxa"/>
            <w:vAlign w:val="center"/>
          </w:tcPr>
          <w:p w14:paraId="3D140180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Overnight oats, blueberries, chia seeds and Greek yogurt</w:t>
            </w:r>
          </w:p>
        </w:tc>
        <w:tc>
          <w:tcPr>
            <w:tcW w:w="3240" w:type="dxa"/>
            <w:vAlign w:val="center"/>
          </w:tcPr>
          <w:p w14:paraId="438A70BA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Meal-prep chicken, brown rice and broccoli</w:t>
            </w:r>
          </w:p>
        </w:tc>
        <w:tc>
          <w:tcPr>
            <w:tcW w:w="3168" w:type="dxa"/>
            <w:vAlign w:val="center"/>
          </w:tcPr>
          <w:p w14:paraId="3113789F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Baked salmon, sweet potato and green beans</w:t>
            </w:r>
          </w:p>
        </w:tc>
        <w:tc>
          <w:tcPr>
            <w:tcW w:w="1800" w:type="dxa"/>
            <w:vAlign w:val="center"/>
          </w:tcPr>
          <w:p w14:paraId="53073890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Apple and peanut butter</w:t>
            </w:r>
          </w:p>
        </w:tc>
      </w:tr>
      <w:tr w:rsidR="00533BBD" w14:paraId="48A24A4F" w14:textId="77777777">
        <w:tc>
          <w:tcPr>
            <w:tcW w:w="691" w:type="dxa"/>
            <w:shd w:val="clear" w:color="auto" w:fill="F6E8EF"/>
            <w:vAlign w:val="center"/>
          </w:tcPr>
          <w:p w14:paraId="60F6EBD0" w14:textId="77777777" w:rsidR="00533BBD" w:rsidRDefault="00000000">
            <w:pPr>
              <w:spacing w:before="20" w:after="20"/>
            </w:pPr>
            <w:r>
              <w:rPr>
                <w:b/>
                <w:sz w:val="15"/>
              </w:rPr>
              <w:t>2</w:t>
            </w:r>
          </w:p>
        </w:tc>
        <w:tc>
          <w:tcPr>
            <w:tcW w:w="2952" w:type="dxa"/>
            <w:vAlign w:val="center"/>
          </w:tcPr>
          <w:p w14:paraId="7BC16453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Egg muffins with spinach and peppers, plus oatmeal</w:t>
            </w:r>
          </w:p>
        </w:tc>
        <w:tc>
          <w:tcPr>
            <w:tcW w:w="3240" w:type="dxa"/>
            <w:vAlign w:val="center"/>
          </w:tcPr>
          <w:p w14:paraId="4532B538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Leftover salmon quinoa bowl with mixed greens</w:t>
            </w:r>
          </w:p>
        </w:tc>
        <w:tc>
          <w:tcPr>
            <w:tcW w:w="3168" w:type="dxa"/>
            <w:vAlign w:val="center"/>
          </w:tcPr>
          <w:p w14:paraId="455F02EE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Turkey and bean chili with a side salad</w:t>
            </w:r>
          </w:p>
        </w:tc>
        <w:tc>
          <w:tcPr>
            <w:tcW w:w="1800" w:type="dxa"/>
            <w:vAlign w:val="center"/>
          </w:tcPr>
          <w:p w14:paraId="69003947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Cottage cheese and berries</w:t>
            </w:r>
          </w:p>
        </w:tc>
      </w:tr>
      <w:tr w:rsidR="00533BBD" w14:paraId="6094CADF" w14:textId="77777777">
        <w:tc>
          <w:tcPr>
            <w:tcW w:w="691" w:type="dxa"/>
            <w:shd w:val="clear" w:color="auto" w:fill="F6E8EF"/>
            <w:vAlign w:val="center"/>
          </w:tcPr>
          <w:p w14:paraId="150999A9" w14:textId="77777777" w:rsidR="00533BBD" w:rsidRDefault="00000000">
            <w:pPr>
              <w:spacing w:before="20" w:after="20"/>
            </w:pPr>
            <w:r>
              <w:rPr>
                <w:b/>
                <w:sz w:val="15"/>
              </w:rPr>
              <w:t>3</w:t>
            </w:r>
          </w:p>
        </w:tc>
        <w:tc>
          <w:tcPr>
            <w:tcW w:w="2952" w:type="dxa"/>
            <w:vAlign w:val="center"/>
          </w:tcPr>
          <w:p w14:paraId="2C589D85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Greek yogurt, oats, strawberries and walnuts</w:t>
            </w:r>
          </w:p>
        </w:tc>
        <w:tc>
          <w:tcPr>
            <w:tcW w:w="3240" w:type="dxa"/>
            <w:vAlign w:val="center"/>
          </w:tcPr>
          <w:p w14:paraId="5E9FC8D6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Turkey and avocado whole-grain sandwich with carrots</w:t>
            </w:r>
          </w:p>
        </w:tc>
        <w:tc>
          <w:tcPr>
            <w:tcW w:w="3168" w:type="dxa"/>
            <w:vAlign w:val="center"/>
          </w:tcPr>
          <w:p w14:paraId="32E8AB8F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Sheet-pan chicken, potatoes and Brussels sprouts</w:t>
            </w:r>
          </w:p>
        </w:tc>
        <w:tc>
          <w:tcPr>
            <w:tcW w:w="1800" w:type="dxa"/>
            <w:vAlign w:val="center"/>
          </w:tcPr>
          <w:p w14:paraId="230A636B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Roasted chickpeas</w:t>
            </w:r>
          </w:p>
        </w:tc>
      </w:tr>
      <w:tr w:rsidR="00533BBD" w14:paraId="7CC46C4E" w14:textId="77777777">
        <w:tc>
          <w:tcPr>
            <w:tcW w:w="691" w:type="dxa"/>
            <w:shd w:val="clear" w:color="auto" w:fill="F6E8EF"/>
            <w:vAlign w:val="center"/>
          </w:tcPr>
          <w:p w14:paraId="4737C665" w14:textId="77777777" w:rsidR="00533BBD" w:rsidRDefault="00000000">
            <w:pPr>
              <w:spacing w:before="20" w:after="20"/>
            </w:pPr>
            <w:r>
              <w:rPr>
                <w:b/>
                <w:sz w:val="15"/>
              </w:rPr>
              <w:t>4</w:t>
            </w:r>
          </w:p>
        </w:tc>
        <w:tc>
          <w:tcPr>
            <w:tcW w:w="2952" w:type="dxa"/>
            <w:vAlign w:val="center"/>
          </w:tcPr>
          <w:p w14:paraId="41C2F46C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Peanut butter overnight oats with an egg and raspberries</w:t>
            </w:r>
          </w:p>
        </w:tc>
        <w:tc>
          <w:tcPr>
            <w:tcW w:w="3240" w:type="dxa"/>
            <w:vAlign w:val="center"/>
          </w:tcPr>
          <w:p w14:paraId="6F27A401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Lentil soup with a grilled chicken wrap</w:t>
            </w:r>
          </w:p>
        </w:tc>
        <w:tc>
          <w:tcPr>
            <w:tcW w:w="3168" w:type="dxa"/>
            <w:vAlign w:val="center"/>
          </w:tcPr>
          <w:p w14:paraId="5ECBB339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Shrimp, frozen mixed vegetables and brown rice stir-fry</w:t>
            </w:r>
          </w:p>
        </w:tc>
        <w:tc>
          <w:tcPr>
            <w:tcW w:w="1800" w:type="dxa"/>
            <w:vAlign w:val="center"/>
          </w:tcPr>
          <w:p w14:paraId="47A76B19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Pear and almonds</w:t>
            </w:r>
          </w:p>
        </w:tc>
      </w:tr>
      <w:tr w:rsidR="00533BBD" w14:paraId="5B1EFDB8" w14:textId="77777777">
        <w:tc>
          <w:tcPr>
            <w:tcW w:w="691" w:type="dxa"/>
            <w:shd w:val="clear" w:color="auto" w:fill="F6E8EF"/>
            <w:vAlign w:val="center"/>
          </w:tcPr>
          <w:p w14:paraId="167BDE74" w14:textId="77777777" w:rsidR="00533BBD" w:rsidRDefault="00000000">
            <w:pPr>
              <w:spacing w:before="20" w:after="20"/>
            </w:pPr>
            <w:r>
              <w:rPr>
                <w:b/>
                <w:sz w:val="15"/>
              </w:rPr>
              <w:t>5</w:t>
            </w:r>
          </w:p>
        </w:tc>
        <w:tc>
          <w:tcPr>
            <w:tcW w:w="2952" w:type="dxa"/>
            <w:vAlign w:val="center"/>
          </w:tcPr>
          <w:p w14:paraId="2911D432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Scrambled eggs, whole-grain toast and an orange</w:t>
            </w:r>
          </w:p>
        </w:tc>
        <w:tc>
          <w:tcPr>
            <w:tcW w:w="3240" w:type="dxa"/>
            <w:vAlign w:val="center"/>
          </w:tcPr>
          <w:p w14:paraId="2C0643A7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Tuna and chickpea salad</w:t>
            </w:r>
          </w:p>
        </w:tc>
        <w:tc>
          <w:tcPr>
            <w:tcW w:w="3168" w:type="dxa"/>
            <w:vAlign w:val="center"/>
          </w:tcPr>
          <w:p w14:paraId="075E2E12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Lean beef, quinoa and roasted peppers</w:t>
            </w:r>
          </w:p>
        </w:tc>
        <w:tc>
          <w:tcPr>
            <w:tcW w:w="1800" w:type="dxa"/>
            <w:vAlign w:val="center"/>
          </w:tcPr>
          <w:p w14:paraId="431A1832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Plain Greek yogurt</w:t>
            </w:r>
          </w:p>
        </w:tc>
      </w:tr>
      <w:tr w:rsidR="00533BBD" w14:paraId="1B9D2287" w14:textId="77777777">
        <w:tc>
          <w:tcPr>
            <w:tcW w:w="691" w:type="dxa"/>
            <w:shd w:val="clear" w:color="auto" w:fill="F6E8EF"/>
            <w:vAlign w:val="center"/>
          </w:tcPr>
          <w:p w14:paraId="4EF86797" w14:textId="77777777" w:rsidR="00533BBD" w:rsidRDefault="00000000">
            <w:pPr>
              <w:spacing w:before="20" w:after="20"/>
            </w:pPr>
            <w:r>
              <w:rPr>
                <w:b/>
                <w:sz w:val="15"/>
              </w:rPr>
              <w:t>6</w:t>
            </w:r>
          </w:p>
        </w:tc>
        <w:tc>
          <w:tcPr>
            <w:tcW w:w="2952" w:type="dxa"/>
            <w:vAlign w:val="center"/>
          </w:tcPr>
          <w:p w14:paraId="2AAAED57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Cottage cheese, oats and blueberries</w:t>
            </w:r>
          </w:p>
        </w:tc>
        <w:tc>
          <w:tcPr>
            <w:tcW w:w="3240" w:type="dxa"/>
            <w:vAlign w:val="center"/>
          </w:tcPr>
          <w:p w14:paraId="7A5FE224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Leftover turkey chili with steamed vegetables</w:t>
            </w:r>
          </w:p>
        </w:tc>
        <w:tc>
          <w:tcPr>
            <w:tcW w:w="3168" w:type="dxa"/>
            <w:vAlign w:val="center"/>
          </w:tcPr>
          <w:p w14:paraId="4B73807B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Baked cod, sweet potato and broccoli</w:t>
            </w:r>
          </w:p>
        </w:tc>
        <w:tc>
          <w:tcPr>
            <w:tcW w:w="1800" w:type="dxa"/>
            <w:vAlign w:val="center"/>
          </w:tcPr>
          <w:p w14:paraId="2914BCD6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Edamame</w:t>
            </w:r>
          </w:p>
        </w:tc>
      </w:tr>
      <w:tr w:rsidR="00533BBD" w14:paraId="0C3F044A" w14:textId="77777777">
        <w:tc>
          <w:tcPr>
            <w:tcW w:w="691" w:type="dxa"/>
            <w:shd w:val="clear" w:color="auto" w:fill="F6E8EF"/>
            <w:vAlign w:val="center"/>
          </w:tcPr>
          <w:p w14:paraId="76426523" w14:textId="77777777" w:rsidR="00533BBD" w:rsidRDefault="00000000">
            <w:pPr>
              <w:spacing w:before="20" w:after="20"/>
            </w:pPr>
            <w:r>
              <w:rPr>
                <w:b/>
                <w:sz w:val="15"/>
              </w:rPr>
              <w:t>7</w:t>
            </w:r>
          </w:p>
        </w:tc>
        <w:tc>
          <w:tcPr>
            <w:tcW w:w="2952" w:type="dxa"/>
            <w:vAlign w:val="center"/>
          </w:tcPr>
          <w:p w14:paraId="6C2EF695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Spinach omelet, whole-grain toast and strawberries</w:t>
            </w:r>
          </w:p>
        </w:tc>
        <w:tc>
          <w:tcPr>
            <w:tcW w:w="3240" w:type="dxa"/>
            <w:vAlign w:val="center"/>
          </w:tcPr>
          <w:p w14:paraId="60B6B088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Chicken, black bean and brown rice bowl</w:t>
            </w:r>
          </w:p>
        </w:tc>
        <w:tc>
          <w:tcPr>
            <w:tcW w:w="3168" w:type="dxa"/>
            <w:vAlign w:val="center"/>
          </w:tcPr>
          <w:p w14:paraId="5B9F3BBA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Turkey meatballs, whole-wheat pasta and zucchini</w:t>
            </w:r>
          </w:p>
        </w:tc>
        <w:tc>
          <w:tcPr>
            <w:tcW w:w="1800" w:type="dxa"/>
            <w:vAlign w:val="center"/>
          </w:tcPr>
          <w:p w14:paraId="06C3451C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Apple with peanut butter</w:t>
            </w:r>
          </w:p>
        </w:tc>
      </w:tr>
    </w:tbl>
    <w:p w14:paraId="68943870" w14:textId="77777777" w:rsidR="00533BBD" w:rsidRDefault="00533BBD"/>
    <w:p w14:paraId="19460B50" w14:textId="77777777" w:rsidR="00533BBD" w:rsidRDefault="00000000">
      <w:r>
        <w:br w:type="page"/>
      </w:r>
    </w:p>
    <w:p w14:paraId="2F2CC1BF" w14:textId="77777777" w:rsidR="00533BBD" w:rsidRDefault="00000000">
      <w:pPr>
        <w:pStyle w:val="Heading1"/>
      </w:pPr>
      <w:r>
        <w:lastRenderedPageBreak/>
        <w:t>Week 6 — Variety in Protein and Complex Carbohydrates</w:t>
      </w:r>
    </w:p>
    <w:p w14:paraId="63119360" w14:textId="77777777" w:rsidR="00533BBD" w:rsidRDefault="00000000">
      <w:r>
        <w:t>Rotates different protein sources and complex carbohydrates to keep meals varied.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91"/>
        <w:gridCol w:w="2952"/>
        <w:gridCol w:w="3240"/>
        <w:gridCol w:w="3168"/>
        <w:gridCol w:w="1800"/>
      </w:tblGrid>
      <w:tr w:rsidR="00533BBD" w14:paraId="7E3421F8" w14:textId="77777777">
        <w:tc>
          <w:tcPr>
            <w:tcW w:w="691" w:type="dxa"/>
            <w:shd w:val="clear" w:color="auto" w:fill="8E3B63"/>
            <w:vAlign w:val="center"/>
          </w:tcPr>
          <w:p w14:paraId="344FC5A8" w14:textId="77777777" w:rsidR="00533BBD" w:rsidRDefault="00000000">
            <w:pPr>
              <w:spacing w:before="20" w:after="20"/>
            </w:pPr>
            <w:r>
              <w:rPr>
                <w:b/>
                <w:color w:val="FFFFFF"/>
                <w:sz w:val="16"/>
              </w:rPr>
              <w:t>Day</w:t>
            </w:r>
          </w:p>
        </w:tc>
        <w:tc>
          <w:tcPr>
            <w:tcW w:w="2952" w:type="dxa"/>
            <w:shd w:val="clear" w:color="auto" w:fill="8E3B63"/>
            <w:vAlign w:val="center"/>
          </w:tcPr>
          <w:p w14:paraId="735E9A91" w14:textId="77777777" w:rsidR="00533BBD" w:rsidRDefault="00000000">
            <w:pPr>
              <w:spacing w:before="20" w:after="20"/>
            </w:pPr>
            <w:r>
              <w:rPr>
                <w:b/>
                <w:color w:val="FFFFFF"/>
                <w:sz w:val="16"/>
              </w:rPr>
              <w:t>Breakfast</w:t>
            </w:r>
          </w:p>
        </w:tc>
        <w:tc>
          <w:tcPr>
            <w:tcW w:w="3240" w:type="dxa"/>
            <w:shd w:val="clear" w:color="auto" w:fill="8E3B63"/>
            <w:vAlign w:val="center"/>
          </w:tcPr>
          <w:p w14:paraId="0F5C9308" w14:textId="77777777" w:rsidR="00533BBD" w:rsidRDefault="00000000">
            <w:pPr>
              <w:spacing w:before="20" w:after="20"/>
            </w:pPr>
            <w:r>
              <w:rPr>
                <w:b/>
                <w:color w:val="FFFFFF"/>
                <w:sz w:val="16"/>
              </w:rPr>
              <w:t>Lunch</w:t>
            </w:r>
          </w:p>
        </w:tc>
        <w:tc>
          <w:tcPr>
            <w:tcW w:w="3168" w:type="dxa"/>
            <w:shd w:val="clear" w:color="auto" w:fill="8E3B63"/>
            <w:vAlign w:val="center"/>
          </w:tcPr>
          <w:p w14:paraId="6D81522D" w14:textId="77777777" w:rsidR="00533BBD" w:rsidRDefault="00000000">
            <w:pPr>
              <w:spacing w:before="20" w:after="20"/>
            </w:pPr>
            <w:r>
              <w:rPr>
                <w:b/>
                <w:color w:val="FFFFFF"/>
                <w:sz w:val="16"/>
              </w:rPr>
              <w:t>Dinner</w:t>
            </w:r>
          </w:p>
        </w:tc>
        <w:tc>
          <w:tcPr>
            <w:tcW w:w="1800" w:type="dxa"/>
            <w:shd w:val="clear" w:color="auto" w:fill="8E3B63"/>
            <w:vAlign w:val="center"/>
          </w:tcPr>
          <w:p w14:paraId="153A7200" w14:textId="77777777" w:rsidR="00533BBD" w:rsidRDefault="00000000">
            <w:pPr>
              <w:spacing w:before="20" w:after="20"/>
            </w:pPr>
            <w:r>
              <w:rPr>
                <w:b/>
                <w:color w:val="FFFFFF"/>
                <w:sz w:val="16"/>
              </w:rPr>
              <w:t>Snack</w:t>
            </w:r>
          </w:p>
        </w:tc>
      </w:tr>
      <w:tr w:rsidR="00533BBD" w14:paraId="455DC12A" w14:textId="77777777">
        <w:tc>
          <w:tcPr>
            <w:tcW w:w="691" w:type="dxa"/>
            <w:shd w:val="clear" w:color="auto" w:fill="F6E8EF"/>
            <w:vAlign w:val="center"/>
          </w:tcPr>
          <w:p w14:paraId="31081B3C" w14:textId="77777777" w:rsidR="00533BBD" w:rsidRDefault="00000000">
            <w:pPr>
              <w:spacing w:before="20" w:after="20"/>
            </w:pPr>
            <w:r>
              <w:rPr>
                <w:b/>
                <w:sz w:val="15"/>
              </w:rPr>
              <w:t>1</w:t>
            </w:r>
          </w:p>
        </w:tc>
        <w:tc>
          <w:tcPr>
            <w:tcW w:w="2952" w:type="dxa"/>
            <w:vAlign w:val="center"/>
          </w:tcPr>
          <w:p w14:paraId="1F099541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Quinoa breakfast bowl with cinnamon, blueberries and Greek yogurt</w:t>
            </w:r>
          </w:p>
        </w:tc>
        <w:tc>
          <w:tcPr>
            <w:tcW w:w="3240" w:type="dxa"/>
            <w:vAlign w:val="center"/>
          </w:tcPr>
          <w:p w14:paraId="4DAFAAE4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Grilled chicken whole-wheat wrap with spinach and peppers</w:t>
            </w:r>
          </w:p>
        </w:tc>
        <w:tc>
          <w:tcPr>
            <w:tcW w:w="3168" w:type="dxa"/>
            <w:vAlign w:val="center"/>
          </w:tcPr>
          <w:p w14:paraId="673BC338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Baked trout, wild rice and asparagus</w:t>
            </w:r>
          </w:p>
        </w:tc>
        <w:tc>
          <w:tcPr>
            <w:tcW w:w="1800" w:type="dxa"/>
            <w:vAlign w:val="center"/>
          </w:tcPr>
          <w:p w14:paraId="7ABD25BD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Apple and walnuts</w:t>
            </w:r>
          </w:p>
        </w:tc>
      </w:tr>
      <w:tr w:rsidR="00533BBD" w14:paraId="66B16010" w14:textId="77777777">
        <w:tc>
          <w:tcPr>
            <w:tcW w:w="691" w:type="dxa"/>
            <w:shd w:val="clear" w:color="auto" w:fill="F6E8EF"/>
            <w:vAlign w:val="center"/>
          </w:tcPr>
          <w:p w14:paraId="38C84BB0" w14:textId="77777777" w:rsidR="00533BBD" w:rsidRDefault="00000000">
            <w:pPr>
              <w:spacing w:before="20" w:after="20"/>
            </w:pPr>
            <w:r>
              <w:rPr>
                <w:b/>
                <w:sz w:val="15"/>
              </w:rPr>
              <w:t>2</w:t>
            </w:r>
          </w:p>
        </w:tc>
        <w:tc>
          <w:tcPr>
            <w:tcW w:w="2952" w:type="dxa"/>
            <w:vAlign w:val="center"/>
          </w:tcPr>
          <w:p w14:paraId="770C7A32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Oatmeal, flaxseed, strawberries and 2 eggs</w:t>
            </w:r>
          </w:p>
        </w:tc>
        <w:tc>
          <w:tcPr>
            <w:tcW w:w="3240" w:type="dxa"/>
            <w:vAlign w:val="center"/>
          </w:tcPr>
          <w:p w14:paraId="34B8D982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Lentil and turkey salad with whole-grain crackers</w:t>
            </w:r>
          </w:p>
        </w:tc>
        <w:tc>
          <w:tcPr>
            <w:tcW w:w="3168" w:type="dxa"/>
            <w:vAlign w:val="center"/>
          </w:tcPr>
          <w:p w14:paraId="327D281E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Chicken, barley and roasted cauliflower</w:t>
            </w:r>
          </w:p>
        </w:tc>
        <w:tc>
          <w:tcPr>
            <w:tcW w:w="1800" w:type="dxa"/>
            <w:vAlign w:val="center"/>
          </w:tcPr>
          <w:p w14:paraId="0678E337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Cottage cheese and cucumber</w:t>
            </w:r>
          </w:p>
        </w:tc>
      </w:tr>
      <w:tr w:rsidR="00533BBD" w14:paraId="7FBA3A5E" w14:textId="77777777">
        <w:tc>
          <w:tcPr>
            <w:tcW w:w="691" w:type="dxa"/>
            <w:shd w:val="clear" w:color="auto" w:fill="F6E8EF"/>
            <w:vAlign w:val="center"/>
          </w:tcPr>
          <w:p w14:paraId="3DBF30A9" w14:textId="77777777" w:rsidR="00533BBD" w:rsidRDefault="00000000">
            <w:pPr>
              <w:spacing w:before="20" w:after="20"/>
            </w:pPr>
            <w:r>
              <w:rPr>
                <w:b/>
                <w:sz w:val="15"/>
              </w:rPr>
              <w:t>3</w:t>
            </w:r>
          </w:p>
        </w:tc>
        <w:tc>
          <w:tcPr>
            <w:tcW w:w="2952" w:type="dxa"/>
            <w:vAlign w:val="center"/>
          </w:tcPr>
          <w:p w14:paraId="6ABA9DFB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Greek yogurt, oats, raspberries and pumpkin seeds</w:t>
            </w:r>
          </w:p>
        </w:tc>
        <w:tc>
          <w:tcPr>
            <w:tcW w:w="3240" w:type="dxa"/>
            <w:vAlign w:val="center"/>
          </w:tcPr>
          <w:p w14:paraId="144B972E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Shrimp and black bean brown rice bowl</w:t>
            </w:r>
          </w:p>
        </w:tc>
        <w:tc>
          <w:tcPr>
            <w:tcW w:w="3168" w:type="dxa"/>
            <w:vAlign w:val="center"/>
          </w:tcPr>
          <w:p w14:paraId="32F36FE4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Lean beef and vegetable stir-fry with quinoa</w:t>
            </w:r>
          </w:p>
        </w:tc>
        <w:tc>
          <w:tcPr>
            <w:tcW w:w="1800" w:type="dxa"/>
            <w:vAlign w:val="center"/>
          </w:tcPr>
          <w:p w14:paraId="40184FCD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Orange and almonds</w:t>
            </w:r>
          </w:p>
        </w:tc>
      </w:tr>
      <w:tr w:rsidR="00533BBD" w14:paraId="0E0F3683" w14:textId="77777777">
        <w:tc>
          <w:tcPr>
            <w:tcW w:w="691" w:type="dxa"/>
            <w:shd w:val="clear" w:color="auto" w:fill="F6E8EF"/>
            <w:vAlign w:val="center"/>
          </w:tcPr>
          <w:p w14:paraId="265E329E" w14:textId="77777777" w:rsidR="00533BBD" w:rsidRDefault="00000000">
            <w:pPr>
              <w:spacing w:before="20" w:after="20"/>
            </w:pPr>
            <w:r>
              <w:rPr>
                <w:b/>
                <w:sz w:val="15"/>
              </w:rPr>
              <w:t>4</w:t>
            </w:r>
          </w:p>
        </w:tc>
        <w:tc>
          <w:tcPr>
            <w:tcW w:w="2952" w:type="dxa"/>
            <w:vAlign w:val="center"/>
          </w:tcPr>
          <w:p w14:paraId="06C8A4A7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Egg scramble with kale, mushrooms and whole-grain toast</w:t>
            </w:r>
          </w:p>
        </w:tc>
        <w:tc>
          <w:tcPr>
            <w:tcW w:w="3240" w:type="dxa"/>
            <w:vAlign w:val="center"/>
          </w:tcPr>
          <w:p w14:paraId="5A61588F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Chicken and white bean soup with whole-grain bread</w:t>
            </w:r>
          </w:p>
        </w:tc>
        <w:tc>
          <w:tcPr>
            <w:tcW w:w="3168" w:type="dxa"/>
            <w:vAlign w:val="center"/>
          </w:tcPr>
          <w:p w14:paraId="638F4123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Baked salmon, sweet potato and green beans</w:t>
            </w:r>
          </w:p>
        </w:tc>
        <w:tc>
          <w:tcPr>
            <w:tcW w:w="1800" w:type="dxa"/>
            <w:vAlign w:val="center"/>
          </w:tcPr>
          <w:p w14:paraId="09C2B7BB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Plain Greek yogurt with chia seeds</w:t>
            </w:r>
          </w:p>
        </w:tc>
      </w:tr>
      <w:tr w:rsidR="00533BBD" w14:paraId="4602CB07" w14:textId="77777777">
        <w:tc>
          <w:tcPr>
            <w:tcW w:w="691" w:type="dxa"/>
            <w:shd w:val="clear" w:color="auto" w:fill="F6E8EF"/>
            <w:vAlign w:val="center"/>
          </w:tcPr>
          <w:p w14:paraId="78AAEE31" w14:textId="77777777" w:rsidR="00533BBD" w:rsidRDefault="00000000">
            <w:pPr>
              <w:spacing w:before="20" w:after="20"/>
            </w:pPr>
            <w:r>
              <w:rPr>
                <w:b/>
                <w:sz w:val="15"/>
              </w:rPr>
              <w:t>5</w:t>
            </w:r>
          </w:p>
        </w:tc>
        <w:tc>
          <w:tcPr>
            <w:tcW w:w="2952" w:type="dxa"/>
            <w:vAlign w:val="center"/>
          </w:tcPr>
          <w:p w14:paraId="5080CD41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Overnight oats with apple, cinnamon and peanut butter</w:t>
            </w:r>
          </w:p>
        </w:tc>
        <w:tc>
          <w:tcPr>
            <w:tcW w:w="3240" w:type="dxa"/>
            <w:vAlign w:val="center"/>
          </w:tcPr>
          <w:p w14:paraId="784F0F66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Turkey burger, whole-grain bun and cabbage slaw</w:t>
            </w:r>
          </w:p>
        </w:tc>
        <w:tc>
          <w:tcPr>
            <w:tcW w:w="3168" w:type="dxa"/>
            <w:vAlign w:val="center"/>
          </w:tcPr>
          <w:p w14:paraId="0C0EC5A0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Tofu and edamame stir-fry with brown rice</w:t>
            </w:r>
          </w:p>
        </w:tc>
        <w:tc>
          <w:tcPr>
            <w:tcW w:w="1800" w:type="dxa"/>
            <w:vAlign w:val="center"/>
          </w:tcPr>
          <w:p w14:paraId="2DC0517C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Carrots and hummus</w:t>
            </w:r>
          </w:p>
        </w:tc>
      </w:tr>
      <w:tr w:rsidR="00533BBD" w14:paraId="36BB788D" w14:textId="77777777">
        <w:tc>
          <w:tcPr>
            <w:tcW w:w="691" w:type="dxa"/>
            <w:shd w:val="clear" w:color="auto" w:fill="F6E8EF"/>
            <w:vAlign w:val="center"/>
          </w:tcPr>
          <w:p w14:paraId="7433A23B" w14:textId="77777777" w:rsidR="00533BBD" w:rsidRDefault="00000000">
            <w:pPr>
              <w:spacing w:before="20" w:after="20"/>
            </w:pPr>
            <w:r>
              <w:rPr>
                <w:b/>
                <w:sz w:val="15"/>
              </w:rPr>
              <w:t>6</w:t>
            </w:r>
          </w:p>
        </w:tc>
        <w:tc>
          <w:tcPr>
            <w:tcW w:w="2952" w:type="dxa"/>
            <w:vAlign w:val="center"/>
          </w:tcPr>
          <w:p w14:paraId="7BE3B7B4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Cottage cheese, berries and whole-grain toast</w:t>
            </w:r>
          </w:p>
        </w:tc>
        <w:tc>
          <w:tcPr>
            <w:tcW w:w="3240" w:type="dxa"/>
            <w:vAlign w:val="center"/>
          </w:tcPr>
          <w:p w14:paraId="6A0B6169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Chickpea and grilled chicken quinoa salad</w:t>
            </w:r>
          </w:p>
        </w:tc>
        <w:tc>
          <w:tcPr>
            <w:tcW w:w="3168" w:type="dxa"/>
            <w:vAlign w:val="center"/>
          </w:tcPr>
          <w:p w14:paraId="51A4DE12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Pork tenderloin, lentils and roasted Brussels sprouts</w:t>
            </w:r>
          </w:p>
        </w:tc>
        <w:tc>
          <w:tcPr>
            <w:tcW w:w="1800" w:type="dxa"/>
            <w:vAlign w:val="center"/>
          </w:tcPr>
          <w:p w14:paraId="3CE84C14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Hard-boiled egg and cherry tomatoes</w:t>
            </w:r>
          </w:p>
        </w:tc>
      </w:tr>
      <w:tr w:rsidR="00533BBD" w14:paraId="2895C2C5" w14:textId="77777777">
        <w:tc>
          <w:tcPr>
            <w:tcW w:w="691" w:type="dxa"/>
            <w:shd w:val="clear" w:color="auto" w:fill="F6E8EF"/>
            <w:vAlign w:val="center"/>
          </w:tcPr>
          <w:p w14:paraId="510C9888" w14:textId="77777777" w:rsidR="00533BBD" w:rsidRDefault="00000000">
            <w:pPr>
              <w:spacing w:before="20" w:after="20"/>
            </w:pPr>
            <w:r>
              <w:rPr>
                <w:b/>
                <w:sz w:val="15"/>
              </w:rPr>
              <w:t>7</w:t>
            </w:r>
          </w:p>
        </w:tc>
        <w:tc>
          <w:tcPr>
            <w:tcW w:w="2952" w:type="dxa"/>
            <w:vAlign w:val="center"/>
          </w:tcPr>
          <w:p w14:paraId="6B44750B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Vegetable omelet, oatmeal and blueberries</w:t>
            </w:r>
          </w:p>
        </w:tc>
        <w:tc>
          <w:tcPr>
            <w:tcW w:w="3240" w:type="dxa"/>
            <w:vAlign w:val="center"/>
          </w:tcPr>
          <w:p w14:paraId="3C4B0675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Tuna and avocado whole-grain wrap with side salad</w:t>
            </w:r>
          </w:p>
        </w:tc>
        <w:tc>
          <w:tcPr>
            <w:tcW w:w="3168" w:type="dxa"/>
            <w:vAlign w:val="center"/>
          </w:tcPr>
          <w:p w14:paraId="254379DE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Grilled chicken, farro and roasted mixed vegetables</w:t>
            </w:r>
          </w:p>
        </w:tc>
        <w:tc>
          <w:tcPr>
            <w:tcW w:w="1800" w:type="dxa"/>
            <w:vAlign w:val="center"/>
          </w:tcPr>
          <w:p w14:paraId="28A6F871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Pear and almonds</w:t>
            </w:r>
          </w:p>
        </w:tc>
      </w:tr>
    </w:tbl>
    <w:p w14:paraId="145DD07E" w14:textId="77777777" w:rsidR="00533BBD" w:rsidRDefault="00533BBD"/>
    <w:p w14:paraId="6E142BD7" w14:textId="77777777" w:rsidR="00533BBD" w:rsidRDefault="00000000">
      <w:r>
        <w:br w:type="page"/>
      </w:r>
    </w:p>
    <w:p w14:paraId="16E2CE8B" w14:textId="77777777" w:rsidR="00533BBD" w:rsidRDefault="00000000">
      <w:pPr>
        <w:pStyle w:val="Heading1"/>
      </w:pPr>
      <w:r>
        <w:lastRenderedPageBreak/>
        <w:t>Week 7 — Fresh, Flavorful and Nutrient-Dense</w:t>
      </w:r>
    </w:p>
    <w:p w14:paraId="161A72A8" w14:textId="77777777" w:rsidR="00533BBD" w:rsidRDefault="00000000">
      <w:r>
        <w:t>A fresh, flavorful week combining fruits, vegetables, lean proteins and fiber-rich grains.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91"/>
        <w:gridCol w:w="2952"/>
        <w:gridCol w:w="3240"/>
        <w:gridCol w:w="3168"/>
        <w:gridCol w:w="1800"/>
      </w:tblGrid>
      <w:tr w:rsidR="00533BBD" w14:paraId="317CB032" w14:textId="77777777">
        <w:tc>
          <w:tcPr>
            <w:tcW w:w="691" w:type="dxa"/>
            <w:shd w:val="clear" w:color="auto" w:fill="8E3B63"/>
            <w:vAlign w:val="center"/>
          </w:tcPr>
          <w:p w14:paraId="0FAD4770" w14:textId="77777777" w:rsidR="00533BBD" w:rsidRDefault="00000000">
            <w:pPr>
              <w:spacing w:before="20" w:after="20"/>
            </w:pPr>
            <w:r>
              <w:rPr>
                <w:b/>
                <w:color w:val="FFFFFF"/>
                <w:sz w:val="16"/>
              </w:rPr>
              <w:t>Day</w:t>
            </w:r>
          </w:p>
        </w:tc>
        <w:tc>
          <w:tcPr>
            <w:tcW w:w="2952" w:type="dxa"/>
            <w:shd w:val="clear" w:color="auto" w:fill="8E3B63"/>
            <w:vAlign w:val="center"/>
          </w:tcPr>
          <w:p w14:paraId="059A5434" w14:textId="77777777" w:rsidR="00533BBD" w:rsidRDefault="00000000">
            <w:pPr>
              <w:spacing w:before="20" w:after="20"/>
            </w:pPr>
            <w:r>
              <w:rPr>
                <w:b/>
                <w:color w:val="FFFFFF"/>
                <w:sz w:val="16"/>
              </w:rPr>
              <w:t>Breakfast</w:t>
            </w:r>
          </w:p>
        </w:tc>
        <w:tc>
          <w:tcPr>
            <w:tcW w:w="3240" w:type="dxa"/>
            <w:shd w:val="clear" w:color="auto" w:fill="8E3B63"/>
            <w:vAlign w:val="center"/>
          </w:tcPr>
          <w:p w14:paraId="0C9D116E" w14:textId="77777777" w:rsidR="00533BBD" w:rsidRDefault="00000000">
            <w:pPr>
              <w:spacing w:before="20" w:after="20"/>
            </w:pPr>
            <w:r>
              <w:rPr>
                <w:b/>
                <w:color w:val="FFFFFF"/>
                <w:sz w:val="16"/>
              </w:rPr>
              <w:t>Lunch</w:t>
            </w:r>
          </w:p>
        </w:tc>
        <w:tc>
          <w:tcPr>
            <w:tcW w:w="3168" w:type="dxa"/>
            <w:shd w:val="clear" w:color="auto" w:fill="8E3B63"/>
            <w:vAlign w:val="center"/>
          </w:tcPr>
          <w:p w14:paraId="00B267D4" w14:textId="77777777" w:rsidR="00533BBD" w:rsidRDefault="00000000">
            <w:pPr>
              <w:spacing w:before="20" w:after="20"/>
            </w:pPr>
            <w:r>
              <w:rPr>
                <w:b/>
                <w:color w:val="FFFFFF"/>
                <w:sz w:val="16"/>
              </w:rPr>
              <w:t>Dinner</w:t>
            </w:r>
          </w:p>
        </w:tc>
        <w:tc>
          <w:tcPr>
            <w:tcW w:w="1800" w:type="dxa"/>
            <w:shd w:val="clear" w:color="auto" w:fill="8E3B63"/>
            <w:vAlign w:val="center"/>
          </w:tcPr>
          <w:p w14:paraId="5745F2B3" w14:textId="77777777" w:rsidR="00533BBD" w:rsidRDefault="00000000">
            <w:pPr>
              <w:spacing w:before="20" w:after="20"/>
            </w:pPr>
            <w:r>
              <w:rPr>
                <w:b/>
                <w:color w:val="FFFFFF"/>
                <w:sz w:val="16"/>
              </w:rPr>
              <w:t>Snack</w:t>
            </w:r>
          </w:p>
        </w:tc>
      </w:tr>
      <w:tr w:rsidR="00533BBD" w14:paraId="4B6BD4E4" w14:textId="77777777">
        <w:tc>
          <w:tcPr>
            <w:tcW w:w="691" w:type="dxa"/>
            <w:shd w:val="clear" w:color="auto" w:fill="F6E8EF"/>
            <w:vAlign w:val="center"/>
          </w:tcPr>
          <w:p w14:paraId="17803413" w14:textId="77777777" w:rsidR="00533BBD" w:rsidRDefault="00000000">
            <w:pPr>
              <w:spacing w:before="20" w:after="20"/>
            </w:pPr>
            <w:r>
              <w:rPr>
                <w:b/>
                <w:sz w:val="15"/>
              </w:rPr>
              <w:t>1</w:t>
            </w:r>
          </w:p>
        </w:tc>
        <w:tc>
          <w:tcPr>
            <w:tcW w:w="2952" w:type="dxa"/>
            <w:vAlign w:val="center"/>
          </w:tcPr>
          <w:p w14:paraId="2C5A8270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Steel-cut oats, blackberries, chia seeds and eggs</w:t>
            </w:r>
          </w:p>
        </w:tc>
        <w:tc>
          <w:tcPr>
            <w:tcW w:w="3240" w:type="dxa"/>
            <w:vAlign w:val="center"/>
          </w:tcPr>
          <w:p w14:paraId="274ACBBF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Grilled chicken, avocado, quinoa and spinach salad</w:t>
            </w:r>
          </w:p>
        </w:tc>
        <w:tc>
          <w:tcPr>
            <w:tcW w:w="3168" w:type="dxa"/>
            <w:vAlign w:val="center"/>
          </w:tcPr>
          <w:p w14:paraId="7B7715AE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Baked salmon, brown rice and roasted broccoli</w:t>
            </w:r>
          </w:p>
        </w:tc>
        <w:tc>
          <w:tcPr>
            <w:tcW w:w="1800" w:type="dxa"/>
            <w:vAlign w:val="center"/>
          </w:tcPr>
          <w:p w14:paraId="2287B65D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Greek yogurt and strawberries</w:t>
            </w:r>
          </w:p>
        </w:tc>
      </w:tr>
      <w:tr w:rsidR="00533BBD" w14:paraId="06226696" w14:textId="77777777">
        <w:tc>
          <w:tcPr>
            <w:tcW w:w="691" w:type="dxa"/>
            <w:shd w:val="clear" w:color="auto" w:fill="F6E8EF"/>
            <w:vAlign w:val="center"/>
          </w:tcPr>
          <w:p w14:paraId="02D31722" w14:textId="77777777" w:rsidR="00533BBD" w:rsidRDefault="00000000">
            <w:pPr>
              <w:spacing w:before="20" w:after="20"/>
            </w:pPr>
            <w:r>
              <w:rPr>
                <w:b/>
                <w:sz w:val="15"/>
              </w:rPr>
              <w:t>2</w:t>
            </w:r>
          </w:p>
        </w:tc>
        <w:tc>
          <w:tcPr>
            <w:tcW w:w="2952" w:type="dxa"/>
            <w:vAlign w:val="center"/>
          </w:tcPr>
          <w:p w14:paraId="772B20D4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Spinach omelet, whole-grain toast and pear</w:t>
            </w:r>
          </w:p>
        </w:tc>
        <w:tc>
          <w:tcPr>
            <w:tcW w:w="3240" w:type="dxa"/>
            <w:vAlign w:val="center"/>
          </w:tcPr>
          <w:p w14:paraId="4C976F09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Turkey and black bean whole-grain wrap</w:t>
            </w:r>
          </w:p>
        </w:tc>
        <w:tc>
          <w:tcPr>
            <w:tcW w:w="3168" w:type="dxa"/>
            <w:vAlign w:val="center"/>
          </w:tcPr>
          <w:p w14:paraId="688B8D26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Baked cod, lentils and green beans</w:t>
            </w:r>
          </w:p>
        </w:tc>
        <w:tc>
          <w:tcPr>
            <w:tcW w:w="1800" w:type="dxa"/>
            <w:vAlign w:val="center"/>
          </w:tcPr>
          <w:p w14:paraId="4CB2E5B0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Apple and almond butter</w:t>
            </w:r>
          </w:p>
        </w:tc>
      </w:tr>
      <w:tr w:rsidR="00533BBD" w14:paraId="4E5FB711" w14:textId="77777777">
        <w:tc>
          <w:tcPr>
            <w:tcW w:w="691" w:type="dxa"/>
            <w:shd w:val="clear" w:color="auto" w:fill="F6E8EF"/>
            <w:vAlign w:val="center"/>
          </w:tcPr>
          <w:p w14:paraId="70C62D34" w14:textId="77777777" w:rsidR="00533BBD" w:rsidRDefault="00000000">
            <w:pPr>
              <w:spacing w:before="20" w:after="20"/>
            </w:pPr>
            <w:r>
              <w:rPr>
                <w:b/>
                <w:sz w:val="15"/>
              </w:rPr>
              <w:t>3</w:t>
            </w:r>
          </w:p>
        </w:tc>
        <w:tc>
          <w:tcPr>
            <w:tcW w:w="2952" w:type="dxa"/>
            <w:vAlign w:val="center"/>
          </w:tcPr>
          <w:p w14:paraId="7DC1243D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Plain Greek yogurt, oats, blueberries and flaxseed</w:t>
            </w:r>
          </w:p>
        </w:tc>
        <w:tc>
          <w:tcPr>
            <w:tcW w:w="3240" w:type="dxa"/>
            <w:vAlign w:val="center"/>
          </w:tcPr>
          <w:p w14:paraId="75983E34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Chickpea and tuna salad with whole-grain pita</w:t>
            </w:r>
          </w:p>
        </w:tc>
        <w:tc>
          <w:tcPr>
            <w:tcW w:w="3168" w:type="dxa"/>
            <w:vAlign w:val="center"/>
          </w:tcPr>
          <w:p w14:paraId="6C974F71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Grilled chicken, sweet potato and sautéed kale</w:t>
            </w:r>
          </w:p>
        </w:tc>
        <w:tc>
          <w:tcPr>
            <w:tcW w:w="1800" w:type="dxa"/>
            <w:vAlign w:val="center"/>
          </w:tcPr>
          <w:p w14:paraId="03CF9A51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Cottage cheese and raspberries</w:t>
            </w:r>
          </w:p>
        </w:tc>
      </w:tr>
      <w:tr w:rsidR="00533BBD" w14:paraId="09AE85D4" w14:textId="77777777">
        <w:tc>
          <w:tcPr>
            <w:tcW w:w="691" w:type="dxa"/>
            <w:shd w:val="clear" w:color="auto" w:fill="F6E8EF"/>
            <w:vAlign w:val="center"/>
          </w:tcPr>
          <w:p w14:paraId="48FEF65F" w14:textId="77777777" w:rsidR="00533BBD" w:rsidRDefault="00000000">
            <w:pPr>
              <w:spacing w:before="20" w:after="20"/>
            </w:pPr>
            <w:r>
              <w:rPr>
                <w:b/>
                <w:sz w:val="15"/>
              </w:rPr>
              <w:t>4</w:t>
            </w:r>
          </w:p>
        </w:tc>
        <w:tc>
          <w:tcPr>
            <w:tcW w:w="2952" w:type="dxa"/>
            <w:vAlign w:val="center"/>
          </w:tcPr>
          <w:p w14:paraId="783E6344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Overnight oats, walnuts, cinnamon and strawberries</w:t>
            </w:r>
          </w:p>
        </w:tc>
        <w:tc>
          <w:tcPr>
            <w:tcW w:w="3240" w:type="dxa"/>
            <w:vAlign w:val="center"/>
          </w:tcPr>
          <w:p w14:paraId="0C730FDB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Turkey and vegetable barley soup</w:t>
            </w:r>
          </w:p>
        </w:tc>
        <w:tc>
          <w:tcPr>
            <w:tcW w:w="3168" w:type="dxa"/>
            <w:vAlign w:val="center"/>
          </w:tcPr>
          <w:p w14:paraId="35340A9E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Shrimp, quinoa and roasted zucchini</w:t>
            </w:r>
          </w:p>
        </w:tc>
        <w:tc>
          <w:tcPr>
            <w:tcW w:w="1800" w:type="dxa"/>
            <w:vAlign w:val="center"/>
          </w:tcPr>
          <w:p w14:paraId="288822DF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Edamame</w:t>
            </w:r>
          </w:p>
        </w:tc>
      </w:tr>
      <w:tr w:rsidR="00533BBD" w14:paraId="2920F7F3" w14:textId="77777777">
        <w:tc>
          <w:tcPr>
            <w:tcW w:w="691" w:type="dxa"/>
            <w:shd w:val="clear" w:color="auto" w:fill="F6E8EF"/>
            <w:vAlign w:val="center"/>
          </w:tcPr>
          <w:p w14:paraId="0750CE11" w14:textId="77777777" w:rsidR="00533BBD" w:rsidRDefault="00000000">
            <w:pPr>
              <w:spacing w:before="20" w:after="20"/>
            </w:pPr>
            <w:r>
              <w:rPr>
                <w:b/>
                <w:sz w:val="15"/>
              </w:rPr>
              <w:t>5</w:t>
            </w:r>
          </w:p>
        </w:tc>
        <w:tc>
          <w:tcPr>
            <w:tcW w:w="2952" w:type="dxa"/>
            <w:vAlign w:val="center"/>
          </w:tcPr>
          <w:p w14:paraId="41FE108E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Eggs, black beans and whole-grain toast</w:t>
            </w:r>
          </w:p>
        </w:tc>
        <w:tc>
          <w:tcPr>
            <w:tcW w:w="3240" w:type="dxa"/>
            <w:vAlign w:val="center"/>
          </w:tcPr>
          <w:p w14:paraId="4ACE0222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Chicken and lentil bowl with brown rice and peppers</w:t>
            </w:r>
          </w:p>
        </w:tc>
        <w:tc>
          <w:tcPr>
            <w:tcW w:w="3168" w:type="dxa"/>
            <w:vAlign w:val="center"/>
          </w:tcPr>
          <w:p w14:paraId="5C34B76E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Lean turkey meatloaf, roasted carrots and quinoa</w:t>
            </w:r>
          </w:p>
        </w:tc>
        <w:tc>
          <w:tcPr>
            <w:tcW w:w="1800" w:type="dxa"/>
            <w:vAlign w:val="center"/>
          </w:tcPr>
          <w:p w14:paraId="6D6DD212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Orange and almonds</w:t>
            </w:r>
          </w:p>
        </w:tc>
      </w:tr>
      <w:tr w:rsidR="00533BBD" w14:paraId="3DEAF03A" w14:textId="77777777">
        <w:tc>
          <w:tcPr>
            <w:tcW w:w="691" w:type="dxa"/>
            <w:shd w:val="clear" w:color="auto" w:fill="F6E8EF"/>
            <w:vAlign w:val="center"/>
          </w:tcPr>
          <w:p w14:paraId="70D4DF0B" w14:textId="77777777" w:rsidR="00533BBD" w:rsidRDefault="00000000">
            <w:pPr>
              <w:spacing w:before="20" w:after="20"/>
            </w:pPr>
            <w:r>
              <w:rPr>
                <w:b/>
                <w:sz w:val="15"/>
              </w:rPr>
              <w:t>6</w:t>
            </w:r>
          </w:p>
        </w:tc>
        <w:tc>
          <w:tcPr>
            <w:tcW w:w="2952" w:type="dxa"/>
            <w:vAlign w:val="center"/>
          </w:tcPr>
          <w:p w14:paraId="317DAAEC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Cottage cheese, oats and blueberries</w:t>
            </w:r>
          </w:p>
        </w:tc>
        <w:tc>
          <w:tcPr>
            <w:tcW w:w="3240" w:type="dxa"/>
            <w:vAlign w:val="center"/>
          </w:tcPr>
          <w:p w14:paraId="3D12F860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Salmon salad with chickpeas and whole-grain crackers</w:t>
            </w:r>
          </w:p>
        </w:tc>
        <w:tc>
          <w:tcPr>
            <w:tcW w:w="3168" w:type="dxa"/>
            <w:vAlign w:val="center"/>
          </w:tcPr>
          <w:p w14:paraId="1BCF5025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Baked chicken, wild rice and Brussels sprouts</w:t>
            </w:r>
          </w:p>
        </w:tc>
        <w:tc>
          <w:tcPr>
            <w:tcW w:w="1800" w:type="dxa"/>
            <w:vAlign w:val="center"/>
          </w:tcPr>
          <w:p w14:paraId="7B426A0A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Cucumber and hummus</w:t>
            </w:r>
          </w:p>
        </w:tc>
      </w:tr>
      <w:tr w:rsidR="00533BBD" w14:paraId="2FFE5241" w14:textId="77777777">
        <w:tc>
          <w:tcPr>
            <w:tcW w:w="691" w:type="dxa"/>
            <w:shd w:val="clear" w:color="auto" w:fill="F6E8EF"/>
            <w:vAlign w:val="center"/>
          </w:tcPr>
          <w:p w14:paraId="790EBECD" w14:textId="77777777" w:rsidR="00533BBD" w:rsidRDefault="00000000">
            <w:pPr>
              <w:spacing w:before="20" w:after="20"/>
            </w:pPr>
            <w:r>
              <w:rPr>
                <w:b/>
                <w:sz w:val="15"/>
              </w:rPr>
              <w:t>7</w:t>
            </w:r>
          </w:p>
        </w:tc>
        <w:tc>
          <w:tcPr>
            <w:tcW w:w="2952" w:type="dxa"/>
            <w:vAlign w:val="center"/>
          </w:tcPr>
          <w:p w14:paraId="45BAC797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Vegetable scramble, oatmeal and raspberries</w:t>
            </w:r>
          </w:p>
        </w:tc>
        <w:tc>
          <w:tcPr>
            <w:tcW w:w="3240" w:type="dxa"/>
            <w:vAlign w:val="center"/>
          </w:tcPr>
          <w:p w14:paraId="2987D548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Turkey and avocado whole-grain sandwich with vegetable soup</w:t>
            </w:r>
          </w:p>
        </w:tc>
        <w:tc>
          <w:tcPr>
            <w:tcW w:w="3168" w:type="dxa"/>
            <w:vAlign w:val="center"/>
          </w:tcPr>
          <w:p w14:paraId="5B0DF46F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Baked trout, sweet potato and asparagus</w:t>
            </w:r>
          </w:p>
        </w:tc>
        <w:tc>
          <w:tcPr>
            <w:tcW w:w="1800" w:type="dxa"/>
            <w:vAlign w:val="center"/>
          </w:tcPr>
          <w:p w14:paraId="416738E4" w14:textId="77777777" w:rsidR="00533BBD" w:rsidRDefault="00000000">
            <w:pPr>
              <w:spacing w:before="20" w:after="20"/>
            </w:pPr>
            <w:r>
              <w:rPr>
                <w:sz w:val="15"/>
              </w:rPr>
              <w:t>Plain Greek yogurt with pumpkin seeds</w:t>
            </w:r>
          </w:p>
        </w:tc>
      </w:tr>
    </w:tbl>
    <w:p w14:paraId="4AA64FC5" w14:textId="77777777" w:rsidR="00533BBD" w:rsidRDefault="00533BBD"/>
    <w:p w14:paraId="694F0F55" w14:textId="77777777" w:rsidR="00533BBD" w:rsidRDefault="00000000">
      <w:r>
        <w:br w:type="page"/>
      </w:r>
    </w:p>
    <w:p w14:paraId="190C16C2" w14:textId="77777777" w:rsidR="00533BBD" w:rsidRDefault="00000000">
      <w:pPr>
        <w:pStyle w:val="Heading1"/>
      </w:pPr>
      <w:r>
        <w:lastRenderedPageBreak/>
        <w:t>Grocery Shopping List</w:t>
      </w:r>
    </w:p>
    <w:p w14:paraId="7FD1D302" w14:textId="77777777" w:rsidR="00533BBD" w:rsidRDefault="00000000">
      <w:r>
        <w:t>Use this as a starting point for each week. Adjust quantities for household size, portion needs and ingredients already on hand.</w:t>
      </w:r>
    </w:p>
    <w:p w14:paraId="2F98FF52" w14:textId="77777777" w:rsidR="00533BBD" w:rsidRDefault="00000000">
      <w:pPr>
        <w:pStyle w:val="Heading2"/>
      </w:pPr>
      <w:r>
        <w:t>Protein</w:t>
      </w:r>
    </w:p>
    <w:p w14:paraId="1B87AF8D" w14:textId="77777777" w:rsidR="00533BBD" w:rsidRDefault="00000000">
      <w:pPr>
        <w:pStyle w:val="ListBullet"/>
      </w:pPr>
      <w:r>
        <w:t>☐  Chicken breast or thighs</w:t>
      </w:r>
    </w:p>
    <w:p w14:paraId="3F6687FE" w14:textId="77777777" w:rsidR="00533BBD" w:rsidRDefault="00000000">
      <w:pPr>
        <w:pStyle w:val="ListBullet"/>
      </w:pPr>
      <w:r>
        <w:t>☐  Salmon, cod, trout or tilapia</w:t>
      </w:r>
    </w:p>
    <w:p w14:paraId="5B7BF7F5" w14:textId="77777777" w:rsidR="00533BBD" w:rsidRDefault="00000000">
      <w:pPr>
        <w:pStyle w:val="ListBullet"/>
      </w:pPr>
      <w:r>
        <w:t>☐  Lean ground turkey</w:t>
      </w:r>
    </w:p>
    <w:p w14:paraId="3DE4664B" w14:textId="77777777" w:rsidR="00533BBD" w:rsidRDefault="00000000">
      <w:pPr>
        <w:pStyle w:val="ListBullet"/>
      </w:pPr>
      <w:r>
        <w:t>☐  Eggs</w:t>
      </w:r>
    </w:p>
    <w:p w14:paraId="7E35217C" w14:textId="77777777" w:rsidR="00533BBD" w:rsidRDefault="00000000">
      <w:pPr>
        <w:pStyle w:val="ListBullet"/>
      </w:pPr>
      <w:r>
        <w:t>☐  Plain Greek yogurt</w:t>
      </w:r>
    </w:p>
    <w:p w14:paraId="575294DF" w14:textId="77777777" w:rsidR="00533BBD" w:rsidRDefault="00000000">
      <w:pPr>
        <w:pStyle w:val="ListBullet"/>
      </w:pPr>
      <w:r>
        <w:t>☐  Cottage cheese</w:t>
      </w:r>
    </w:p>
    <w:p w14:paraId="16260E8C" w14:textId="77777777" w:rsidR="00533BBD" w:rsidRDefault="00000000">
      <w:pPr>
        <w:pStyle w:val="ListBullet"/>
      </w:pPr>
      <w:r>
        <w:t>☐  Canned tuna</w:t>
      </w:r>
    </w:p>
    <w:p w14:paraId="4D08DB0A" w14:textId="77777777" w:rsidR="00533BBD" w:rsidRDefault="00000000">
      <w:pPr>
        <w:pStyle w:val="ListBullet"/>
      </w:pPr>
      <w:r>
        <w:t>☐  Tofu or tempeh</w:t>
      </w:r>
    </w:p>
    <w:p w14:paraId="67C7E1BA" w14:textId="77777777" w:rsidR="00533BBD" w:rsidRDefault="00000000">
      <w:pPr>
        <w:pStyle w:val="ListBullet"/>
      </w:pPr>
      <w:r>
        <w:t>☐  Lean beef or pork tenderloin</w:t>
      </w:r>
    </w:p>
    <w:p w14:paraId="7A2B8744" w14:textId="77777777" w:rsidR="00533BBD" w:rsidRDefault="00000000">
      <w:pPr>
        <w:pStyle w:val="ListBullet"/>
      </w:pPr>
      <w:r>
        <w:t>☐  Edamame</w:t>
      </w:r>
    </w:p>
    <w:p w14:paraId="72F12EB7" w14:textId="77777777" w:rsidR="00533BBD" w:rsidRDefault="00000000">
      <w:pPr>
        <w:pStyle w:val="Heading2"/>
      </w:pPr>
      <w:r>
        <w:t>High-Fiber Carbohydrates</w:t>
      </w:r>
    </w:p>
    <w:p w14:paraId="299A1BCB" w14:textId="77777777" w:rsidR="00533BBD" w:rsidRDefault="00000000">
      <w:pPr>
        <w:pStyle w:val="ListBullet"/>
      </w:pPr>
      <w:r>
        <w:t>☐  Old-fashioned or steel-cut oats</w:t>
      </w:r>
    </w:p>
    <w:p w14:paraId="1828F139" w14:textId="77777777" w:rsidR="00533BBD" w:rsidRDefault="00000000">
      <w:pPr>
        <w:pStyle w:val="ListBullet"/>
      </w:pPr>
      <w:r>
        <w:t>☐  Brown rice or wild rice</w:t>
      </w:r>
    </w:p>
    <w:p w14:paraId="75BACD34" w14:textId="77777777" w:rsidR="00533BBD" w:rsidRDefault="00000000">
      <w:pPr>
        <w:pStyle w:val="ListBullet"/>
      </w:pPr>
      <w:r>
        <w:t>☐  Quinoa and barley</w:t>
      </w:r>
    </w:p>
    <w:p w14:paraId="1A5F3842" w14:textId="77777777" w:rsidR="00533BBD" w:rsidRDefault="00000000">
      <w:pPr>
        <w:pStyle w:val="ListBullet"/>
      </w:pPr>
      <w:r>
        <w:t>☐  Whole-grain bread and wraps</w:t>
      </w:r>
    </w:p>
    <w:p w14:paraId="51FDF2E6" w14:textId="77777777" w:rsidR="00533BBD" w:rsidRDefault="00000000">
      <w:pPr>
        <w:pStyle w:val="ListBullet"/>
      </w:pPr>
      <w:r>
        <w:t>☐  Whole-wheat pasta</w:t>
      </w:r>
    </w:p>
    <w:p w14:paraId="165C40DE" w14:textId="77777777" w:rsidR="00533BBD" w:rsidRDefault="00000000">
      <w:pPr>
        <w:pStyle w:val="ListBullet"/>
      </w:pPr>
      <w:r>
        <w:t>☐  Sweet potatoes</w:t>
      </w:r>
    </w:p>
    <w:p w14:paraId="6C3139EC" w14:textId="77777777" w:rsidR="00533BBD" w:rsidRDefault="00000000">
      <w:pPr>
        <w:pStyle w:val="ListBullet"/>
      </w:pPr>
      <w:r>
        <w:t>☐  Lentils</w:t>
      </w:r>
    </w:p>
    <w:p w14:paraId="3787F232" w14:textId="77777777" w:rsidR="00533BBD" w:rsidRDefault="00000000">
      <w:pPr>
        <w:pStyle w:val="ListBullet"/>
      </w:pPr>
      <w:r>
        <w:t>☐  Black beans, chickpeas and kidney beans</w:t>
      </w:r>
    </w:p>
    <w:p w14:paraId="75632B86" w14:textId="77777777" w:rsidR="00533BBD" w:rsidRDefault="00000000">
      <w:pPr>
        <w:pStyle w:val="Heading2"/>
      </w:pPr>
      <w:r>
        <w:t>Fruits</w:t>
      </w:r>
    </w:p>
    <w:p w14:paraId="788998D4" w14:textId="77777777" w:rsidR="00533BBD" w:rsidRDefault="00000000">
      <w:pPr>
        <w:pStyle w:val="ListBullet"/>
      </w:pPr>
      <w:r>
        <w:t>☐  Blueberries and strawberries</w:t>
      </w:r>
    </w:p>
    <w:p w14:paraId="51B9059C" w14:textId="77777777" w:rsidR="00533BBD" w:rsidRDefault="00000000">
      <w:pPr>
        <w:pStyle w:val="ListBullet"/>
      </w:pPr>
      <w:r>
        <w:t>☐  Raspberries or blackberries</w:t>
      </w:r>
    </w:p>
    <w:p w14:paraId="4219109B" w14:textId="77777777" w:rsidR="00533BBD" w:rsidRDefault="00000000">
      <w:pPr>
        <w:pStyle w:val="ListBullet"/>
      </w:pPr>
      <w:r>
        <w:t>☐  Apples and pears</w:t>
      </w:r>
    </w:p>
    <w:p w14:paraId="569EE977" w14:textId="77777777" w:rsidR="00533BBD" w:rsidRDefault="00000000">
      <w:pPr>
        <w:pStyle w:val="ListBullet"/>
      </w:pPr>
      <w:r>
        <w:t>☐  Oranges and kiwi</w:t>
      </w:r>
    </w:p>
    <w:p w14:paraId="296F6E4C" w14:textId="77777777" w:rsidR="00533BBD" w:rsidRDefault="00000000">
      <w:pPr>
        <w:pStyle w:val="ListBullet"/>
      </w:pPr>
      <w:r>
        <w:t>☐  Other seasonal whole fruits</w:t>
      </w:r>
    </w:p>
    <w:p w14:paraId="32E71AF3" w14:textId="77777777" w:rsidR="00533BBD" w:rsidRDefault="00000000">
      <w:pPr>
        <w:pStyle w:val="Heading2"/>
      </w:pPr>
      <w:r>
        <w:t>Vegetables</w:t>
      </w:r>
    </w:p>
    <w:p w14:paraId="67019EBD" w14:textId="77777777" w:rsidR="00533BBD" w:rsidRDefault="00000000">
      <w:pPr>
        <w:pStyle w:val="ListBullet"/>
      </w:pPr>
      <w:r>
        <w:t>☐  Spinach and kale</w:t>
      </w:r>
    </w:p>
    <w:p w14:paraId="443396EC" w14:textId="77777777" w:rsidR="00533BBD" w:rsidRDefault="00000000">
      <w:pPr>
        <w:pStyle w:val="ListBullet"/>
      </w:pPr>
      <w:r>
        <w:t>☐  Broccoli and cauliflower</w:t>
      </w:r>
    </w:p>
    <w:p w14:paraId="0A31A28C" w14:textId="77777777" w:rsidR="00533BBD" w:rsidRDefault="00000000">
      <w:pPr>
        <w:pStyle w:val="ListBullet"/>
      </w:pPr>
      <w:r>
        <w:t>☐  Bell peppers</w:t>
      </w:r>
    </w:p>
    <w:p w14:paraId="2D357AED" w14:textId="77777777" w:rsidR="00533BBD" w:rsidRDefault="00000000">
      <w:pPr>
        <w:pStyle w:val="ListBullet"/>
      </w:pPr>
      <w:r>
        <w:t>☐  Brussels sprouts</w:t>
      </w:r>
    </w:p>
    <w:p w14:paraId="77B9940F" w14:textId="77777777" w:rsidR="00533BBD" w:rsidRDefault="00000000">
      <w:pPr>
        <w:pStyle w:val="ListBullet"/>
      </w:pPr>
      <w:r>
        <w:lastRenderedPageBreak/>
        <w:t>☐  Green beans and asparagus</w:t>
      </w:r>
    </w:p>
    <w:p w14:paraId="25720BF8" w14:textId="77777777" w:rsidR="00533BBD" w:rsidRDefault="00000000">
      <w:pPr>
        <w:pStyle w:val="ListBullet"/>
      </w:pPr>
      <w:r>
        <w:t>☐  Carrots and cucumbers</w:t>
      </w:r>
    </w:p>
    <w:p w14:paraId="23420123" w14:textId="77777777" w:rsidR="00533BBD" w:rsidRDefault="00000000">
      <w:pPr>
        <w:pStyle w:val="ListBullet"/>
      </w:pPr>
      <w:r>
        <w:t>☐  Zucchini and mushrooms</w:t>
      </w:r>
    </w:p>
    <w:p w14:paraId="36325F9A" w14:textId="77777777" w:rsidR="00533BBD" w:rsidRDefault="00000000">
      <w:pPr>
        <w:pStyle w:val="ListBullet"/>
      </w:pPr>
      <w:r>
        <w:t>☐  Tomatoes, onions and mixed salad greens</w:t>
      </w:r>
    </w:p>
    <w:p w14:paraId="458A6026" w14:textId="77777777" w:rsidR="00533BBD" w:rsidRDefault="00000000">
      <w:pPr>
        <w:pStyle w:val="Heading2"/>
      </w:pPr>
      <w:r>
        <w:t>Healthy Fats and Flavorings</w:t>
      </w:r>
    </w:p>
    <w:p w14:paraId="68977D66" w14:textId="77777777" w:rsidR="00533BBD" w:rsidRDefault="00000000">
      <w:pPr>
        <w:pStyle w:val="ListBullet"/>
      </w:pPr>
      <w:r>
        <w:t>☐  Chia seeds and ground flaxseed</w:t>
      </w:r>
    </w:p>
    <w:p w14:paraId="16B2ABF7" w14:textId="77777777" w:rsidR="00533BBD" w:rsidRDefault="00000000">
      <w:pPr>
        <w:pStyle w:val="ListBullet"/>
      </w:pPr>
      <w:r>
        <w:t>☐  Almonds and walnuts</w:t>
      </w:r>
    </w:p>
    <w:p w14:paraId="5F7BEA83" w14:textId="77777777" w:rsidR="00533BBD" w:rsidRDefault="00000000">
      <w:pPr>
        <w:pStyle w:val="ListBullet"/>
      </w:pPr>
      <w:r>
        <w:t>☐  Natural peanut or almond butter</w:t>
      </w:r>
    </w:p>
    <w:p w14:paraId="2FE07DE1" w14:textId="77777777" w:rsidR="00533BBD" w:rsidRDefault="00000000">
      <w:pPr>
        <w:pStyle w:val="ListBullet"/>
      </w:pPr>
      <w:r>
        <w:t>☐  Olive oil</w:t>
      </w:r>
    </w:p>
    <w:p w14:paraId="5249F5DB" w14:textId="77777777" w:rsidR="00533BBD" w:rsidRDefault="00000000">
      <w:pPr>
        <w:pStyle w:val="ListBullet"/>
      </w:pPr>
      <w:r>
        <w:t>☐  Hummus</w:t>
      </w:r>
    </w:p>
    <w:p w14:paraId="7A69B995" w14:textId="77777777" w:rsidR="00533BBD" w:rsidRDefault="00000000">
      <w:pPr>
        <w:pStyle w:val="ListBullet"/>
      </w:pPr>
      <w:r>
        <w:t>☐  Pumpkin seeds</w:t>
      </w:r>
    </w:p>
    <w:p w14:paraId="45017FF7" w14:textId="77777777" w:rsidR="00533BBD" w:rsidRDefault="00000000">
      <w:pPr>
        <w:pStyle w:val="ListBullet"/>
      </w:pPr>
      <w:r>
        <w:t>☐  Cinnamon, garlic, herbs and low-sodium seasonings</w:t>
      </w:r>
    </w:p>
    <w:p w14:paraId="659703DD" w14:textId="77777777" w:rsidR="00533BBD" w:rsidRDefault="00000000">
      <w:pPr>
        <w:pStyle w:val="Heading1"/>
      </w:pPr>
      <w:r>
        <w:t>Meal Preparation Tips</w:t>
      </w:r>
    </w:p>
    <w:p w14:paraId="6D7C2D05" w14:textId="77777777" w:rsidR="00533BBD" w:rsidRDefault="00000000">
      <w:pPr>
        <w:pStyle w:val="ListNumber"/>
      </w:pPr>
      <w:r>
        <w:t>Prepare proteins ahead: cook a few servings of chicken, turkey, beans or lentils at the beginning of the week.</w:t>
      </w:r>
    </w:p>
    <w:p w14:paraId="4FD7FCB2" w14:textId="77777777" w:rsidR="00533BBD" w:rsidRDefault="00000000">
      <w:pPr>
        <w:pStyle w:val="ListNumber"/>
      </w:pPr>
      <w:r>
        <w:t>Cook complex carbohydrates in batches: prepare brown rice, quinoa, barley or sweet potatoes for easy meals.</w:t>
      </w:r>
    </w:p>
    <w:p w14:paraId="2C061773" w14:textId="77777777" w:rsidR="00533BBD" w:rsidRDefault="00000000">
      <w:pPr>
        <w:pStyle w:val="ListNumber"/>
      </w:pPr>
      <w:r>
        <w:t>Use frozen produce: frozen vegetables and unsweetened frozen fruit are convenient and nutritious options.</w:t>
      </w:r>
    </w:p>
    <w:p w14:paraId="00BE6801" w14:textId="77777777" w:rsidR="00533BBD" w:rsidRDefault="00000000">
      <w:pPr>
        <w:pStyle w:val="ListNumber"/>
      </w:pPr>
      <w:r>
        <w:t>Read food labels: choose products with little or no added sugar, and compare fiber and protein amounts.</w:t>
      </w:r>
    </w:p>
    <w:p w14:paraId="23A89DF2" w14:textId="77777777" w:rsidR="00533BBD" w:rsidRDefault="00000000">
      <w:pPr>
        <w:pStyle w:val="ListNumber"/>
      </w:pPr>
      <w:r>
        <w:t>Flavor foods without added sugar: use lemon, garlic, herbs, spices, vinegar and salsa without added sugar.</w:t>
      </w:r>
    </w:p>
    <w:p w14:paraId="16C00D82" w14:textId="77777777" w:rsidR="00533BBD" w:rsidRDefault="00000000">
      <w:pPr>
        <w:pStyle w:val="ListNumber"/>
      </w:pPr>
      <w:r>
        <w:t>Store food safely: refrigerate cooked leftovers promptly, generally within two hours, and use most cooked leftovers within three to four days.</w:t>
      </w:r>
    </w:p>
    <w:p w14:paraId="60D2E2DE" w14:textId="77777777" w:rsidR="00533BBD" w:rsidRDefault="00000000">
      <w:pPr>
        <w:pStyle w:val="Heading1"/>
      </w:pPr>
      <w:r>
        <w:t>Important Notes</w:t>
      </w:r>
    </w:p>
    <w:p w14:paraId="15564E68" w14:textId="77777777" w:rsidR="00533BBD" w:rsidRDefault="00000000">
      <w:r>
        <w:t>Low sugar does not mean eliminating fruit or carbohydrates. Whole fruits, legumes and intact whole grains can fit well into a balanced eating pattern. If you have diabetes, kidney disease, food allergies or other dietary restrictions, protein, carbohydrate and portion targets may need to be individualized with a qualified healthcare professional.</w:t>
      </w:r>
    </w:p>
    <w:sectPr w:rsidR="00533BBD" w:rsidSect="00AA4AE8">
      <w:headerReference w:type="default" r:id="rId8"/>
      <w:footerReference w:type="default" r:id="rId9"/>
      <w:pgSz w:w="15840" w:h="12240" w:orient="landscape"/>
      <w:pgMar w:top="1008" w:right="936" w:bottom="1008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6CDB4" w14:textId="77777777" w:rsidR="00275940" w:rsidRDefault="00275940">
      <w:pPr>
        <w:spacing w:after="0" w:line="240" w:lineRule="auto"/>
      </w:pPr>
      <w:r>
        <w:separator/>
      </w:r>
    </w:p>
  </w:endnote>
  <w:endnote w:type="continuationSeparator" w:id="0">
    <w:p w14:paraId="6986188F" w14:textId="77777777" w:rsidR="00275940" w:rsidRDefault="002759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F8678" w14:textId="77777777" w:rsidR="00533BBD" w:rsidRDefault="00000000">
    <w:pPr>
      <w:pStyle w:val="Footer"/>
      <w:jc w:val="center"/>
    </w:pPr>
    <w:r>
      <w:rPr>
        <w:color w:val="828282"/>
        <w:sz w:val="16"/>
      </w:rPr>
      <w:t>Low Sugar • High Fiber • High Protein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B73E9" w14:textId="77777777" w:rsidR="00275940" w:rsidRDefault="00275940">
      <w:pPr>
        <w:spacing w:after="0" w:line="240" w:lineRule="auto"/>
      </w:pPr>
      <w:r>
        <w:separator/>
      </w:r>
    </w:p>
  </w:footnote>
  <w:footnote w:type="continuationSeparator" w:id="0">
    <w:p w14:paraId="3BEB5497" w14:textId="77777777" w:rsidR="00275940" w:rsidRDefault="002759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4692A" w14:textId="77777777" w:rsidR="00533BBD" w:rsidRDefault="00000000">
    <w:pPr>
      <w:pStyle w:val="Header"/>
      <w:jc w:val="right"/>
    </w:pPr>
    <w:r>
      <w:rPr>
        <w:color w:val="828282"/>
        <w:sz w:val="16"/>
      </w:rPr>
      <w:t>7-WEEK MEAL PLANNING GUIDE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34820728">
    <w:abstractNumId w:val="8"/>
  </w:num>
  <w:num w:numId="2" w16cid:durableId="329263162">
    <w:abstractNumId w:val="6"/>
  </w:num>
  <w:num w:numId="3" w16cid:durableId="982077184">
    <w:abstractNumId w:val="5"/>
  </w:num>
  <w:num w:numId="4" w16cid:durableId="520776078">
    <w:abstractNumId w:val="4"/>
  </w:num>
  <w:num w:numId="5" w16cid:durableId="1769807347">
    <w:abstractNumId w:val="7"/>
  </w:num>
  <w:num w:numId="6" w16cid:durableId="623466020">
    <w:abstractNumId w:val="3"/>
  </w:num>
  <w:num w:numId="7" w16cid:durableId="439109842">
    <w:abstractNumId w:val="2"/>
  </w:num>
  <w:num w:numId="8" w16cid:durableId="1351644760">
    <w:abstractNumId w:val="1"/>
  </w:num>
  <w:num w:numId="9" w16cid:durableId="1562211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75940"/>
    <w:rsid w:val="0029639D"/>
    <w:rsid w:val="00326F90"/>
    <w:rsid w:val="00533BBD"/>
    <w:rsid w:val="0077163F"/>
    <w:rsid w:val="00AA1D8D"/>
    <w:rsid w:val="00AA4AE8"/>
    <w:rsid w:val="00B47730"/>
    <w:rsid w:val="00CB0664"/>
    <w:rsid w:val="00E06DB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1A6710"/>
  <w14:defaultImageDpi w14:val="300"/>
  <w15:docId w15:val="{0CAEF435-563D-410C-A410-212A4A150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8E3B63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B04A7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55555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8E3B63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1956</Words>
  <Characters>11153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13083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holli burden</cp:lastModifiedBy>
  <cp:revision>3</cp:revision>
  <dcterms:created xsi:type="dcterms:W3CDTF">2026-10-19T02:07:00Z</dcterms:created>
  <dcterms:modified xsi:type="dcterms:W3CDTF">2026-10-19T02:08:00Z</dcterms:modified>
  <cp:category/>
</cp:coreProperties>
</file>