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EA561" w14:textId="77777777" w:rsidR="006F1C7B" w:rsidRDefault="00000000">
      <w:pPr>
        <w:jc w:val="center"/>
      </w:pPr>
      <w:r>
        <w:rPr>
          <w:rFonts w:ascii="Georgia" w:hAnsi="Georgia"/>
          <w:b/>
          <w:sz w:val="36"/>
        </w:rPr>
        <w:t>Broadneck Family Chiropractic</w:t>
      </w:r>
    </w:p>
    <w:p w14:paraId="3E3B2207" w14:textId="77777777" w:rsidR="006F1C7B" w:rsidRDefault="00000000">
      <w:pPr>
        <w:jc w:val="center"/>
      </w:pPr>
      <w:r>
        <w:rPr>
          <w:rFonts w:ascii="Georgia" w:hAnsi="Georgia"/>
          <w:b/>
          <w:sz w:val="22"/>
        </w:rPr>
        <w:t>Dr. Carrie Dugan and Dr. Jennifer Wall</w:t>
      </w:r>
    </w:p>
    <w:p w14:paraId="7D952B53" w14:textId="698F4A88" w:rsidR="006F1C7B" w:rsidRDefault="00B75FF2">
      <w:pPr>
        <w:jc w:val="center"/>
      </w:pPr>
      <w:r>
        <w:rPr>
          <w:rFonts w:ascii="Georgia" w:hAnsi="Georgia"/>
          <w:b/>
          <w:sz w:val="22"/>
        </w:rPr>
        <w:t>ADOLESCENT INTAKE FORM</w:t>
      </w:r>
    </w:p>
    <w:p w14:paraId="5EAC1114" w14:textId="674173E7" w:rsidR="006F1C7B" w:rsidRDefault="00000000" w:rsidP="00FA0438">
      <w:pPr>
        <w:spacing w:after="80"/>
        <w:jc w:val="both"/>
      </w:pPr>
      <w:r>
        <w:t>We look forward to getting to know your child and your family. Please complete the following information as thoroughly as you can. Your child may answer questions they are able to answer, with a</w:t>
      </w:r>
      <w:r w:rsidR="00B75FF2">
        <w:t xml:space="preserve"> </w:t>
      </w:r>
      <w:r>
        <w:t>parent/guardian filling in the rest.</w:t>
      </w:r>
    </w:p>
    <w:p w14:paraId="0A1804E9" w14:textId="77777777" w:rsidR="006F1C7B" w:rsidRDefault="00000000">
      <w:pPr>
        <w:spacing w:before="100" w:after="40"/>
      </w:pPr>
      <w:r>
        <w:rPr>
          <w:rFonts w:ascii="Georgia" w:hAnsi="Georgia"/>
          <w:b/>
          <w:sz w:val="21"/>
        </w:rPr>
        <w:t>CHILD &amp; FAMILY INFORMATION</w:t>
      </w:r>
    </w:p>
    <w:p w14:paraId="56810D8C" w14:textId="154AC7A2" w:rsidR="006F1C7B" w:rsidRDefault="00000000" w:rsidP="00B75FF2">
      <w:pPr>
        <w:spacing w:after="40" w:line="240" w:lineRule="auto"/>
        <w:jc w:val="both"/>
      </w:pPr>
      <w:r>
        <w:t>Child's Name: ______________________________________________  Nickname: __________________________</w:t>
      </w:r>
      <w:r w:rsidR="00B75FF2">
        <w:t>____________________</w:t>
      </w:r>
    </w:p>
    <w:p w14:paraId="2BAF1279" w14:textId="516C3B85" w:rsidR="00F34E57" w:rsidRDefault="00000000" w:rsidP="00B75FF2">
      <w:pPr>
        <w:spacing w:after="40" w:line="240" w:lineRule="auto"/>
        <w:jc w:val="both"/>
      </w:pPr>
      <w:r>
        <w:t xml:space="preserve">Birth Date: </w:t>
      </w:r>
      <w:r w:rsidR="00F34E57">
        <w:t xml:space="preserve">  </w:t>
      </w:r>
      <w:r>
        <w:t xml:space="preserve">____/____/______  </w:t>
      </w:r>
      <w:r w:rsidR="00F34E57">
        <w:t xml:space="preserve"> </w:t>
      </w:r>
      <w:r>
        <w:t>Age: _____</w:t>
      </w:r>
      <w:r w:rsidR="00F34E57" w:rsidRPr="00F34E57">
        <w:rPr>
          <w:u w:val="single"/>
        </w:rPr>
        <w:tab/>
      </w:r>
      <w:r>
        <w:t xml:space="preserve">_  </w:t>
      </w:r>
      <w:r w:rsidR="00F34E57">
        <w:t xml:space="preserve"> </w:t>
      </w:r>
      <w:r>
        <w:t xml:space="preserve">Gender: ______________  </w:t>
      </w:r>
      <w:r w:rsidR="00F34E57">
        <w:t xml:space="preserve"> </w:t>
      </w:r>
      <w:r>
        <w:t xml:space="preserve">Height: __________ </w:t>
      </w:r>
      <w:r w:rsidR="00F34E57">
        <w:t xml:space="preserve"> </w:t>
      </w:r>
      <w:r>
        <w:t xml:space="preserve"> Weight: </w:t>
      </w:r>
      <w:r w:rsidRPr="007971F9">
        <w:rPr>
          <w:i/>
          <w:iCs/>
          <w:u w:val="single"/>
        </w:rPr>
        <w:t>__</w:t>
      </w:r>
      <w:r w:rsidR="007971F9" w:rsidRPr="007971F9">
        <w:rPr>
          <w:i/>
          <w:iCs/>
          <w:u w:val="single"/>
        </w:rPr>
        <w:t xml:space="preserve">      </w:t>
      </w:r>
      <w:r w:rsidRPr="007971F9">
        <w:rPr>
          <w:i/>
          <w:iCs/>
          <w:u w:val="single"/>
        </w:rPr>
        <w:t>_______</w:t>
      </w:r>
      <w:r w:rsidR="008D3AC8">
        <w:tab/>
      </w:r>
    </w:p>
    <w:p w14:paraId="64E66EE2" w14:textId="7EE9E531" w:rsidR="006F1C7B" w:rsidRDefault="00000000" w:rsidP="00B75FF2">
      <w:pPr>
        <w:spacing w:after="40" w:line="240" w:lineRule="auto"/>
        <w:jc w:val="both"/>
      </w:pPr>
      <w:r>
        <w:t>Parent/Guardian(s): _____________________________________________________________________________</w:t>
      </w:r>
      <w:r w:rsidRPr="00BC3EDF">
        <w:rPr>
          <w:u w:val="single"/>
        </w:rPr>
        <w:t>__</w:t>
      </w:r>
      <w:r w:rsidR="007971F9" w:rsidRPr="00BC3EDF">
        <w:rPr>
          <w:u w:val="single"/>
        </w:rPr>
        <w:tab/>
      </w:r>
      <w:r w:rsidR="00BC3EDF" w:rsidRPr="00BC3EDF">
        <w:rPr>
          <w:u w:val="single"/>
        </w:rPr>
        <w:tab/>
      </w:r>
    </w:p>
    <w:p w14:paraId="7738B1D5" w14:textId="5569FCBC" w:rsidR="006F1C7B" w:rsidRDefault="00000000" w:rsidP="00B75FF2">
      <w:pPr>
        <w:spacing w:after="40" w:line="240" w:lineRule="auto"/>
        <w:jc w:val="both"/>
      </w:pPr>
      <w:r>
        <w:t>Address: ____________________________________________________________________________________________</w:t>
      </w:r>
      <w:r w:rsidR="00BC3EDF">
        <w:rPr>
          <w:u w:val="single"/>
        </w:rPr>
        <w:tab/>
      </w:r>
      <w:r w:rsidR="00BC3EDF">
        <w:rPr>
          <w:u w:val="single"/>
        </w:rPr>
        <w:tab/>
      </w:r>
    </w:p>
    <w:p w14:paraId="550B417F" w14:textId="6E639A17" w:rsidR="006F1C7B" w:rsidRPr="00BC3EDF" w:rsidRDefault="00000000" w:rsidP="00B75FF2">
      <w:pPr>
        <w:spacing w:after="40" w:line="240" w:lineRule="auto"/>
        <w:jc w:val="both"/>
        <w:rPr>
          <w:u w:val="single"/>
        </w:rPr>
      </w:pPr>
      <w:r>
        <w:t>Phone: __________________________________  Email: __________________________________________________</w:t>
      </w:r>
      <w:r w:rsidR="00BC3EDF">
        <w:rPr>
          <w:u w:val="single"/>
        </w:rPr>
        <w:tab/>
      </w:r>
      <w:r w:rsidR="00BC3EDF">
        <w:rPr>
          <w:u w:val="single"/>
        </w:rPr>
        <w:tab/>
      </w:r>
      <w:r w:rsidR="00BC3EDF">
        <w:rPr>
          <w:u w:val="single"/>
        </w:rPr>
        <w:tab/>
      </w:r>
    </w:p>
    <w:p w14:paraId="2BDC8E90" w14:textId="7E1B47A2" w:rsidR="006F1C7B" w:rsidRPr="00BC3EDF" w:rsidRDefault="00000000" w:rsidP="00B75FF2">
      <w:pPr>
        <w:spacing w:after="40" w:line="240" w:lineRule="auto"/>
        <w:jc w:val="both"/>
        <w:rPr>
          <w:u w:val="single"/>
        </w:rPr>
      </w:pPr>
      <w:r>
        <w:t>Emergency Contact (name/relationship): __________________________________  Phone: _______________________</w:t>
      </w:r>
      <w:r w:rsidR="00BC3EDF">
        <w:rPr>
          <w:u w:val="single"/>
        </w:rPr>
        <w:tab/>
      </w:r>
    </w:p>
    <w:p w14:paraId="4755F398" w14:textId="30C5C0F8" w:rsidR="006F1C7B" w:rsidRDefault="00000000" w:rsidP="00B75FF2">
      <w:pPr>
        <w:spacing w:after="40" w:line="240" w:lineRule="auto"/>
        <w:jc w:val="both"/>
      </w:pPr>
      <w:r>
        <w:t>Pediatrician: ____________________________________________</w:t>
      </w:r>
      <w:r w:rsidR="00BC3EDF">
        <w:rPr>
          <w:u w:val="single"/>
        </w:rPr>
        <w:tab/>
      </w:r>
      <w:r w:rsidR="00BC3EDF">
        <w:rPr>
          <w:u w:val="single"/>
        </w:rPr>
        <w:tab/>
      </w:r>
      <w:r w:rsidR="00BC3EDF">
        <w:rPr>
          <w:u w:val="single"/>
        </w:rPr>
        <w:tab/>
      </w:r>
      <w:r>
        <w:t>__</w:t>
      </w:r>
      <w:r w:rsidR="00BC3EDF">
        <w:t xml:space="preserve">  </w:t>
      </w:r>
      <w:r>
        <w:t xml:space="preserve">  Date of last visit: ____/____/______</w:t>
      </w:r>
    </w:p>
    <w:p w14:paraId="476EDA6C" w14:textId="29C73503" w:rsidR="006F1C7B" w:rsidRDefault="00000000" w:rsidP="00B75FF2">
      <w:pPr>
        <w:spacing w:after="40" w:line="240" w:lineRule="auto"/>
        <w:jc w:val="both"/>
      </w:pPr>
      <w:r>
        <w:t>Previous Chiropractor: _____________________________________</w:t>
      </w:r>
      <w:r w:rsidR="00BA21A0">
        <w:rPr>
          <w:u w:val="single"/>
        </w:rPr>
        <w:tab/>
      </w:r>
      <w:r w:rsidR="00BA21A0">
        <w:rPr>
          <w:u w:val="single"/>
        </w:rPr>
        <w:tab/>
      </w:r>
      <w:r>
        <w:t xml:space="preserve"> </w:t>
      </w:r>
      <w:r w:rsidR="00BA21A0">
        <w:t xml:space="preserve">     </w:t>
      </w:r>
      <w:r>
        <w:t xml:space="preserve"> Date of last visit: ____/____/______</w:t>
      </w:r>
    </w:p>
    <w:p w14:paraId="02BE30AA" w14:textId="2AB6C509" w:rsidR="006F1C7B" w:rsidRPr="00BA61B1" w:rsidRDefault="00000000" w:rsidP="00B75FF2">
      <w:pPr>
        <w:spacing w:after="40" w:line="240" w:lineRule="auto"/>
        <w:jc w:val="both"/>
        <w:rPr>
          <w:u w:val="single"/>
        </w:rPr>
      </w:pPr>
      <w:r>
        <w:t>Whom may we thank for referring you? ___</w:t>
      </w:r>
      <w:r w:rsidR="00BA21A0">
        <w:rPr>
          <w:u w:val="single"/>
        </w:rPr>
        <w:tab/>
      </w:r>
      <w:r>
        <w:t>______________________________________________________________</w:t>
      </w:r>
      <w:r w:rsidR="00BA61B1">
        <w:rPr>
          <w:u w:val="single"/>
        </w:rPr>
        <w:tab/>
      </w:r>
    </w:p>
    <w:p w14:paraId="555D8B8D" w14:textId="77777777" w:rsidR="006F1C7B" w:rsidRDefault="00000000">
      <w:pPr>
        <w:spacing w:before="100" w:after="40"/>
      </w:pPr>
      <w:r>
        <w:rPr>
          <w:rFonts w:ascii="Georgia" w:hAnsi="Georgia"/>
          <w:b/>
          <w:sz w:val="21"/>
        </w:rPr>
        <w:t>REASON FOR TODAY'S VISIT</w:t>
      </w:r>
    </w:p>
    <w:p w14:paraId="00BF76FF" w14:textId="7BF46EEB" w:rsidR="006F1C7B" w:rsidRPr="00BA61B1" w:rsidRDefault="00000000">
      <w:pPr>
        <w:spacing w:after="40" w:line="240" w:lineRule="auto"/>
        <w:rPr>
          <w:u w:val="single"/>
        </w:rPr>
      </w:pPr>
      <w:r>
        <w:t>What brings your child in today? _____________________________________________________________________</w:t>
      </w:r>
      <w:r w:rsidR="00BA61B1">
        <w:rPr>
          <w:u w:val="single"/>
        </w:rPr>
        <w:tab/>
      </w:r>
      <w:r w:rsidR="00BA61B1">
        <w:rPr>
          <w:u w:val="single"/>
        </w:rPr>
        <w:tab/>
      </w:r>
    </w:p>
    <w:p w14:paraId="0564B639" w14:textId="7A733A4B" w:rsidR="006F1C7B" w:rsidRPr="00BA61B1" w:rsidRDefault="00000000">
      <w:pPr>
        <w:spacing w:after="40" w:line="240" w:lineRule="auto"/>
        <w:rPr>
          <w:u w:val="single"/>
        </w:rPr>
      </w:pPr>
      <w:r>
        <w:t>What are your goals for care? _________________________________________________________________________</w:t>
      </w:r>
      <w:r w:rsidR="00BA61B1">
        <w:rPr>
          <w:u w:val="single"/>
        </w:rPr>
        <w:tab/>
      </w:r>
      <w:r w:rsidR="00BA61B1">
        <w:rPr>
          <w:u w:val="single"/>
        </w:rPr>
        <w:tab/>
      </w:r>
    </w:p>
    <w:p w14:paraId="773CE217" w14:textId="77777777" w:rsidR="006F1C7B" w:rsidRDefault="00000000" w:rsidP="00795AA2">
      <w:pPr>
        <w:spacing w:after="40" w:line="240" w:lineRule="auto"/>
      </w:pPr>
      <w:r>
        <w:t xml:space="preserve">Has your child seen another doctor/provider for this concern?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w:t>
      </w:r>
    </w:p>
    <w:p w14:paraId="75BA8E34" w14:textId="3190385F" w:rsidR="006F1C7B" w:rsidRPr="00BA61B1" w:rsidRDefault="00000000">
      <w:pPr>
        <w:spacing w:after="40" w:line="240" w:lineRule="auto"/>
        <w:rPr>
          <w:u w:val="single"/>
        </w:rPr>
      </w:pPr>
      <w:r>
        <w:t>Who? __________________________________  What treatment/testing was done? ______________________________</w:t>
      </w:r>
      <w:r w:rsidR="00BA61B1">
        <w:rPr>
          <w:u w:val="single"/>
        </w:rPr>
        <w:tab/>
      </w:r>
    </w:p>
    <w:p w14:paraId="10EE58DB" w14:textId="624F8C48" w:rsidR="006F1C7B" w:rsidRPr="00BA61B1" w:rsidRDefault="00000000">
      <w:pPr>
        <w:spacing w:after="40" w:line="240" w:lineRule="auto"/>
        <w:rPr>
          <w:u w:val="single"/>
        </w:rPr>
      </w:pPr>
      <w:r>
        <w:t>______________________________________________________________________________________________________</w:t>
      </w:r>
      <w:r w:rsidR="00BA61B1">
        <w:rPr>
          <w:u w:val="single"/>
        </w:rPr>
        <w:tab/>
      </w:r>
      <w:r w:rsidR="00BA61B1">
        <w:rPr>
          <w:u w:val="single"/>
        </w:rPr>
        <w:tab/>
      </w:r>
      <w:r w:rsidR="00BA61B1">
        <w:rPr>
          <w:u w:val="single"/>
        </w:rPr>
        <w:tab/>
      </w:r>
    </w:p>
    <w:p w14:paraId="22D375B2" w14:textId="77777777" w:rsidR="006F1C7B" w:rsidRDefault="00000000">
      <w:pPr>
        <w:spacing w:before="100" w:after="40"/>
      </w:pPr>
      <w:r>
        <w:rPr>
          <w:rFonts w:ascii="Georgia" w:hAnsi="Georgia"/>
          <w:b/>
          <w:sz w:val="21"/>
        </w:rPr>
        <w:t>CURRENT CONCERN</w:t>
      </w:r>
    </w:p>
    <w:p w14:paraId="2556E09E" w14:textId="59104EA7" w:rsidR="006F1C7B" w:rsidRPr="00BA61B1" w:rsidRDefault="00000000">
      <w:pPr>
        <w:spacing w:after="40" w:line="240" w:lineRule="auto"/>
        <w:rPr>
          <w:u w:val="single"/>
        </w:rPr>
      </w:pPr>
      <w:r>
        <w:t>Main concern/problem: _________________________________________________________________________________</w:t>
      </w:r>
      <w:r w:rsidR="00BA61B1">
        <w:rPr>
          <w:u w:val="single"/>
        </w:rPr>
        <w:tab/>
      </w:r>
      <w:r w:rsidR="00BA61B1">
        <w:rPr>
          <w:u w:val="single"/>
        </w:rPr>
        <w:tab/>
      </w:r>
    </w:p>
    <w:p w14:paraId="10F3D4A9" w14:textId="77777777" w:rsidR="006F1C7B" w:rsidRDefault="00000000" w:rsidP="00795AA2">
      <w:pPr>
        <w:spacing w:after="40" w:line="240" w:lineRule="auto"/>
        <w:jc w:val="both"/>
      </w:pPr>
      <w:r>
        <w:t xml:space="preserve">When did it begin? ____/____/______   </w:t>
      </w:r>
      <w:r w:rsidRPr="00795AA2">
        <w:rPr>
          <w:rFonts w:ascii="Segoe UI Symbol" w:hAnsi="Segoe UI Symbol" w:cs="Segoe UI Symbol"/>
        </w:rPr>
        <w:t>☐</w:t>
      </w:r>
      <w:r>
        <w:t xml:space="preserve"> Sudden   </w:t>
      </w:r>
      <w:r w:rsidRPr="00795AA2">
        <w:rPr>
          <w:rFonts w:ascii="Segoe UI Symbol" w:hAnsi="Segoe UI Symbol" w:cs="Segoe UI Symbol"/>
        </w:rPr>
        <w:t>☐</w:t>
      </w:r>
      <w:r>
        <w:t xml:space="preserve"> Gradual   </w:t>
      </w:r>
      <w:r w:rsidRPr="00795AA2">
        <w:rPr>
          <w:rFonts w:ascii="Segoe UI Symbol" w:hAnsi="Segoe UI Symbol" w:cs="Segoe UI Symbol"/>
        </w:rPr>
        <w:t>☐</w:t>
      </w:r>
      <w:r>
        <w:t xml:space="preserve"> After an injury/event   </w:t>
      </w:r>
      <w:r w:rsidRPr="00795AA2">
        <w:rPr>
          <w:rFonts w:ascii="Segoe UI Symbol" w:hAnsi="Segoe UI Symbol" w:cs="Segoe UI Symbol"/>
        </w:rPr>
        <w:t>☐</w:t>
      </w:r>
      <w:r>
        <w:t xml:space="preserve"> Unsure</w:t>
      </w:r>
    </w:p>
    <w:p w14:paraId="753200E7" w14:textId="77777777" w:rsidR="006F1C7B" w:rsidRDefault="00000000" w:rsidP="00795AA2">
      <w:pPr>
        <w:spacing w:after="40" w:line="240" w:lineRule="auto"/>
        <w:jc w:val="both"/>
      </w:pPr>
      <w:r>
        <w:t xml:space="preserve">How often does it bother your child?  </w:t>
      </w:r>
      <w:r w:rsidRPr="00795AA2">
        <w:rPr>
          <w:rFonts w:ascii="Segoe UI Symbol" w:hAnsi="Segoe UI Symbol" w:cs="Segoe UI Symbol"/>
        </w:rPr>
        <w:t>☐</w:t>
      </w:r>
      <w:r>
        <w:t xml:space="preserve"> Constantly  </w:t>
      </w:r>
      <w:r w:rsidRPr="00795AA2">
        <w:rPr>
          <w:rFonts w:ascii="Segoe UI Symbol" w:hAnsi="Segoe UI Symbol" w:cs="Segoe UI Symbol"/>
        </w:rPr>
        <w:t>☐</w:t>
      </w:r>
      <w:r>
        <w:t xml:space="preserve"> Daily  </w:t>
      </w:r>
      <w:r w:rsidRPr="00795AA2">
        <w:rPr>
          <w:rFonts w:ascii="Segoe UI Symbol" w:hAnsi="Segoe UI Symbol" w:cs="Segoe UI Symbol"/>
        </w:rPr>
        <w:t>☐</w:t>
      </w:r>
      <w:r>
        <w:t xml:space="preserve"> Several times/week  </w:t>
      </w:r>
      <w:r w:rsidRPr="00795AA2">
        <w:rPr>
          <w:rFonts w:ascii="Segoe UI Symbol" w:hAnsi="Segoe UI Symbol" w:cs="Segoe UI Symbol"/>
        </w:rPr>
        <w:t>☐</w:t>
      </w:r>
      <w:r>
        <w:t xml:space="preserve"> Occasionally</w:t>
      </w:r>
    </w:p>
    <w:p w14:paraId="1A598FE3" w14:textId="13466844" w:rsidR="006F1C7B" w:rsidRDefault="00000000">
      <w:pPr>
        <w:spacing w:after="40" w:line="240" w:lineRule="auto"/>
      </w:pPr>
      <w:r>
        <w:t>What makes it better? __________________________</w:t>
      </w:r>
      <w:r w:rsidR="00FA0438">
        <w:t>_____</w:t>
      </w:r>
      <w:r>
        <w:t>_______  What makes it worse? ______________</w:t>
      </w:r>
      <w:r w:rsidR="00FA0438">
        <w:t>____</w:t>
      </w:r>
      <w:r>
        <w:t>_____________</w:t>
      </w:r>
    </w:p>
    <w:p w14:paraId="78F1B594" w14:textId="77777777" w:rsidR="006F1C7B" w:rsidRDefault="00000000" w:rsidP="00795AA2">
      <w:pPr>
        <w:spacing w:after="40" w:line="240" w:lineRule="auto"/>
      </w:pPr>
      <w:r>
        <w:t xml:space="preserve">Does it interfere with:  </w:t>
      </w:r>
      <w:r w:rsidRPr="00795AA2">
        <w:rPr>
          <w:rFonts w:ascii="Segoe UI Symbol" w:hAnsi="Segoe UI Symbol" w:cs="Segoe UI Symbol"/>
        </w:rPr>
        <w:t>☐</w:t>
      </w:r>
      <w:r>
        <w:t xml:space="preserve"> Sleep  </w:t>
      </w:r>
      <w:r w:rsidRPr="00795AA2">
        <w:rPr>
          <w:rFonts w:ascii="Segoe UI Symbol" w:hAnsi="Segoe UI Symbol" w:cs="Segoe UI Symbol"/>
        </w:rPr>
        <w:t>☐</w:t>
      </w:r>
      <w:r>
        <w:t xml:space="preserve"> School  </w:t>
      </w:r>
      <w:r w:rsidRPr="00795AA2">
        <w:rPr>
          <w:rFonts w:ascii="Segoe UI Symbol" w:hAnsi="Segoe UI Symbol" w:cs="Segoe UI Symbol"/>
        </w:rPr>
        <w:t>☐</w:t>
      </w:r>
      <w:r>
        <w:t xml:space="preserve"> Sports/play  </w:t>
      </w:r>
      <w:r w:rsidRPr="00795AA2">
        <w:rPr>
          <w:rFonts w:ascii="Segoe UI Symbol" w:hAnsi="Segoe UI Symbol" w:cs="Segoe UI Symbol"/>
        </w:rPr>
        <w:t>☐</w:t>
      </w:r>
      <w:r>
        <w:t xml:space="preserve"> Daily activities  </w:t>
      </w:r>
      <w:r w:rsidRPr="00795AA2">
        <w:rPr>
          <w:rFonts w:ascii="Segoe UI Symbol" w:hAnsi="Segoe UI Symbol" w:cs="Segoe UI Symbol"/>
        </w:rPr>
        <w:t>☐</w:t>
      </w:r>
      <w:r>
        <w:t xml:space="preserve"> Mood/behavior</w:t>
      </w:r>
    </w:p>
    <w:p w14:paraId="6BCFDEDB" w14:textId="77777777" w:rsidR="006F1C7B" w:rsidRDefault="00000000">
      <w:pPr>
        <w:spacing w:after="40" w:line="240" w:lineRule="auto"/>
      </w:pPr>
      <w:r>
        <w:t>If your child uses a 0–10 scale, how bad is it today? ______ / 10   Best: ______ / 10   Worst: ______ / 10</w:t>
      </w:r>
    </w:p>
    <w:p w14:paraId="20A56D93" w14:textId="77777777" w:rsidR="006F1C7B" w:rsidRDefault="00000000">
      <w:pPr>
        <w:spacing w:before="100" w:after="40"/>
      </w:pPr>
      <w:r>
        <w:rPr>
          <w:rFonts w:ascii="Georgia" w:hAnsi="Georgia"/>
          <w:b/>
          <w:sz w:val="21"/>
        </w:rPr>
        <w:t>HEALTH HISTORY</w:t>
      </w:r>
    </w:p>
    <w:p w14:paraId="0569572E" w14:textId="77777777" w:rsidR="006F1C7B" w:rsidRDefault="00000000" w:rsidP="00795AA2">
      <w:pPr>
        <w:spacing w:after="40" w:line="240" w:lineRule="auto"/>
      </w:pPr>
      <w:r>
        <w:t xml:space="preserve">Is your child currently being treated for any health condition?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w:t>
      </w:r>
    </w:p>
    <w:p w14:paraId="35422AB9" w14:textId="17CE0840" w:rsidR="006F1C7B" w:rsidRDefault="00000000">
      <w:pPr>
        <w:spacing w:after="40" w:line="240" w:lineRule="auto"/>
      </w:pPr>
      <w:r>
        <w:t>If yes, please explain: ______________________________________________________________________________</w:t>
      </w:r>
      <w:r w:rsidR="00FA0438">
        <w:t>___________________</w:t>
      </w:r>
    </w:p>
    <w:p w14:paraId="466DB8B9" w14:textId="624A6DC0" w:rsidR="006F1C7B" w:rsidRDefault="00000000">
      <w:pPr>
        <w:spacing w:after="40" w:line="240" w:lineRule="auto"/>
      </w:pPr>
      <w:r>
        <w:t>______________________________________________________________________________________________________</w:t>
      </w:r>
      <w:r w:rsidR="00FA0438">
        <w:t>____________________</w:t>
      </w:r>
    </w:p>
    <w:p w14:paraId="7A546FEA" w14:textId="77777777" w:rsidR="006F1C7B" w:rsidRDefault="00000000">
      <w:pPr>
        <w:spacing w:after="40" w:line="240" w:lineRule="auto"/>
      </w:pPr>
      <w:r>
        <w:t>Check any that your child has experienced or currently experiences:</w:t>
      </w:r>
    </w:p>
    <w:tbl>
      <w:tblPr>
        <w:tblW w:w="0" w:type="auto"/>
        <w:tblLook w:val="04A0" w:firstRow="1" w:lastRow="0" w:firstColumn="1" w:lastColumn="0" w:noHBand="0" w:noVBand="1"/>
      </w:tblPr>
      <w:tblGrid>
        <w:gridCol w:w="2868"/>
        <w:gridCol w:w="2947"/>
        <w:gridCol w:w="2825"/>
      </w:tblGrid>
      <w:tr w:rsidR="006F1C7B" w14:paraId="1AEEA05F" w14:textId="77777777">
        <w:tc>
          <w:tcPr>
            <w:tcW w:w="3360" w:type="dxa"/>
          </w:tcPr>
          <w:p w14:paraId="145654A1" w14:textId="77777777" w:rsidR="006F1C7B" w:rsidRDefault="00000000" w:rsidP="00795AA2">
            <w:pPr>
              <w:spacing w:after="0"/>
            </w:pPr>
            <w:r w:rsidRPr="00795AA2">
              <w:rPr>
                <w:rFonts w:ascii="Segoe UI Symbol" w:hAnsi="Segoe UI Symbol" w:cs="Segoe UI Symbol"/>
              </w:rPr>
              <w:t>☐</w:t>
            </w:r>
            <w:r>
              <w:t xml:space="preserve"> Headaches</w:t>
            </w:r>
          </w:p>
        </w:tc>
        <w:tc>
          <w:tcPr>
            <w:tcW w:w="3360" w:type="dxa"/>
          </w:tcPr>
          <w:p w14:paraId="4EF95843" w14:textId="77777777" w:rsidR="006F1C7B" w:rsidRDefault="00000000">
            <w:pPr>
              <w:spacing w:after="0"/>
            </w:pPr>
            <w:r>
              <w:rPr>
                <w:rFonts w:ascii="Segoe UI Symbol" w:hAnsi="Segoe UI Symbol" w:cs="Segoe UI Symbol"/>
              </w:rPr>
              <w:t>☐</w:t>
            </w:r>
            <w:r>
              <w:t xml:space="preserve"> Neck pain/stiffness</w:t>
            </w:r>
          </w:p>
        </w:tc>
        <w:tc>
          <w:tcPr>
            <w:tcW w:w="3360" w:type="dxa"/>
          </w:tcPr>
          <w:p w14:paraId="4EBBEFE2" w14:textId="77777777" w:rsidR="006F1C7B" w:rsidRDefault="00000000" w:rsidP="00795AA2">
            <w:pPr>
              <w:spacing w:after="0"/>
            </w:pPr>
            <w:r w:rsidRPr="00795AA2">
              <w:rPr>
                <w:rFonts w:ascii="Segoe UI Symbol" w:hAnsi="Segoe UI Symbol" w:cs="Segoe UI Symbol"/>
              </w:rPr>
              <w:t>☐</w:t>
            </w:r>
            <w:r>
              <w:t xml:space="preserve"> Back pain/stiffness</w:t>
            </w:r>
          </w:p>
        </w:tc>
      </w:tr>
      <w:tr w:rsidR="006F1C7B" w14:paraId="6D4B4FFB" w14:textId="77777777">
        <w:tc>
          <w:tcPr>
            <w:tcW w:w="3360" w:type="dxa"/>
          </w:tcPr>
          <w:p w14:paraId="4F8B2C3C" w14:textId="77777777" w:rsidR="006F1C7B" w:rsidRDefault="00000000" w:rsidP="00795AA2">
            <w:pPr>
              <w:spacing w:after="0"/>
            </w:pPr>
            <w:r w:rsidRPr="00795AA2">
              <w:rPr>
                <w:rFonts w:ascii="Segoe UI Symbol" w:hAnsi="Segoe UI Symbol" w:cs="Segoe UI Symbol"/>
              </w:rPr>
              <w:t>☐</w:t>
            </w:r>
            <w:r>
              <w:t xml:space="preserve"> Growing pains</w:t>
            </w:r>
          </w:p>
        </w:tc>
        <w:tc>
          <w:tcPr>
            <w:tcW w:w="3360" w:type="dxa"/>
          </w:tcPr>
          <w:p w14:paraId="292CDDD4" w14:textId="77777777" w:rsidR="006F1C7B" w:rsidRDefault="00000000" w:rsidP="00795AA2">
            <w:pPr>
              <w:spacing w:after="0"/>
            </w:pPr>
            <w:r w:rsidRPr="00795AA2">
              <w:rPr>
                <w:rFonts w:ascii="Segoe UI Symbol" w:hAnsi="Segoe UI Symbol" w:cs="Segoe UI Symbol"/>
              </w:rPr>
              <w:t>☐</w:t>
            </w:r>
            <w:r>
              <w:t xml:space="preserve"> Joint pain</w:t>
            </w:r>
          </w:p>
        </w:tc>
        <w:tc>
          <w:tcPr>
            <w:tcW w:w="3360" w:type="dxa"/>
          </w:tcPr>
          <w:p w14:paraId="3946D44D" w14:textId="77777777" w:rsidR="006F1C7B" w:rsidRDefault="00000000" w:rsidP="00795AA2">
            <w:pPr>
              <w:spacing w:after="0"/>
            </w:pPr>
            <w:r w:rsidRPr="00795AA2">
              <w:rPr>
                <w:rFonts w:ascii="Segoe UI Symbol" w:hAnsi="Segoe UI Symbol" w:cs="Segoe UI Symbol"/>
              </w:rPr>
              <w:t>☐</w:t>
            </w:r>
            <w:r>
              <w:t xml:space="preserve"> Muscle pain/tightness</w:t>
            </w:r>
          </w:p>
        </w:tc>
      </w:tr>
      <w:tr w:rsidR="006F1C7B" w14:paraId="57E0180A" w14:textId="77777777">
        <w:tc>
          <w:tcPr>
            <w:tcW w:w="3360" w:type="dxa"/>
          </w:tcPr>
          <w:p w14:paraId="7D48515B" w14:textId="77777777" w:rsidR="006F1C7B" w:rsidRDefault="00000000" w:rsidP="00795AA2">
            <w:pPr>
              <w:spacing w:after="0"/>
            </w:pPr>
            <w:r w:rsidRPr="00795AA2">
              <w:rPr>
                <w:rFonts w:ascii="Segoe UI Symbol" w:hAnsi="Segoe UI Symbol" w:cs="Segoe UI Symbol"/>
              </w:rPr>
              <w:t>☐</w:t>
            </w:r>
            <w:r>
              <w:t xml:space="preserve"> Numbness/tingling</w:t>
            </w:r>
          </w:p>
        </w:tc>
        <w:tc>
          <w:tcPr>
            <w:tcW w:w="3360" w:type="dxa"/>
          </w:tcPr>
          <w:p w14:paraId="5A6615F4" w14:textId="77777777" w:rsidR="006F1C7B" w:rsidRDefault="00000000" w:rsidP="00795AA2">
            <w:pPr>
              <w:spacing w:after="0"/>
            </w:pPr>
            <w:r w:rsidRPr="00795AA2">
              <w:rPr>
                <w:rFonts w:ascii="Segoe UI Symbol" w:hAnsi="Segoe UI Symbol" w:cs="Segoe UI Symbol"/>
              </w:rPr>
              <w:t>☐</w:t>
            </w:r>
            <w:r>
              <w:t xml:space="preserve"> Dizziness</w:t>
            </w:r>
          </w:p>
        </w:tc>
        <w:tc>
          <w:tcPr>
            <w:tcW w:w="3360" w:type="dxa"/>
          </w:tcPr>
          <w:p w14:paraId="19652243" w14:textId="77777777" w:rsidR="006F1C7B" w:rsidRDefault="00000000" w:rsidP="00795AA2">
            <w:pPr>
              <w:spacing w:after="0"/>
            </w:pPr>
            <w:r w:rsidRPr="00795AA2">
              <w:rPr>
                <w:rFonts w:ascii="Segoe UI Symbol" w:hAnsi="Segoe UI Symbol" w:cs="Segoe UI Symbol"/>
              </w:rPr>
              <w:t>☐</w:t>
            </w:r>
            <w:r>
              <w:t xml:space="preserve"> Balance concerns</w:t>
            </w:r>
          </w:p>
        </w:tc>
      </w:tr>
      <w:tr w:rsidR="006F1C7B" w14:paraId="165F5D83" w14:textId="77777777">
        <w:tc>
          <w:tcPr>
            <w:tcW w:w="3360" w:type="dxa"/>
          </w:tcPr>
          <w:p w14:paraId="4B071E36" w14:textId="77777777" w:rsidR="006F1C7B" w:rsidRDefault="00000000" w:rsidP="00795AA2">
            <w:pPr>
              <w:spacing w:after="0"/>
            </w:pPr>
            <w:r w:rsidRPr="00795AA2">
              <w:rPr>
                <w:rFonts w:ascii="Segoe UI Symbol" w:hAnsi="Segoe UI Symbol" w:cs="Segoe UI Symbol"/>
              </w:rPr>
              <w:t>☐</w:t>
            </w:r>
            <w:r>
              <w:t xml:space="preserve"> Ear infections</w:t>
            </w:r>
          </w:p>
        </w:tc>
        <w:tc>
          <w:tcPr>
            <w:tcW w:w="3360" w:type="dxa"/>
          </w:tcPr>
          <w:p w14:paraId="6B1ECAA4" w14:textId="77777777" w:rsidR="006F1C7B" w:rsidRDefault="00000000" w:rsidP="00795AA2">
            <w:pPr>
              <w:spacing w:after="0"/>
            </w:pPr>
            <w:r w:rsidRPr="00795AA2">
              <w:rPr>
                <w:rFonts w:ascii="Segoe UI Symbol" w:hAnsi="Segoe UI Symbol" w:cs="Segoe UI Symbol"/>
              </w:rPr>
              <w:t>☐</w:t>
            </w:r>
            <w:r>
              <w:t xml:space="preserve"> Sinus/cold issues</w:t>
            </w:r>
          </w:p>
        </w:tc>
        <w:tc>
          <w:tcPr>
            <w:tcW w:w="3360" w:type="dxa"/>
          </w:tcPr>
          <w:p w14:paraId="1750EB4B" w14:textId="77777777" w:rsidR="006F1C7B" w:rsidRDefault="00000000" w:rsidP="00795AA2">
            <w:pPr>
              <w:spacing w:after="0"/>
            </w:pPr>
            <w:r w:rsidRPr="00795AA2">
              <w:rPr>
                <w:rFonts w:ascii="Segoe UI Symbol" w:hAnsi="Segoe UI Symbol" w:cs="Segoe UI Symbol"/>
              </w:rPr>
              <w:t>☐</w:t>
            </w:r>
            <w:r>
              <w:t xml:space="preserve"> Asthma/allergies</w:t>
            </w:r>
          </w:p>
        </w:tc>
      </w:tr>
      <w:tr w:rsidR="006F1C7B" w14:paraId="2C729FA1" w14:textId="77777777">
        <w:tc>
          <w:tcPr>
            <w:tcW w:w="3360" w:type="dxa"/>
          </w:tcPr>
          <w:p w14:paraId="63932615" w14:textId="77777777" w:rsidR="006F1C7B" w:rsidRDefault="00000000" w:rsidP="00795AA2">
            <w:pPr>
              <w:spacing w:after="0"/>
            </w:pPr>
            <w:r w:rsidRPr="00795AA2">
              <w:rPr>
                <w:rFonts w:ascii="Segoe UI Symbol" w:hAnsi="Segoe UI Symbol" w:cs="Segoe UI Symbol"/>
              </w:rPr>
              <w:t>☐</w:t>
            </w:r>
            <w:r>
              <w:t xml:space="preserve"> Digestive problems</w:t>
            </w:r>
          </w:p>
        </w:tc>
        <w:tc>
          <w:tcPr>
            <w:tcW w:w="3360" w:type="dxa"/>
          </w:tcPr>
          <w:p w14:paraId="1F28D603" w14:textId="77777777" w:rsidR="006F1C7B" w:rsidRDefault="00000000" w:rsidP="00795AA2">
            <w:pPr>
              <w:spacing w:after="0"/>
            </w:pPr>
            <w:r w:rsidRPr="00795AA2">
              <w:rPr>
                <w:rFonts w:ascii="Segoe UI Symbol" w:hAnsi="Segoe UI Symbol" w:cs="Segoe UI Symbol"/>
              </w:rPr>
              <w:t>☐</w:t>
            </w:r>
            <w:r>
              <w:t xml:space="preserve"> Constipation/diarrhea</w:t>
            </w:r>
          </w:p>
        </w:tc>
        <w:tc>
          <w:tcPr>
            <w:tcW w:w="3360" w:type="dxa"/>
          </w:tcPr>
          <w:p w14:paraId="7CA6F785" w14:textId="77777777" w:rsidR="006F1C7B" w:rsidRDefault="00000000" w:rsidP="00795AA2">
            <w:pPr>
              <w:spacing w:after="0"/>
            </w:pPr>
            <w:r w:rsidRPr="00795AA2">
              <w:rPr>
                <w:rFonts w:ascii="Segoe UI Symbol" w:hAnsi="Segoe UI Symbol" w:cs="Segoe UI Symbol"/>
              </w:rPr>
              <w:t>☐</w:t>
            </w:r>
            <w:r>
              <w:t xml:space="preserve"> Reflux/heartburn</w:t>
            </w:r>
          </w:p>
        </w:tc>
      </w:tr>
      <w:tr w:rsidR="006F1C7B" w14:paraId="0FA27AC7" w14:textId="77777777">
        <w:tc>
          <w:tcPr>
            <w:tcW w:w="3360" w:type="dxa"/>
          </w:tcPr>
          <w:p w14:paraId="4462B622" w14:textId="77777777" w:rsidR="006F1C7B" w:rsidRDefault="00000000" w:rsidP="00795AA2">
            <w:pPr>
              <w:spacing w:after="0"/>
            </w:pPr>
            <w:r w:rsidRPr="00795AA2">
              <w:rPr>
                <w:rFonts w:ascii="Segoe UI Symbol" w:hAnsi="Segoe UI Symbol" w:cs="Segoe UI Symbol"/>
              </w:rPr>
              <w:t>☐</w:t>
            </w:r>
            <w:r>
              <w:t xml:space="preserve"> Trouble sleeping</w:t>
            </w:r>
          </w:p>
        </w:tc>
        <w:tc>
          <w:tcPr>
            <w:tcW w:w="3360" w:type="dxa"/>
          </w:tcPr>
          <w:p w14:paraId="19F21D9B" w14:textId="77777777" w:rsidR="006F1C7B" w:rsidRDefault="00000000" w:rsidP="00795AA2">
            <w:pPr>
              <w:spacing w:after="0"/>
            </w:pPr>
            <w:r w:rsidRPr="00795AA2">
              <w:rPr>
                <w:rFonts w:ascii="Segoe UI Symbol" w:hAnsi="Segoe UI Symbol" w:cs="Segoe UI Symbol"/>
              </w:rPr>
              <w:t>☐</w:t>
            </w:r>
            <w:r>
              <w:t xml:space="preserve"> Bedwetting</w:t>
            </w:r>
          </w:p>
        </w:tc>
        <w:tc>
          <w:tcPr>
            <w:tcW w:w="3360" w:type="dxa"/>
          </w:tcPr>
          <w:p w14:paraId="78668252" w14:textId="77777777" w:rsidR="006F1C7B" w:rsidRDefault="00000000" w:rsidP="00795AA2">
            <w:pPr>
              <w:spacing w:after="0"/>
            </w:pPr>
            <w:r w:rsidRPr="00795AA2">
              <w:rPr>
                <w:rFonts w:ascii="Segoe UI Symbol" w:hAnsi="Segoe UI Symbol" w:cs="Segoe UI Symbol"/>
              </w:rPr>
              <w:t>☐</w:t>
            </w:r>
            <w:r>
              <w:t xml:space="preserve"> Frequent fatigue</w:t>
            </w:r>
          </w:p>
        </w:tc>
      </w:tr>
      <w:tr w:rsidR="006F1C7B" w14:paraId="6695C8AD" w14:textId="77777777">
        <w:tc>
          <w:tcPr>
            <w:tcW w:w="3360" w:type="dxa"/>
          </w:tcPr>
          <w:p w14:paraId="674CE8DA" w14:textId="77777777" w:rsidR="006F1C7B" w:rsidRDefault="00000000" w:rsidP="00795AA2">
            <w:pPr>
              <w:spacing w:after="0"/>
            </w:pPr>
            <w:r w:rsidRPr="00795AA2">
              <w:rPr>
                <w:rFonts w:ascii="Segoe UI Symbol" w:hAnsi="Segoe UI Symbol" w:cs="Segoe UI Symbol"/>
              </w:rPr>
              <w:t>☐</w:t>
            </w:r>
            <w:r>
              <w:t xml:space="preserve"> ADHD/attention concerns</w:t>
            </w:r>
          </w:p>
        </w:tc>
        <w:tc>
          <w:tcPr>
            <w:tcW w:w="3360" w:type="dxa"/>
          </w:tcPr>
          <w:p w14:paraId="0C8DD4C1" w14:textId="77777777" w:rsidR="006F1C7B" w:rsidRDefault="00000000" w:rsidP="00795AA2">
            <w:pPr>
              <w:spacing w:after="0"/>
            </w:pPr>
            <w:r w:rsidRPr="00795AA2">
              <w:rPr>
                <w:rFonts w:ascii="Segoe UI Symbol" w:hAnsi="Segoe UI Symbol" w:cs="Segoe UI Symbol"/>
              </w:rPr>
              <w:t>☐</w:t>
            </w:r>
            <w:r>
              <w:t xml:space="preserve"> Anxiety/mood concerns</w:t>
            </w:r>
          </w:p>
        </w:tc>
        <w:tc>
          <w:tcPr>
            <w:tcW w:w="3360" w:type="dxa"/>
          </w:tcPr>
          <w:p w14:paraId="3827B69F" w14:textId="77777777" w:rsidR="006F1C7B" w:rsidRDefault="00000000" w:rsidP="00795AA2">
            <w:pPr>
              <w:spacing w:after="0"/>
            </w:pPr>
            <w:r w:rsidRPr="00795AA2">
              <w:rPr>
                <w:rFonts w:ascii="Segoe UI Symbol" w:hAnsi="Segoe UI Symbol" w:cs="Segoe UI Symbol"/>
              </w:rPr>
              <w:t>☐</w:t>
            </w:r>
            <w:r>
              <w:t xml:space="preserve"> Other</w:t>
            </w:r>
          </w:p>
        </w:tc>
      </w:tr>
    </w:tbl>
    <w:p w14:paraId="15EDF90E" w14:textId="4403E2AE" w:rsidR="006F1C7B" w:rsidRPr="00BA61B1" w:rsidRDefault="00000000">
      <w:pPr>
        <w:spacing w:after="40" w:line="240" w:lineRule="auto"/>
        <w:rPr>
          <w:u w:val="single"/>
        </w:rPr>
      </w:pPr>
      <w:r>
        <w:t>Please explain any items checked: ____________________________________________________________________</w:t>
      </w:r>
      <w:r w:rsidR="00BA61B1">
        <w:rPr>
          <w:u w:val="single"/>
        </w:rPr>
        <w:tab/>
      </w:r>
      <w:r w:rsidR="00BA61B1">
        <w:rPr>
          <w:u w:val="single"/>
        </w:rPr>
        <w:tab/>
      </w:r>
    </w:p>
    <w:p w14:paraId="65784DB3" w14:textId="079AC098" w:rsidR="006F1C7B" w:rsidRPr="00BA61B1" w:rsidRDefault="00000000">
      <w:pPr>
        <w:spacing w:after="40" w:line="240" w:lineRule="auto"/>
        <w:rPr>
          <w:u w:val="single"/>
        </w:rPr>
      </w:pPr>
      <w:r>
        <w:t>______________________________________________________________________________________________________</w:t>
      </w:r>
      <w:r w:rsidR="00BA61B1">
        <w:rPr>
          <w:u w:val="single"/>
        </w:rPr>
        <w:tab/>
      </w:r>
      <w:r w:rsidR="00BA61B1">
        <w:rPr>
          <w:u w:val="single"/>
        </w:rPr>
        <w:tab/>
      </w:r>
      <w:r w:rsidR="00BA61B1">
        <w:rPr>
          <w:u w:val="single"/>
        </w:rPr>
        <w:tab/>
      </w:r>
    </w:p>
    <w:p w14:paraId="5349AE08" w14:textId="77777777" w:rsidR="006F1C7B" w:rsidRDefault="00000000">
      <w:pPr>
        <w:spacing w:before="100" w:after="40"/>
      </w:pPr>
      <w:r>
        <w:rPr>
          <w:rFonts w:ascii="Georgia" w:hAnsi="Georgia"/>
          <w:b/>
          <w:sz w:val="21"/>
        </w:rPr>
        <w:lastRenderedPageBreak/>
        <w:t>MEDICATIONS, ALLERGIES &amp; MEDICAL CARE</w:t>
      </w:r>
    </w:p>
    <w:p w14:paraId="4CA65939" w14:textId="1CAB1B74" w:rsidR="006F1C7B" w:rsidRPr="00D93DD0" w:rsidRDefault="00000000">
      <w:pPr>
        <w:spacing w:after="40" w:line="240" w:lineRule="auto"/>
        <w:rPr>
          <w:u w:val="single"/>
        </w:rPr>
      </w:pPr>
      <w:r>
        <w:t>Current prescription or over-the-counter medications/supplements: _______________________________________</w:t>
      </w:r>
      <w:r w:rsidR="00D93DD0">
        <w:rPr>
          <w:u w:val="single"/>
        </w:rPr>
        <w:tab/>
      </w:r>
    </w:p>
    <w:p w14:paraId="24B9C443" w14:textId="37CF70A6" w:rsidR="006F1C7B" w:rsidRPr="00D93DD0" w:rsidRDefault="00000000">
      <w:pPr>
        <w:spacing w:after="40" w:line="240" w:lineRule="auto"/>
        <w:rPr>
          <w:u w:val="single"/>
        </w:rPr>
      </w:pPr>
      <w:r>
        <w:t>______________________________________________________________________________________________________</w:t>
      </w:r>
      <w:r w:rsidR="00D93DD0">
        <w:rPr>
          <w:u w:val="single"/>
        </w:rPr>
        <w:tab/>
      </w:r>
      <w:r w:rsidR="00D93DD0">
        <w:rPr>
          <w:u w:val="single"/>
        </w:rPr>
        <w:tab/>
      </w:r>
      <w:r w:rsidR="00D93DD0">
        <w:rPr>
          <w:u w:val="single"/>
        </w:rPr>
        <w:tab/>
      </w:r>
    </w:p>
    <w:p w14:paraId="05AB0F0B" w14:textId="18D80048" w:rsidR="006F1C7B" w:rsidRPr="00795AA2" w:rsidRDefault="00000000" w:rsidP="00795AA2">
      <w:pPr>
        <w:spacing w:after="40" w:line="240" w:lineRule="auto"/>
        <w:rPr>
          <w:u w:val="single"/>
        </w:rPr>
      </w:pPr>
      <w:r>
        <w:t xml:space="preserve">Medication allergies: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List: ______________________________________________________________</w:t>
      </w:r>
      <w:r w:rsidR="00D93DD0" w:rsidRPr="00795AA2">
        <w:rPr>
          <w:u w:val="single"/>
        </w:rPr>
        <w:tab/>
      </w:r>
      <w:r w:rsidR="00D93DD0" w:rsidRPr="00795AA2">
        <w:rPr>
          <w:u w:val="single"/>
        </w:rPr>
        <w:tab/>
      </w:r>
    </w:p>
    <w:p w14:paraId="0E6CBE2A" w14:textId="318F7BE9" w:rsidR="006F1C7B" w:rsidRPr="00795AA2" w:rsidRDefault="00000000" w:rsidP="00795AA2">
      <w:pPr>
        <w:spacing w:after="40" w:line="240" w:lineRule="auto"/>
        <w:rPr>
          <w:u w:val="single"/>
        </w:rPr>
      </w:pPr>
      <w:r>
        <w:t xml:space="preserve">Food/environmental allergies or intolerances: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List: ________________________________________</w:t>
      </w:r>
      <w:r w:rsidR="00D93DD0" w:rsidRPr="00795AA2">
        <w:rPr>
          <w:u w:val="single"/>
        </w:rPr>
        <w:tab/>
      </w:r>
    </w:p>
    <w:p w14:paraId="7CC80854" w14:textId="6891647F" w:rsidR="006F1C7B" w:rsidRPr="00795AA2" w:rsidRDefault="00000000" w:rsidP="00795AA2">
      <w:pPr>
        <w:spacing w:after="40" w:line="240" w:lineRule="auto"/>
        <w:rPr>
          <w:u w:val="single"/>
        </w:rPr>
      </w:pPr>
      <w:r>
        <w:t xml:space="preserve">Surgeries or hospitalizations: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What/when? _________________________________________________</w:t>
      </w:r>
      <w:r w:rsidR="00D93DD0" w:rsidRPr="00795AA2">
        <w:rPr>
          <w:u w:val="single"/>
        </w:rPr>
        <w:tab/>
      </w:r>
    </w:p>
    <w:p w14:paraId="20F46BC3" w14:textId="40CC0B1A" w:rsidR="006F1C7B" w:rsidRPr="00D93DD0" w:rsidRDefault="00000000">
      <w:pPr>
        <w:spacing w:after="40" w:line="240" w:lineRule="auto"/>
        <w:rPr>
          <w:u w:val="single"/>
        </w:rPr>
      </w:pPr>
      <w:r>
        <w:t>Other significant medical history: ______________________________________________________________________</w:t>
      </w:r>
      <w:r w:rsidR="00D93DD0">
        <w:rPr>
          <w:u w:val="single"/>
        </w:rPr>
        <w:tab/>
      </w:r>
      <w:r w:rsidR="00D93DD0">
        <w:rPr>
          <w:u w:val="single"/>
        </w:rPr>
        <w:tab/>
      </w:r>
    </w:p>
    <w:p w14:paraId="5BD6EB62" w14:textId="6736A996" w:rsidR="006F1C7B" w:rsidRPr="00D93DD0" w:rsidRDefault="00000000">
      <w:pPr>
        <w:spacing w:after="40" w:line="240" w:lineRule="auto"/>
        <w:rPr>
          <w:u w:val="single"/>
        </w:rPr>
      </w:pPr>
      <w:r>
        <w:t>______________________________________________________________________________________________________</w:t>
      </w:r>
      <w:r w:rsidR="00D93DD0">
        <w:rPr>
          <w:u w:val="single"/>
        </w:rPr>
        <w:tab/>
      </w:r>
      <w:r w:rsidR="00D93DD0">
        <w:rPr>
          <w:u w:val="single"/>
        </w:rPr>
        <w:tab/>
      </w:r>
      <w:r w:rsidR="00D93DD0">
        <w:rPr>
          <w:u w:val="single"/>
        </w:rPr>
        <w:tab/>
      </w:r>
    </w:p>
    <w:p w14:paraId="5F10FCBF" w14:textId="77777777" w:rsidR="006F1C7B" w:rsidRDefault="00000000">
      <w:pPr>
        <w:spacing w:before="100" w:after="40"/>
      </w:pPr>
      <w:r>
        <w:rPr>
          <w:rFonts w:ascii="Georgia" w:hAnsi="Georgia"/>
          <w:b/>
          <w:sz w:val="21"/>
        </w:rPr>
        <w:t>INJURIES, FALLS &amp; TRAUMA</w:t>
      </w:r>
    </w:p>
    <w:p w14:paraId="29BD05AD" w14:textId="0FC9CE0D" w:rsidR="006F1C7B" w:rsidRPr="00795AA2" w:rsidRDefault="00000000" w:rsidP="00795AA2">
      <w:pPr>
        <w:spacing w:after="40" w:line="240" w:lineRule="auto"/>
        <w:rPr>
          <w:u w:val="single"/>
        </w:rPr>
      </w:pPr>
      <w:r>
        <w:t xml:space="preserve">Has your child ever been involved in a car accident?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When/what happened? _________________</w:t>
      </w:r>
      <w:r w:rsidR="00D93DD0" w:rsidRPr="00795AA2">
        <w:rPr>
          <w:u w:val="single"/>
        </w:rPr>
        <w:tab/>
      </w:r>
    </w:p>
    <w:p w14:paraId="538F92F7" w14:textId="4BF27082" w:rsidR="006F1C7B" w:rsidRPr="00795AA2" w:rsidRDefault="00000000" w:rsidP="00795AA2">
      <w:pPr>
        <w:spacing w:after="40" w:line="240" w:lineRule="auto"/>
        <w:rPr>
          <w:u w:val="single"/>
        </w:rPr>
      </w:pPr>
      <w:r>
        <w:t xml:space="preserve">Has your child ever had a significant fall or head impact?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Explain: _________________________</w:t>
      </w:r>
      <w:r w:rsidR="00D93DD0" w:rsidRPr="00795AA2">
        <w:rPr>
          <w:u w:val="single"/>
        </w:rPr>
        <w:tab/>
      </w:r>
    </w:p>
    <w:p w14:paraId="4605F4C2" w14:textId="2ED31660" w:rsidR="006F1C7B" w:rsidRPr="00795AA2" w:rsidRDefault="00000000" w:rsidP="00795AA2">
      <w:pPr>
        <w:spacing w:after="40" w:line="240" w:lineRule="auto"/>
        <w:rPr>
          <w:u w:val="single"/>
        </w:rPr>
      </w:pPr>
      <w:r>
        <w:t xml:space="preserve">Other injuries/trauma (sports, playground, bike, etc.)?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Explain: ___________________________</w:t>
      </w:r>
      <w:r w:rsidR="00D93DD0" w:rsidRPr="00795AA2">
        <w:rPr>
          <w:u w:val="single"/>
        </w:rPr>
        <w:tab/>
      </w:r>
    </w:p>
    <w:p w14:paraId="6D8B86F2" w14:textId="730E30F8" w:rsidR="006F1C7B" w:rsidRPr="00795AA2" w:rsidRDefault="00000000" w:rsidP="00795AA2">
      <w:pPr>
        <w:spacing w:after="40" w:line="240" w:lineRule="auto"/>
        <w:rPr>
          <w:u w:val="single"/>
        </w:rPr>
      </w:pPr>
      <w:r>
        <w:t xml:space="preserve">Has your child ever needed emergency care because of an injury?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Explain: __________________</w:t>
      </w:r>
      <w:r w:rsidR="00D93DD0" w:rsidRPr="00795AA2">
        <w:rPr>
          <w:u w:val="single"/>
        </w:rPr>
        <w:tab/>
      </w:r>
    </w:p>
    <w:p w14:paraId="4B01F537" w14:textId="65ADDD82" w:rsidR="006F1C7B" w:rsidRDefault="00000000" w:rsidP="00D93DD0">
      <w:pPr>
        <w:spacing w:before="120" w:after="120"/>
      </w:pPr>
      <w:r>
        <w:rPr>
          <w:rFonts w:ascii="Georgia" w:hAnsi="Georgia"/>
          <w:b/>
          <w:sz w:val="21"/>
        </w:rPr>
        <w:t>BIRTH &amp; DEVELOPMENTAL HISTORY</w:t>
      </w:r>
    </w:p>
    <w:p w14:paraId="25290BB6" w14:textId="0F20FBC6" w:rsidR="006F1C7B" w:rsidRPr="00795AA2" w:rsidRDefault="00000000" w:rsidP="00795AA2">
      <w:pPr>
        <w:spacing w:after="40" w:line="240" w:lineRule="auto"/>
        <w:rPr>
          <w:u w:val="single"/>
        </w:rPr>
      </w:pPr>
      <w:r>
        <w:t xml:space="preserve">Pregnancy complications?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Explain: _______________________________________________________</w:t>
      </w:r>
      <w:r w:rsidR="00D93DD0" w:rsidRPr="00795AA2">
        <w:rPr>
          <w:u w:val="single"/>
        </w:rPr>
        <w:tab/>
      </w:r>
      <w:r w:rsidR="00D93DD0" w:rsidRPr="00795AA2">
        <w:rPr>
          <w:u w:val="single"/>
        </w:rPr>
        <w:tab/>
      </w:r>
    </w:p>
    <w:p w14:paraId="32B2F898" w14:textId="7F679ED0" w:rsidR="006F1C7B" w:rsidRPr="00795AA2" w:rsidRDefault="00000000" w:rsidP="00795AA2">
      <w:pPr>
        <w:spacing w:after="40" w:line="240" w:lineRule="auto"/>
        <w:rPr>
          <w:u w:val="single"/>
        </w:rPr>
      </w:pPr>
      <w:r>
        <w:t xml:space="preserve">Delivery:  </w:t>
      </w:r>
      <w:r w:rsidRPr="00795AA2">
        <w:rPr>
          <w:rFonts w:ascii="Segoe UI Symbol" w:hAnsi="Segoe UI Symbol" w:cs="Segoe UI Symbol"/>
        </w:rPr>
        <w:t>☐</w:t>
      </w:r>
      <w:r>
        <w:t xml:space="preserve"> Vaginal  </w:t>
      </w:r>
      <w:r w:rsidRPr="00795AA2">
        <w:rPr>
          <w:rFonts w:ascii="Segoe UI Symbol" w:hAnsi="Segoe UI Symbol" w:cs="Segoe UI Symbol"/>
        </w:rPr>
        <w:t>☐</w:t>
      </w:r>
      <w:r>
        <w:t xml:space="preserve"> Cesarean  </w:t>
      </w:r>
      <w:r w:rsidRPr="00795AA2">
        <w:rPr>
          <w:rFonts w:ascii="Segoe UI Symbol" w:hAnsi="Segoe UI Symbol" w:cs="Segoe UI Symbol"/>
        </w:rPr>
        <w:t>☐</w:t>
      </w:r>
      <w:r>
        <w:t xml:space="preserve"> Forceps/Vacuum  </w:t>
      </w:r>
      <w:r w:rsidRPr="00795AA2">
        <w:rPr>
          <w:rFonts w:ascii="Segoe UI Symbol" w:hAnsi="Segoe UI Symbol" w:cs="Segoe UI Symbol"/>
        </w:rPr>
        <w:t>☐</w:t>
      </w:r>
      <w:r>
        <w:t xml:space="preserve"> Other: ________________________________________</w:t>
      </w:r>
      <w:r w:rsidR="00D93DD0" w:rsidRPr="00795AA2">
        <w:rPr>
          <w:u w:val="single"/>
        </w:rPr>
        <w:tab/>
      </w:r>
    </w:p>
    <w:p w14:paraId="16F7B0E5" w14:textId="738D32E1" w:rsidR="006F1C7B" w:rsidRPr="00795AA2" w:rsidRDefault="00000000" w:rsidP="00795AA2">
      <w:pPr>
        <w:spacing w:after="40" w:line="240" w:lineRule="auto"/>
        <w:rPr>
          <w:u w:val="single"/>
        </w:rPr>
      </w:pPr>
      <w:r>
        <w:t xml:space="preserve">Delivery complications?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Explain: _________________________________________________________</w:t>
      </w:r>
      <w:r w:rsidR="00D93DD0" w:rsidRPr="00795AA2">
        <w:rPr>
          <w:u w:val="single"/>
        </w:rPr>
        <w:tab/>
      </w:r>
      <w:r w:rsidR="00D93DD0" w:rsidRPr="00795AA2">
        <w:rPr>
          <w:u w:val="single"/>
        </w:rPr>
        <w:tab/>
      </w:r>
    </w:p>
    <w:p w14:paraId="3749F438" w14:textId="77777777" w:rsidR="006F1C7B" w:rsidRDefault="00000000">
      <w:pPr>
        <w:spacing w:after="40" w:line="240" w:lineRule="auto"/>
      </w:pPr>
      <w:r>
        <w:t>Birth weight: __________________  Birth length: __________________</w:t>
      </w:r>
    </w:p>
    <w:p w14:paraId="2B2AD692" w14:textId="0AE5DC79" w:rsidR="006F1C7B" w:rsidRPr="00795AA2" w:rsidRDefault="00000000" w:rsidP="00795AA2">
      <w:pPr>
        <w:spacing w:after="40" w:line="240" w:lineRule="auto"/>
        <w:rPr>
          <w:u w:val="single"/>
        </w:rPr>
      </w:pPr>
      <w:r>
        <w:t xml:space="preserve">Any known genetic condition, developmental diagnosis, or disability?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Explain: ______________</w:t>
      </w:r>
      <w:r w:rsidR="00D93DD0" w:rsidRPr="00795AA2">
        <w:rPr>
          <w:u w:val="single"/>
        </w:rPr>
        <w:tab/>
      </w:r>
    </w:p>
    <w:p w14:paraId="25766ACB" w14:textId="169BE24A" w:rsidR="006F1C7B" w:rsidRPr="00D93DD0" w:rsidRDefault="00000000">
      <w:pPr>
        <w:spacing w:after="40" w:line="240" w:lineRule="auto"/>
        <w:rPr>
          <w:u w:val="single"/>
        </w:rPr>
      </w:pPr>
      <w:r>
        <w:t>______________________________________________________________________________________________________</w:t>
      </w:r>
      <w:r w:rsidR="00D93DD0">
        <w:rPr>
          <w:u w:val="single"/>
        </w:rPr>
        <w:tab/>
      </w:r>
      <w:r w:rsidR="00D93DD0">
        <w:rPr>
          <w:u w:val="single"/>
        </w:rPr>
        <w:tab/>
      </w:r>
      <w:r w:rsidR="00D93DD0">
        <w:rPr>
          <w:u w:val="single"/>
        </w:rPr>
        <w:tab/>
      </w:r>
    </w:p>
    <w:p w14:paraId="4AEBB9B9" w14:textId="77777777" w:rsidR="006F1C7B" w:rsidRDefault="00000000" w:rsidP="00795AA2">
      <w:pPr>
        <w:spacing w:after="40" w:line="240" w:lineRule="auto"/>
      </w:pPr>
      <w:r>
        <w:t xml:space="preserve">Were there concerns about developmental milestones?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Explain: _______________________________</w:t>
      </w:r>
    </w:p>
    <w:p w14:paraId="5040CF17" w14:textId="58370D35" w:rsidR="006F1C7B" w:rsidRPr="00D93DD0" w:rsidRDefault="00000000">
      <w:pPr>
        <w:spacing w:after="40" w:line="240" w:lineRule="auto"/>
        <w:rPr>
          <w:u w:val="single"/>
        </w:rPr>
      </w:pPr>
      <w:r>
        <w:t>______________________________________________________________________________________________________</w:t>
      </w:r>
      <w:r w:rsidR="00D93DD0">
        <w:rPr>
          <w:u w:val="single"/>
        </w:rPr>
        <w:tab/>
      </w:r>
      <w:r w:rsidR="00D93DD0">
        <w:rPr>
          <w:u w:val="single"/>
        </w:rPr>
        <w:tab/>
      </w:r>
      <w:r w:rsidR="00D93DD0">
        <w:rPr>
          <w:u w:val="single"/>
        </w:rPr>
        <w:tab/>
      </w:r>
    </w:p>
    <w:p w14:paraId="615579DF" w14:textId="77777777" w:rsidR="006F1C7B" w:rsidRDefault="00000000">
      <w:pPr>
        <w:spacing w:before="100" w:after="40"/>
      </w:pPr>
      <w:r>
        <w:rPr>
          <w:rFonts w:ascii="Georgia" w:hAnsi="Georgia"/>
          <w:b/>
          <w:sz w:val="21"/>
        </w:rPr>
        <w:t>SCHOOL &amp; DAILY LIFE</w:t>
      </w:r>
    </w:p>
    <w:p w14:paraId="27315C05" w14:textId="77777777" w:rsidR="006F1C7B" w:rsidRDefault="00000000">
      <w:pPr>
        <w:spacing w:after="40" w:line="240" w:lineRule="auto"/>
      </w:pPr>
      <w:r>
        <w:t>School/Grade: __________________________________________</w:t>
      </w:r>
    </w:p>
    <w:p w14:paraId="2BA3F6E5" w14:textId="77777777" w:rsidR="006F1C7B" w:rsidRDefault="00000000" w:rsidP="00795AA2">
      <w:pPr>
        <w:spacing w:after="40" w:line="240" w:lineRule="auto"/>
      </w:pPr>
      <w:r>
        <w:t xml:space="preserve">How is your child doing in school?  </w:t>
      </w:r>
      <w:r w:rsidRPr="00795AA2">
        <w:rPr>
          <w:rFonts w:ascii="Segoe UI Symbol" w:hAnsi="Segoe UI Symbol" w:cs="Segoe UI Symbol"/>
        </w:rPr>
        <w:t>☐</w:t>
      </w:r>
      <w:r>
        <w:t xml:space="preserve"> Very well  </w:t>
      </w:r>
      <w:r w:rsidRPr="00795AA2">
        <w:rPr>
          <w:rFonts w:ascii="Segoe UI Symbol" w:hAnsi="Segoe UI Symbol" w:cs="Segoe UI Symbol"/>
        </w:rPr>
        <w:t>☐</w:t>
      </w:r>
      <w:r>
        <w:t xml:space="preserve"> Well  </w:t>
      </w:r>
      <w:r w:rsidRPr="00795AA2">
        <w:rPr>
          <w:rFonts w:ascii="Segoe UI Symbol" w:hAnsi="Segoe UI Symbol" w:cs="Segoe UI Symbol"/>
        </w:rPr>
        <w:t>☐</w:t>
      </w:r>
      <w:r>
        <w:t xml:space="preserve"> Some difficulty  </w:t>
      </w:r>
      <w:r w:rsidRPr="00795AA2">
        <w:rPr>
          <w:rFonts w:ascii="Segoe UI Symbol" w:hAnsi="Segoe UI Symbol" w:cs="Segoe UI Symbol"/>
        </w:rPr>
        <w:t>☐</w:t>
      </w:r>
      <w:r>
        <w:t xml:space="preserve"> Significant difficulty</w:t>
      </w:r>
    </w:p>
    <w:p w14:paraId="4C43892E" w14:textId="77777777" w:rsidR="006F1C7B" w:rsidRDefault="00000000" w:rsidP="00795AA2">
      <w:pPr>
        <w:spacing w:after="40" w:line="240" w:lineRule="auto"/>
      </w:pPr>
      <w:r>
        <w:t xml:space="preserve">Any concerns with attention, focus, learning, handwriting, behavior, or sitting comfortably?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w:t>
      </w:r>
    </w:p>
    <w:p w14:paraId="55F28952" w14:textId="254FBED6" w:rsidR="006F1C7B" w:rsidRPr="00D93DD0" w:rsidRDefault="00000000">
      <w:pPr>
        <w:spacing w:after="40" w:line="240" w:lineRule="auto"/>
        <w:rPr>
          <w:u w:val="single"/>
        </w:rPr>
      </w:pPr>
      <w:r>
        <w:t>Please explain: ______________________________________________________________________________________</w:t>
      </w:r>
      <w:r w:rsidR="00D93DD0">
        <w:rPr>
          <w:u w:val="single"/>
        </w:rPr>
        <w:tab/>
      </w:r>
      <w:r w:rsidR="00D93DD0">
        <w:rPr>
          <w:u w:val="single"/>
        </w:rPr>
        <w:tab/>
      </w:r>
    </w:p>
    <w:p w14:paraId="548ADFEF" w14:textId="08D51455" w:rsidR="006F1C7B" w:rsidRPr="00D93DD0" w:rsidRDefault="00000000">
      <w:pPr>
        <w:spacing w:after="40" w:line="240" w:lineRule="auto"/>
        <w:rPr>
          <w:u w:val="single"/>
        </w:rPr>
      </w:pPr>
      <w:r>
        <w:t>______________________________________________________________________________________________________</w:t>
      </w:r>
      <w:r w:rsidR="00D93DD0">
        <w:rPr>
          <w:u w:val="single"/>
        </w:rPr>
        <w:tab/>
      </w:r>
      <w:r w:rsidR="00D93DD0">
        <w:rPr>
          <w:u w:val="single"/>
        </w:rPr>
        <w:tab/>
      </w:r>
      <w:r w:rsidR="00D93DD0">
        <w:rPr>
          <w:u w:val="single"/>
        </w:rPr>
        <w:tab/>
      </w:r>
    </w:p>
    <w:p w14:paraId="6EBDC929" w14:textId="7179A464" w:rsidR="006F1C7B" w:rsidRPr="00795AA2" w:rsidRDefault="00000000" w:rsidP="00795AA2">
      <w:pPr>
        <w:spacing w:after="40" w:line="240" w:lineRule="auto"/>
        <w:rPr>
          <w:u w:val="single"/>
        </w:rPr>
      </w:pPr>
      <w:r>
        <w:t xml:space="preserve">Does your child carry a backpack?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Any concerns with how it is carried? _____________________</w:t>
      </w:r>
      <w:r w:rsidR="00D93DD0" w:rsidRPr="00795AA2">
        <w:rPr>
          <w:u w:val="single"/>
        </w:rPr>
        <w:tab/>
      </w:r>
    </w:p>
    <w:p w14:paraId="01DB14F9" w14:textId="77777777" w:rsidR="006F1C7B" w:rsidRDefault="00000000">
      <w:pPr>
        <w:spacing w:after="40" w:line="240" w:lineRule="auto"/>
      </w:pPr>
      <w:r>
        <w:t>Typical screen/device time per day: __________________________</w:t>
      </w:r>
    </w:p>
    <w:p w14:paraId="4CC0374C" w14:textId="5ED93CAF" w:rsidR="006F1C7B" w:rsidRPr="00D93DD0" w:rsidRDefault="00000000">
      <w:pPr>
        <w:spacing w:after="40" w:line="240" w:lineRule="auto"/>
        <w:rPr>
          <w:u w:val="single"/>
        </w:rPr>
      </w:pPr>
      <w:r>
        <w:t>Favorite activities/hobbies: __________________________________________________________________________</w:t>
      </w:r>
      <w:r w:rsidR="00D93DD0">
        <w:rPr>
          <w:u w:val="single"/>
        </w:rPr>
        <w:tab/>
      </w:r>
      <w:r w:rsidR="00D93DD0">
        <w:rPr>
          <w:u w:val="single"/>
        </w:rPr>
        <w:tab/>
      </w:r>
    </w:p>
    <w:p w14:paraId="05164A36" w14:textId="77777777" w:rsidR="006F1C7B" w:rsidRDefault="00000000">
      <w:pPr>
        <w:spacing w:before="100" w:after="40"/>
      </w:pPr>
      <w:r>
        <w:rPr>
          <w:rFonts w:ascii="Georgia" w:hAnsi="Georgia"/>
          <w:b/>
          <w:sz w:val="21"/>
        </w:rPr>
        <w:t>SLEEP</w:t>
      </w:r>
    </w:p>
    <w:p w14:paraId="4329BDCD" w14:textId="77777777" w:rsidR="006F1C7B" w:rsidRDefault="00000000">
      <w:pPr>
        <w:spacing w:after="40" w:line="240" w:lineRule="auto"/>
      </w:pPr>
      <w:r>
        <w:t>Typical bedtime: __________  Wake time: __________  Approx. hours/night: __________</w:t>
      </w:r>
    </w:p>
    <w:p w14:paraId="3363468D" w14:textId="4EF9FE0F" w:rsidR="006F1C7B" w:rsidRPr="00795AA2" w:rsidRDefault="00000000" w:rsidP="00795AA2">
      <w:pPr>
        <w:spacing w:after="40" w:line="240" w:lineRule="auto"/>
        <w:rPr>
          <w:u w:val="single"/>
        </w:rPr>
      </w:pPr>
      <w:r>
        <w:t xml:space="preserve">Sleep concerns?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Trouble falling asleep  </w:t>
      </w:r>
      <w:r w:rsidRPr="00795AA2">
        <w:rPr>
          <w:rFonts w:ascii="Segoe UI Symbol" w:hAnsi="Segoe UI Symbol" w:cs="Segoe UI Symbol"/>
        </w:rPr>
        <w:t>☐</w:t>
      </w:r>
      <w:r>
        <w:t xml:space="preserve"> Wakes often  </w:t>
      </w:r>
      <w:r w:rsidRPr="00795AA2">
        <w:rPr>
          <w:rFonts w:ascii="Segoe UI Symbol" w:hAnsi="Segoe UI Symbol" w:cs="Segoe UI Symbol"/>
        </w:rPr>
        <w:t>☐</w:t>
      </w:r>
      <w:r>
        <w:t xml:space="preserve"> Restless  </w:t>
      </w:r>
      <w:r w:rsidRPr="00795AA2">
        <w:rPr>
          <w:rFonts w:ascii="Segoe UI Symbol" w:hAnsi="Segoe UI Symbol" w:cs="Segoe UI Symbol"/>
        </w:rPr>
        <w:t>☐</w:t>
      </w:r>
      <w:r>
        <w:t xml:space="preserve"> Snores  </w:t>
      </w:r>
      <w:r w:rsidRPr="00795AA2">
        <w:rPr>
          <w:rFonts w:ascii="Segoe UI Symbol" w:hAnsi="Segoe UI Symbol" w:cs="Segoe UI Symbol"/>
        </w:rPr>
        <w:t>☐</w:t>
      </w:r>
      <w:r>
        <w:t xml:space="preserve"> Other: __________</w:t>
      </w:r>
      <w:r w:rsidR="00D93DD0" w:rsidRPr="00795AA2">
        <w:rPr>
          <w:u w:val="single"/>
        </w:rPr>
        <w:tab/>
      </w:r>
    </w:p>
    <w:p w14:paraId="02966A57" w14:textId="77777777" w:rsidR="006F1C7B" w:rsidRDefault="00000000" w:rsidP="00795AA2">
      <w:pPr>
        <w:spacing w:after="40" w:line="240" w:lineRule="auto"/>
      </w:pPr>
      <w:r>
        <w:t xml:space="preserve">Preferred sleep position:  </w:t>
      </w:r>
      <w:r w:rsidRPr="00795AA2">
        <w:rPr>
          <w:rFonts w:ascii="Segoe UI Symbol" w:hAnsi="Segoe UI Symbol" w:cs="Segoe UI Symbol"/>
        </w:rPr>
        <w:t>☐</w:t>
      </w:r>
      <w:r>
        <w:t xml:space="preserve"> Back  </w:t>
      </w:r>
      <w:r w:rsidRPr="00795AA2">
        <w:rPr>
          <w:rFonts w:ascii="Segoe UI Symbol" w:hAnsi="Segoe UI Symbol" w:cs="Segoe UI Symbol"/>
        </w:rPr>
        <w:t>☐</w:t>
      </w:r>
      <w:r>
        <w:t xml:space="preserve"> Side  </w:t>
      </w:r>
      <w:r w:rsidRPr="00795AA2">
        <w:rPr>
          <w:rFonts w:ascii="Segoe UI Symbol" w:hAnsi="Segoe UI Symbol" w:cs="Segoe UI Symbol"/>
        </w:rPr>
        <w:t>☐</w:t>
      </w:r>
      <w:r>
        <w:t xml:space="preserve"> Stomach  </w:t>
      </w:r>
      <w:r w:rsidRPr="00795AA2">
        <w:rPr>
          <w:rFonts w:ascii="Segoe UI Symbol" w:hAnsi="Segoe UI Symbol" w:cs="Segoe UI Symbol"/>
        </w:rPr>
        <w:t>☐</w:t>
      </w:r>
      <w:r>
        <w:t xml:space="preserve"> Changes frequently</w:t>
      </w:r>
    </w:p>
    <w:p w14:paraId="5F7A3A49" w14:textId="77777777" w:rsidR="006F1C7B" w:rsidRDefault="00000000" w:rsidP="00795AA2">
      <w:pPr>
        <w:spacing w:after="40" w:line="240" w:lineRule="auto"/>
      </w:pPr>
      <w:r>
        <w:t xml:space="preserve">Does your child seem rested during the day?  </w:t>
      </w:r>
      <w:r w:rsidRPr="00795AA2">
        <w:rPr>
          <w:rFonts w:ascii="Segoe UI Symbol" w:hAnsi="Segoe UI Symbol" w:cs="Segoe UI Symbol"/>
        </w:rPr>
        <w:t>☐</w:t>
      </w:r>
      <w:r>
        <w:t xml:space="preserve"> Yes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Sometimes</w:t>
      </w:r>
    </w:p>
    <w:p w14:paraId="6F1AE294" w14:textId="77777777" w:rsidR="006F1C7B" w:rsidRDefault="00000000">
      <w:pPr>
        <w:spacing w:before="100" w:after="40"/>
      </w:pPr>
      <w:r>
        <w:rPr>
          <w:rFonts w:ascii="Georgia" w:hAnsi="Georgia"/>
          <w:b/>
          <w:sz w:val="21"/>
        </w:rPr>
        <w:t>ACTIVITY, SPORTS &amp; PHYSICAL DEVELOPMENT</w:t>
      </w:r>
    </w:p>
    <w:p w14:paraId="7573335C" w14:textId="77777777" w:rsidR="006F1C7B" w:rsidRDefault="00000000" w:rsidP="00795AA2">
      <w:pPr>
        <w:spacing w:after="40" w:line="240" w:lineRule="auto"/>
      </w:pPr>
      <w:r>
        <w:t xml:space="preserve">Does your child participate in sports or regular physical activities?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w:t>
      </w:r>
    </w:p>
    <w:p w14:paraId="5F864A54" w14:textId="428B6662" w:rsidR="006F1C7B" w:rsidRPr="00D93DD0" w:rsidRDefault="00000000">
      <w:pPr>
        <w:spacing w:after="40" w:line="240" w:lineRule="auto"/>
        <w:rPr>
          <w:u w:val="single"/>
        </w:rPr>
      </w:pPr>
      <w:r>
        <w:t>Activities/sports: ___________________________________________________________________________________</w:t>
      </w:r>
      <w:r w:rsidR="00D93DD0">
        <w:rPr>
          <w:u w:val="single"/>
        </w:rPr>
        <w:tab/>
      </w:r>
      <w:r w:rsidR="00D93DD0">
        <w:rPr>
          <w:u w:val="single"/>
        </w:rPr>
        <w:tab/>
      </w:r>
    </w:p>
    <w:p w14:paraId="3DDE66BC" w14:textId="751D2BCF" w:rsidR="006F1C7B" w:rsidRDefault="00000000" w:rsidP="00795AA2">
      <w:pPr>
        <w:spacing w:after="40" w:line="240" w:lineRule="auto"/>
      </w:pPr>
      <w:r>
        <w:t xml:space="preserve">How often? __________________________ </w:t>
      </w:r>
      <w:r w:rsidR="00D93DD0">
        <w:t xml:space="preserve"> </w:t>
      </w:r>
      <w:r>
        <w:t xml:space="preserve"> Competitive?</w:t>
      </w:r>
      <w:r w:rsidR="00D93DD0">
        <w:t xml:space="preserve"> </w:t>
      </w:r>
      <w:r>
        <w:t xml:space="preserve"> </w:t>
      </w:r>
      <w:r w:rsidRPr="00795AA2">
        <w:rPr>
          <w:rFonts w:ascii="Segoe UI Symbol" w:hAnsi="Segoe UI Symbol" w:cs="Segoe UI Symbol"/>
        </w:rPr>
        <w:t>☐</w:t>
      </w:r>
      <w:r>
        <w:t xml:space="preserve"> No </w:t>
      </w:r>
      <w:r w:rsidR="00D93DD0">
        <w:t xml:space="preserve"> </w:t>
      </w:r>
      <w:r w:rsidRPr="00795AA2">
        <w:rPr>
          <w:rFonts w:ascii="Segoe UI Symbol" w:hAnsi="Segoe UI Symbol" w:cs="Segoe UI Symbol"/>
        </w:rPr>
        <w:t>☐</w:t>
      </w:r>
      <w:r>
        <w:t xml:space="preserve"> Yes</w:t>
      </w:r>
    </w:p>
    <w:p w14:paraId="18181B8E" w14:textId="78E38B99" w:rsidR="006F1C7B" w:rsidRPr="00795AA2" w:rsidRDefault="00000000" w:rsidP="00795AA2">
      <w:pPr>
        <w:spacing w:after="40" w:line="240" w:lineRule="auto"/>
        <w:rPr>
          <w:u w:val="single"/>
        </w:rPr>
      </w:pPr>
      <w:r>
        <w:t xml:space="preserve">Any current or previous sports injuries?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Explain: ________________________________________</w:t>
      </w:r>
      <w:r w:rsidR="00D93DD0" w:rsidRPr="00795AA2">
        <w:rPr>
          <w:u w:val="single"/>
        </w:rPr>
        <w:tab/>
      </w:r>
    </w:p>
    <w:p w14:paraId="6FE5E795" w14:textId="4C6F7028" w:rsidR="006F1C7B" w:rsidRPr="00795AA2" w:rsidRDefault="00000000" w:rsidP="00795AA2">
      <w:pPr>
        <w:spacing w:after="40" w:line="240" w:lineRule="auto"/>
        <w:rPr>
          <w:u w:val="single"/>
        </w:rPr>
      </w:pPr>
      <w:r>
        <w:t xml:space="preserve">Any activity your child avoids because of pain, weakness, or discomfort?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Explain: ___________</w:t>
      </w:r>
      <w:r w:rsidR="00D93DD0" w:rsidRPr="00795AA2">
        <w:rPr>
          <w:u w:val="single"/>
        </w:rPr>
        <w:tab/>
      </w:r>
    </w:p>
    <w:p w14:paraId="61F22687" w14:textId="27FF09E1" w:rsidR="006F1C7B" w:rsidRPr="00D93DD0" w:rsidRDefault="00000000">
      <w:pPr>
        <w:spacing w:after="40" w:line="240" w:lineRule="auto"/>
        <w:rPr>
          <w:u w:val="single"/>
        </w:rPr>
      </w:pPr>
      <w:r>
        <w:t>______________________________________________________________________________________________________</w:t>
      </w:r>
      <w:r w:rsidR="00D93DD0">
        <w:rPr>
          <w:u w:val="single"/>
        </w:rPr>
        <w:tab/>
      </w:r>
      <w:r w:rsidR="00D93DD0">
        <w:rPr>
          <w:u w:val="single"/>
        </w:rPr>
        <w:tab/>
      </w:r>
      <w:r w:rsidR="00D93DD0">
        <w:rPr>
          <w:u w:val="single"/>
        </w:rPr>
        <w:tab/>
      </w:r>
    </w:p>
    <w:p w14:paraId="174B562C" w14:textId="2075B42A" w:rsidR="00D4597E" w:rsidRDefault="00D4597E" w:rsidP="00795AA2">
      <w:pPr>
        <w:spacing w:after="40" w:line="240" w:lineRule="auto"/>
      </w:pPr>
      <w:r>
        <w:t>Has your child started menstr</w:t>
      </w:r>
      <w:r w:rsidR="00D93DD0">
        <w:t>u</w:t>
      </w:r>
      <w:r>
        <w:t xml:space="preserve">ating ?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age of first period: _______ Any concerns?_________________</w:t>
      </w:r>
    </w:p>
    <w:p w14:paraId="21BCFC5C" w14:textId="77777777" w:rsidR="006F1C7B" w:rsidRDefault="00000000">
      <w:pPr>
        <w:spacing w:before="100" w:after="40"/>
      </w:pPr>
      <w:r>
        <w:rPr>
          <w:rFonts w:ascii="Georgia" w:hAnsi="Georgia"/>
          <w:b/>
          <w:sz w:val="21"/>
        </w:rPr>
        <w:lastRenderedPageBreak/>
        <w:t>DIGESTION, NUTRITION &amp; BATHROOM HABITS</w:t>
      </w:r>
    </w:p>
    <w:p w14:paraId="6A2A1DCD" w14:textId="77777777" w:rsidR="006F1C7B" w:rsidRDefault="00000000" w:rsidP="00795AA2">
      <w:pPr>
        <w:spacing w:after="40" w:line="240" w:lineRule="auto"/>
      </w:pPr>
      <w:r>
        <w:t xml:space="preserve">Any concerns with appetite, digestion, constipation, diarrhea, or abdominal discomfort?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w:t>
      </w:r>
    </w:p>
    <w:p w14:paraId="6CC62D24" w14:textId="744362A7" w:rsidR="006F1C7B" w:rsidRPr="00022D3F" w:rsidRDefault="00000000">
      <w:pPr>
        <w:spacing w:after="40" w:line="240" w:lineRule="auto"/>
        <w:rPr>
          <w:u w:val="single"/>
        </w:rPr>
      </w:pPr>
      <w:r>
        <w:t>Explain: _____________________________________________________________________________________________</w:t>
      </w:r>
      <w:r w:rsidR="00022D3F">
        <w:rPr>
          <w:u w:val="single"/>
        </w:rPr>
        <w:tab/>
      </w:r>
      <w:r w:rsidR="00022D3F">
        <w:rPr>
          <w:u w:val="single"/>
        </w:rPr>
        <w:tab/>
      </w:r>
    </w:p>
    <w:p w14:paraId="09BEBEF5" w14:textId="77777777" w:rsidR="006F1C7B" w:rsidRDefault="00000000">
      <w:pPr>
        <w:spacing w:after="40" w:line="240" w:lineRule="auto"/>
      </w:pPr>
      <w:r>
        <w:t>Typical bowel movement frequency: __________________________</w:t>
      </w:r>
    </w:p>
    <w:p w14:paraId="75B080A9" w14:textId="42EFE710" w:rsidR="006F1C7B" w:rsidRPr="00795AA2" w:rsidRDefault="00000000" w:rsidP="00795AA2">
      <w:pPr>
        <w:spacing w:after="40" w:line="240" w:lineRule="auto"/>
        <w:rPr>
          <w:u w:val="single"/>
        </w:rPr>
      </w:pPr>
      <w:r>
        <w:t xml:space="preserve">Food allergies/intolerances: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List: __________________________________________________________</w:t>
      </w:r>
      <w:r w:rsidR="00022D3F" w:rsidRPr="00795AA2">
        <w:rPr>
          <w:u w:val="single"/>
        </w:rPr>
        <w:tab/>
      </w:r>
      <w:r w:rsidR="00022D3F" w:rsidRPr="00795AA2">
        <w:rPr>
          <w:u w:val="single"/>
        </w:rPr>
        <w:tab/>
      </w:r>
    </w:p>
    <w:p w14:paraId="0F44D46D" w14:textId="37E87ABB" w:rsidR="006F1C7B" w:rsidRPr="00022D3F" w:rsidRDefault="00000000">
      <w:pPr>
        <w:spacing w:after="40" w:line="240" w:lineRule="auto"/>
        <w:rPr>
          <w:u w:val="single"/>
        </w:rPr>
      </w:pPr>
      <w:r>
        <w:t>Any foods your child avoids or has difficulty eating? ____________________________________________________</w:t>
      </w:r>
      <w:r w:rsidR="00022D3F">
        <w:rPr>
          <w:u w:val="single"/>
        </w:rPr>
        <w:tab/>
      </w:r>
      <w:r w:rsidR="00022D3F">
        <w:rPr>
          <w:u w:val="single"/>
        </w:rPr>
        <w:tab/>
      </w:r>
    </w:p>
    <w:p w14:paraId="5E9604FB" w14:textId="77777777" w:rsidR="006F1C7B" w:rsidRDefault="00000000">
      <w:pPr>
        <w:spacing w:before="100" w:after="40"/>
      </w:pPr>
      <w:r>
        <w:rPr>
          <w:rFonts w:ascii="Georgia" w:hAnsi="Georgia"/>
          <w:b/>
          <w:sz w:val="21"/>
        </w:rPr>
        <w:t>FAMILY HISTORY</w:t>
      </w:r>
    </w:p>
    <w:p w14:paraId="07FE1F59" w14:textId="77777777" w:rsidR="00B75FF2" w:rsidRDefault="00000000">
      <w:pPr>
        <w:spacing w:after="40" w:line="240" w:lineRule="auto"/>
      </w:pPr>
      <w:r>
        <w:t xml:space="preserve">Are there family members with any significant health conditions that may be important for us to know? </w:t>
      </w:r>
    </w:p>
    <w:p w14:paraId="3C49F18B" w14:textId="05D2EDEC" w:rsidR="006F1C7B" w:rsidRDefault="00000000" w:rsidP="00795AA2">
      <w:pPr>
        <w:spacing w:after="40" w:line="240" w:lineRule="auto"/>
      </w:pPr>
      <w:r w:rsidRPr="00795AA2">
        <w:rPr>
          <w:rFonts w:ascii="Segoe UI Symbol" w:hAnsi="Segoe UI Symbol" w:cs="Segoe UI Symbol"/>
        </w:rPr>
        <w:t>☐</w:t>
      </w:r>
      <w:r>
        <w:t xml:space="preserve"> No </w:t>
      </w:r>
      <w:r w:rsidRPr="00795AA2">
        <w:rPr>
          <w:rFonts w:ascii="Segoe UI Symbol" w:hAnsi="Segoe UI Symbol" w:cs="Segoe UI Symbol"/>
        </w:rPr>
        <w:t>☐</w:t>
      </w:r>
      <w:r>
        <w:t xml:space="preserve"> Yes</w:t>
      </w:r>
    </w:p>
    <w:p w14:paraId="7BC42B99" w14:textId="2115EB76" w:rsidR="006F1C7B" w:rsidRPr="00022D3F" w:rsidRDefault="00000000">
      <w:pPr>
        <w:spacing w:after="40" w:line="240" w:lineRule="auto"/>
        <w:rPr>
          <w:u w:val="single"/>
        </w:rPr>
      </w:pPr>
      <w:r>
        <w:t>______________________________________________________________________________________________________</w:t>
      </w:r>
      <w:r w:rsidR="00022D3F">
        <w:rPr>
          <w:u w:val="single"/>
        </w:rPr>
        <w:tab/>
      </w:r>
      <w:r w:rsidR="00022D3F">
        <w:rPr>
          <w:u w:val="single"/>
        </w:rPr>
        <w:tab/>
      </w:r>
      <w:r w:rsidR="00022D3F">
        <w:rPr>
          <w:u w:val="single"/>
        </w:rPr>
        <w:tab/>
      </w:r>
    </w:p>
    <w:p w14:paraId="2FC97F13" w14:textId="3B540378" w:rsidR="006F1C7B" w:rsidRPr="00022D3F" w:rsidRDefault="00000000">
      <w:pPr>
        <w:spacing w:after="40" w:line="240" w:lineRule="auto"/>
        <w:rPr>
          <w:u w:val="single"/>
        </w:rPr>
      </w:pPr>
      <w:r>
        <w:t>______________________________________________________________________________________________________</w:t>
      </w:r>
      <w:r w:rsidR="00022D3F">
        <w:rPr>
          <w:u w:val="single"/>
        </w:rPr>
        <w:tab/>
      </w:r>
      <w:r w:rsidR="00022D3F">
        <w:rPr>
          <w:u w:val="single"/>
        </w:rPr>
        <w:tab/>
      </w:r>
      <w:r w:rsidR="00022D3F">
        <w:rPr>
          <w:u w:val="single"/>
        </w:rPr>
        <w:tab/>
      </w:r>
    </w:p>
    <w:p w14:paraId="601CC45B" w14:textId="77777777" w:rsidR="006F1C7B" w:rsidRDefault="00000000">
      <w:pPr>
        <w:spacing w:before="100" w:after="40"/>
      </w:pPr>
      <w:r>
        <w:rPr>
          <w:rFonts w:ascii="Georgia" w:hAnsi="Georgia"/>
          <w:b/>
          <w:sz w:val="21"/>
        </w:rPr>
        <w:t>VACCINATION &amp; PREVENTIVE CARE</w:t>
      </w:r>
    </w:p>
    <w:p w14:paraId="4AA5C9B3" w14:textId="77777777" w:rsidR="006F1C7B" w:rsidRDefault="00000000" w:rsidP="00795AA2">
      <w:pPr>
        <w:spacing w:after="40" w:line="240" w:lineRule="auto"/>
      </w:pPr>
      <w:r>
        <w:t xml:space="preserve">Is your child's vaccination history up to date?  </w:t>
      </w:r>
      <w:r w:rsidRPr="00795AA2">
        <w:rPr>
          <w:rFonts w:ascii="Segoe UI Symbol" w:hAnsi="Segoe UI Symbol" w:cs="Segoe UI Symbol"/>
        </w:rPr>
        <w:t>☐</w:t>
      </w:r>
      <w:r>
        <w:t xml:space="preserve"> Yes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Unsure</w:t>
      </w:r>
    </w:p>
    <w:p w14:paraId="5537AE6B" w14:textId="04EE7F23" w:rsidR="006F1C7B" w:rsidRPr="00795AA2" w:rsidRDefault="00000000" w:rsidP="00795AA2">
      <w:pPr>
        <w:spacing w:after="40" w:line="240" w:lineRule="auto"/>
        <w:rPr>
          <w:u w:val="single"/>
        </w:rPr>
      </w:pPr>
      <w:r>
        <w:t xml:space="preserve">Any reactions or concerns related to vaccinations?  </w:t>
      </w:r>
      <w:r w:rsidRPr="00795AA2">
        <w:rPr>
          <w:rFonts w:ascii="Segoe UI Symbol" w:hAnsi="Segoe UI Symbol" w:cs="Segoe UI Symbol"/>
        </w:rPr>
        <w:t>☐</w:t>
      </w:r>
      <w:r>
        <w:t xml:space="preserve"> No  </w:t>
      </w:r>
      <w:r w:rsidRPr="00795AA2">
        <w:rPr>
          <w:rFonts w:ascii="Segoe UI Symbol" w:hAnsi="Segoe UI Symbol" w:cs="Segoe UI Symbol"/>
        </w:rPr>
        <w:t>☐</w:t>
      </w:r>
      <w:r>
        <w:t xml:space="preserve"> Yes  Explain: _________________________________</w:t>
      </w:r>
      <w:r w:rsidR="00022D3F" w:rsidRPr="00795AA2">
        <w:rPr>
          <w:u w:val="single"/>
        </w:rPr>
        <w:tab/>
      </w:r>
    </w:p>
    <w:p w14:paraId="542B2945" w14:textId="4C900E99" w:rsidR="006F1C7B" w:rsidRPr="00022D3F" w:rsidRDefault="00000000">
      <w:pPr>
        <w:spacing w:after="40" w:line="240" w:lineRule="auto"/>
        <w:rPr>
          <w:u w:val="single"/>
        </w:rPr>
      </w:pPr>
      <w:r>
        <w:t>Other preventive or specialty providers your child sees: _________________________________________________</w:t>
      </w:r>
      <w:r w:rsidR="00022D3F">
        <w:rPr>
          <w:u w:val="single"/>
        </w:rPr>
        <w:tab/>
      </w:r>
    </w:p>
    <w:p w14:paraId="6A1AF785" w14:textId="5E949988" w:rsidR="006F1C7B" w:rsidRDefault="00000000" w:rsidP="00F51C6C">
      <w:pPr>
        <w:spacing w:before="120"/>
      </w:pPr>
      <w:r>
        <w:rPr>
          <w:rFonts w:ascii="Georgia" w:hAnsi="Georgia"/>
          <w:b/>
          <w:sz w:val="21"/>
        </w:rPr>
        <w:t>ANYTHING ELSE WE SHOULD KNOW?</w:t>
      </w:r>
      <w:r w:rsidR="00B75FF2">
        <w:t xml:space="preserve"> </w:t>
      </w:r>
      <w:r>
        <w:t>Please share anything about your child's health, development, personality, routines, or concerns that you feel</w:t>
      </w:r>
      <w:r w:rsidR="00B75FF2">
        <w:t xml:space="preserve"> </w:t>
      </w:r>
      <w:r>
        <w:t>would be helpful for the doctor to know:</w:t>
      </w:r>
      <w:r w:rsidR="00B75FF2">
        <w:t xml:space="preserve"> </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968747" w14:textId="77777777" w:rsidR="006F1C7B" w:rsidRDefault="00000000">
      <w:pPr>
        <w:spacing w:before="100" w:after="40"/>
      </w:pPr>
      <w:r>
        <w:rPr>
          <w:rFonts w:ascii="Georgia" w:hAnsi="Georgia"/>
          <w:b/>
          <w:sz w:val="21"/>
        </w:rPr>
        <w:t>PARENT/GUARDIAN AUTHORIZATION FOR CARE OF MINOR</w:t>
      </w:r>
    </w:p>
    <w:p w14:paraId="54D08017" w14:textId="77777777" w:rsidR="006F1C7B" w:rsidRDefault="00000000">
      <w:pPr>
        <w:spacing w:after="80"/>
      </w:pPr>
      <w:r>
        <w:t>I hereby authorize this office and its Doctors to administer chiropractic care to my child as they deem necessary. I understand that I am personally responsible for payment of all fees charged by this office.</w:t>
      </w:r>
    </w:p>
    <w:p w14:paraId="5DCECF44" w14:textId="64DFF3EF" w:rsidR="006F1C7B" w:rsidRPr="00022D3F" w:rsidRDefault="00000000">
      <w:pPr>
        <w:spacing w:after="40" w:line="240" w:lineRule="auto"/>
        <w:rPr>
          <w:u w:val="single"/>
        </w:rPr>
      </w:pPr>
      <w:r>
        <w:t>Insurance Company: ________________________________________</w:t>
      </w:r>
      <w:r w:rsidR="00022D3F">
        <w:rPr>
          <w:u w:val="single"/>
        </w:rPr>
        <w:tab/>
      </w:r>
      <w:r>
        <w:t>__  Policy #: ______________________________</w:t>
      </w:r>
      <w:r w:rsidR="00022D3F">
        <w:rPr>
          <w:u w:val="single"/>
        </w:rPr>
        <w:tab/>
      </w:r>
    </w:p>
    <w:p w14:paraId="61F24688" w14:textId="1CC058D7" w:rsidR="006F1C7B" w:rsidRPr="00022D3F" w:rsidRDefault="00000000">
      <w:pPr>
        <w:spacing w:after="40" w:line="240" w:lineRule="auto"/>
        <w:rPr>
          <w:u w:val="single"/>
        </w:rPr>
      </w:pPr>
      <w:r>
        <w:t>Parent/Guardian Name: _________________________________________________________________________________</w:t>
      </w:r>
      <w:r w:rsidR="00022D3F">
        <w:rPr>
          <w:u w:val="single"/>
        </w:rPr>
        <w:tab/>
      </w:r>
      <w:r w:rsidR="00022D3F">
        <w:rPr>
          <w:u w:val="single"/>
        </w:rPr>
        <w:tab/>
      </w:r>
    </w:p>
    <w:p w14:paraId="2688BFA7" w14:textId="3502C406" w:rsidR="006F1C7B" w:rsidRDefault="00000000">
      <w:pPr>
        <w:spacing w:after="40" w:line="240" w:lineRule="auto"/>
      </w:pPr>
      <w:r>
        <w:t>Signature: _________________________________________________</w:t>
      </w:r>
      <w:r w:rsidR="00022D3F">
        <w:rPr>
          <w:u w:val="single"/>
        </w:rPr>
        <w:tab/>
      </w:r>
      <w:r w:rsidR="00022D3F">
        <w:rPr>
          <w:u w:val="single"/>
        </w:rPr>
        <w:tab/>
      </w:r>
      <w:r w:rsidR="00526F0C">
        <w:rPr>
          <w:u w:val="single"/>
        </w:rPr>
        <w:t xml:space="preserve">     </w:t>
      </w:r>
      <w:r w:rsidR="00022D3F">
        <w:rPr>
          <w:u w:val="single"/>
        </w:rPr>
        <w:tab/>
      </w:r>
      <w:r>
        <w:t xml:space="preserve">_  </w:t>
      </w:r>
      <w:r w:rsidR="00526F0C">
        <w:t xml:space="preserve">        </w:t>
      </w:r>
      <w:r>
        <w:t>Date: ____/____/______</w:t>
      </w:r>
    </w:p>
    <w:p w14:paraId="672D20E3" w14:textId="36BEDD81" w:rsidR="006F1C7B" w:rsidRPr="00526F0C" w:rsidRDefault="00000000">
      <w:pPr>
        <w:spacing w:after="40" w:line="240" w:lineRule="auto"/>
        <w:rPr>
          <w:u w:val="single"/>
        </w:rPr>
      </w:pPr>
      <w:r>
        <w:t>Witnessed: ___________________________________________________________________________________________</w:t>
      </w:r>
      <w:r w:rsidR="00526F0C">
        <w:rPr>
          <w:u w:val="single"/>
        </w:rPr>
        <w:tab/>
      </w:r>
      <w:r w:rsidR="00526F0C">
        <w:rPr>
          <w:u w:val="single"/>
        </w:rPr>
        <w:tab/>
      </w:r>
    </w:p>
    <w:p w14:paraId="49539FA6" w14:textId="549A7D16" w:rsidR="006F1C7B" w:rsidRDefault="00000000" w:rsidP="003F75F1">
      <w:pPr>
        <w:spacing w:before="240" w:after="0"/>
      </w:pPr>
      <w:r>
        <w:rPr>
          <w:rFonts w:ascii="Georgia" w:hAnsi="Georgia"/>
          <w:b/>
          <w:sz w:val="21"/>
        </w:rPr>
        <w:t>INFORMED CONSENT</w:t>
      </w:r>
    </w:p>
    <w:p w14:paraId="28206E76" w14:textId="77777777" w:rsidR="006F1C7B" w:rsidRDefault="00000000">
      <w:pPr>
        <w:spacing w:after="60" w:line="240" w:lineRule="auto"/>
      </w:pPr>
      <w:r>
        <w:t>We encourage and support a shared decision-making process regarding your child's health needs. You have the right to be informed about the condition of your child's health and the recommended care or treatment so that you can make an informed decision.</w:t>
      </w:r>
    </w:p>
    <w:p w14:paraId="7F3A5F75" w14:textId="77777777" w:rsidR="006F1C7B" w:rsidRDefault="00000000">
      <w:pPr>
        <w:spacing w:after="60" w:line="240" w:lineRule="auto"/>
      </w:pPr>
      <w:r>
        <w:t>A chiropractic examination may include spinal and physical examination, orthopedic and neurological testing, palpation, specialized instrumentation, and referral for further imaging and/or laboratory testing when indicated. Chiropractic adjustments may be delivered by hand, instrument, or other specialized equipment. Physiotherapy or rehabilitative procedures may also be included in the management protocol.</w:t>
      </w:r>
    </w:p>
    <w:p w14:paraId="7D6D0D5A" w14:textId="77777777" w:rsidR="006F1C7B" w:rsidRDefault="00000000">
      <w:pPr>
        <w:spacing w:after="60" w:line="240" w:lineRule="auto"/>
      </w:pPr>
      <w:r>
        <w:t>Among other things, chiropractic care may reduce pain, increase mobility, and improve quality of life. Acceptance of treatment does not imply a guarantee of results. Risks associated with some chiropractic treatment may include soreness, musculoskeletal sprain/strain, and fracture. Other procedures may have additional risks, which will be discussed as appropriate.</w:t>
      </w:r>
    </w:p>
    <w:p w14:paraId="5BA62DA7" w14:textId="77777777" w:rsidR="006F1C7B" w:rsidRDefault="00000000">
      <w:pPr>
        <w:spacing w:after="60" w:line="240" w:lineRule="auto"/>
      </w:pPr>
      <w:r>
        <w:t>I have been informed of the nature and purpose of chiropractic care, the possible consequences of care, and the risks and limitations of care, including the possibility that care may not accomplish the desired objective. I understand that no guarantees have been made concerning results. I have had the opportunity to ask questions and authorize the doctors of Broadneck Family Chiropractic to proceed with chiropractic care and treatment for my child.</w:t>
      </w:r>
    </w:p>
    <w:p w14:paraId="11325888" w14:textId="1F3BD482" w:rsidR="006F1C7B" w:rsidRDefault="00000000">
      <w:pPr>
        <w:spacing w:after="40" w:line="240" w:lineRule="auto"/>
      </w:pPr>
      <w:r>
        <w:t>Parent/Guardian Signature: _____________________________________________</w:t>
      </w:r>
      <w:r w:rsidR="00526F0C">
        <w:rPr>
          <w:u w:val="single"/>
        </w:rPr>
        <w:tab/>
      </w:r>
      <w:r w:rsidR="00526F0C">
        <w:rPr>
          <w:u w:val="single"/>
        </w:rPr>
        <w:tab/>
      </w:r>
      <w:r>
        <w:t xml:space="preserve">_  </w:t>
      </w:r>
      <w:r w:rsidR="00526F0C">
        <w:t xml:space="preserve">     </w:t>
      </w:r>
      <w:r>
        <w:t>Date: ____/____/______</w:t>
      </w:r>
    </w:p>
    <w:sectPr w:rsidR="006F1C7B" w:rsidSect="00B75FF2">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8A3ED" w14:textId="77777777" w:rsidR="002F45CD" w:rsidRDefault="002F45CD">
      <w:pPr>
        <w:spacing w:after="0" w:line="240" w:lineRule="auto"/>
      </w:pPr>
      <w:r>
        <w:separator/>
      </w:r>
    </w:p>
  </w:endnote>
  <w:endnote w:type="continuationSeparator" w:id="0">
    <w:p w14:paraId="186DD142" w14:textId="77777777" w:rsidR="002F45CD" w:rsidRDefault="002F4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D37B4" w14:textId="49A72476" w:rsidR="006F1C7B" w:rsidRDefault="00000000">
    <w:pPr>
      <w:pStyle w:val="Footer"/>
      <w:jc w:val="center"/>
    </w:pPr>
    <w:r>
      <w:rPr>
        <w:sz w:val="16"/>
      </w:rPr>
      <w:t xml:space="preserve">Broadneck Family Chiropractic • </w:t>
    </w:r>
    <w:r w:rsidR="00D1760B">
      <w:rPr>
        <w:sz w:val="16"/>
      </w:rPr>
      <w:t>Adolescent</w:t>
    </w:r>
    <w:r>
      <w:rPr>
        <w:sz w:val="16"/>
      </w:rPr>
      <w:t xml:space="preserve"> Intake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37FC2" w14:textId="77777777" w:rsidR="002F45CD" w:rsidRDefault="002F45CD">
      <w:pPr>
        <w:spacing w:after="0" w:line="240" w:lineRule="auto"/>
      </w:pPr>
      <w:r>
        <w:separator/>
      </w:r>
    </w:p>
  </w:footnote>
  <w:footnote w:type="continuationSeparator" w:id="0">
    <w:p w14:paraId="125EBE08" w14:textId="77777777" w:rsidR="002F45CD" w:rsidRDefault="002F45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D43F38"/>
    <w:multiLevelType w:val="hybridMultilevel"/>
    <w:tmpl w:val="16868260"/>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82D5651"/>
    <w:multiLevelType w:val="hybridMultilevel"/>
    <w:tmpl w:val="3510FDF4"/>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187E1D"/>
    <w:multiLevelType w:val="hybridMultilevel"/>
    <w:tmpl w:val="5C7C73CE"/>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6C6698"/>
    <w:multiLevelType w:val="hybridMultilevel"/>
    <w:tmpl w:val="33908934"/>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52663C"/>
    <w:multiLevelType w:val="hybridMultilevel"/>
    <w:tmpl w:val="A868480C"/>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43542E"/>
    <w:multiLevelType w:val="hybridMultilevel"/>
    <w:tmpl w:val="511C304A"/>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905FF3"/>
    <w:multiLevelType w:val="hybridMultilevel"/>
    <w:tmpl w:val="77684EFC"/>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0B3D7F"/>
    <w:multiLevelType w:val="hybridMultilevel"/>
    <w:tmpl w:val="C396C878"/>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130D7C"/>
    <w:multiLevelType w:val="hybridMultilevel"/>
    <w:tmpl w:val="E6140FC2"/>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5849FB"/>
    <w:multiLevelType w:val="hybridMultilevel"/>
    <w:tmpl w:val="B358E718"/>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A71412"/>
    <w:multiLevelType w:val="hybridMultilevel"/>
    <w:tmpl w:val="6D886702"/>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36873DB"/>
    <w:multiLevelType w:val="hybridMultilevel"/>
    <w:tmpl w:val="F52886AA"/>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9B2834"/>
    <w:multiLevelType w:val="hybridMultilevel"/>
    <w:tmpl w:val="213C59CC"/>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865EAA"/>
    <w:multiLevelType w:val="hybridMultilevel"/>
    <w:tmpl w:val="BD4C99FC"/>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100F9E"/>
    <w:multiLevelType w:val="hybridMultilevel"/>
    <w:tmpl w:val="9F589F22"/>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D3567A"/>
    <w:multiLevelType w:val="hybridMultilevel"/>
    <w:tmpl w:val="AF1A2756"/>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DE6AEB"/>
    <w:multiLevelType w:val="hybridMultilevel"/>
    <w:tmpl w:val="1DC44EA0"/>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6C22B3"/>
    <w:multiLevelType w:val="hybridMultilevel"/>
    <w:tmpl w:val="E75C5492"/>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904738"/>
    <w:multiLevelType w:val="hybridMultilevel"/>
    <w:tmpl w:val="E75C57DA"/>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634E45"/>
    <w:multiLevelType w:val="hybridMultilevel"/>
    <w:tmpl w:val="DC80C606"/>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0D7332"/>
    <w:multiLevelType w:val="hybridMultilevel"/>
    <w:tmpl w:val="179AE5FC"/>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5F8391F"/>
    <w:multiLevelType w:val="hybridMultilevel"/>
    <w:tmpl w:val="2A3824D0"/>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1D1A89"/>
    <w:multiLevelType w:val="hybridMultilevel"/>
    <w:tmpl w:val="3BBE54D0"/>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A6424D"/>
    <w:multiLevelType w:val="hybridMultilevel"/>
    <w:tmpl w:val="A7C0E124"/>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C64127"/>
    <w:multiLevelType w:val="hybridMultilevel"/>
    <w:tmpl w:val="5454A5E8"/>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1B27E6"/>
    <w:multiLevelType w:val="hybridMultilevel"/>
    <w:tmpl w:val="C7801B9E"/>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170621"/>
    <w:multiLevelType w:val="hybridMultilevel"/>
    <w:tmpl w:val="9F54E216"/>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E41B45"/>
    <w:multiLevelType w:val="hybridMultilevel"/>
    <w:tmpl w:val="D05605D6"/>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C324CE"/>
    <w:multiLevelType w:val="hybridMultilevel"/>
    <w:tmpl w:val="724E9F36"/>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F813A6"/>
    <w:multiLevelType w:val="hybridMultilevel"/>
    <w:tmpl w:val="0F7C75A0"/>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21337F"/>
    <w:multiLevelType w:val="hybridMultilevel"/>
    <w:tmpl w:val="87CAF0EA"/>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A03C64"/>
    <w:multiLevelType w:val="hybridMultilevel"/>
    <w:tmpl w:val="FA344616"/>
    <w:lvl w:ilvl="0" w:tplc="1A5CC2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531541">
    <w:abstractNumId w:val="8"/>
  </w:num>
  <w:num w:numId="2" w16cid:durableId="69893630">
    <w:abstractNumId w:val="6"/>
  </w:num>
  <w:num w:numId="3" w16cid:durableId="376439335">
    <w:abstractNumId w:val="5"/>
  </w:num>
  <w:num w:numId="4" w16cid:durableId="141393460">
    <w:abstractNumId w:val="4"/>
  </w:num>
  <w:num w:numId="5" w16cid:durableId="2000115285">
    <w:abstractNumId w:val="7"/>
  </w:num>
  <w:num w:numId="6" w16cid:durableId="1032222218">
    <w:abstractNumId w:val="3"/>
  </w:num>
  <w:num w:numId="7" w16cid:durableId="187568745">
    <w:abstractNumId w:val="2"/>
  </w:num>
  <w:num w:numId="8" w16cid:durableId="166286650">
    <w:abstractNumId w:val="1"/>
  </w:num>
  <w:num w:numId="9" w16cid:durableId="1824080108">
    <w:abstractNumId w:val="0"/>
  </w:num>
  <w:num w:numId="10" w16cid:durableId="1812207615">
    <w:abstractNumId w:val="32"/>
  </w:num>
  <w:num w:numId="11" w16cid:durableId="1741371155">
    <w:abstractNumId w:val="19"/>
  </w:num>
  <w:num w:numId="12" w16cid:durableId="805245856">
    <w:abstractNumId w:val="11"/>
  </w:num>
  <w:num w:numId="13" w16cid:durableId="1899128887">
    <w:abstractNumId w:val="35"/>
  </w:num>
  <w:num w:numId="14" w16cid:durableId="1279871932">
    <w:abstractNumId w:val="18"/>
  </w:num>
  <w:num w:numId="15" w16cid:durableId="367224352">
    <w:abstractNumId w:val="22"/>
  </w:num>
  <w:num w:numId="16" w16cid:durableId="1654986987">
    <w:abstractNumId w:val="27"/>
  </w:num>
  <w:num w:numId="17" w16cid:durableId="312834824">
    <w:abstractNumId w:val="20"/>
  </w:num>
  <w:num w:numId="18" w16cid:durableId="826942654">
    <w:abstractNumId w:val="30"/>
  </w:num>
  <w:num w:numId="19" w16cid:durableId="15467615">
    <w:abstractNumId w:val="38"/>
  </w:num>
  <w:num w:numId="20" w16cid:durableId="107894258">
    <w:abstractNumId w:val="39"/>
  </w:num>
  <w:num w:numId="21" w16cid:durableId="1043604262">
    <w:abstractNumId w:val="17"/>
  </w:num>
  <w:num w:numId="22" w16cid:durableId="2144344337">
    <w:abstractNumId w:val="31"/>
  </w:num>
  <w:num w:numId="23" w16cid:durableId="1985432201">
    <w:abstractNumId w:val="25"/>
  </w:num>
  <w:num w:numId="24" w16cid:durableId="196704378">
    <w:abstractNumId w:val="24"/>
  </w:num>
  <w:num w:numId="25" w16cid:durableId="1862207096">
    <w:abstractNumId w:val="36"/>
  </w:num>
  <w:num w:numId="26" w16cid:durableId="1746294705">
    <w:abstractNumId w:val="40"/>
  </w:num>
  <w:num w:numId="27" w16cid:durableId="1059208980">
    <w:abstractNumId w:val="21"/>
  </w:num>
  <w:num w:numId="28" w16cid:durableId="2092727356">
    <w:abstractNumId w:val="37"/>
  </w:num>
  <w:num w:numId="29" w16cid:durableId="2000233295">
    <w:abstractNumId w:val="34"/>
  </w:num>
  <w:num w:numId="30" w16cid:durableId="1090199891">
    <w:abstractNumId w:val="15"/>
  </w:num>
  <w:num w:numId="31" w16cid:durableId="536814361">
    <w:abstractNumId w:val="16"/>
  </w:num>
  <w:num w:numId="32" w16cid:durableId="983241031">
    <w:abstractNumId w:val="13"/>
  </w:num>
  <w:num w:numId="33" w16cid:durableId="40371805">
    <w:abstractNumId w:val="33"/>
  </w:num>
  <w:num w:numId="34" w16cid:durableId="1977686861">
    <w:abstractNumId w:val="12"/>
  </w:num>
  <w:num w:numId="35" w16cid:durableId="214319913">
    <w:abstractNumId w:val="28"/>
  </w:num>
  <w:num w:numId="36" w16cid:durableId="72046942">
    <w:abstractNumId w:val="29"/>
  </w:num>
  <w:num w:numId="37" w16cid:durableId="1407680221">
    <w:abstractNumId w:val="23"/>
  </w:num>
  <w:num w:numId="38" w16cid:durableId="1553808574">
    <w:abstractNumId w:val="9"/>
  </w:num>
  <w:num w:numId="39" w16cid:durableId="112991174">
    <w:abstractNumId w:val="26"/>
  </w:num>
  <w:num w:numId="40" w16cid:durableId="1148017583">
    <w:abstractNumId w:val="10"/>
  </w:num>
  <w:num w:numId="41" w16cid:durableId="19070614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D3F"/>
    <w:rsid w:val="00034616"/>
    <w:rsid w:val="0006063C"/>
    <w:rsid w:val="0015074B"/>
    <w:rsid w:val="001C407B"/>
    <w:rsid w:val="002576AC"/>
    <w:rsid w:val="0029639D"/>
    <w:rsid w:val="002F45CD"/>
    <w:rsid w:val="00326F90"/>
    <w:rsid w:val="003A534D"/>
    <w:rsid w:val="003C54E8"/>
    <w:rsid w:val="003F75F1"/>
    <w:rsid w:val="004B1983"/>
    <w:rsid w:val="00526F0C"/>
    <w:rsid w:val="006F1C7B"/>
    <w:rsid w:val="00795AA2"/>
    <w:rsid w:val="007971F9"/>
    <w:rsid w:val="007E7EB6"/>
    <w:rsid w:val="008D3AC8"/>
    <w:rsid w:val="00AA1D8D"/>
    <w:rsid w:val="00B47730"/>
    <w:rsid w:val="00B75FF2"/>
    <w:rsid w:val="00BA21A0"/>
    <w:rsid w:val="00BA61B1"/>
    <w:rsid w:val="00BC3EDF"/>
    <w:rsid w:val="00BE7E57"/>
    <w:rsid w:val="00CB0664"/>
    <w:rsid w:val="00D1760B"/>
    <w:rsid w:val="00D310AA"/>
    <w:rsid w:val="00D4597E"/>
    <w:rsid w:val="00D93DD0"/>
    <w:rsid w:val="00E902A5"/>
    <w:rsid w:val="00EE424A"/>
    <w:rsid w:val="00F34E57"/>
    <w:rsid w:val="00F51C6C"/>
    <w:rsid w:val="00FA0438"/>
    <w:rsid w:val="00FA2E3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A13A50"/>
  <w14:defaultImageDpi w14:val="300"/>
  <w15:docId w15:val="{86F8D3E3-CA9C-4A9E-B4DC-74A00115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mbria" w:hAnsi="Cambria"/>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1705</Words>
  <Characters>9720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Jennifer Scanlon</cp:lastModifiedBy>
  <cp:revision>16</cp:revision>
  <cp:lastPrinted>2026-08-11T21:16:00Z</cp:lastPrinted>
  <dcterms:created xsi:type="dcterms:W3CDTF">2026-08-11T21:02:00Z</dcterms:created>
  <dcterms:modified xsi:type="dcterms:W3CDTF">2026-08-18T14:36:00Z</dcterms:modified>
  <cp:category/>
</cp:coreProperties>
</file>