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xmlns:wp14="http://schemas.microsoft.com/office/word/2010/wordml" w:rsidP="04884D5A" w14:paraId="10F66A99" wp14:textId="77777777">
      <w:pPr>
        <w:spacing w:line="216" w:lineRule="auto"/>
        <w:jc w:val="center"/>
        <w:rPr>
          <w:b w:val="1"/>
          <w:bCs w:val="1"/>
          <w:sz w:val="24"/>
          <w:szCs w:val="24"/>
        </w:rPr>
      </w:pPr>
      <w:r w:rsidRPr="04884D5A" w:rsidR="04884D5A">
        <w:rPr>
          <w:b w:val="1"/>
          <w:bCs w:val="1"/>
          <w:sz w:val="24"/>
          <w:szCs w:val="24"/>
        </w:rPr>
        <w:t>RONDEAU BAY WATERFOWLERS ASSOCIATION</w:t>
      </w:r>
      <w:r>
        <w:br/>
      </w:r>
      <w:r w:rsidRPr="04884D5A" w:rsidR="04884D5A">
        <w:rPr>
          <w:b w:val="1"/>
          <w:bCs w:val="1"/>
          <w:sz w:val="24"/>
          <w:szCs w:val="24"/>
        </w:rPr>
        <w:t>MEMBERSHIP FORM</w:t>
      </w:r>
    </w:p>
    <w:p xmlns:wp14="http://schemas.microsoft.com/office/word/2010/wordml" w:rsidP="04884D5A" w14:paraId="375982E9" wp14:textId="77777777">
      <w:pPr>
        <w:spacing w:after="80" w:line="216" w:lineRule="auto"/>
        <w:rPr>
          <w:sz w:val="24"/>
          <w:szCs w:val="24"/>
        </w:rPr>
      </w:pPr>
      <w:r w:rsidRPr="04884D5A" w:rsidR="04884D5A">
        <w:rPr>
          <w:b w:val="1"/>
          <w:bCs w:val="1"/>
          <w:sz w:val="24"/>
          <w:szCs w:val="24"/>
        </w:rPr>
        <w:t xml:space="preserve">Important: </w:t>
      </w:r>
      <w:r w:rsidRPr="04884D5A" w:rsidR="04884D5A">
        <w:rPr>
          <w:sz w:val="24"/>
          <w:szCs w:val="24"/>
        </w:rPr>
        <w:t>You must be a member of the Ontario Federation of Hunters and Anglers (OFAH) to be a member of RBWA. If your OFAH membership expires, your RBWA membership expires concurrently.</w:t>
      </w:r>
    </w:p>
    <w:p xmlns:wp14="http://schemas.microsoft.com/office/word/2010/wordml" w:rsidP="04884D5A" w14:paraId="35631805" wp14:textId="77777777">
      <w:pPr>
        <w:spacing w:after="60" w:line="216" w:lineRule="auto"/>
        <w:rPr>
          <w:b w:val="1"/>
          <w:bCs w:val="1"/>
          <w:sz w:val="24"/>
          <w:szCs w:val="24"/>
        </w:rPr>
      </w:pPr>
      <w:r w:rsidRPr="04884D5A" w:rsidR="04884D5A">
        <w:rPr>
          <w:b w:val="1"/>
          <w:bCs w:val="1"/>
          <w:sz w:val="24"/>
          <w:szCs w:val="24"/>
        </w:rPr>
        <w:t>1. Membership type:   ☐ Renewing member     ☐ New Member</w:t>
      </w:r>
    </w:p>
    <w:p xmlns:wp14="http://schemas.microsoft.com/office/word/2010/wordml" w:rsidP="04884D5A" w14:paraId="6BBC86A3" wp14:textId="77777777">
      <w:pPr>
        <w:spacing w:after="40" w:line="216" w:lineRule="auto"/>
        <w:rPr>
          <w:b w:val="1"/>
          <w:bCs w:val="1"/>
          <w:sz w:val="24"/>
          <w:szCs w:val="24"/>
        </w:rPr>
      </w:pPr>
      <w:r w:rsidRPr="04884D5A" w:rsidR="04884D5A">
        <w:rPr>
          <w:b w:val="1"/>
          <w:bCs w:val="1"/>
          <w:sz w:val="24"/>
          <w:szCs w:val="24"/>
        </w:rPr>
        <w:t>2. Membership package — place an X in the box for your choice:</w:t>
      </w:r>
    </w:p>
    <w:tbl>
      <w:tblPr>
        <w:tblStyle w:val="TableGrid"/>
        <w:tblW w:w="10656" w:type="dxa"/>
        <w:jc w:val="center"/>
        <w:tblLook w:val="04A0" w:firstRow="1" w:lastRow="0" w:firstColumn="1" w:lastColumn="0" w:noHBand="0" w:noVBand="1"/>
      </w:tblPr>
      <w:tblGrid>
        <w:gridCol w:w="5460"/>
        <w:gridCol w:w="1644"/>
        <w:gridCol w:w="3552"/>
      </w:tblGrid>
      <w:tr xmlns:wp14="http://schemas.microsoft.com/office/word/2010/wordml" w:rsidTr="04884D5A" w14:paraId="3E6AC6F4" wp14:textId="77777777">
        <w:tc>
          <w:tcPr>
            <w:tcW w:w="5460" w:type="dxa"/>
            <w:tcMar/>
            <w:vAlign w:val="center"/>
          </w:tcPr>
          <w:p w:rsidP="04884D5A" w14:paraId="51975BC6" wp14:textId="77777777">
            <w:pPr>
              <w:rPr>
                <w:b w:val="1"/>
                <w:bCs w:val="1"/>
                <w:sz w:val="24"/>
                <w:szCs w:val="24"/>
              </w:rPr>
            </w:pPr>
            <w:r w:rsidRPr="04884D5A" w:rsidR="04884D5A">
              <w:rPr>
                <w:b w:val="1"/>
                <w:bCs w:val="1"/>
                <w:sz w:val="24"/>
                <w:szCs w:val="24"/>
              </w:rPr>
              <w:t>Package</w:t>
            </w:r>
          </w:p>
        </w:tc>
        <w:tc>
          <w:tcPr>
            <w:tcW w:w="1644" w:type="dxa"/>
            <w:tcMar/>
            <w:vAlign w:val="center"/>
          </w:tcPr>
          <w:p w:rsidP="04884D5A" w14:paraId="7BD80BA2" wp14:textId="77777777">
            <w:pPr>
              <w:rPr>
                <w:b w:val="1"/>
                <w:bCs w:val="1"/>
                <w:sz w:val="24"/>
                <w:szCs w:val="24"/>
              </w:rPr>
            </w:pPr>
            <w:r w:rsidRPr="04884D5A" w:rsidR="04884D5A">
              <w:rPr>
                <w:b w:val="1"/>
                <w:bCs w:val="1"/>
                <w:sz w:val="24"/>
                <w:szCs w:val="24"/>
              </w:rPr>
              <w:t>Price</w:t>
            </w:r>
          </w:p>
        </w:tc>
        <w:tc>
          <w:tcPr>
            <w:tcW w:w="3552" w:type="dxa"/>
            <w:tcMar/>
            <w:vAlign w:val="center"/>
          </w:tcPr>
          <w:p w:rsidP="04884D5A" w14:paraId="33096EF0" wp14:textId="77777777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RPr="04884D5A" w:rsidR="04884D5A">
              <w:rPr>
                <w:b w:val="1"/>
                <w:bCs w:val="1"/>
                <w:sz w:val="24"/>
                <w:szCs w:val="24"/>
              </w:rPr>
              <w:t>X</w:t>
            </w:r>
          </w:p>
        </w:tc>
      </w:tr>
      <w:tr xmlns:wp14="http://schemas.microsoft.com/office/word/2010/wordml" w:rsidTr="04884D5A" w14:paraId="1DD8C343" wp14:textId="77777777">
        <w:tc>
          <w:tcPr>
            <w:tcW w:w="5460" w:type="dxa"/>
            <w:tcMar/>
            <w:vAlign w:val="center"/>
          </w:tcPr>
          <w:p w:rsidP="04884D5A" w14:paraId="4E37D3BE" wp14:textId="77777777">
            <w:pPr>
              <w:rPr>
                <w:sz w:val="20"/>
                <w:szCs w:val="20"/>
              </w:rPr>
            </w:pPr>
            <w:r w:rsidRPr="04884D5A" w:rsidR="04884D5A">
              <w:rPr>
                <w:sz w:val="20"/>
                <w:szCs w:val="20"/>
              </w:rPr>
              <w:t>RBWA + OFAH Family with magazine</w:t>
            </w:r>
            <w:r>
              <w:br/>
            </w:r>
            <w:r w:rsidRPr="04884D5A" w:rsidR="04884D5A">
              <w:rPr>
                <w:sz w:val="20"/>
                <w:szCs w:val="20"/>
              </w:rPr>
              <w:t>(includes one adult + spouse/partner)</w:t>
            </w:r>
          </w:p>
        </w:tc>
        <w:tc>
          <w:tcPr>
            <w:tcW w:w="1644" w:type="dxa"/>
            <w:tcMar/>
            <w:vAlign w:val="center"/>
          </w:tcPr>
          <w:p w:rsidP="04884D5A" w14:paraId="5A89B943" wp14:textId="77777777">
            <w:pPr>
              <w:rPr>
                <w:sz w:val="20"/>
                <w:szCs w:val="20"/>
              </w:rPr>
            </w:pPr>
            <w:r w:rsidRPr="04884D5A" w:rsidR="04884D5A">
              <w:rPr>
                <w:sz w:val="20"/>
                <w:szCs w:val="20"/>
              </w:rPr>
              <w:t>$115.00</w:t>
            </w:r>
          </w:p>
        </w:tc>
        <w:tc>
          <w:tcPr>
            <w:tcW w:w="3552" w:type="dxa"/>
            <w:tcMar/>
            <w:vAlign w:val="center"/>
          </w:tcPr>
          <w:p w:rsidP="04884D5A" w14:paraId="0D1C84E6" wp14:textId="77777777">
            <w:pPr>
              <w:jc w:val="center"/>
              <w:rPr>
                <w:sz w:val="20"/>
                <w:szCs w:val="20"/>
              </w:rPr>
            </w:pPr>
            <w:r w:rsidRPr="04884D5A" w:rsidR="04884D5A">
              <w:rPr>
                <w:sz w:val="20"/>
                <w:szCs w:val="20"/>
              </w:rPr>
              <w:t>☐</w:t>
            </w:r>
          </w:p>
        </w:tc>
      </w:tr>
      <w:tr xmlns:wp14="http://schemas.microsoft.com/office/word/2010/wordml" w:rsidTr="04884D5A" w14:paraId="4B88719E" wp14:textId="77777777">
        <w:tc>
          <w:tcPr>
            <w:tcW w:w="5460" w:type="dxa"/>
            <w:tcMar/>
            <w:vAlign w:val="center"/>
          </w:tcPr>
          <w:p w:rsidP="04884D5A" w14:paraId="05F212B2" wp14:textId="48D62064">
            <w:pPr>
              <w:rPr>
                <w:sz w:val="20"/>
                <w:szCs w:val="20"/>
              </w:rPr>
            </w:pPr>
          </w:p>
        </w:tc>
        <w:tc>
          <w:tcPr>
            <w:tcW w:w="1644" w:type="dxa"/>
            <w:tcMar/>
            <w:vAlign w:val="center"/>
          </w:tcPr>
          <w:p w:rsidP="04884D5A" w14:paraId="6B83F240" wp14:textId="57DCC473">
            <w:pPr>
              <w:rPr>
                <w:sz w:val="20"/>
                <w:szCs w:val="20"/>
              </w:rPr>
            </w:pPr>
          </w:p>
        </w:tc>
        <w:tc>
          <w:tcPr>
            <w:tcW w:w="3552" w:type="dxa"/>
            <w:tcMar/>
            <w:vAlign w:val="center"/>
          </w:tcPr>
          <w:p w:rsidP="04884D5A" w14:paraId="412DD878" wp14:textId="40B6AF20">
            <w:pPr>
              <w:jc w:val="center"/>
              <w:rPr>
                <w:sz w:val="20"/>
                <w:szCs w:val="20"/>
              </w:rPr>
            </w:pPr>
          </w:p>
        </w:tc>
      </w:tr>
      <w:tr xmlns:wp14="http://schemas.microsoft.com/office/word/2010/wordml" w:rsidTr="04884D5A" w14:paraId="54E7E533" wp14:textId="77777777">
        <w:tc>
          <w:tcPr>
            <w:tcW w:w="5460" w:type="dxa"/>
            <w:tcMar/>
            <w:vAlign w:val="center"/>
          </w:tcPr>
          <w:p w:rsidP="04884D5A" w14:paraId="60B6366B" wp14:textId="77777777">
            <w:pPr>
              <w:rPr>
                <w:sz w:val="20"/>
                <w:szCs w:val="20"/>
              </w:rPr>
            </w:pPr>
            <w:r w:rsidRPr="04884D5A" w:rsidR="04884D5A">
              <w:rPr>
                <w:sz w:val="20"/>
                <w:szCs w:val="20"/>
              </w:rPr>
              <w:t>Add to family: adult child $15 / teen $5 / under 13 $0</w:t>
            </w:r>
          </w:p>
        </w:tc>
        <w:tc>
          <w:tcPr>
            <w:tcW w:w="1644" w:type="dxa"/>
            <w:tcMar/>
            <w:vAlign w:val="center"/>
          </w:tcPr>
          <w:p w:rsidP="04884D5A" w14:paraId="3219B406" wp14:textId="77777777">
            <w:pPr>
              <w:rPr>
                <w:sz w:val="20"/>
                <w:szCs w:val="20"/>
              </w:rPr>
            </w:pPr>
            <w:r w:rsidRPr="04884D5A" w:rsidR="04884D5A">
              <w:rPr>
                <w:sz w:val="20"/>
                <w:szCs w:val="20"/>
              </w:rPr>
              <w:t>$15 / $5 / $0</w:t>
            </w:r>
          </w:p>
        </w:tc>
        <w:tc>
          <w:tcPr>
            <w:tcW w:w="3552" w:type="dxa"/>
            <w:tcMar/>
            <w:vAlign w:val="center"/>
          </w:tcPr>
          <w:p w:rsidP="04884D5A" w14:paraId="4053F9D1" wp14:textId="77777777">
            <w:pPr>
              <w:jc w:val="center"/>
              <w:rPr>
                <w:sz w:val="20"/>
                <w:szCs w:val="20"/>
              </w:rPr>
            </w:pPr>
            <w:r w:rsidRPr="04884D5A" w:rsidR="04884D5A">
              <w:rPr>
                <w:sz w:val="20"/>
                <w:szCs w:val="20"/>
              </w:rPr>
              <w:t>☐</w:t>
            </w:r>
          </w:p>
        </w:tc>
      </w:tr>
      <w:tr xmlns:wp14="http://schemas.microsoft.com/office/word/2010/wordml" w:rsidTr="04884D5A" w14:paraId="51F602DA" wp14:textId="77777777">
        <w:tc>
          <w:tcPr>
            <w:tcW w:w="5460" w:type="dxa"/>
            <w:tcMar/>
            <w:vAlign w:val="center"/>
          </w:tcPr>
          <w:p w:rsidP="04884D5A" w14:paraId="764A575D" wp14:textId="77777777">
            <w:pPr>
              <w:rPr>
                <w:sz w:val="20"/>
                <w:szCs w:val="20"/>
              </w:rPr>
            </w:pPr>
            <w:r w:rsidRPr="04884D5A" w:rsidR="04884D5A">
              <w:rPr>
                <w:sz w:val="20"/>
                <w:szCs w:val="20"/>
              </w:rPr>
              <w:t>RBWA + OFAH Individual, with magazine</w:t>
            </w:r>
          </w:p>
        </w:tc>
        <w:tc>
          <w:tcPr>
            <w:tcW w:w="1644" w:type="dxa"/>
            <w:tcMar/>
            <w:vAlign w:val="center"/>
          </w:tcPr>
          <w:p w:rsidP="04884D5A" w14:paraId="0F188FDB" wp14:textId="77777777">
            <w:pPr>
              <w:rPr>
                <w:sz w:val="20"/>
                <w:szCs w:val="20"/>
              </w:rPr>
            </w:pPr>
            <w:r w:rsidRPr="04884D5A" w:rsidR="04884D5A">
              <w:rPr>
                <w:sz w:val="20"/>
                <w:szCs w:val="20"/>
              </w:rPr>
              <w:t>$75.00</w:t>
            </w:r>
          </w:p>
        </w:tc>
        <w:tc>
          <w:tcPr>
            <w:tcW w:w="3552" w:type="dxa"/>
            <w:tcMar/>
            <w:vAlign w:val="center"/>
          </w:tcPr>
          <w:p w:rsidP="04884D5A" w14:paraId="14E8EB90" wp14:textId="77777777">
            <w:pPr>
              <w:jc w:val="center"/>
              <w:rPr>
                <w:sz w:val="20"/>
                <w:szCs w:val="20"/>
              </w:rPr>
            </w:pPr>
            <w:r w:rsidRPr="04884D5A" w:rsidR="04884D5A">
              <w:rPr>
                <w:sz w:val="20"/>
                <w:szCs w:val="20"/>
              </w:rPr>
              <w:t>☐</w:t>
            </w:r>
          </w:p>
        </w:tc>
      </w:tr>
      <w:tr xmlns:wp14="http://schemas.microsoft.com/office/word/2010/wordml" w:rsidTr="04884D5A" w14:paraId="4F268A1D" wp14:textId="77777777">
        <w:tc>
          <w:tcPr>
            <w:tcW w:w="5460" w:type="dxa"/>
            <w:tcMar/>
            <w:vAlign w:val="center"/>
          </w:tcPr>
          <w:p w:rsidP="04884D5A" w14:paraId="34C1A9E0" wp14:textId="77777777">
            <w:pPr>
              <w:rPr>
                <w:sz w:val="20"/>
                <w:szCs w:val="20"/>
              </w:rPr>
            </w:pPr>
            <w:r w:rsidRPr="04884D5A" w:rsidR="04884D5A">
              <w:rPr>
                <w:sz w:val="20"/>
                <w:szCs w:val="20"/>
              </w:rPr>
              <w:t>RBWA + OFAH Individual, no magazine</w:t>
            </w:r>
          </w:p>
        </w:tc>
        <w:tc>
          <w:tcPr>
            <w:tcW w:w="1644" w:type="dxa"/>
            <w:tcMar/>
            <w:vAlign w:val="center"/>
          </w:tcPr>
          <w:p w:rsidP="04884D5A" w14:paraId="3CFBCA16" wp14:textId="77777777">
            <w:pPr>
              <w:rPr>
                <w:sz w:val="20"/>
                <w:szCs w:val="20"/>
              </w:rPr>
            </w:pPr>
            <w:r w:rsidRPr="04884D5A" w:rsidR="04884D5A">
              <w:rPr>
                <w:sz w:val="20"/>
                <w:szCs w:val="20"/>
              </w:rPr>
              <w:t>$60.00</w:t>
            </w:r>
          </w:p>
        </w:tc>
        <w:tc>
          <w:tcPr>
            <w:tcW w:w="3552" w:type="dxa"/>
            <w:tcMar/>
            <w:vAlign w:val="center"/>
          </w:tcPr>
          <w:p w:rsidP="04884D5A" w14:paraId="351D0424" wp14:textId="77777777">
            <w:pPr>
              <w:jc w:val="center"/>
              <w:rPr>
                <w:sz w:val="20"/>
                <w:szCs w:val="20"/>
              </w:rPr>
            </w:pPr>
            <w:r w:rsidRPr="04884D5A" w:rsidR="04884D5A">
              <w:rPr>
                <w:sz w:val="20"/>
                <w:szCs w:val="20"/>
              </w:rPr>
              <w:t>☐</w:t>
            </w:r>
          </w:p>
        </w:tc>
      </w:tr>
      <w:tr xmlns:wp14="http://schemas.microsoft.com/office/word/2010/wordml" w:rsidTr="04884D5A" w14:paraId="1A673217" wp14:textId="77777777">
        <w:tc>
          <w:tcPr>
            <w:tcW w:w="5460" w:type="dxa"/>
            <w:tcMar/>
            <w:vAlign w:val="center"/>
          </w:tcPr>
          <w:p w:rsidP="04884D5A" w14:paraId="78D0439B" wp14:textId="77777777">
            <w:pPr>
              <w:rPr>
                <w:sz w:val="20"/>
                <w:szCs w:val="20"/>
              </w:rPr>
            </w:pPr>
            <w:r w:rsidRPr="04884D5A" w:rsidR="04884D5A">
              <w:rPr>
                <w:sz w:val="20"/>
                <w:szCs w:val="20"/>
              </w:rPr>
              <w:t>With proof of current OFAH membership (card required). OFAH must be verified before membership is granted.</w:t>
            </w:r>
            <w:r>
              <w:br/>
            </w:r>
            <w:r w:rsidRPr="04884D5A" w:rsidR="04884D5A">
              <w:rPr>
                <w:sz w:val="20"/>
                <w:szCs w:val="20"/>
              </w:rPr>
              <w:t>OFAH Number: __________________________________</w:t>
            </w:r>
          </w:p>
        </w:tc>
        <w:tc>
          <w:tcPr>
            <w:tcW w:w="1644" w:type="dxa"/>
            <w:tcMar/>
            <w:vAlign w:val="center"/>
          </w:tcPr>
          <w:p w:rsidP="04884D5A" w14:paraId="672A6659" wp14:textId="77777777">
            <w:pPr>
              <w:rPr>
                <w:sz w:val="20"/>
                <w:szCs w:val="20"/>
              </w:rPr>
            </w:pPr>
          </w:p>
        </w:tc>
        <w:tc>
          <w:tcPr>
            <w:tcW w:w="3552" w:type="dxa"/>
            <w:tcMar/>
            <w:vAlign w:val="center"/>
          </w:tcPr>
          <w:p w:rsidP="04884D5A" w14:paraId="0A37501D" wp14:textId="77777777">
            <w:pPr>
              <w:jc w:val="center"/>
              <w:rPr>
                <w:sz w:val="20"/>
                <w:szCs w:val="20"/>
              </w:rPr>
            </w:pPr>
          </w:p>
        </w:tc>
      </w:tr>
      <w:tr xmlns:wp14="http://schemas.microsoft.com/office/word/2010/wordml" w:rsidTr="04884D5A" w14:paraId="342C6EFD" wp14:textId="77777777">
        <w:tc>
          <w:tcPr>
            <w:tcW w:w="5460" w:type="dxa"/>
            <w:tcMar/>
            <w:vAlign w:val="center"/>
          </w:tcPr>
          <w:p w:rsidP="04884D5A" w14:paraId="7A75B12A" wp14:textId="77777777">
            <w:pPr>
              <w:rPr>
                <w:sz w:val="20"/>
                <w:szCs w:val="20"/>
              </w:rPr>
            </w:pPr>
            <w:r w:rsidRPr="04884D5A" w:rsidR="04884D5A">
              <w:rPr>
                <w:sz w:val="20"/>
                <w:szCs w:val="20"/>
              </w:rPr>
              <w:t>RBWA Family</w:t>
            </w:r>
          </w:p>
        </w:tc>
        <w:tc>
          <w:tcPr>
            <w:tcW w:w="1644" w:type="dxa"/>
            <w:tcMar/>
            <w:vAlign w:val="center"/>
          </w:tcPr>
          <w:p w:rsidP="04884D5A" w14:paraId="33EBB08C" wp14:textId="77777777">
            <w:pPr>
              <w:rPr>
                <w:sz w:val="20"/>
                <w:szCs w:val="20"/>
              </w:rPr>
            </w:pPr>
            <w:r w:rsidRPr="04884D5A" w:rsidR="04884D5A">
              <w:rPr>
                <w:sz w:val="20"/>
                <w:szCs w:val="20"/>
              </w:rPr>
              <w:t>$40.00</w:t>
            </w:r>
          </w:p>
        </w:tc>
        <w:tc>
          <w:tcPr>
            <w:tcW w:w="3552" w:type="dxa"/>
            <w:tcMar/>
            <w:vAlign w:val="center"/>
          </w:tcPr>
          <w:p w:rsidP="04884D5A" w14:paraId="418A20AE" wp14:textId="77777777">
            <w:pPr>
              <w:jc w:val="center"/>
              <w:rPr>
                <w:sz w:val="20"/>
                <w:szCs w:val="20"/>
              </w:rPr>
            </w:pPr>
            <w:r w:rsidRPr="04884D5A" w:rsidR="04884D5A">
              <w:rPr>
                <w:sz w:val="20"/>
                <w:szCs w:val="20"/>
              </w:rPr>
              <w:t>☐</w:t>
            </w:r>
          </w:p>
        </w:tc>
      </w:tr>
      <w:tr xmlns:wp14="http://schemas.microsoft.com/office/word/2010/wordml" w:rsidTr="04884D5A" w14:paraId="14BFE5E6" wp14:textId="77777777">
        <w:tc>
          <w:tcPr>
            <w:tcW w:w="5460" w:type="dxa"/>
            <w:tcMar/>
            <w:vAlign w:val="center"/>
          </w:tcPr>
          <w:p w:rsidP="04884D5A" w14:paraId="34317552" wp14:textId="77777777">
            <w:pPr>
              <w:rPr>
                <w:sz w:val="20"/>
                <w:szCs w:val="20"/>
              </w:rPr>
            </w:pPr>
            <w:r w:rsidRPr="04884D5A" w:rsidR="04884D5A">
              <w:rPr>
                <w:sz w:val="20"/>
                <w:szCs w:val="20"/>
              </w:rPr>
              <w:t>RBWA Individual</w:t>
            </w:r>
          </w:p>
        </w:tc>
        <w:tc>
          <w:tcPr>
            <w:tcW w:w="1644" w:type="dxa"/>
            <w:tcMar/>
            <w:vAlign w:val="center"/>
          </w:tcPr>
          <w:p w:rsidP="04884D5A" w14:paraId="65653751" wp14:textId="77777777">
            <w:pPr>
              <w:rPr>
                <w:sz w:val="20"/>
                <w:szCs w:val="20"/>
              </w:rPr>
            </w:pPr>
            <w:r w:rsidRPr="04884D5A" w:rsidR="04884D5A">
              <w:rPr>
                <w:sz w:val="20"/>
                <w:szCs w:val="20"/>
              </w:rPr>
              <w:t>$25.00</w:t>
            </w:r>
          </w:p>
        </w:tc>
        <w:tc>
          <w:tcPr>
            <w:tcW w:w="3552" w:type="dxa"/>
            <w:tcMar/>
            <w:vAlign w:val="center"/>
          </w:tcPr>
          <w:p w:rsidP="04884D5A" w14:paraId="2027F543" wp14:textId="77777777">
            <w:pPr>
              <w:jc w:val="center"/>
              <w:rPr>
                <w:sz w:val="20"/>
                <w:szCs w:val="20"/>
              </w:rPr>
            </w:pPr>
            <w:r w:rsidRPr="04884D5A" w:rsidR="04884D5A">
              <w:rPr>
                <w:sz w:val="20"/>
                <w:szCs w:val="20"/>
              </w:rPr>
              <w:t>☐</w:t>
            </w:r>
          </w:p>
        </w:tc>
      </w:tr>
      <w:tr xmlns:wp14="http://schemas.microsoft.com/office/word/2010/wordml" w:rsidTr="04884D5A" w14:paraId="5A08AC08" wp14:textId="77777777">
        <w:tc>
          <w:tcPr>
            <w:tcW w:w="5460" w:type="dxa"/>
            <w:tcMar/>
            <w:vAlign w:val="center"/>
          </w:tcPr>
          <w:p w:rsidP="04884D5A" w14:paraId="48BB6780" wp14:textId="77777777">
            <w:pPr>
              <w:rPr>
                <w:sz w:val="20"/>
                <w:szCs w:val="20"/>
              </w:rPr>
            </w:pPr>
            <w:r w:rsidRPr="04884D5A" w:rsidR="04884D5A">
              <w:rPr>
                <w:sz w:val="20"/>
                <w:szCs w:val="20"/>
              </w:rPr>
              <w:t>RBWA Youth</w:t>
            </w:r>
          </w:p>
        </w:tc>
        <w:tc>
          <w:tcPr>
            <w:tcW w:w="1644" w:type="dxa"/>
            <w:tcMar/>
            <w:vAlign w:val="center"/>
          </w:tcPr>
          <w:p w:rsidP="04884D5A" w14:paraId="2072ACCA" wp14:textId="77777777">
            <w:pPr>
              <w:rPr>
                <w:sz w:val="20"/>
                <w:szCs w:val="20"/>
              </w:rPr>
            </w:pPr>
            <w:r w:rsidRPr="04884D5A" w:rsidR="04884D5A">
              <w:rPr>
                <w:sz w:val="20"/>
                <w:szCs w:val="20"/>
              </w:rPr>
              <w:t>$5.00</w:t>
            </w:r>
          </w:p>
        </w:tc>
        <w:tc>
          <w:tcPr>
            <w:tcW w:w="3552" w:type="dxa"/>
            <w:tcMar/>
            <w:vAlign w:val="center"/>
          </w:tcPr>
          <w:p w:rsidP="04884D5A" w14:paraId="7BF29469" wp14:textId="77777777">
            <w:pPr>
              <w:jc w:val="center"/>
              <w:rPr>
                <w:sz w:val="20"/>
                <w:szCs w:val="20"/>
              </w:rPr>
            </w:pPr>
            <w:r w:rsidRPr="04884D5A" w:rsidR="04884D5A">
              <w:rPr>
                <w:sz w:val="20"/>
                <w:szCs w:val="20"/>
              </w:rPr>
              <w:t>☐</w:t>
            </w:r>
          </w:p>
        </w:tc>
      </w:tr>
    </w:tbl>
    <w:p xmlns:wp14="http://schemas.microsoft.com/office/word/2010/wordml" w:rsidP="04884D5A" w14:paraId="1563D289" wp14:textId="77777777">
      <w:pPr>
        <w:spacing w:before="80" w:after="40" w:line="216" w:lineRule="auto"/>
        <w:rPr>
          <w:b w:val="1"/>
          <w:bCs w:val="1"/>
          <w:sz w:val="24"/>
          <w:szCs w:val="24"/>
        </w:rPr>
      </w:pPr>
      <w:r w:rsidRPr="04884D5A" w:rsidR="04884D5A">
        <w:rPr>
          <w:b w:val="1"/>
          <w:bCs w:val="1"/>
          <w:sz w:val="24"/>
          <w:szCs w:val="24"/>
        </w:rPr>
        <w:t>3. Contact information — please print clearly</w:t>
      </w:r>
    </w:p>
    <w:p xmlns:wp14="http://schemas.microsoft.com/office/word/2010/wordml" w:rsidP="04884D5A" w14:paraId="064D346A" wp14:textId="77777777">
      <w:pPr>
        <w:spacing w:after="0" w:line="216" w:lineRule="auto"/>
        <w:rPr>
          <w:sz w:val="24"/>
          <w:szCs w:val="24"/>
        </w:rPr>
      </w:pPr>
      <w:r w:rsidRPr="04884D5A" w:rsidR="04884D5A">
        <w:rPr>
          <w:b w:val="1"/>
          <w:bCs w:val="1"/>
          <w:sz w:val="24"/>
          <w:szCs w:val="24"/>
        </w:rPr>
        <w:t xml:space="preserve">Name: </w:t>
      </w:r>
      <w:r w:rsidRPr="04884D5A" w:rsidR="04884D5A">
        <w:rPr>
          <w:sz w:val="24"/>
          <w:szCs w:val="24"/>
        </w:rPr>
        <w:t>_______________________________________________</w:t>
      </w:r>
    </w:p>
    <w:p w:rsidR="04884D5A" w:rsidP="04884D5A" w:rsidRDefault="04884D5A" w14:paraId="352AA259" w14:textId="356B8CAF">
      <w:pPr>
        <w:spacing w:after="0" w:line="216" w:lineRule="auto"/>
        <w:rPr>
          <w:b w:val="1"/>
          <w:bCs w:val="1"/>
          <w:sz w:val="24"/>
          <w:szCs w:val="24"/>
        </w:rPr>
      </w:pPr>
    </w:p>
    <w:p xmlns:wp14="http://schemas.microsoft.com/office/word/2010/wordml" w:rsidP="04884D5A" w14:paraId="4F1B76B6" wp14:textId="77777777">
      <w:pPr>
        <w:spacing w:after="0" w:line="216" w:lineRule="auto"/>
        <w:rPr>
          <w:sz w:val="24"/>
          <w:szCs w:val="24"/>
        </w:rPr>
      </w:pPr>
      <w:r w:rsidRPr="04884D5A" w:rsidR="04884D5A">
        <w:rPr>
          <w:b w:val="1"/>
          <w:bCs w:val="1"/>
          <w:sz w:val="24"/>
          <w:szCs w:val="24"/>
        </w:rPr>
        <w:t xml:space="preserve">Address: </w:t>
      </w:r>
      <w:r w:rsidRPr="04884D5A" w:rsidR="04884D5A">
        <w:rPr>
          <w:sz w:val="24"/>
          <w:szCs w:val="24"/>
        </w:rPr>
        <w:t>_______________________________________________</w:t>
      </w:r>
    </w:p>
    <w:p w:rsidR="04884D5A" w:rsidP="04884D5A" w:rsidRDefault="04884D5A" w14:paraId="7BE207F9" w14:textId="27EF5A42">
      <w:pPr>
        <w:spacing w:after="0" w:line="216" w:lineRule="auto"/>
        <w:rPr>
          <w:b w:val="1"/>
          <w:bCs w:val="1"/>
          <w:sz w:val="24"/>
          <w:szCs w:val="24"/>
        </w:rPr>
      </w:pPr>
    </w:p>
    <w:p xmlns:wp14="http://schemas.microsoft.com/office/word/2010/wordml" w:rsidP="04884D5A" w14:paraId="5C7D279E" wp14:textId="77777777">
      <w:pPr>
        <w:spacing w:after="0" w:line="216" w:lineRule="auto"/>
        <w:rPr>
          <w:sz w:val="24"/>
          <w:szCs w:val="24"/>
        </w:rPr>
      </w:pPr>
      <w:r w:rsidRPr="04884D5A" w:rsidR="04884D5A">
        <w:rPr>
          <w:b w:val="1"/>
          <w:bCs w:val="1"/>
          <w:sz w:val="24"/>
          <w:szCs w:val="24"/>
        </w:rPr>
        <w:t xml:space="preserve">City / Prov / State: </w:t>
      </w:r>
      <w:r w:rsidRPr="04884D5A" w:rsidR="04884D5A">
        <w:rPr>
          <w:sz w:val="24"/>
          <w:szCs w:val="24"/>
        </w:rPr>
        <w:t>_______________________________________________</w:t>
      </w:r>
    </w:p>
    <w:p w:rsidR="04884D5A" w:rsidP="04884D5A" w:rsidRDefault="04884D5A" w14:paraId="6C5937DC" w14:textId="313E4A67">
      <w:pPr>
        <w:spacing w:after="0" w:line="216" w:lineRule="auto"/>
        <w:rPr>
          <w:b w:val="1"/>
          <w:bCs w:val="1"/>
          <w:sz w:val="24"/>
          <w:szCs w:val="24"/>
        </w:rPr>
      </w:pPr>
    </w:p>
    <w:p xmlns:wp14="http://schemas.microsoft.com/office/word/2010/wordml" w:rsidP="04884D5A" w14:paraId="2F040665" wp14:textId="77777777">
      <w:pPr>
        <w:spacing w:after="0" w:line="216" w:lineRule="auto"/>
        <w:rPr>
          <w:sz w:val="24"/>
          <w:szCs w:val="24"/>
        </w:rPr>
      </w:pPr>
      <w:r w:rsidRPr="04884D5A" w:rsidR="04884D5A">
        <w:rPr>
          <w:b w:val="1"/>
          <w:bCs w:val="1"/>
          <w:sz w:val="24"/>
          <w:szCs w:val="24"/>
        </w:rPr>
        <w:t xml:space="preserve">Postal Code / Zip Code: </w:t>
      </w:r>
      <w:r w:rsidRPr="04884D5A" w:rsidR="04884D5A">
        <w:rPr>
          <w:sz w:val="24"/>
          <w:szCs w:val="24"/>
        </w:rPr>
        <w:t>_______________________________________________</w:t>
      </w:r>
    </w:p>
    <w:p w:rsidR="04884D5A" w:rsidP="04884D5A" w:rsidRDefault="04884D5A" w14:paraId="13301E01" w14:textId="4486E4C1">
      <w:pPr>
        <w:spacing w:after="0" w:line="216" w:lineRule="auto"/>
        <w:rPr>
          <w:b w:val="1"/>
          <w:bCs w:val="1"/>
          <w:sz w:val="24"/>
          <w:szCs w:val="24"/>
        </w:rPr>
      </w:pPr>
    </w:p>
    <w:p xmlns:wp14="http://schemas.microsoft.com/office/word/2010/wordml" w:rsidP="04884D5A" w14:paraId="39471EFD" wp14:textId="77777777">
      <w:pPr>
        <w:spacing w:after="0" w:line="216" w:lineRule="auto"/>
        <w:rPr>
          <w:sz w:val="24"/>
          <w:szCs w:val="24"/>
        </w:rPr>
      </w:pPr>
      <w:r w:rsidRPr="04884D5A" w:rsidR="04884D5A">
        <w:rPr>
          <w:b w:val="1"/>
          <w:bCs w:val="1"/>
          <w:sz w:val="24"/>
          <w:szCs w:val="24"/>
        </w:rPr>
        <w:t xml:space="preserve">Email (to receive RBWA meeting minutes): </w:t>
      </w:r>
      <w:r w:rsidRPr="04884D5A" w:rsidR="04884D5A">
        <w:rPr>
          <w:sz w:val="24"/>
          <w:szCs w:val="24"/>
        </w:rPr>
        <w:t>_______________________________________________</w:t>
      </w:r>
    </w:p>
    <w:p w:rsidR="04884D5A" w:rsidP="04884D5A" w:rsidRDefault="04884D5A" w14:paraId="49D22E5F" w14:textId="350EADAE">
      <w:pPr>
        <w:spacing w:after="0" w:line="216" w:lineRule="auto"/>
        <w:rPr>
          <w:b w:val="1"/>
          <w:bCs w:val="1"/>
          <w:sz w:val="24"/>
          <w:szCs w:val="24"/>
        </w:rPr>
      </w:pPr>
    </w:p>
    <w:p xmlns:wp14="http://schemas.microsoft.com/office/word/2010/wordml" w:rsidP="04884D5A" w14:paraId="134A030C" wp14:textId="77777777">
      <w:pPr>
        <w:spacing w:after="0" w:line="216" w:lineRule="auto"/>
        <w:rPr>
          <w:sz w:val="24"/>
          <w:szCs w:val="24"/>
        </w:rPr>
      </w:pPr>
      <w:r w:rsidRPr="04884D5A" w:rsidR="04884D5A">
        <w:rPr>
          <w:b w:val="1"/>
          <w:bCs w:val="1"/>
          <w:sz w:val="24"/>
          <w:szCs w:val="24"/>
        </w:rPr>
        <w:t xml:space="preserve">Home Phone: </w:t>
      </w:r>
      <w:r w:rsidRPr="04884D5A" w:rsidR="04884D5A">
        <w:rPr>
          <w:sz w:val="24"/>
          <w:szCs w:val="24"/>
        </w:rPr>
        <w:t>________________________    Cell Phone    ________________________</w:t>
      </w:r>
    </w:p>
    <w:p w:rsidR="04884D5A" w:rsidP="04884D5A" w:rsidRDefault="04884D5A" w14:paraId="5A01D0D0" w14:textId="0C52C84A">
      <w:pPr>
        <w:spacing w:before="60" w:after="0" w:line="216" w:lineRule="auto"/>
        <w:rPr>
          <w:b w:val="1"/>
          <w:bCs w:val="1"/>
          <w:sz w:val="24"/>
          <w:szCs w:val="24"/>
        </w:rPr>
      </w:pPr>
    </w:p>
    <w:p xmlns:wp14="http://schemas.microsoft.com/office/word/2010/wordml" w14:paraId="0442A85B" wp14:textId="60D57FBC">
      <w:pPr>
        <w:spacing w:before="60" w:after="0" w:line="216" w:lineRule="auto"/>
      </w:pPr>
      <w:r w:rsidRPr="04884D5A" w:rsidR="09C17D32">
        <w:rPr>
          <w:b w:val="1"/>
          <w:bCs w:val="1"/>
          <w:sz w:val="24"/>
          <w:szCs w:val="24"/>
        </w:rPr>
        <w:t xml:space="preserve">Date of Birth for all </w:t>
      </w:r>
      <w:r w:rsidRPr="04884D5A" w:rsidR="09C17D32">
        <w:rPr>
          <w:b w:val="1"/>
          <w:bCs w:val="1"/>
          <w:sz w:val="24"/>
          <w:szCs w:val="24"/>
        </w:rPr>
        <w:t>applying</w:t>
      </w:r>
      <w:r w:rsidRPr="04884D5A" w:rsidR="09C17D32">
        <w:rPr>
          <w:b w:val="1"/>
          <w:bCs w:val="1"/>
          <w:sz w:val="24"/>
          <w:szCs w:val="24"/>
        </w:rPr>
        <w:t xml:space="preserve"> members: </w:t>
      </w:r>
      <w:r w:rsidRPr="04884D5A" w:rsidR="04884D5A">
        <w:rPr>
          <w:sz w:val="24"/>
          <w:szCs w:val="24"/>
        </w:rPr>
        <w:t>If purchasing a family membership, include date of birth for children.</w:t>
      </w:r>
    </w:p>
    <w:p xmlns:wp14="http://schemas.microsoft.com/office/word/2010/wordml" w:rsidP="04884D5A" w14:paraId="7F51D5EB" wp14:textId="4C75F94A">
      <w:pPr>
        <w:spacing w:before="60" w:after="0" w:line="216" w:lineRule="auto"/>
        <w:rPr>
          <w:sz w:val="24"/>
          <w:szCs w:val="24"/>
        </w:rPr>
      </w:pPr>
    </w:p>
    <w:p xmlns:wp14="http://schemas.microsoft.com/office/word/2010/wordml" w:rsidP="04884D5A" wp14:textId="77777777" w14:paraId="452B20B9">
      <w:pPr>
        <w:spacing w:after="40" w:line="216" w:lineRule="auto"/>
        <w:rPr>
          <w:sz w:val="24"/>
          <w:szCs w:val="24"/>
        </w:rPr>
      </w:pPr>
      <w:r w:rsidRPr="04884D5A" w:rsidR="23AAC308">
        <w:rPr>
          <w:sz w:val="24"/>
          <w:szCs w:val="24"/>
        </w:rPr>
        <w:t>________________________________________________________________________________</w:t>
      </w:r>
    </w:p>
    <w:p xmlns:wp14="http://schemas.microsoft.com/office/word/2010/wordml" w:rsidP="04884D5A" w14:paraId="02B4FCF8" wp14:textId="5E1AEC6F">
      <w:pPr>
        <w:pStyle w:val="Normal"/>
        <w:spacing w:before="60" w:after="0" w:line="216" w:lineRule="auto"/>
        <w:rPr>
          <w:sz w:val="24"/>
          <w:szCs w:val="24"/>
        </w:rPr>
      </w:pPr>
      <w:r w:rsidRPr="04884D5A" w:rsidR="04884D5A">
        <w:rPr>
          <w:sz w:val="24"/>
          <w:szCs w:val="24"/>
        </w:rPr>
        <w:t>________________________________________________________________________________</w:t>
      </w:r>
    </w:p>
    <w:p xmlns:wp14="http://schemas.microsoft.com/office/word/2010/wordml" w:rsidP="04884D5A" w14:paraId="516DFA38" wp14:textId="0BF6606A">
      <w:pPr>
        <w:pStyle w:val="Normal"/>
        <w:spacing w:after="20" w:line="216" w:lineRule="auto"/>
        <w:rPr>
          <w:b w:val="1"/>
          <w:bCs w:val="1"/>
          <w:sz w:val="24"/>
          <w:szCs w:val="24"/>
        </w:rPr>
      </w:pPr>
      <w:r w:rsidRPr="04884D5A" w:rsidR="04884D5A">
        <w:rPr>
          <w:b w:val="1"/>
          <w:bCs w:val="1"/>
          <w:sz w:val="24"/>
          <w:szCs w:val="24"/>
        </w:rPr>
        <w:t>4. Sign and date</w:t>
      </w:r>
    </w:p>
    <w:p xmlns:wp14="http://schemas.microsoft.com/office/word/2010/wordml" w:rsidP="04884D5A" w14:paraId="14697D49" wp14:textId="77777777">
      <w:pPr>
        <w:spacing w:after="40" w:line="216" w:lineRule="auto"/>
        <w:rPr>
          <w:sz w:val="24"/>
          <w:szCs w:val="24"/>
        </w:rPr>
      </w:pPr>
      <w:r w:rsidRPr="04884D5A" w:rsidR="04884D5A">
        <w:rPr>
          <w:sz w:val="24"/>
          <w:szCs w:val="24"/>
        </w:rPr>
        <w:t>Signature: ____________________________________________    Date: ____________________</w:t>
      </w:r>
    </w:p>
    <w:p w:rsidR="04884D5A" w:rsidP="04884D5A" w:rsidRDefault="04884D5A" w14:paraId="4650446D" w14:textId="268F138B">
      <w:pPr>
        <w:spacing w:after="20" w:line="216" w:lineRule="auto"/>
        <w:rPr>
          <w:b w:val="1"/>
          <w:bCs w:val="1"/>
          <w:sz w:val="24"/>
          <w:szCs w:val="24"/>
        </w:rPr>
      </w:pPr>
    </w:p>
    <w:p xmlns:wp14="http://schemas.microsoft.com/office/word/2010/wordml" w:rsidP="04884D5A" w14:paraId="1C0C6E4B" wp14:textId="77777777">
      <w:pPr>
        <w:spacing w:after="20" w:line="216" w:lineRule="auto"/>
        <w:rPr>
          <w:sz w:val="24"/>
          <w:szCs w:val="24"/>
        </w:rPr>
      </w:pPr>
      <w:r w:rsidRPr="04884D5A" w:rsidR="04884D5A">
        <w:rPr>
          <w:b w:val="1"/>
          <w:bCs w:val="1"/>
          <w:sz w:val="24"/>
          <w:szCs w:val="24"/>
        </w:rPr>
        <w:t>5. Payment</w:t>
      </w:r>
      <w:r w:rsidRPr="04884D5A" w:rsidR="04884D5A">
        <w:rPr>
          <w:sz w:val="24"/>
          <w:szCs w:val="24"/>
        </w:rPr>
        <w:t xml:space="preserve">  Make your cheque payable to the Rondeau Bay Waterfowlers Association, or email the completed form and e-transfer to </w:t>
      </w:r>
      <w:hyperlink r:id="Re0a9626d9e7a4fdc">
        <w:r w:rsidRPr="04884D5A" w:rsidR="04884D5A">
          <w:rPr>
            <w:rStyle w:val="Hyperlink"/>
            <w:sz w:val="24"/>
            <w:szCs w:val="24"/>
          </w:rPr>
          <w:t>99onthebay@gmail.com</w:t>
        </w:r>
      </w:hyperlink>
      <w:r w:rsidRPr="04884D5A" w:rsidR="04884D5A">
        <w:rPr>
          <w:sz w:val="24"/>
          <w:szCs w:val="24"/>
        </w:rPr>
        <w:t>.</w:t>
      </w:r>
    </w:p>
    <w:p w:rsidR="04884D5A" w:rsidP="04884D5A" w:rsidRDefault="04884D5A" w14:paraId="6E408E20" w14:textId="773EE5C3">
      <w:pPr>
        <w:spacing w:after="0" w:line="216" w:lineRule="auto"/>
        <w:rPr>
          <w:b w:val="1"/>
          <w:bCs w:val="1"/>
          <w:sz w:val="24"/>
          <w:szCs w:val="24"/>
        </w:rPr>
      </w:pPr>
    </w:p>
    <w:p xmlns:wp14="http://schemas.microsoft.com/office/word/2010/wordml" w:rsidP="04884D5A" w14:paraId="7C3B3554" wp14:textId="77777777">
      <w:pPr>
        <w:spacing w:after="0" w:line="216" w:lineRule="auto"/>
        <w:rPr>
          <w:sz w:val="24"/>
          <w:szCs w:val="24"/>
        </w:rPr>
      </w:pPr>
      <w:r w:rsidRPr="04884D5A" w:rsidR="04884D5A">
        <w:rPr>
          <w:b w:val="1"/>
          <w:bCs w:val="1"/>
          <w:sz w:val="24"/>
          <w:szCs w:val="24"/>
        </w:rPr>
        <w:t>6. Email / Mail completed form and cheque to:</w:t>
      </w:r>
      <w:r w:rsidRPr="04884D5A" w:rsidR="04884D5A">
        <w:rPr>
          <w:sz w:val="24"/>
          <w:szCs w:val="24"/>
        </w:rPr>
        <w:t xml:space="preserve">  Peter Leistra (99onthebay@gmail.com), 99 Adelaide St., RR#4, Blenheim, ON N0P 1A0  •  PH: 519-980-0127</w:t>
      </w:r>
    </w:p>
    <w:sectPr w:rsidRPr="0006063C" w:rsidR="00FC693F" w:rsidSect="00034616">
      <w:pgSz w:w="12240" w:h="15840" w:orient="portrait"/>
      <w:pgMar w:top="648" w:right="792" w:bottom="648" w:left="7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val="bestFit"/>
  <w:proofState w:spelling="clean" w:grammar="dirty"/>
  <w:trackRevisions w:val="false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4884D5A"/>
    <w:rsid w:val="09C17D32"/>
    <w:rsid w:val="0EA0DA9F"/>
    <w:rsid w:val="23AAC308"/>
    <w:rsid w:val="2DD735E4"/>
    <w:rsid w:val="3B198275"/>
    <w:rsid w:val="400215A5"/>
    <w:rsid w:val="47B05045"/>
    <w:rsid w:val="47B05045"/>
    <w:rsid w:val="6E98C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15:docId w15:val="{C769BD6B-9444-4C20-A1E6-71B50BB783E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rPr>
      <w:rFonts w:ascii="Arial" w:hAnsi="Arial"/>
      <w:sz w:val="17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uiPriority w:val="99"/>
    <w:name w:val="Hyperlink"/>
    <w:basedOn w:val="DefaultParagraphFont"/>
    <w:unhideWhenUsed/>
    <w:rsid w:val="04884D5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microsoft.com/office/2007/relationships/stylesWithEffects" Target="stylesWithEffects.xml" Id="rId4" /><Relationship Type="http://schemas.openxmlformats.org/officeDocument/2006/relationships/settings" Target="settings.xml" Id="rId5" /><Relationship Type="http://schemas.openxmlformats.org/officeDocument/2006/relationships/webSettings" Target="webSettings.xml" Id="rId6" /><Relationship Type="http://schemas.openxmlformats.org/officeDocument/2006/relationships/fontTable" Target="fontTable.xml" Id="rId7" /><Relationship Type="http://schemas.openxmlformats.org/officeDocument/2006/relationships/theme" Target="theme/theme1.xml" Id="rId8" /><Relationship Type="http://schemas.openxmlformats.org/officeDocument/2006/relationships/customXml" Target="../customXml/item1.xml" Id="rId1" /><Relationship Type="http://schemas.openxmlformats.org/officeDocument/2006/relationships/numbering" Target="numbering.xml" Id="rId2" /><Relationship Type="http://schemas.openxmlformats.org/officeDocument/2006/relationships/hyperlink" Target="mailto:99onthebay@gmail.com" TargetMode="External" Id="Re0a9626d9e7a4fd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python-docx</dc:creator>
  <keywords/>
  <dc:description>generated by python-docx</dc:description>
  <lastModifiedBy>Dean McBrayne</lastModifiedBy>
  <revision>2</revision>
  <dcterms:created xsi:type="dcterms:W3CDTF">2013-12-23T23:15:00.0000000Z</dcterms:created>
  <dcterms:modified xsi:type="dcterms:W3CDTF">2026-09-10T13:51:31.7617988Z</dcterms:modified>
  <category/>
</coreProperties>
</file>