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F9EBA" w14:textId="77777777" w:rsidR="008214EF" w:rsidRPr="00265DC7" w:rsidRDefault="00AA70EE">
      <w:pPr>
        <w:pStyle w:val="Heading1"/>
        <w:jc w:val="center"/>
        <w:rPr>
          <w:color w:val="auto"/>
        </w:rPr>
      </w:pPr>
      <w:r w:rsidRPr="00265DC7">
        <w:rPr>
          <w:color w:val="auto"/>
        </w:rPr>
        <w:t>Ranger’s Ranch Membership Packet &amp; Liability Waiver</w:t>
      </w:r>
    </w:p>
    <w:p w14:paraId="3504C458" w14:textId="5E86128E" w:rsidR="008214EF" w:rsidRPr="00265DC7" w:rsidRDefault="00AA70EE">
      <w:pPr>
        <w:pStyle w:val="Heading2"/>
        <w:rPr>
          <w:color w:val="auto"/>
        </w:rPr>
      </w:pPr>
      <w:r w:rsidRPr="00265DC7">
        <w:rPr>
          <w:color w:val="auto"/>
        </w:rPr>
        <w:t>SECTION 1 — MEMBER INFORMATION</w:t>
      </w:r>
    </w:p>
    <w:p w14:paraId="318C510B" w14:textId="77CACA9A" w:rsidR="005512EF" w:rsidRDefault="00AA70EE" w:rsidP="005512EF">
      <w:pPr>
        <w:spacing w:after="0"/>
      </w:pPr>
      <w:r w:rsidRPr="00265DC7">
        <w:t xml:space="preserve">Full Name: </w:t>
      </w:r>
      <w:r w:rsidR="005512EF" w:rsidRPr="005512EF">
        <w:rPr>
          <w:u w:val="single"/>
        </w:rPr>
        <w:fldChar w:fldCharType="begin">
          <w:ffData>
            <w:name w:val="Text1"/>
            <w:enabled/>
            <w:calcOnExit w:val="0"/>
            <w:textInput/>
          </w:ffData>
        </w:fldChar>
      </w:r>
      <w:bookmarkStart w:id="0" w:name="Text1"/>
      <w:r w:rsidR="005512EF" w:rsidRPr="005512EF">
        <w:rPr>
          <w:u w:val="single"/>
        </w:rPr>
        <w:instrText xml:space="preserve"> FORMTEXT </w:instrText>
      </w:r>
      <w:r w:rsidR="005512EF" w:rsidRPr="005512EF">
        <w:rPr>
          <w:u w:val="single"/>
        </w:rPr>
      </w:r>
      <w:r w:rsidR="005512EF" w:rsidRPr="005512EF">
        <w:rPr>
          <w:u w:val="single"/>
        </w:rPr>
        <w:fldChar w:fldCharType="separate"/>
      </w:r>
      <w:r w:rsidR="007B0311">
        <w:rPr>
          <w:u w:val="single"/>
        </w:rPr>
        <w:t> </w:t>
      </w:r>
      <w:r w:rsidR="007B0311">
        <w:rPr>
          <w:u w:val="single"/>
        </w:rPr>
        <w:t> </w:t>
      </w:r>
      <w:r w:rsidR="007B0311">
        <w:rPr>
          <w:u w:val="single"/>
        </w:rPr>
        <w:t> </w:t>
      </w:r>
      <w:r w:rsidR="007B0311">
        <w:rPr>
          <w:u w:val="single"/>
        </w:rPr>
        <w:t> </w:t>
      </w:r>
      <w:r w:rsidR="007B0311">
        <w:rPr>
          <w:u w:val="single"/>
        </w:rPr>
        <w:t> </w:t>
      </w:r>
      <w:r w:rsidR="005512EF" w:rsidRPr="005512EF">
        <w:rPr>
          <w:u w:val="single"/>
        </w:rPr>
        <w:fldChar w:fldCharType="end"/>
      </w:r>
      <w:bookmarkEnd w:id="0"/>
    </w:p>
    <w:p w14:paraId="731A4483" w14:textId="4E4F583D" w:rsidR="005512EF" w:rsidRDefault="00AA70EE" w:rsidP="005512EF">
      <w:pPr>
        <w:spacing w:after="0"/>
        <w:rPr>
          <w:u w:val="single"/>
        </w:rPr>
      </w:pPr>
      <w:r w:rsidRPr="00265DC7">
        <w:t xml:space="preserve">Date of Birth: </w:t>
      </w:r>
      <w:sdt>
        <w:sdtPr>
          <w:id w:val="188723983"/>
          <w:placeholder>
            <w:docPart w:val="DefaultPlaceholder_-1854013437"/>
          </w:placeholder>
          <w:date w:fullDate="2026-05-25T00:00:00Z">
            <w:dateFormat w:val="M/d/yyyy"/>
            <w:lid w:val="en-US"/>
            <w:storeMappedDataAs w:val="dateTime"/>
            <w:calendar w:val="gregorian"/>
          </w:date>
        </w:sdtPr>
        <w:sdtEndPr/>
        <w:sdtContent>
          <w:r w:rsidR="007B0311">
            <w:t>5/25/2026</w:t>
          </w:r>
        </w:sdtContent>
      </w:sdt>
      <w:r w:rsidRPr="00265DC7">
        <w:br/>
        <w:t>Address:</w:t>
      </w:r>
      <w:r w:rsidR="00167FDE">
        <w:t xml:space="preserve"> </w:t>
      </w:r>
      <w:r w:rsidR="005512EF">
        <w:rPr>
          <w:u w:val="single"/>
        </w:rPr>
        <w:fldChar w:fldCharType="begin">
          <w:ffData>
            <w:name w:val="Text2"/>
            <w:enabled/>
            <w:calcOnExit w:val="0"/>
            <w:textInput/>
          </w:ffData>
        </w:fldChar>
      </w:r>
      <w:bookmarkStart w:id="1" w:name="Text2"/>
      <w:r w:rsidR="005512EF">
        <w:rPr>
          <w:u w:val="single"/>
        </w:rPr>
        <w:instrText xml:space="preserve"> FORMTEXT </w:instrText>
      </w:r>
      <w:r w:rsidR="005512EF">
        <w:rPr>
          <w:u w:val="single"/>
        </w:rPr>
      </w:r>
      <w:r w:rsidR="005512EF">
        <w:rPr>
          <w:u w:val="single"/>
        </w:rPr>
        <w:fldChar w:fldCharType="separate"/>
      </w:r>
      <w:r w:rsidR="007B0311">
        <w:rPr>
          <w:u w:val="single"/>
        </w:rPr>
        <w:t> </w:t>
      </w:r>
      <w:r w:rsidR="007B0311">
        <w:rPr>
          <w:u w:val="single"/>
        </w:rPr>
        <w:t> </w:t>
      </w:r>
      <w:r w:rsidR="007B0311">
        <w:rPr>
          <w:u w:val="single"/>
        </w:rPr>
        <w:t> </w:t>
      </w:r>
      <w:r w:rsidR="007B0311">
        <w:rPr>
          <w:u w:val="single"/>
        </w:rPr>
        <w:t> </w:t>
      </w:r>
      <w:r w:rsidR="007B0311">
        <w:rPr>
          <w:u w:val="single"/>
        </w:rPr>
        <w:t> </w:t>
      </w:r>
      <w:r w:rsidR="005512EF">
        <w:rPr>
          <w:u w:val="single"/>
        </w:rPr>
        <w:fldChar w:fldCharType="end"/>
      </w:r>
      <w:bookmarkEnd w:id="1"/>
      <w:r w:rsidRPr="00265DC7">
        <w:t xml:space="preserve">City/State/Zip: </w:t>
      </w:r>
      <w:r w:rsidR="005512EF">
        <w:rPr>
          <w:u w:val="single"/>
        </w:rPr>
        <w:fldChar w:fldCharType="begin">
          <w:ffData>
            <w:name w:val="Text3"/>
            <w:enabled/>
            <w:calcOnExit w:val="0"/>
            <w:textInput/>
          </w:ffData>
        </w:fldChar>
      </w:r>
      <w:bookmarkStart w:id="2" w:name="Text3"/>
      <w:r w:rsidR="005512EF">
        <w:rPr>
          <w:u w:val="single"/>
        </w:rPr>
        <w:instrText xml:space="preserve"> FORMTEXT </w:instrText>
      </w:r>
      <w:r w:rsidR="005512EF">
        <w:rPr>
          <w:u w:val="single"/>
        </w:rPr>
      </w:r>
      <w:r w:rsidR="005512EF">
        <w:rPr>
          <w:u w:val="single"/>
        </w:rPr>
        <w:fldChar w:fldCharType="separate"/>
      </w:r>
      <w:r w:rsidR="005512EF">
        <w:rPr>
          <w:noProof/>
          <w:u w:val="single"/>
        </w:rPr>
        <w:t> </w:t>
      </w:r>
      <w:r w:rsidR="005512EF">
        <w:rPr>
          <w:noProof/>
          <w:u w:val="single"/>
        </w:rPr>
        <w:t> </w:t>
      </w:r>
      <w:r w:rsidR="005512EF">
        <w:rPr>
          <w:noProof/>
          <w:u w:val="single"/>
        </w:rPr>
        <w:t> </w:t>
      </w:r>
      <w:r w:rsidR="005512EF">
        <w:rPr>
          <w:noProof/>
          <w:u w:val="single"/>
        </w:rPr>
        <w:t> </w:t>
      </w:r>
      <w:r w:rsidR="005512EF">
        <w:rPr>
          <w:noProof/>
          <w:u w:val="single"/>
        </w:rPr>
        <w:t> </w:t>
      </w:r>
      <w:r w:rsidR="005512EF">
        <w:rPr>
          <w:u w:val="single"/>
        </w:rPr>
        <w:fldChar w:fldCharType="end"/>
      </w:r>
      <w:bookmarkEnd w:id="2"/>
      <w:r w:rsidRPr="000D4133">
        <w:rPr>
          <w:u w:val="single"/>
        </w:rPr>
        <w:br/>
      </w:r>
      <w:r w:rsidRPr="00265DC7">
        <w:t xml:space="preserve">Phone Number: </w:t>
      </w:r>
      <w:r w:rsidR="005512EF">
        <w:rPr>
          <w:u w:val="single"/>
        </w:rPr>
        <w:fldChar w:fldCharType="begin">
          <w:ffData>
            <w:name w:val="Text4"/>
            <w:enabled/>
            <w:calcOnExit w:val="0"/>
            <w:textInput/>
          </w:ffData>
        </w:fldChar>
      </w:r>
      <w:bookmarkStart w:id="3" w:name="Text4"/>
      <w:r w:rsidR="005512EF">
        <w:rPr>
          <w:u w:val="single"/>
        </w:rPr>
        <w:instrText xml:space="preserve"> FORMTEXT </w:instrText>
      </w:r>
      <w:r w:rsidR="005512EF">
        <w:rPr>
          <w:u w:val="single"/>
        </w:rPr>
      </w:r>
      <w:r w:rsidR="005512EF">
        <w:rPr>
          <w:u w:val="single"/>
        </w:rPr>
        <w:fldChar w:fldCharType="separate"/>
      </w:r>
      <w:r w:rsidR="005512EF">
        <w:rPr>
          <w:noProof/>
          <w:u w:val="single"/>
        </w:rPr>
        <w:t> </w:t>
      </w:r>
      <w:r w:rsidR="005512EF">
        <w:rPr>
          <w:noProof/>
          <w:u w:val="single"/>
        </w:rPr>
        <w:t> </w:t>
      </w:r>
      <w:r w:rsidR="005512EF">
        <w:rPr>
          <w:noProof/>
          <w:u w:val="single"/>
        </w:rPr>
        <w:t> </w:t>
      </w:r>
      <w:r w:rsidR="005512EF">
        <w:rPr>
          <w:noProof/>
          <w:u w:val="single"/>
        </w:rPr>
        <w:t> </w:t>
      </w:r>
      <w:r w:rsidR="005512EF">
        <w:rPr>
          <w:noProof/>
          <w:u w:val="single"/>
        </w:rPr>
        <w:t> </w:t>
      </w:r>
      <w:r w:rsidR="005512EF">
        <w:rPr>
          <w:u w:val="single"/>
        </w:rPr>
        <w:fldChar w:fldCharType="end"/>
      </w:r>
      <w:bookmarkEnd w:id="3"/>
      <w:r w:rsidRPr="00265DC7">
        <w:t xml:space="preserve">Email Address: </w:t>
      </w:r>
      <w:r w:rsidR="005512EF">
        <w:rPr>
          <w:u w:val="single"/>
        </w:rPr>
        <w:fldChar w:fldCharType="begin">
          <w:ffData>
            <w:name w:val="Text5"/>
            <w:enabled/>
            <w:calcOnExit w:val="0"/>
            <w:textInput/>
          </w:ffData>
        </w:fldChar>
      </w:r>
      <w:bookmarkStart w:id="4" w:name="Text5"/>
      <w:r w:rsidR="005512EF">
        <w:rPr>
          <w:u w:val="single"/>
        </w:rPr>
        <w:instrText xml:space="preserve"> FORMTEXT </w:instrText>
      </w:r>
      <w:r w:rsidR="005512EF">
        <w:rPr>
          <w:u w:val="single"/>
        </w:rPr>
      </w:r>
      <w:r w:rsidR="005512EF">
        <w:rPr>
          <w:u w:val="single"/>
        </w:rPr>
        <w:fldChar w:fldCharType="separate"/>
      </w:r>
      <w:r w:rsidR="005512EF">
        <w:rPr>
          <w:noProof/>
          <w:u w:val="single"/>
        </w:rPr>
        <w:t> </w:t>
      </w:r>
      <w:r w:rsidR="005512EF">
        <w:rPr>
          <w:noProof/>
          <w:u w:val="single"/>
        </w:rPr>
        <w:t> </w:t>
      </w:r>
      <w:r w:rsidR="005512EF">
        <w:rPr>
          <w:noProof/>
          <w:u w:val="single"/>
        </w:rPr>
        <w:t> </w:t>
      </w:r>
      <w:r w:rsidR="005512EF">
        <w:rPr>
          <w:noProof/>
          <w:u w:val="single"/>
        </w:rPr>
        <w:t> </w:t>
      </w:r>
      <w:r w:rsidR="005512EF">
        <w:rPr>
          <w:noProof/>
          <w:u w:val="single"/>
        </w:rPr>
        <w:t> </w:t>
      </w:r>
      <w:r w:rsidR="005512EF">
        <w:rPr>
          <w:u w:val="single"/>
        </w:rPr>
        <w:fldChar w:fldCharType="end"/>
      </w:r>
      <w:bookmarkEnd w:id="4"/>
    </w:p>
    <w:p w14:paraId="575B0C7F" w14:textId="77777777" w:rsidR="005512EF" w:rsidRDefault="00AA70EE" w:rsidP="005512EF">
      <w:pPr>
        <w:spacing w:after="0"/>
        <w:rPr>
          <w:u w:val="single"/>
        </w:rPr>
      </w:pPr>
      <w:r w:rsidRPr="00265DC7">
        <w:t xml:space="preserve">Emergency Contact Name: </w:t>
      </w:r>
      <w:r w:rsidR="005512EF">
        <w:rPr>
          <w:u w:val="single"/>
        </w:rPr>
        <w:fldChar w:fldCharType="begin">
          <w:ffData>
            <w:name w:val="Text6"/>
            <w:enabled/>
            <w:calcOnExit w:val="0"/>
            <w:textInput/>
          </w:ffData>
        </w:fldChar>
      </w:r>
      <w:bookmarkStart w:id="5" w:name="Text6"/>
      <w:r w:rsidR="005512EF">
        <w:rPr>
          <w:u w:val="single"/>
        </w:rPr>
        <w:instrText xml:space="preserve"> FORMTEXT </w:instrText>
      </w:r>
      <w:r w:rsidR="005512EF">
        <w:rPr>
          <w:u w:val="single"/>
        </w:rPr>
      </w:r>
      <w:r w:rsidR="005512EF">
        <w:rPr>
          <w:u w:val="single"/>
        </w:rPr>
        <w:fldChar w:fldCharType="separate"/>
      </w:r>
      <w:r w:rsidR="005512EF">
        <w:rPr>
          <w:noProof/>
          <w:u w:val="single"/>
        </w:rPr>
        <w:t> </w:t>
      </w:r>
      <w:r w:rsidR="005512EF">
        <w:rPr>
          <w:noProof/>
          <w:u w:val="single"/>
        </w:rPr>
        <w:t> </w:t>
      </w:r>
      <w:r w:rsidR="005512EF">
        <w:rPr>
          <w:noProof/>
          <w:u w:val="single"/>
        </w:rPr>
        <w:t> </w:t>
      </w:r>
      <w:r w:rsidR="005512EF">
        <w:rPr>
          <w:noProof/>
          <w:u w:val="single"/>
        </w:rPr>
        <w:t> </w:t>
      </w:r>
      <w:r w:rsidR="005512EF">
        <w:rPr>
          <w:noProof/>
          <w:u w:val="single"/>
        </w:rPr>
        <w:t> </w:t>
      </w:r>
      <w:r w:rsidR="005512EF">
        <w:rPr>
          <w:u w:val="single"/>
        </w:rPr>
        <w:fldChar w:fldCharType="end"/>
      </w:r>
      <w:bookmarkEnd w:id="5"/>
      <w:r w:rsidR="005512EF">
        <w:rPr>
          <w:u w:val="single"/>
        </w:rPr>
        <w:t xml:space="preserve"> </w:t>
      </w:r>
      <w:r w:rsidRPr="00265DC7">
        <w:t xml:space="preserve">Emergency Contact Phone: </w:t>
      </w:r>
      <w:r w:rsidR="005512EF">
        <w:rPr>
          <w:u w:val="single"/>
        </w:rPr>
        <w:fldChar w:fldCharType="begin">
          <w:ffData>
            <w:name w:val="Text7"/>
            <w:enabled/>
            <w:calcOnExit w:val="0"/>
            <w:textInput/>
          </w:ffData>
        </w:fldChar>
      </w:r>
      <w:bookmarkStart w:id="6" w:name="Text7"/>
      <w:r w:rsidR="005512EF">
        <w:rPr>
          <w:u w:val="single"/>
        </w:rPr>
        <w:instrText xml:space="preserve"> FORMTEXT </w:instrText>
      </w:r>
      <w:r w:rsidR="005512EF">
        <w:rPr>
          <w:u w:val="single"/>
        </w:rPr>
      </w:r>
      <w:r w:rsidR="005512EF">
        <w:rPr>
          <w:u w:val="single"/>
        </w:rPr>
        <w:fldChar w:fldCharType="separate"/>
      </w:r>
      <w:r w:rsidR="005512EF">
        <w:rPr>
          <w:noProof/>
          <w:u w:val="single"/>
        </w:rPr>
        <w:t> </w:t>
      </w:r>
      <w:r w:rsidR="005512EF">
        <w:rPr>
          <w:noProof/>
          <w:u w:val="single"/>
        </w:rPr>
        <w:t> </w:t>
      </w:r>
      <w:r w:rsidR="005512EF">
        <w:rPr>
          <w:noProof/>
          <w:u w:val="single"/>
        </w:rPr>
        <w:t> </w:t>
      </w:r>
      <w:r w:rsidR="005512EF">
        <w:rPr>
          <w:noProof/>
          <w:u w:val="single"/>
        </w:rPr>
        <w:t> </w:t>
      </w:r>
      <w:r w:rsidR="005512EF">
        <w:rPr>
          <w:noProof/>
          <w:u w:val="single"/>
        </w:rPr>
        <w:t> </w:t>
      </w:r>
      <w:r w:rsidR="005512EF">
        <w:rPr>
          <w:u w:val="single"/>
        </w:rPr>
        <w:fldChar w:fldCharType="end"/>
      </w:r>
      <w:bookmarkEnd w:id="6"/>
    </w:p>
    <w:p w14:paraId="12ED45E7" w14:textId="7F5ABEEA" w:rsidR="008214EF" w:rsidRPr="00265DC7" w:rsidRDefault="00AA70EE" w:rsidP="005512EF">
      <w:pPr>
        <w:spacing w:after="0"/>
      </w:pPr>
      <w:r w:rsidRPr="00265DC7">
        <w:t xml:space="preserve">Relationship to Member: </w:t>
      </w:r>
      <w:r w:rsidR="005512EF" w:rsidRPr="005512EF">
        <w:rPr>
          <w:u w:val="single"/>
        </w:rPr>
        <w:fldChar w:fldCharType="begin">
          <w:ffData>
            <w:name w:val="Text8"/>
            <w:enabled/>
            <w:calcOnExit w:val="0"/>
            <w:textInput/>
          </w:ffData>
        </w:fldChar>
      </w:r>
      <w:bookmarkStart w:id="7" w:name="Text8"/>
      <w:r w:rsidR="005512EF" w:rsidRPr="005512EF">
        <w:rPr>
          <w:u w:val="single"/>
        </w:rPr>
        <w:instrText xml:space="preserve"> FORMTEXT </w:instrText>
      </w:r>
      <w:r w:rsidR="005512EF" w:rsidRPr="005512EF">
        <w:rPr>
          <w:u w:val="single"/>
        </w:rPr>
      </w:r>
      <w:r w:rsidR="005512EF" w:rsidRPr="005512EF">
        <w:rPr>
          <w:u w:val="single"/>
        </w:rPr>
        <w:fldChar w:fldCharType="separate"/>
      </w:r>
      <w:r w:rsidR="005512EF" w:rsidRPr="005512EF">
        <w:rPr>
          <w:noProof/>
          <w:u w:val="single"/>
        </w:rPr>
        <w:t> </w:t>
      </w:r>
      <w:r w:rsidR="005512EF" w:rsidRPr="005512EF">
        <w:rPr>
          <w:noProof/>
          <w:u w:val="single"/>
        </w:rPr>
        <w:t> </w:t>
      </w:r>
      <w:r w:rsidR="005512EF" w:rsidRPr="005512EF">
        <w:rPr>
          <w:noProof/>
          <w:u w:val="single"/>
        </w:rPr>
        <w:t> </w:t>
      </w:r>
      <w:r w:rsidR="005512EF" w:rsidRPr="005512EF">
        <w:rPr>
          <w:noProof/>
          <w:u w:val="single"/>
        </w:rPr>
        <w:t> </w:t>
      </w:r>
      <w:r w:rsidR="005512EF" w:rsidRPr="005512EF">
        <w:rPr>
          <w:noProof/>
          <w:u w:val="single"/>
        </w:rPr>
        <w:t> </w:t>
      </w:r>
      <w:r w:rsidR="005512EF" w:rsidRPr="005512EF">
        <w:rPr>
          <w:u w:val="single"/>
        </w:rPr>
        <w:fldChar w:fldCharType="end"/>
      </w:r>
      <w:bookmarkEnd w:id="7"/>
    </w:p>
    <w:p w14:paraId="339F71E8" w14:textId="77777777" w:rsidR="008214EF" w:rsidRDefault="00AA70EE">
      <w:pPr>
        <w:pStyle w:val="Heading2"/>
        <w:rPr>
          <w:color w:val="auto"/>
        </w:rPr>
      </w:pPr>
      <w:r w:rsidRPr="00265DC7">
        <w:rPr>
          <w:color w:val="auto"/>
        </w:rPr>
        <w:t>SECTION 2 — MEMBERSHIP DETAILS</w:t>
      </w:r>
    </w:p>
    <w:p w14:paraId="5EDDB15A" w14:textId="3B4E085E" w:rsidR="00147247" w:rsidRDefault="00147247" w:rsidP="00EE4CDB">
      <w:pPr>
        <w:spacing w:after="0"/>
      </w:pPr>
      <w:r>
        <w:t>Membership Type</w:t>
      </w:r>
      <w:r w:rsidR="00596FBD">
        <w:t xml:space="preserve">: </w:t>
      </w:r>
      <w:sdt>
        <w:sdtPr>
          <w:id w:val="1697661107"/>
          <w14:checkbox>
            <w14:checked w14:val="0"/>
            <w14:checkedState w14:val="2612" w14:font="MS Gothic"/>
            <w14:uncheckedState w14:val="2610" w14:font="MS Gothic"/>
          </w14:checkbox>
        </w:sdtPr>
        <w:sdtContent>
          <w:r w:rsidR="00596FBD">
            <w:rPr>
              <w:rFonts w:ascii="MS Gothic" w:eastAsia="MS Gothic" w:hAnsi="MS Gothic" w:hint="eastAsia"/>
            </w:rPr>
            <w:t>☐</w:t>
          </w:r>
        </w:sdtContent>
      </w:sdt>
      <w:r w:rsidR="00596FBD">
        <w:t xml:space="preserve">Individual    </w:t>
      </w:r>
      <w:sdt>
        <w:sdtPr>
          <w:id w:val="-1217430541"/>
          <w14:checkbox>
            <w14:checked w14:val="0"/>
            <w14:checkedState w14:val="2612" w14:font="MS Gothic"/>
            <w14:uncheckedState w14:val="2610" w14:font="MS Gothic"/>
          </w14:checkbox>
        </w:sdtPr>
        <w:sdtContent>
          <w:r w:rsidR="00596FBD">
            <w:rPr>
              <w:rFonts w:ascii="MS Gothic" w:eastAsia="MS Gothic" w:hAnsi="MS Gothic" w:hint="eastAsia"/>
            </w:rPr>
            <w:t>☐</w:t>
          </w:r>
        </w:sdtContent>
      </w:sdt>
      <w:r w:rsidR="00596FBD">
        <w:t xml:space="preserve">Family    </w:t>
      </w:r>
      <w:sdt>
        <w:sdtPr>
          <w:id w:val="-2091077796"/>
          <w14:checkbox>
            <w14:checked w14:val="0"/>
            <w14:checkedState w14:val="2612" w14:font="MS Gothic"/>
            <w14:uncheckedState w14:val="2610" w14:font="MS Gothic"/>
          </w14:checkbox>
        </w:sdtPr>
        <w:sdtContent>
          <w:r w:rsidR="00596FBD">
            <w:rPr>
              <w:rFonts w:ascii="MS Gothic" w:eastAsia="MS Gothic" w:hAnsi="MS Gothic" w:hint="eastAsia"/>
            </w:rPr>
            <w:t>☐</w:t>
          </w:r>
        </w:sdtContent>
      </w:sdt>
      <w:r w:rsidR="00596FBD">
        <w:t xml:space="preserve">Corporate  </w:t>
      </w:r>
    </w:p>
    <w:p w14:paraId="2B8C0EDF" w14:textId="77777777" w:rsidR="0041585C" w:rsidRDefault="0041585C" w:rsidP="00EE4CDB">
      <w:pPr>
        <w:spacing w:after="0"/>
      </w:pPr>
    </w:p>
    <w:tbl>
      <w:tblPr>
        <w:tblStyle w:val="TableGrid"/>
        <w:tblW w:w="0" w:type="auto"/>
        <w:jc w:val="center"/>
        <w:tblLook w:val="04A0" w:firstRow="1" w:lastRow="0" w:firstColumn="1" w:lastColumn="0" w:noHBand="0" w:noVBand="1"/>
      </w:tblPr>
      <w:tblGrid>
        <w:gridCol w:w="2065"/>
        <w:gridCol w:w="2790"/>
        <w:gridCol w:w="1710"/>
      </w:tblGrid>
      <w:tr w:rsidR="00596FBD" w14:paraId="06ACB2A2" w14:textId="77777777" w:rsidTr="0041585C">
        <w:trPr>
          <w:jc w:val="center"/>
        </w:trPr>
        <w:tc>
          <w:tcPr>
            <w:tcW w:w="2065" w:type="dxa"/>
          </w:tcPr>
          <w:p w14:paraId="6D22E990" w14:textId="74FF9CEE" w:rsidR="00596FBD" w:rsidRDefault="00596FBD" w:rsidP="00003905">
            <w:pPr>
              <w:jc w:val="center"/>
            </w:pPr>
            <w:r>
              <w:t>Membership Type</w:t>
            </w:r>
          </w:p>
        </w:tc>
        <w:tc>
          <w:tcPr>
            <w:tcW w:w="2790" w:type="dxa"/>
          </w:tcPr>
          <w:p w14:paraId="34B05263" w14:textId="77777777" w:rsidR="00003905" w:rsidRDefault="00003905" w:rsidP="00003905">
            <w:pPr>
              <w:jc w:val="center"/>
            </w:pPr>
            <w:r>
              <w:t>One-time</w:t>
            </w:r>
          </w:p>
          <w:p w14:paraId="6F673CBC" w14:textId="6B557D66" w:rsidR="00596FBD" w:rsidRDefault="00596FBD" w:rsidP="00003905">
            <w:pPr>
              <w:jc w:val="center"/>
            </w:pPr>
            <w:r>
              <w:t>Membership Fee</w:t>
            </w:r>
          </w:p>
        </w:tc>
        <w:tc>
          <w:tcPr>
            <w:tcW w:w="1710" w:type="dxa"/>
          </w:tcPr>
          <w:p w14:paraId="6691E936" w14:textId="063F4AF8" w:rsidR="00596FBD" w:rsidRDefault="00596FBD" w:rsidP="00003905">
            <w:pPr>
              <w:jc w:val="center"/>
            </w:pPr>
            <w:r>
              <w:t>Monthly Dues</w:t>
            </w:r>
          </w:p>
        </w:tc>
      </w:tr>
      <w:tr w:rsidR="00596FBD" w14:paraId="0937EC07" w14:textId="77777777" w:rsidTr="0041585C">
        <w:trPr>
          <w:jc w:val="center"/>
        </w:trPr>
        <w:tc>
          <w:tcPr>
            <w:tcW w:w="2065" w:type="dxa"/>
          </w:tcPr>
          <w:p w14:paraId="510D7C83" w14:textId="1F905A63" w:rsidR="00596FBD" w:rsidRDefault="00596FBD" w:rsidP="00AE4733">
            <w:r>
              <w:t>Individual</w:t>
            </w:r>
          </w:p>
        </w:tc>
        <w:tc>
          <w:tcPr>
            <w:tcW w:w="2790" w:type="dxa"/>
          </w:tcPr>
          <w:p w14:paraId="0D6E8795" w14:textId="77FA6950" w:rsidR="00596FBD" w:rsidRDefault="00596FBD" w:rsidP="00596FBD">
            <w:pPr>
              <w:jc w:val="right"/>
            </w:pPr>
            <w:r>
              <w:t>$100.00</w:t>
            </w:r>
          </w:p>
        </w:tc>
        <w:tc>
          <w:tcPr>
            <w:tcW w:w="1710" w:type="dxa"/>
          </w:tcPr>
          <w:p w14:paraId="6454185F" w14:textId="343946BB" w:rsidR="00596FBD" w:rsidRDefault="00596FBD" w:rsidP="00596FBD">
            <w:pPr>
              <w:jc w:val="right"/>
            </w:pPr>
            <w:r>
              <w:t>$50.00</w:t>
            </w:r>
          </w:p>
        </w:tc>
      </w:tr>
      <w:tr w:rsidR="00596FBD" w14:paraId="0821EC81" w14:textId="77777777" w:rsidTr="0041585C">
        <w:trPr>
          <w:jc w:val="center"/>
        </w:trPr>
        <w:tc>
          <w:tcPr>
            <w:tcW w:w="2065" w:type="dxa"/>
          </w:tcPr>
          <w:p w14:paraId="742AE048" w14:textId="6FBF57CA" w:rsidR="00596FBD" w:rsidRDefault="00596FBD" w:rsidP="00AE4733">
            <w:r>
              <w:t>Family</w:t>
            </w:r>
          </w:p>
        </w:tc>
        <w:tc>
          <w:tcPr>
            <w:tcW w:w="2790" w:type="dxa"/>
          </w:tcPr>
          <w:p w14:paraId="2BEB1621" w14:textId="7A39049D" w:rsidR="00596FBD" w:rsidRDefault="00596FBD" w:rsidP="00596FBD">
            <w:pPr>
              <w:jc w:val="right"/>
            </w:pPr>
            <w:r>
              <w:t>$250.00</w:t>
            </w:r>
          </w:p>
        </w:tc>
        <w:tc>
          <w:tcPr>
            <w:tcW w:w="1710" w:type="dxa"/>
          </w:tcPr>
          <w:p w14:paraId="74BCC015" w14:textId="177562BA" w:rsidR="00596FBD" w:rsidRDefault="00596FBD" w:rsidP="00596FBD">
            <w:pPr>
              <w:jc w:val="right"/>
            </w:pPr>
            <w:r>
              <w:t>$125.00</w:t>
            </w:r>
          </w:p>
        </w:tc>
      </w:tr>
      <w:tr w:rsidR="00596FBD" w14:paraId="66DF66A3" w14:textId="77777777" w:rsidTr="0041585C">
        <w:trPr>
          <w:jc w:val="center"/>
        </w:trPr>
        <w:tc>
          <w:tcPr>
            <w:tcW w:w="2065" w:type="dxa"/>
          </w:tcPr>
          <w:p w14:paraId="258286A5" w14:textId="26EA9E5A" w:rsidR="00596FBD" w:rsidRDefault="00596FBD" w:rsidP="00AE4733">
            <w:r>
              <w:t>Corporate</w:t>
            </w:r>
          </w:p>
        </w:tc>
        <w:tc>
          <w:tcPr>
            <w:tcW w:w="2790" w:type="dxa"/>
          </w:tcPr>
          <w:p w14:paraId="1B7423D0" w14:textId="28DE61ED" w:rsidR="00596FBD" w:rsidRDefault="00596FBD" w:rsidP="00596FBD">
            <w:pPr>
              <w:jc w:val="right"/>
            </w:pPr>
            <w:r>
              <w:t>$500.00</w:t>
            </w:r>
          </w:p>
        </w:tc>
        <w:tc>
          <w:tcPr>
            <w:tcW w:w="1710" w:type="dxa"/>
          </w:tcPr>
          <w:p w14:paraId="518E9B0F" w14:textId="51BB4EED" w:rsidR="00596FBD" w:rsidRDefault="00596FBD" w:rsidP="00596FBD">
            <w:pPr>
              <w:jc w:val="right"/>
            </w:pPr>
            <w:r>
              <w:t>$250.00</w:t>
            </w:r>
          </w:p>
        </w:tc>
      </w:tr>
    </w:tbl>
    <w:p w14:paraId="4A513B7F" w14:textId="77777777" w:rsidR="00AE4733" w:rsidRDefault="00AE4733" w:rsidP="00AE4733">
      <w:pPr>
        <w:spacing w:after="0"/>
      </w:pPr>
    </w:p>
    <w:p w14:paraId="16E7FE8B" w14:textId="6C852109" w:rsidR="008214EF" w:rsidRPr="00AE4733" w:rsidRDefault="00AA70EE" w:rsidP="00AE4733">
      <w:pPr>
        <w:spacing w:after="0"/>
        <w:rPr>
          <w:b/>
          <w:bCs/>
        </w:rPr>
      </w:pPr>
      <w:r w:rsidRPr="00AE4733">
        <w:rPr>
          <w:b/>
          <w:bCs/>
        </w:rPr>
        <w:t>SECTION 3 — MEMBERSHIP BENEFITS</w:t>
      </w:r>
    </w:p>
    <w:p w14:paraId="5D1CE98B" w14:textId="0E2BA2B7" w:rsidR="008214EF" w:rsidRPr="00265DC7" w:rsidRDefault="00AA70EE">
      <w:r w:rsidRPr="00265DC7">
        <w:t>Membership may include access to the following benefits when available:</w:t>
      </w:r>
      <w:r w:rsidRPr="00265DC7">
        <w:br/>
      </w:r>
      <w:r w:rsidRPr="00265DC7">
        <w:br/>
        <w:t>• Indoor riding arena access</w:t>
      </w:r>
      <w:r w:rsidR="00054420">
        <w:t xml:space="preserve"> – </w:t>
      </w:r>
      <w:r w:rsidR="00885C99">
        <w:t>Must book your ride time with a m</w:t>
      </w:r>
      <w:r w:rsidR="00054420">
        <w:t>aximum of 2 hours per day</w:t>
      </w:r>
      <w:r w:rsidR="00885C99">
        <w:t>.</w:t>
      </w:r>
      <w:r w:rsidRPr="00265DC7">
        <w:br/>
        <w:t>• Member appreciation events</w:t>
      </w:r>
      <w:r w:rsidRPr="00265DC7">
        <w:br/>
        <w:t>• Seasonal ranch festivals</w:t>
      </w:r>
      <w:r w:rsidRPr="00265DC7">
        <w:br/>
        <w:t>• Campfire socials</w:t>
      </w:r>
      <w:r w:rsidRPr="00265DC7">
        <w:br/>
        <w:t>• Family movie nights</w:t>
      </w:r>
      <w:r w:rsidRPr="00265DC7">
        <w:br/>
        <w:t>• Holiday celebrations</w:t>
      </w:r>
      <w:r w:rsidRPr="00265DC7">
        <w:br/>
        <w:t>• Riding lesson discounts</w:t>
      </w:r>
      <w:r w:rsidRPr="00265DC7">
        <w:br/>
        <w:t>• Trail ride discounts</w:t>
      </w:r>
      <w:r w:rsidRPr="00265DC7">
        <w:br/>
        <w:t>• Priority registration for camps and clinics</w:t>
      </w:r>
      <w:r w:rsidRPr="00265DC7">
        <w:br/>
        <w:t>• Discounted birthday parties and ranch events</w:t>
      </w:r>
      <w:r w:rsidRPr="00265DC7">
        <w:br/>
        <w:t>• Early access to ranch activities and programs</w:t>
      </w:r>
      <w:r w:rsidRPr="00265DC7">
        <w:br/>
      </w:r>
      <w:r w:rsidRPr="00265DC7">
        <w:br/>
        <w:t>Benefits are subject to change at the discretion of Ranger’s Ranch.</w:t>
      </w:r>
    </w:p>
    <w:p w14:paraId="1E209C99" w14:textId="77777777" w:rsidR="000D4133" w:rsidRDefault="000D4133">
      <w:pPr>
        <w:pStyle w:val="Heading2"/>
        <w:rPr>
          <w:color w:val="auto"/>
        </w:rPr>
      </w:pPr>
    </w:p>
    <w:p w14:paraId="39386B8A" w14:textId="31798644" w:rsidR="008214EF" w:rsidRPr="00265DC7" w:rsidRDefault="00AA70EE">
      <w:pPr>
        <w:pStyle w:val="Heading2"/>
        <w:rPr>
          <w:color w:val="auto"/>
        </w:rPr>
      </w:pPr>
      <w:r w:rsidRPr="00265DC7">
        <w:rPr>
          <w:color w:val="auto"/>
        </w:rPr>
        <w:t>SECTION 4 — RANCH RULES &amp; EXPECTATIONS</w:t>
      </w:r>
    </w:p>
    <w:p w14:paraId="44825224" w14:textId="64244E68" w:rsidR="008214EF" w:rsidRPr="00265DC7" w:rsidRDefault="00AA70EE">
      <w:r w:rsidRPr="00265DC7">
        <w:t>Members agree to:</w:t>
      </w:r>
      <w:r w:rsidRPr="00265DC7">
        <w:br/>
        <w:t>• Treat all guests, staff, volunteers, and animals respectfully</w:t>
      </w:r>
      <w:r w:rsidRPr="00265DC7">
        <w:br/>
        <w:t>• Follow all posted ranch rules and staff instructions</w:t>
      </w:r>
      <w:r w:rsidRPr="00265DC7">
        <w:br/>
        <w:t>• Maintain safe behavior at all times</w:t>
      </w:r>
      <w:r w:rsidRPr="00265DC7">
        <w:br/>
        <w:t>• No illegal drugs or unlawful conduct permitted</w:t>
      </w:r>
      <w:r w:rsidRPr="00265DC7">
        <w:br/>
        <w:t>• No abusive, threatening, or disruptive behavior</w:t>
      </w:r>
      <w:r w:rsidRPr="00265DC7">
        <w:br/>
        <w:t>• Ride and participate at your own risk</w:t>
      </w:r>
      <w:r w:rsidRPr="00265DC7">
        <w:br/>
        <w:t>• Clean up after yourself and your horse</w:t>
      </w:r>
      <w:r w:rsidRPr="00265DC7">
        <w:br/>
        <w:t>• Supervise children and guests at all times</w:t>
      </w:r>
    </w:p>
    <w:p w14:paraId="56961415" w14:textId="6BEF48D0" w:rsidR="008214EF" w:rsidRPr="00265DC7" w:rsidRDefault="00AA70EE">
      <w:pPr>
        <w:pStyle w:val="Heading2"/>
        <w:rPr>
          <w:color w:val="auto"/>
        </w:rPr>
      </w:pPr>
      <w:r w:rsidRPr="00265DC7">
        <w:rPr>
          <w:color w:val="auto"/>
        </w:rPr>
        <w:t>SECTION 5 — ASSUMPTION OF RISK</w:t>
      </w:r>
    </w:p>
    <w:p w14:paraId="568D3DC6" w14:textId="77777777" w:rsidR="008214EF" w:rsidRPr="00265DC7" w:rsidRDefault="00AA70EE">
      <w:r w:rsidRPr="00265DC7">
        <w:t>I understand and acknowledge that horseback riding, ranch operations, livestock interaction, farm activities, recreational activities, and outdoor events involve inherent risks that may result in serious injury, illness, death, or property damage.</w:t>
      </w:r>
      <w:r w:rsidRPr="00265DC7">
        <w:br/>
      </w:r>
      <w:r w:rsidRPr="00265DC7">
        <w:br/>
        <w:t>I voluntarily choose to participate despite these risks and fully assume all responsibility for any injuries, damages, or losses that may occur.</w:t>
      </w:r>
    </w:p>
    <w:p w14:paraId="0387AE19" w14:textId="77777777" w:rsidR="008214EF" w:rsidRPr="00265DC7" w:rsidRDefault="00AA70EE">
      <w:pPr>
        <w:pStyle w:val="Heading2"/>
        <w:rPr>
          <w:color w:val="auto"/>
        </w:rPr>
      </w:pPr>
      <w:r w:rsidRPr="00265DC7">
        <w:rPr>
          <w:color w:val="auto"/>
        </w:rPr>
        <w:t>SECTION 6 — RELEASE OF LIABILITY &amp; HOLD HARMLESS AGREEMENT</w:t>
      </w:r>
    </w:p>
    <w:p w14:paraId="072EAE68" w14:textId="77777777" w:rsidR="008214EF" w:rsidRPr="00265DC7" w:rsidRDefault="00AA70EE">
      <w:r w:rsidRPr="00265DC7">
        <w:t>In consideration for being allowed to enter and participate at Ranger’s Ranch, I hereby release, waive, discharge, and covenant not to sue Ranger’s Ranch, its owners, officers, employees, volunteers, trainers, contractors, affiliates, sponsors, and representatives from any and all liability, claims, demands, damages, causes of action, or expenses arising out of or related to participation in Ranch activities or use of Ranch facilities.</w:t>
      </w:r>
      <w:r w:rsidRPr="00265DC7">
        <w:br/>
      </w:r>
      <w:r w:rsidRPr="00265DC7">
        <w:br/>
        <w:t>This release applies even if caused by ordinary negligence.</w:t>
      </w:r>
    </w:p>
    <w:p w14:paraId="24E57D89" w14:textId="77777777" w:rsidR="008214EF" w:rsidRPr="00265DC7" w:rsidRDefault="00AA70EE">
      <w:pPr>
        <w:pStyle w:val="Heading2"/>
        <w:rPr>
          <w:color w:val="auto"/>
        </w:rPr>
      </w:pPr>
      <w:r w:rsidRPr="00265DC7">
        <w:rPr>
          <w:color w:val="auto"/>
        </w:rPr>
        <w:t>SECTION 7 — OKLAHOMA EQUINE LIABILITY WARNING</w:t>
      </w:r>
    </w:p>
    <w:p w14:paraId="130DBBA0" w14:textId="77777777" w:rsidR="008214EF" w:rsidRPr="00265DC7" w:rsidRDefault="00AA70EE">
      <w:r w:rsidRPr="00265DC7">
        <w:t>WARNING</w:t>
      </w:r>
      <w:r w:rsidRPr="00265DC7">
        <w:br/>
      </w:r>
      <w:r w:rsidRPr="00265DC7">
        <w:br/>
        <w:t>Under Oklahoma law, an equine professional is not liable for an injury to or the death of a participant in equine activities resulting from the inherent risks of equine activities pursuant to the Oklahoma Livestock Activities Liability Limitation Act.</w:t>
      </w:r>
    </w:p>
    <w:p w14:paraId="59EA1560" w14:textId="77777777" w:rsidR="00054420" w:rsidRDefault="00054420">
      <w:pPr>
        <w:pStyle w:val="Heading2"/>
        <w:rPr>
          <w:color w:val="auto"/>
        </w:rPr>
      </w:pPr>
    </w:p>
    <w:p w14:paraId="10E3AE36" w14:textId="30196951" w:rsidR="008214EF" w:rsidRPr="00265DC7" w:rsidRDefault="00AA70EE">
      <w:pPr>
        <w:pStyle w:val="Heading2"/>
        <w:rPr>
          <w:color w:val="auto"/>
        </w:rPr>
      </w:pPr>
      <w:r w:rsidRPr="00265DC7">
        <w:rPr>
          <w:color w:val="auto"/>
        </w:rPr>
        <w:t>SECTION 8 — MEDICAL AUTHORIZATION</w:t>
      </w:r>
    </w:p>
    <w:p w14:paraId="099F133B" w14:textId="166619B2" w:rsidR="008214EF" w:rsidRPr="00265DC7" w:rsidRDefault="00AA70EE">
      <w:r w:rsidRPr="00265DC7">
        <w:t>In the event of an accident or medical emergency, I authorize Ranger’s Ranch personnel to obtain emergency medical care on my behalf if I am unable to do so.</w:t>
      </w:r>
      <w:r w:rsidRPr="00265DC7">
        <w:br/>
      </w:r>
      <w:r w:rsidRPr="00265DC7">
        <w:br/>
        <w:t>I understand that I am financially responsible for all medical treatment and emergency transportation costs.</w:t>
      </w:r>
      <w:r w:rsidRPr="00265DC7">
        <w:br/>
      </w:r>
      <w:r w:rsidRPr="00265DC7">
        <w:br/>
        <w:t>Medical Conditions/Allergies:</w:t>
      </w:r>
      <w:r w:rsidRPr="00265DC7">
        <w:br/>
      </w:r>
      <w:r w:rsidR="005512EF" w:rsidRPr="005512EF">
        <w:rPr>
          <w:u w:val="single"/>
        </w:rPr>
        <w:fldChar w:fldCharType="begin">
          <w:ffData>
            <w:name w:val="Text9"/>
            <w:enabled/>
            <w:calcOnExit w:val="0"/>
            <w:textInput/>
          </w:ffData>
        </w:fldChar>
      </w:r>
      <w:bookmarkStart w:id="8" w:name="Text9"/>
      <w:r w:rsidR="005512EF" w:rsidRPr="005512EF">
        <w:rPr>
          <w:u w:val="single"/>
        </w:rPr>
        <w:instrText xml:space="preserve"> FORMTEXT </w:instrText>
      </w:r>
      <w:r w:rsidR="005512EF" w:rsidRPr="005512EF">
        <w:rPr>
          <w:u w:val="single"/>
        </w:rPr>
      </w:r>
      <w:r w:rsidR="005512EF" w:rsidRPr="005512EF">
        <w:rPr>
          <w:u w:val="single"/>
        </w:rPr>
        <w:fldChar w:fldCharType="separate"/>
      </w:r>
      <w:r w:rsidR="005512EF" w:rsidRPr="005512EF">
        <w:rPr>
          <w:noProof/>
          <w:u w:val="single"/>
        </w:rPr>
        <w:t> </w:t>
      </w:r>
      <w:r w:rsidR="005512EF" w:rsidRPr="005512EF">
        <w:rPr>
          <w:noProof/>
          <w:u w:val="single"/>
        </w:rPr>
        <w:t> </w:t>
      </w:r>
      <w:r w:rsidR="005512EF" w:rsidRPr="005512EF">
        <w:rPr>
          <w:noProof/>
          <w:u w:val="single"/>
        </w:rPr>
        <w:t> </w:t>
      </w:r>
      <w:r w:rsidR="005512EF" w:rsidRPr="005512EF">
        <w:rPr>
          <w:noProof/>
          <w:u w:val="single"/>
        </w:rPr>
        <w:t> </w:t>
      </w:r>
      <w:r w:rsidR="005512EF" w:rsidRPr="005512EF">
        <w:rPr>
          <w:noProof/>
          <w:u w:val="single"/>
        </w:rPr>
        <w:t> </w:t>
      </w:r>
      <w:r w:rsidR="005512EF" w:rsidRPr="005512EF">
        <w:rPr>
          <w:u w:val="single"/>
        </w:rPr>
        <w:fldChar w:fldCharType="end"/>
      </w:r>
      <w:bookmarkEnd w:id="8"/>
    </w:p>
    <w:p w14:paraId="36B16818" w14:textId="22D3EF19" w:rsidR="008214EF" w:rsidRPr="00265DC7" w:rsidRDefault="00AA70EE">
      <w:pPr>
        <w:pStyle w:val="Heading2"/>
        <w:rPr>
          <w:color w:val="auto"/>
        </w:rPr>
      </w:pPr>
      <w:r w:rsidRPr="00265DC7">
        <w:rPr>
          <w:color w:val="auto"/>
        </w:rPr>
        <w:t>SECTION 9 — PHOTO &amp; MEDIA RELEASE</w:t>
      </w:r>
    </w:p>
    <w:p w14:paraId="4EF33A42" w14:textId="75C85E0B" w:rsidR="008214EF" w:rsidRPr="00265DC7" w:rsidRDefault="00AA70EE">
      <w:r w:rsidRPr="00265DC7">
        <w:t>I grant permission to Ranger’s Ranch to use photographs and/or video recordings of me taken during Ranch activities for promotional materials, website content, social media, advertising, and marketing purposes.</w:t>
      </w:r>
      <w:r w:rsidRPr="00265DC7">
        <w:br/>
      </w:r>
      <w:r w:rsidRPr="00265DC7">
        <w:br/>
      </w:r>
      <w:sdt>
        <w:sdtPr>
          <w:id w:val="1461457153"/>
          <w14:checkbox>
            <w14:checked w14:val="0"/>
            <w14:checkedState w14:val="2612" w14:font="MS Gothic"/>
            <w14:uncheckedState w14:val="2610" w14:font="MS Gothic"/>
          </w14:checkbox>
        </w:sdtPr>
        <w:sdtEndPr/>
        <w:sdtContent>
          <w:r w:rsidR="007B0311">
            <w:rPr>
              <w:rFonts w:ascii="MS Gothic" w:eastAsia="MS Gothic" w:hAnsi="MS Gothic" w:hint="eastAsia"/>
            </w:rPr>
            <w:t>☐</w:t>
          </w:r>
        </w:sdtContent>
      </w:sdt>
      <w:r w:rsidRPr="00265DC7">
        <w:t xml:space="preserve"> I DO consent</w:t>
      </w:r>
      <w:r w:rsidRPr="00265DC7">
        <w:br/>
      </w:r>
      <w:sdt>
        <w:sdtPr>
          <w:id w:val="1931702709"/>
          <w14:checkbox>
            <w14:checked w14:val="0"/>
            <w14:checkedState w14:val="2612" w14:font="MS Gothic"/>
            <w14:uncheckedState w14:val="2610" w14:font="MS Gothic"/>
          </w14:checkbox>
        </w:sdtPr>
        <w:sdtEndPr/>
        <w:sdtContent>
          <w:r w:rsidR="007B0311">
            <w:rPr>
              <w:rFonts w:ascii="MS Gothic" w:eastAsia="MS Gothic" w:hAnsi="MS Gothic" w:hint="eastAsia"/>
            </w:rPr>
            <w:t>☐</w:t>
          </w:r>
        </w:sdtContent>
      </w:sdt>
      <w:r w:rsidRPr="00265DC7">
        <w:t xml:space="preserve"> I DO NOT consent</w:t>
      </w:r>
      <w:r w:rsidRPr="00265DC7">
        <w:br/>
      </w:r>
      <w:r w:rsidRPr="00265DC7">
        <w:br/>
        <w:t>Initials:</w:t>
      </w:r>
      <w:r w:rsidR="005512EF" w:rsidRPr="005512EF">
        <w:rPr>
          <w:u w:val="single"/>
        </w:rPr>
        <w:fldChar w:fldCharType="begin">
          <w:ffData>
            <w:name w:val="Text10"/>
            <w:enabled/>
            <w:calcOnExit w:val="0"/>
            <w:textInput/>
          </w:ffData>
        </w:fldChar>
      </w:r>
      <w:bookmarkStart w:id="9" w:name="Text10"/>
      <w:r w:rsidR="005512EF" w:rsidRPr="005512EF">
        <w:rPr>
          <w:u w:val="single"/>
        </w:rPr>
        <w:instrText xml:space="preserve"> FORMTEXT </w:instrText>
      </w:r>
      <w:r w:rsidR="005512EF" w:rsidRPr="005512EF">
        <w:rPr>
          <w:u w:val="single"/>
        </w:rPr>
      </w:r>
      <w:r w:rsidR="005512EF" w:rsidRPr="005512EF">
        <w:rPr>
          <w:u w:val="single"/>
        </w:rPr>
        <w:fldChar w:fldCharType="separate"/>
      </w:r>
      <w:r w:rsidR="005512EF" w:rsidRPr="005512EF">
        <w:rPr>
          <w:noProof/>
          <w:u w:val="single"/>
        </w:rPr>
        <w:t> </w:t>
      </w:r>
      <w:r w:rsidR="005512EF" w:rsidRPr="005512EF">
        <w:rPr>
          <w:noProof/>
          <w:u w:val="single"/>
        </w:rPr>
        <w:t> </w:t>
      </w:r>
      <w:r w:rsidR="005512EF" w:rsidRPr="005512EF">
        <w:rPr>
          <w:noProof/>
          <w:u w:val="single"/>
        </w:rPr>
        <w:t> </w:t>
      </w:r>
      <w:r w:rsidR="005512EF" w:rsidRPr="005512EF">
        <w:rPr>
          <w:noProof/>
          <w:u w:val="single"/>
        </w:rPr>
        <w:t> </w:t>
      </w:r>
      <w:r w:rsidR="005512EF" w:rsidRPr="005512EF">
        <w:rPr>
          <w:noProof/>
          <w:u w:val="single"/>
        </w:rPr>
        <w:t> </w:t>
      </w:r>
      <w:r w:rsidR="005512EF" w:rsidRPr="005512EF">
        <w:rPr>
          <w:u w:val="single"/>
        </w:rPr>
        <w:fldChar w:fldCharType="end"/>
      </w:r>
      <w:bookmarkEnd w:id="9"/>
    </w:p>
    <w:p w14:paraId="640ED223" w14:textId="77777777" w:rsidR="008214EF" w:rsidRPr="00265DC7" w:rsidRDefault="00AA70EE">
      <w:pPr>
        <w:pStyle w:val="Heading2"/>
        <w:rPr>
          <w:color w:val="auto"/>
        </w:rPr>
      </w:pPr>
      <w:r w:rsidRPr="00265DC7">
        <w:rPr>
          <w:color w:val="auto"/>
        </w:rPr>
        <w:t>SECTION 10 — MEMBERSHIP TERMINATION</w:t>
      </w:r>
    </w:p>
    <w:p w14:paraId="27A07297" w14:textId="48F2AE5B" w:rsidR="008214EF" w:rsidRPr="00265DC7" w:rsidRDefault="00AA70EE">
      <w:r w:rsidRPr="00265DC7">
        <w:t>Ranger’s Ranch reserves the right to suspend or terminate membership privileges for unsafe conduct, violation of ranch rules, non-payment, harassment, or conduct detrimental to the Ranch environment.</w:t>
      </w:r>
      <w:r w:rsidRPr="00265DC7">
        <w:br/>
      </w:r>
      <w:r w:rsidRPr="00265DC7">
        <w:br/>
        <w:t xml:space="preserve">Membership fees are non-refundable unless approved by Ranch </w:t>
      </w:r>
      <w:r w:rsidR="00C01B93">
        <w:t>M</w:t>
      </w:r>
      <w:r w:rsidRPr="00265DC7">
        <w:t>anagement.</w:t>
      </w:r>
    </w:p>
    <w:p w14:paraId="5158D795" w14:textId="77777777" w:rsidR="008214EF" w:rsidRPr="00265DC7" w:rsidRDefault="00AA70EE">
      <w:pPr>
        <w:pStyle w:val="Heading2"/>
        <w:rPr>
          <w:color w:val="auto"/>
        </w:rPr>
      </w:pPr>
      <w:r w:rsidRPr="00265DC7">
        <w:rPr>
          <w:color w:val="auto"/>
        </w:rPr>
        <w:t>SECTION 11 — ACKNOWLEDGEMENT</w:t>
      </w:r>
    </w:p>
    <w:p w14:paraId="585348F7" w14:textId="77777777" w:rsidR="008214EF" w:rsidRPr="00265DC7" w:rsidRDefault="00AA70EE">
      <w:r w:rsidRPr="00265DC7">
        <w:t>I acknowledge that:</w:t>
      </w:r>
      <w:r w:rsidRPr="00265DC7">
        <w:br/>
        <w:t>• I have carefully read this entire Membership Packet &amp; Liability Waiver</w:t>
      </w:r>
      <w:r w:rsidRPr="00265DC7">
        <w:br/>
        <w:t>• I fully understand its contents</w:t>
      </w:r>
      <w:r w:rsidRPr="00265DC7">
        <w:br/>
        <w:t>• I understand that I am waiving certain legal rights</w:t>
      </w:r>
      <w:r w:rsidRPr="00265DC7">
        <w:br/>
        <w:t>• I sign this agreement voluntarily and without coercion</w:t>
      </w:r>
    </w:p>
    <w:p w14:paraId="4B0F0A62" w14:textId="29A35C8F" w:rsidR="00ED7BEF" w:rsidRDefault="00ED7BEF" w:rsidP="007975F1">
      <w:pPr>
        <w:pStyle w:val="Heading2"/>
        <w:ind w:left="180"/>
        <w:rPr>
          <w:color w:val="auto"/>
          <w:sz w:val="22"/>
          <w:szCs w:val="22"/>
        </w:rPr>
      </w:pPr>
    </w:p>
    <w:p w14:paraId="4C25270C" w14:textId="77777777" w:rsidR="00F23CBE" w:rsidRDefault="00F23CBE" w:rsidP="00F23CBE"/>
    <w:p w14:paraId="6E90C5B6" w14:textId="77777777" w:rsidR="00F23CBE" w:rsidRDefault="00F23CBE" w:rsidP="00F23CBE"/>
    <w:p w14:paraId="1C5497E8" w14:textId="77777777" w:rsidR="00F23CBE" w:rsidRDefault="00F23CBE" w:rsidP="00F23CBE"/>
    <w:p w14:paraId="63C27FF3" w14:textId="77777777" w:rsidR="00F23CBE" w:rsidRPr="00D8452A" w:rsidRDefault="00F23CBE" w:rsidP="00F23CBE">
      <w:pPr>
        <w:pStyle w:val="isselectedend"/>
        <w:rPr>
          <w:rFonts w:asciiTheme="minorHAnsi" w:hAnsiTheme="minorHAnsi"/>
          <w:b/>
          <w:bCs/>
          <w:sz w:val="22"/>
          <w:szCs w:val="22"/>
        </w:rPr>
      </w:pPr>
    </w:p>
    <w:p w14:paraId="595D20E4" w14:textId="275A4DF1" w:rsidR="00D8452A" w:rsidRPr="00D8452A" w:rsidRDefault="00D8452A" w:rsidP="0043110D">
      <w:pPr>
        <w:rPr>
          <w:rFonts w:asciiTheme="majorHAnsi" w:hAnsiTheme="majorHAnsi" w:cstheme="majorHAnsi"/>
          <w:b/>
          <w:bCs/>
          <w:sz w:val="26"/>
          <w:szCs w:val="26"/>
        </w:rPr>
      </w:pPr>
      <w:r w:rsidRPr="00D8452A">
        <w:rPr>
          <w:rFonts w:asciiTheme="majorHAnsi" w:hAnsiTheme="majorHAnsi" w:cstheme="majorHAnsi"/>
          <w:b/>
          <w:bCs/>
          <w:sz w:val="26"/>
          <w:szCs w:val="26"/>
        </w:rPr>
        <w:t>SECTION 1</w:t>
      </w:r>
      <w:r w:rsidR="00B95FFF">
        <w:rPr>
          <w:rFonts w:asciiTheme="majorHAnsi" w:hAnsiTheme="majorHAnsi" w:cstheme="majorHAnsi"/>
          <w:b/>
          <w:bCs/>
          <w:sz w:val="26"/>
          <w:szCs w:val="26"/>
        </w:rPr>
        <w:t>2</w:t>
      </w:r>
      <w:r w:rsidRPr="00D8452A">
        <w:rPr>
          <w:rFonts w:asciiTheme="majorHAnsi" w:hAnsiTheme="majorHAnsi" w:cstheme="majorHAnsi"/>
          <w:b/>
          <w:bCs/>
          <w:sz w:val="26"/>
          <w:szCs w:val="26"/>
        </w:rPr>
        <w:t xml:space="preserve"> — </w:t>
      </w:r>
      <w:r w:rsidR="00B95FFF">
        <w:rPr>
          <w:rFonts w:asciiTheme="majorHAnsi" w:hAnsiTheme="majorHAnsi" w:cstheme="majorHAnsi"/>
          <w:b/>
          <w:bCs/>
          <w:sz w:val="26"/>
          <w:szCs w:val="26"/>
        </w:rPr>
        <w:t>GUEST POLICY</w:t>
      </w:r>
    </w:p>
    <w:p w14:paraId="34378759" w14:textId="39B7055B" w:rsidR="0043110D" w:rsidRDefault="0043110D" w:rsidP="0043110D">
      <w:r>
        <w:t>Family refers to Immediate Family Members, which is defined as two adults residing within the same household &amp; their dependent children under the age of 21.  Ranger’s Ranch reserves the right to request verification of residency or relationship status for Family Member</w:t>
      </w:r>
      <w:r w:rsidR="003C7E6D">
        <w:t xml:space="preserve"> or Guest </w:t>
      </w:r>
      <w:r>
        <w:t xml:space="preserve">eligibility.  </w:t>
      </w:r>
    </w:p>
    <w:p w14:paraId="1CA655D5" w14:textId="077B05D9" w:rsidR="0043110D" w:rsidRPr="00F23CBE" w:rsidRDefault="0043110D" w:rsidP="0043110D">
      <w:pPr>
        <w:rPr>
          <w:rFonts w:asciiTheme="majorHAnsi" w:hAnsiTheme="majorHAnsi" w:cstheme="majorHAnsi"/>
          <w:b/>
          <w:bCs/>
          <w:sz w:val="26"/>
          <w:szCs w:val="26"/>
        </w:rPr>
      </w:pPr>
      <w:r>
        <w:t>Other family members or extended relatives may require separate membership approval by Ranger’s Ranch.  i.e., Parent</w:t>
      </w:r>
      <w:r w:rsidR="00D8452A">
        <w:t>s or siblings</w:t>
      </w:r>
      <w:r>
        <w:t xml:space="preserve"> who </w:t>
      </w:r>
      <w:r w:rsidR="00D8452A">
        <w:t>reside</w:t>
      </w:r>
      <w:r>
        <w:t xml:space="preserve"> </w:t>
      </w:r>
      <w:r w:rsidR="00D8452A">
        <w:t xml:space="preserve">in the same household </w:t>
      </w:r>
      <w:r>
        <w:t>with the member.</w:t>
      </w:r>
    </w:p>
    <w:p w14:paraId="125F330E" w14:textId="465046A3" w:rsidR="00F23CBE" w:rsidRDefault="00F23CBE" w:rsidP="00F23CBE">
      <w:pPr>
        <w:pStyle w:val="isselectedend"/>
        <w:rPr>
          <w:rFonts w:asciiTheme="minorHAnsi" w:hAnsiTheme="minorHAnsi"/>
          <w:sz w:val="22"/>
          <w:szCs w:val="22"/>
        </w:rPr>
      </w:pPr>
      <w:r w:rsidRPr="00F23CBE">
        <w:rPr>
          <w:rFonts w:asciiTheme="minorHAnsi" w:hAnsiTheme="minorHAnsi"/>
          <w:sz w:val="22"/>
          <w:szCs w:val="22"/>
        </w:rPr>
        <w:t>Ranger’s Ranch members may invite guests to the Ranch</w:t>
      </w:r>
      <w:r>
        <w:rPr>
          <w:rFonts w:asciiTheme="minorHAnsi" w:hAnsiTheme="minorHAnsi"/>
          <w:sz w:val="22"/>
          <w:szCs w:val="22"/>
        </w:rPr>
        <w:t>,</w:t>
      </w:r>
      <w:r w:rsidRPr="00F23CBE">
        <w:rPr>
          <w:rFonts w:asciiTheme="minorHAnsi" w:hAnsiTheme="minorHAnsi"/>
          <w:sz w:val="22"/>
          <w:szCs w:val="22"/>
        </w:rPr>
        <w:t xml:space="preserve"> subject to Ranch rules and availability.</w:t>
      </w:r>
    </w:p>
    <w:p w14:paraId="62C58157" w14:textId="016A5F2E" w:rsidR="003C7E6D" w:rsidRDefault="003C7E6D" w:rsidP="00F23CBE">
      <w:pPr>
        <w:pStyle w:val="isselectedend"/>
        <w:rPr>
          <w:rFonts w:asciiTheme="minorHAnsi" w:hAnsiTheme="minorHAnsi"/>
          <w:sz w:val="22"/>
          <w:szCs w:val="22"/>
        </w:rPr>
      </w:pPr>
      <w:r>
        <w:rPr>
          <w:rFonts w:asciiTheme="minorHAnsi" w:hAnsiTheme="minorHAnsi"/>
          <w:sz w:val="22"/>
          <w:szCs w:val="22"/>
        </w:rPr>
        <w:t xml:space="preserve">A Guest is defined as a non-member individual temporarily invited onto Ranger’s Ranch property by an active member for participation in approved Ranch activities, events, or facility use.  </w:t>
      </w:r>
    </w:p>
    <w:p w14:paraId="0E3B4606" w14:textId="77777777" w:rsidR="00F23CBE" w:rsidRPr="00F23CBE" w:rsidRDefault="00F23CBE" w:rsidP="00F23CBE">
      <w:pPr>
        <w:pStyle w:val="isselectedend"/>
        <w:rPr>
          <w:rFonts w:asciiTheme="minorHAnsi" w:hAnsiTheme="minorHAnsi"/>
          <w:b/>
          <w:bCs/>
          <w:sz w:val="22"/>
          <w:szCs w:val="22"/>
        </w:rPr>
      </w:pPr>
      <w:r w:rsidRPr="00F23CBE">
        <w:rPr>
          <w:rFonts w:asciiTheme="minorHAnsi" w:hAnsiTheme="minorHAnsi"/>
          <w:b/>
          <w:bCs/>
          <w:sz w:val="22"/>
          <w:szCs w:val="22"/>
        </w:rPr>
        <w:t>All guests must:</w:t>
      </w:r>
    </w:p>
    <w:p w14:paraId="0CA4C258" w14:textId="77777777" w:rsidR="0043110D" w:rsidRDefault="00F23CBE" w:rsidP="0043110D">
      <w:pPr>
        <w:pStyle w:val="isselectedend"/>
        <w:numPr>
          <w:ilvl w:val="0"/>
          <w:numId w:val="18"/>
        </w:numPr>
        <w:rPr>
          <w:rFonts w:asciiTheme="minorHAnsi" w:hAnsiTheme="minorHAnsi"/>
          <w:sz w:val="22"/>
          <w:szCs w:val="22"/>
        </w:rPr>
      </w:pPr>
      <w:r w:rsidRPr="0043110D">
        <w:rPr>
          <w:rFonts w:asciiTheme="minorHAnsi" w:hAnsiTheme="minorHAnsi"/>
          <w:sz w:val="22"/>
          <w:szCs w:val="22"/>
        </w:rPr>
        <w:t>Be always accompanied by the sponsoring member.</w:t>
      </w:r>
    </w:p>
    <w:p w14:paraId="6B543478" w14:textId="1FA19B59" w:rsidR="0043110D" w:rsidRDefault="0043110D" w:rsidP="0043110D">
      <w:pPr>
        <w:pStyle w:val="isselectedend"/>
        <w:numPr>
          <w:ilvl w:val="0"/>
          <w:numId w:val="18"/>
        </w:numPr>
        <w:rPr>
          <w:rFonts w:asciiTheme="minorHAnsi" w:hAnsiTheme="minorHAnsi"/>
          <w:sz w:val="22"/>
          <w:szCs w:val="22"/>
        </w:rPr>
      </w:pPr>
      <w:r w:rsidRPr="0043110D">
        <w:rPr>
          <w:rFonts w:asciiTheme="minorHAnsi" w:hAnsiTheme="minorHAnsi"/>
          <w:sz w:val="22"/>
          <w:szCs w:val="22"/>
        </w:rPr>
        <w:t xml:space="preserve">Come to the office to receive </w:t>
      </w:r>
      <w:r>
        <w:rPr>
          <w:rFonts w:asciiTheme="minorHAnsi" w:hAnsiTheme="minorHAnsi"/>
          <w:sz w:val="22"/>
          <w:szCs w:val="22"/>
        </w:rPr>
        <w:t xml:space="preserve">a </w:t>
      </w:r>
      <w:r w:rsidRPr="0043110D">
        <w:rPr>
          <w:rFonts w:asciiTheme="minorHAnsi" w:hAnsiTheme="minorHAnsi"/>
          <w:sz w:val="22"/>
          <w:szCs w:val="22"/>
        </w:rPr>
        <w:t>guest pass</w:t>
      </w:r>
      <w:r>
        <w:rPr>
          <w:rFonts w:asciiTheme="minorHAnsi" w:hAnsiTheme="minorHAnsi"/>
          <w:sz w:val="22"/>
          <w:szCs w:val="22"/>
        </w:rPr>
        <w:t>.</w:t>
      </w:r>
    </w:p>
    <w:p w14:paraId="14D8AD80" w14:textId="77777777" w:rsidR="0043110D" w:rsidRDefault="00F23CBE" w:rsidP="0043110D">
      <w:pPr>
        <w:pStyle w:val="isselectedend"/>
        <w:numPr>
          <w:ilvl w:val="0"/>
          <w:numId w:val="18"/>
        </w:numPr>
        <w:rPr>
          <w:rFonts w:asciiTheme="minorHAnsi" w:hAnsiTheme="minorHAnsi"/>
          <w:sz w:val="22"/>
          <w:szCs w:val="22"/>
        </w:rPr>
      </w:pPr>
      <w:r w:rsidRPr="0043110D">
        <w:rPr>
          <w:rFonts w:asciiTheme="minorHAnsi" w:hAnsiTheme="minorHAnsi"/>
          <w:sz w:val="22"/>
          <w:szCs w:val="22"/>
        </w:rPr>
        <w:t>Complete any required liability waivers before participation.</w:t>
      </w:r>
    </w:p>
    <w:p w14:paraId="693651B0" w14:textId="0031E2DB" w:rsidR="00F23CBE" w:rsidRPr="0043110D" w:rsidRDefault="00F23CBE" w:rsidP="0043110D">
      <w:pPr>
        <w:pStyle w:val="isselectedend"/>
        <w:numPr>
          <w:ilvl w:val="0"/>
          <w:numId w:val="18"/>
        </w:numPr>
        <w:rPr>
          <w:rFonts w:asciiTheme="minorHAnsi" w:hAnsiTheme="minorHAnsi"/>
          <w:sz w:val="22"/>
          <w:szCs w:val="22"/>
        </w:rPr>
      </w:pPr>
      <w:r w:rsidRPr="0043110D">
        <w:rPr>
          <w:rFonts w:asciiTheme="minorHAnsi" w:hAnsiTheme="minorHAnsi"/>
          <w:sz w:val="22"/>
          <w:szCs w:val="22"/>
        </w:rPr>
        <w:t>Follow all Ranch safety rules and staff instructions.</w:t>
      </w:r>
    </w:p>
    <w:p w14:paraId="63E8B037" w14:textId="77777777" w:rsidR="00F23CBE" w:rsidRPr="00F23CBE" w:rsidRDefault="00F23CBE" w:rsidP="00F23CBE">
      <w:pPr>
        <w:pStyle w:val="isselectedend"/>
        <w:rPr>
          <w:rFonts w:asciiTheme="minorHAnsi" w:hAnsiTheme="minorHAnsi"/>
          <w:b/>
          <w:bCs/>
          <w:sz w:val="22"/>
          <w:szCs w:val="22"/>
        </w:rPr>
      </w:pPr>
      <w:r w:rsidRPr="00F23CBE">
        <w:rPr>
          <w:rFonts w:asciiTheme="minorHAnsi" w:hAnsiTheme="minorHAnsi"/>
          <w:b/>
          <w:bCs/>
          <w:sz w:val="22"/>
          <w:szCs w:val="22"/>
        </w:rPr>
        <w:t>Guest Privileges by Membership Type:</w:t>
      </w:r>
    </w:p>
    <w:p w14:paraId="70BD21AB" w14:textId="6E5A13C7" w:rsidR="00F23CBE" w:rsidRPr="00F23CBE" w:rsidRDefault="00F23CBE" w:rsidP="00F23CBE">
      <w:pPr>
        <w:pStyle w:val="isselectedend"/>
        <w:rPr>
          <w:rFonts w:asciiTheme="minorHAnsi" w:hAnsiTheme="minorHAnsi"/>
          <w:sz w:val="22"/>
          <w:szCs w:val="22"/>
        </w:rPr>
      </w:pPr>
      <w:r w:rsidRPr="00F23CBE">
        <w:rPr>
          <w:rFonts w:asciiTheme="minorHAnsi" w:hAnsiTheme="minorHAnsi"/>
          <w:sz w:val="22"/>
          <w:szCs w:val="22"/>
        </w:rPr>
        <w:t>Individual Membership:</w:t>
      </w:r>
      <w:r w:rsidRPr="00F23CBE">
        <w:rPr>
          <w:rFonts w:asciiTheme="minorHAnsi" w:hAnsiTheme="minorHAnsi"/>
          <w:sz w:val="22"/>
          <w:szCs w:val="22"/>
        </w:rPr>
        <w:br/>
        <w:t>• Includes up to one (1) guest per visit</w:t>
      </w:r>
      <w:r w:rsidR="0043110D">
        <w:rPr>
          <w:rFonts w:asciiTheme="minorHAnsi" w:hAnsiTheme="minorHAnsi"/>
          <w:sz w:val="22"/>
          <w:szCs w:val="22"/>
        </w:rPr>
        <w:t>.</w:t>
      </w:r>
    </w:p>
    <w:p w14:paraId="22C18858" w14:textId="77777777" w:rsidR="00F23CBE" w:rsidRPr="00F23CBE" w:rsidRDefault="00F23CBE" w:rsidP="00F23CBE">
      <w:pPr>
        <w:pStyle w:val="isselectedend"/>
        <w:rPr>
          <w:rFonts w:asciiTheme="minorHAnsi" w:hAnsiTheme="minorHAnsi"/>
          <w:sz w:val="22"/>
          <w:szCs w:val="22"/>
        </w:rPr>
      </w:pPr>
      <w:r w:rsidRPr="00F23CBE">
        <w:rPr>
          <w:rFonts w:asciiTheme="minorHAnsi" w:hAnsiTheme="minorHAnsi"/>
          <w:sz w:val="22"/>
          <w:szCs w:val="22"/>
        </w:rPr>
        <w:t>Family Membership:</w:t>
      </w:r>
      <w:r w:rsidRPr="00F23CBE">
        <w:rPr>
          <w:rFonts w:asciiTheme="minorHAnsi" w:hAnsiTheme="minorHAnsi"/>
          <w:sz w:val="22"/>
          <w:szCs w:val="22"/>
        </w:rPr>
        <w:br/>
        <w:t>• Includes up to two (2) guests per visit</w:t>
      </w:r>
    </w:p>
    <w:p w14:paraId="75986F1B" w14:textId="77777777" w:rsidR="00F23CBE" w:rsidRPr="00F23CBE" w:rsidRDefault="00F23CBE" w:rsidP="00F23CBE">
      <w:pPr>
        <w:pStyle w:val="isselectedend"/>
        <w:rPr>
          <w:rFonts w:asciiTheme="minorHAnsi" w:hAnsiTheme="minorHAnsi"/>
          <w:sz w:val="22"/>
          <w:szCs w:val="22"/>
        </w:rPr>
      </w:pPr>
      <w:r w:rsidRPr="00F23CBE">
        <w:rPr>
          <w:rFonts w:asciiTheme="minorHAnsi" w:hAnsiTheme="minorHAnsi"/>
          <w:sz w:val="22"/>
          <w:szCs w:val="22"/>
        </w:rPr>
        <w:t>Corporate Membership:</w:t>
      </w:r>
      <w:r w:rsidRPr="00F23CBE">
        <w:rPr>
          <w:rFonts w:asciiTheme="minorHAnsi" w:hAnsiTheme="minorHAnsi"/>
          <w:sz w:val="22"/>
          <w:szCs w:val="22"/>
        </w:rPr>
        <w:br/>
        <w:t>• Includes approved access for authorized participants and business guests as determined by Ranger’s Ranch</w:t>
      </w:r>
    </w:p>
    <w:p w14:paraId="73EB6886" w14:textId="77777777" w:rsidR="00F23CBE" w:rsidRPr="00F23CBE" w:rsidRDefault="00F23CBE" w:rsidP="00F23CBE">
      <w:pPr>
        <w:pStyle w:val="NormalWeb"/>
        <w:rPr>
          <w:rFonts w:asciiTheme="minorHAnsi" w:hAnsiTheme="minorHAnsi"/>
          <w:sz w:val="22"/>
          <w:szCs w:val="22"/>
        </w:rPr>
      </w:pPr>
      <w:r w:rsidRPr="00F23CBE">
        <w:rPr>
          <w:rFonts w:asciiTheme="minorHAnsi" w:hAnsiTheme="minorHAnsi"/>
          <w:sz w:val="22"/>
          <w:szCs w:val="22"/>
        </w:rPr>
        <w:t>Ranger’s Ranch reserves the right to limit, deny, or revoke guest privileges at any time for safety, operational, or conduct-related reasons.</w:t>
      </w:r>
    </w:p>
    <w:p w14:paraId="614E15C7" w14:textId="77777777" w:rsidR="00F23CBE" w:rsidRDefault="00F23CBE" w:rsidP="00F23CBE"/>
    <w:p w14:paraId="65AB7A46" w14:textId="77777777" w:rsidR="00F23CBE" w:rsidRDefault="00F23CBE" w:rsidP="00F23CBE"/>
    <w:p w14:paraId="07CCCD4D" w14:textId="77777777" w:rsidR="00F23CBE" w:rsidRDefault="00F23CBE" w:rsidP="00F23CBE"/>
    <w:p w14:paraId="4AC42084" w14:textId="77777777" w:rsidR="00003905" w:rsidRDefault="00003905" w:rsidP="007975F1">
      <w:pPr>
        <w:pStyle w:val="Heading2"/>
        <w:ind w:left="180"/>
        <w:rPr>
          <w:color w:val="auto"/>
          <w:sz w:val="22"/>
          <w:szCs w:val="22"/>
        </w:rPr>
      </w:pPr>
    </w:p>
    <w:p w14:paraId="17628313" w14:textId="49B89F4D" w:rsidR="00054420" w:rsidRDefault="007975F1" w:rsidP="007975F1">
      <w:pPr>
        <w:pStyle w:val="Heading2"/>
        <w:ind w:left="180"/>
        <w:rPr>
          <w:color w:val="auto"/>
          <w:sz w:val="22"/>
          <w:szCs w:val="22"/>
        </w:rPr>
      </w:pPr>
      <w:r w:rsidRPr="007975F1">
        <w:rPr>
          <w:color w:val="auto"/>
          <w:sz w:val="22"/>
          <w:szCs w:val="22"/>
        </w:rPr>
        <w:t xml:space="preserve">All Members must be listed.  For members under </w:t>
      </w:r>
      <w:r w:rsidR="0043110D">
        <w:rPr>
          <w:color w:val="auto"/>
          <w:sz w:val="22"/>
          <w:szCs w:val="22"/>
        </w:rPr>
        <w:t>18</w:t>
      </w:r>
      <w:r w:rsidRPr="007975F1">
        <w:rPr>
          <w:color w:val="auto"/>
          <w:sz w:val="22"/>
          <w:szCs w:val="22"/>
        </w:rPr>
        <w:t xml:space="preserve"> years of age must be signed by the parent or legal guardian.</w:t>
      </w:r>
    </w:p>
    <w:p w14:paraId="3093D75F" w14:textId="77777777" w:rsidR="00003905" w:rsidRPr="00003905" w:rsidRDefault="00003905" w:rsidP="00003905"/>
    <w:tbl>
      <w:tblPr>
        <w:tblStyle w:val="TableGrid"/>
        <w:tblW w:w="0" w:type="auto"/>
        <w:jc w:val="center"/>
        <w:tblLook w:val="04A0" w:firstRow="1" w:lastRow="0" w:firstColumn="1" w:lastColumn="0" w:noHBand="0" w:noVBand="1"/>
      </w:tblPr>
      <w:tblGrid>
        <w:gridCol w:w="1364"/>
        <w:gridCol w:w="2420"/>
        <w:gridCol w:w="1969"/>
        <w:gridCol w:w="3062"/>
      </w:tblGrid>
      <w:tr w:rsidR="00CE6810" w14:paraId="3B33B601" w14:textId="30AB92DC" w:rsidTr="00CE6810">
        <w:trPr>
          <w:jc w:val="center"/>
        </w:trPr>
        <w:tc>
          <w:tcPr>
            <w:tcW w:w="1364" w:type="dxa"/>
          </w:tcPr>
          <w:p w14:paraId="02F3BB3D" w14:textId="524ABF8D" w:rsidR="00CE6810" w:rsidRDefault="00CE6810" w:rsidP="00CE6810">
            <w:r>
              <w:t># of Members</w:t>
            </w:r>
          </w:p>
        </w:tc>
        <w:tc>
          <w:tcPr>
            <w:tcW w:w="2420" w:type="dxa"/>
          </w:tcPr>
          <w:p w14:paraId="5B62C9EE" w14:textId="554A4E7A" w:rsidR="00CE6810" w:rsidRDefault="00CE6810" w:rsidP="005512EF">
            <w:pPr>
              <w:jc w:val="center"/>
            </w:pPr>
            <w:r>
              <w:t>Member Name</w:t>
            </w:r>
          </w:p>
        </w:tc>
        <w:tc>
          <w:tcPr>
            <w:tcW w:w="1969" w:type="dxa"/>
          </w:tcPr>
          <w:p w14:paraId="59C0240C" w14:textId="7F5E785D" w:rsidR="00CE6810" w:rsidRDefault="00CE6810" w:rsidP="005512EF">
            <w:pPr>
              <w:jc w:val="center"/>
            </w:pPr>
            <w:r>
              <w:t>Signature</w:t>
            </w:r>
          </w:p>
        </w:tc>
        <w:tc>
          <w:tcPr>
            <w:tcW w:w="3062" w:type="dxa"/>
          </w:tcPr>
          <w:p w14:paraId="447080FB" w14:textId="77777777" w:rsidR="00CE6810" w:rsidRDefault="00CE6810" w:rsidP="005512EF">
            <w:pPr>
              <w:jc w:val="center"/>
            </w:pPr>
            <w:r>
              <w:t>Date</w:t>
            </w:r>
          </w:p>
          <w:p w14:paraId="412DD937" w14:textId="57A6C00B" w:rsidR="00CE6810" w:rsidRDefault="00CE6810" w:rsidP="005512EF">
            <w:pPr>
              <w:jc w:val="center"/>
            </w:pPr>
          </w:p>
        </w:tc>
      </w:tr>
      <w:tr w:rsidR="00CE6810" w14:paraId="1FC85AD4" w14:textId="262E7975" w:rsidTr="00CE6810">
        <w:trPr>
          <w:jc w:val="center"/>
        </w:trPr>
        <w:tc>
          <w:tcPr>
            <w:tcW w:w="1364" w:type="dxa"/>
          </w:tcPr>
          <w:p w14:paraId="6E5AC7C9" w14:textId="10ED1E0C" w:rsidR="00CE6810" w:rsidRDefault="00CE6810" w:rsidP="005512EF">
            <w:pPr>
              <w:jc w:val="center"/>
            </w:pPr>
            <w:r>
              <w:t>1</w:t>
            </w:r>
          </w:p>
        </w:tc>
        <w:tc>
          <w:tcPr>
            <w:tcW w:w="2420" w:type="dxa"/>
          </w:tcPr>
          <w:p w14:paraId="2BAF4E20" w14:textId="739A2F8F" w:rsidR="00CE6810" w:rsidRDefault="00CE6810" w:rsidP="00CE6810">
            <w:r>
              <w:fldChar w:fldCharType="begin">
                <w:ffData>
                  <w:name w:val="Text11"/>
                  <w:enabled/>
                  <w:calcOnExit w:val="0"/>
                  <w:textInput/>
                </w:ffData>
              </w:fldChar>
            </w:r>
            <w:bookmarkStart w:id="10"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1969" w:type="dxa"/>
          </w:tcPr>
          <w:p w14:paraId="785CEBA0" w14:textId="77777777" w:rsidR="00CE6810" w:rsidRDefault="00CE6810" w:rsidP="005512EF">
            <w:pPr>
              <w:jc w:val="center"/>
            </w:pPr>
          </w:p>
        </w:tc>
        <w:sdt>
          <w:sdtPr>
            <w:id w:val="-268395875"/>
            <w:placeholder>
              <w:docPart w:val="DefaultPlaceholder_-1854013437"/>
            </w:placeholder>
            <w:showingPlcHdr/>
            <w:date>
              <w:dateFormat w:val="M/d/yyyy"/>
              <w:lid w:val="en-US"/>
              <w:storeMappedDataAs w:val="dateTime"/>
              <w:calendar w:val="gregorian"/>
            </w:date>
          </w:sdtPr>
          <w:sdtEndPr/>
          <w:sdtContent>
            <w:tc>
              <w:tcPr>
                <w:tcW w:w="3062" w:type="dxa"/>
              </w:tcPr>
              <w:p w14:paraId="5FF63CD1" w14:textId="6D1EDDB4" w:rsidR="00CE6810" w:rsidRDefault="00CE6810" w:rsidP="005512EF">
                <w:pPr>
                  <w:jc w:val="center"/>
                </w:pPr>
                <w:r w:rsidRPr="00406387">
                  <w:rPr>
                    <w:rStyle w:val="PlaceholderText"/>
                  </w:rPr>
                  <w:t>Click or tap to enter a date.</w:t>
                </w:r>
              </w:p>
            </w:tc>
          </w:sdtContent>
        </w:sdt>
      </w:tr>
      <w:tr w:rsidR="00CE6810" w14:paraId="62FA4241" w14:textId="34FCAC56" w:rsidTr="00CE6810">
        <w:trPr>
          <w:jc w:val="center"/>
        </w:trPr>
        <w:tc>
          <w:tcPr>
            <w:tcW w:w="1364" w:type="dxa"/>
          </w:tcPr>
          <w:p w14:paraId="4DA14785" w14:textId="4E184446" w:rsidR="00CE6810" w:rsidRDefault="00CE6810" w:rsidP="005512EF">
            <w:pPr>
              <w:jc w:val="center"/>
            </w:pPr>
            <w:r>
              <w:t>2</w:t>
            </w:r>
          </w:p>
        </w:tc>
        <w:tc>
          <w:tcPr>
            <w:tcW w:w="2420" w:type="dxa"/>
          </w:tcPr>
          <w:p w14:paraId="3F418FC9" w14:textId="0FEF566C" w:rsidR="00CE6810" w:rsidRDefault="00CE6810" w:rsidP="00CE6810">
            <w:r>
              <w:fldChar w:fldCharType="begin">
                <w:ffData>
                  <w:name w:val="Text12"/>
                  <w:enabled/>
                  <w:calcOnExit w:val="0"/>
                  <w:textInput/>
                </w:ffData>
              </w:fldChar>
            </w:r>
            <w:bookmarkStart w:id="11"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1969" w:type="dxa"/>
          </w:tcPr>
          <w:p w14:paraId="1A6D0234" w14:textId="77777777" w:rsidR="00CE6810" w:rsidRDefault="00CE6810" w:rsidP="005512EF">
            <w:pPr>
              <w:jc w:val="center"/>
            </w:pPr>
          </w:p>
        </w:tc>
        <w:sdt>
          <w:sdtPr>
            <w:id w:val="2010797137"/>
            <w:placeholder>
              <w:docPart w:val="DefaultPlaceholder_-1854013437"/>
            </w:placeholder>
            <w:showingPlcHdr/>
            <w:date>
              <w:dateFormat w:val="M/d/yyyy"/>
              <w:lid w:val="en-US"/>
              <w:storeMappedDataAs w:val="dateTime"/>
              <w:calendar w:val="gregorian"/>
            </w:date>
          </w:sdtPr>
          <w:sdtEndPr/>
          <w:sdtContent>
            <w:tc>
              <w:tcPr>
                <w:tcW w:w="3062" w:type="dxa"/>
              </w:tcPr>
              <w:p w14:paraId="5C6C2CF1" w14:textId="0127893E" w:rsidR="00CE6810" w:rsidRDefault="00CE6810" w:rsidP="005512EF">
                <w:pPr>
                  <w:jc w:val="center"/>
                </w:pPr>
                <w:r w:rsidRPr="00406387">
                  <w:rPr>
                    <w:rStyle w:val="PlaceholderText"/>
                  </w:rPr>
                  <w:t>Click or tap to enter a date.</w:t>
                </w:r>
              </w:p>
            </w:tc>
          </w:sdtContent>
        </w:sdt>
      </w:tr>
      <w:tr w:rsidR="00CE6810" w14:paraId="590F8833" w14:textId="3807E29A" w:rsidTr="00CE6810">
        <w:trPr>
          <w:jc w:val="center"/>
        </w:trPr>
        <w:tc>
          <w:tcPr>
            <w:tcW w:w="1364" w:type="dxa"/>
          </w:tcPr>
          <w:p w14:paraId="4B97FDD0" w14:textId="3C4D9085" w:rsidR="00CE6810" w:rsidRDefault="00CE6810" w:rsidP="005512EF">
            <w:pPr>
              <w:jc w:val="center"/>
            </w:pPr>
            <w:r>
              <w:t>3</w:t>
            </w:r>
          </w:p>
        </w:tc>
        <w:tc>
          <w:tcPr>
            <w:tcW w:w="2420" w:type="dxa"/>
          </w:tcPr>
          <w:p w14:paraId="20F0F8F8" w14:textId="266AD469" w:rsidR="00CE6810" w:rsidRDefault="00CE6810" w:rsidP="00CE6810">
            <w:r>
              <w:fldChar w:fldCharType="begin">
                <w:ffData>
                  <w:name w:val="Text13"/>
                  <w:enabled/>
                  <w:calcOnExit w:val="0"/>
                  <w:textInput/>
                </w:ffData>
              </w:fldChar>
            </w:r>
            <w:bookmarkStart w:id="12"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1969" w:type="dxa"/>
          </w:tcPr>
          <w:p w14:paraId="31A31954" w14:textId="77777777" w:rsidR="00CE6810" w:rsidRDefault="00CE6810" w:rsidP="005512EF">
            <w:pPr>
              <w:jc w:val="center"/>
            </w:pPr>
          </w:p>
        </w:tc>
        <w:sdt>
          <w:sdtPr>
            <w:id w:val="-189534876"/>
            <w:placeholder>
              <w:docPart w:val="DefaultPlaceholder_-1854013437"/>
            </w:placeholder>
            <w:showingPlcHdr/>
            <w:date>
              <w:dateFormat w:val="M/d/yyyy"/>
              <w:lid w:val="en-US"/>
              <w:storeMappedDataAs w:val="dateTime"/>
              <w:calendar w:val="gregorian"/>
            </w:date>
          </w:sdtPr>
          <w:sdtEndPr/>
          <w:sdtContent>
            <w:tc>
              <w:tcPr>
                <w:tcW w:w="3062" w:type="dxa"/>
              </w:tcPr>
              <w:p w14:paraId="218D1247" w14:textId="3C920926" w:rsidR="00CE6810" w:rsidRDefault="00CE6810" w:rsidP="005512EF">
                <w:pPr>
                  <w:jc w:val="center"/>
                </w:pPr>
                <w:r w:rsidRPr="00406387">
                  <w:rPr>
                    <w:rStyle w:val="PlaceholderText"/>
                  </w:rPr>
                  <w:t>Click or tap to enter a date.</w:t>
                </w:r>
              </w:p>
            </w:tc>
          </w:sdtContent>
        </w:sdt>
      </w:tr>
      <w:tr w:rsidR="00CE6810" w14:paraId="2C3D9465" w14:textId="6A2E5CFC" w:rsidTr="00CE6810">
        <w:trPr>
          <w:jc w:val="center"/>
        </w:trPr>
        <w:tc>
          <w:tcPr>
            <w:tcW w:w="1364" w:type="dxa"/>
          </w:tcPr>
          <w:p w14:paraId="0C0C8401" w14:textId="456BFD7D" w:rsidR="00CE6810" w:rsidRDefault="00CE6810" w:rsidP="005512EF">
            <w:pPr>
              <w:jc w:val="center"/>
            </w:pPr>
            <w:r>
              <w:t>4</w:t>
            </w:r>
          </w:p>
        </w:tc>
        <w:tc>
          <w:tcPr>
            <w:tcW w:w="2420" w:type="dxa"/>
          </w:tcPr>
          <w:p w14:paraId="5730DDF3" w14:textId="4814FA47" w:rsidR="00CE6810" w:rsidRDefault="00CE6810" w:rsidP="00CE6810">
            <w:r>
              <w:fldChar w:fldCharType="begin">
                <w:ffData>
                  <w:name w:val="Text14"/>
                  <w:enabled/>
                  <w:calcOnExit w:val="0"/>
                  <w:textInput/>
                </w:ffData>
              </w:fldChar>
            </w:r>
            <w:bookmarkStart w:id="13"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1969" w:type="dxa"/>
          </w:tcPr>
          <w:p w14:paraId="36A9D42D" w14:textId="77777777" w:rsidR="00CE6810" w:rsidRDefault="00CE6810" w:rsidP="005512EF">
            <w:pPr>
              <w:jc w:val="center"/>
            </w:pPr>
          </w:p>
        </w:tc>
        <w:sdt>
          <w:sdtPr>
            <w:id w:val="394945216"/>
            <w:placeholder>
              <w:docPart w:val="DefaultPlaceholder_-1854013437"/>
            </w:placeholder>
            <w:showingPlcHdr/>
            <w:date>
              <w:dateFormat w:val="M/d/yyyy"/>
              <w:lid w:val="en-US"/>
              <w:storeMappedDataAs w:val="dateTime"/>
              <w:calendar w:val="gregorian"/>
            </w:date>
          </w:sdtPr>
          <w:sdtEndPr/>
          <w:sdtContent>
            <w:tc>
              <w:tcPr>
                <w:tcW w:w="3062" w:type="dxa"/>
              </w:tcPr>
              <w:p w14:paraId="0FB23080" w14:textId="5DE2829D" w:rsidR="00CE6810" w:rsidRDefault="00CE6810" w:rsidP="005512EF">
                <w:pPr>
                  <w:jc w:val="center"/>
                </w:pPr>
                <w:r w:rsidRPr="00406387">
                  <w:rPr>
                    <w:rStyle w:val="PlaceholderText"/>
                  </w:rPr>
                  <w:t>Click or tap to enter a date.</w:t>
                </w:r>
              </w:p>
            </w:tc>
          </w:sdtContent>
        </w:sdt>
      </w:tr>
      <w:tr w:rsidR="00CE6810" w14:paraId="20A4472C" w14:textId="48E1C6D2" w:rsidTr="00CE6810">
        <w:trPr>
          <w:jc w:val="center"/>
        </w:trPr>
        <w:tc>
          <w:tcPr>
            <w:tcW w:w="1364" w:type="dxa"/>
          </w:tcPr>
          <w:p w14:paraId="714318D0" w14:textId="21528558" w:rsidR="00CE6810" w:rsidRDefault="00CE6810" w:rsidP="005512EF">
            <w:pPr>
              <w:jc w:val="center"/>
            </w:pPr>
            <w:r>
              <w:t>5</w:t>
            </w:r>
          </w:p>
        </w:tc>
        <w:tc>
          <w:tcPr>
            <w:tcW w:w="2420" w:type="dxa"/>
          </w:tcPr>
          <w:p w14:paraId="361BD71B" w14:textId="6AD06B9E" w:rsidR="00CE6810" w:rsidRDefault="00CE6810" w:rsidP="00CE6810">
            <w:r>
              <w:fldChar w:fldCharType="begin">
                <w:ffData>
                  <w:name w:val="Text15"/>
                  <w:enabled/>
                  <w:calcOnExit w:val="0"/>
                  <w:textInput/>
                </w:ffData>
              </w:fldChar>
            </w:r>
            <w:bookmarkStart w:id="14"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1969" w:type="dxa"/>
          </w:tcPr>
          <w:p w14:paraId="61CA1569" w14:textId="77777777" w:rsidR="00CE6810" w:rsidRDefault="00CE6810" w:rsidP="005512EF">
            <w:pPr>
              <w:jc w:val="center"/>
            </w:pPr>
          </w:p>
        </w:tc>
        <w:sdt>
          <w:sdtPr>
            <w:id w:val="2128507042"/>
            <w:placeholder>
              <w:docPart w:val="DefaultPlaceholder_-1854013437"/>
            </w:placeholder>
            <w:showingPlcHdr/>
            <w:date>
              <w:dateFormat w:val="M/d/yyyy"/>
              <w:lid w:val="en-US"/>
              <w:storeMappedDataAs w:val="dateTime"/>
              <w:calendar w:val="gregorian"/>
            </w:date>
          </w:sdtPr>
          <w:sdtEndPr/>
          <w:sdtContent>
            <w:tc>
              <w:tcPr>
                <w:tcW w:w="3062" w:type="dxa"/>
              </w:tcPr>
              <w:p w14:paraId="1895338B" w14:textId="2DE0CF4D" w:rsidR="00CE6810" w:rsidRDefault="00CE6810" w:rsidP="005512EF">
                <w:pPr>
                  <w:jc w:val="center"/>
                </w:pPr>
                <w:r w:rsidRPr="00406387">
                  <w:rPr>
                    <w:rStyle w:val="PlaceholderText"/>
                  </w:rPr>
                  <w:t>Click or tap to enter a date.</w:t>
                </w:r>
              </w:p>
            </w:tc>
          </w:sdtContent>
        </w:sdt>
      </w:tr>
      <w:tr w:rsidR="00CE6810" w14:paraId="0DD64C90" w14:textId="2EF2A746" w:rsidTr="00CE6810">
        <w:trPr>
          <w:jc w:val="center"/>
        </w:trPr>
        <w:tc>
          <w:tcPr>
            <w:tcW w:w="1364" w:type="dxa"/>
          </w:tcPr>
          <w:p w14:paraId="02F7485F" w14:textId="1AAEB35E" w:rsidR="00CE6810" w:rsidRDefault="00CE6810" w:rsidP="005512EF">
            <w:pPr>
              <w:jc w:val="center"/>
            </w:pPr>
            <w:r>
              <w:t>6</w:t>
            </w:r>
          </w:p>
        </w:tc>
        <w:tc>
          <w:tcPr>
            <w:tcW w:w="2420" w:type="dxa"/>
          </w:tcPr>
          <w:p w14:paraId="63A01B35" w14:textId="13F18CA8" w:rsidR="00CE6810" w:rsidRDefault="00CE6810" w:rsidP="00CE6810">
            <w:r>
              <w:fldChar w:fldCharType="begin">
                <w:ffData>
                  <w:name w:val="Text16"/>
                  <w:enabled/>
                  <w:calcOnExit w:val="0"/>
                  <w:textInput/>
                </w:ffData>
              </w:fldChar>
            </w:r>
            <w:bookmarkStart w:id="15"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1969" w:type="dxa"/>
          </w:tcPr>
          <w:p w14:paraId="1CD40BD3" w14:textId="77777777" w:rsidR="00CE6810" w:rsidRDefault="00CE6810" w:rsidP="005512EF">
            <w:pPr>
              <w:jc w:val="center"/>
            </w:pPr>
          </w:p>
        </w:tc>
        <w:sdt>
          <w:sdtPr>
            <w:id w:val="676695424"/>
            <w:placeholder>
              <w:docPart w:val="DefaultPlaceholder_-1854013437"/>
            </w:placeholder>
            <w:showingPlcHdr/>
            <w:date>
              <w:dateFormat w:val="M/d/yyyy"/>
              <w:lid w:val="en-US"/>
              <w:storeMappedDataAs w:val="dateTime"/>
              <w:calendar w:val="gregorian"/>
            </w:date>
          </w:sdtPr>
          <w:sdtEndPr/>
          <w:sdtContent>
            <w:tc>
              <w:tcPr>
                <w:tcW w:w="3062" w:type="dxa"/>
              </w:tcPr>
              <w:p w14:paraId="2E080185" w14:textId="60BD157F" w:rsidR="00CE6810" w:rsidRDefault="00CE6810" w:rsidP="005512EF">
                <w:pPr>
                  <w:jc w:val="center"/>
                </w:pPr>
                <w:r w:rsidRPr="00406387">
                  <w:rPr>
                    <w:rStyle w:val="PlaceholderText"/>
                  </w:rPr>
                  <w:t>Click or tap to enter a date.</w:t>
                </w:r>
              </w:p>
            </w:tc>
          </w:sdtContent>
        </w:sdt>
      </w:tr>
    </w:tbl>
    <w:p w14:paraId="4F803221" w14:textId="20F9CA71" w:rsidR="00CE6810" w:rsidRDefault="00CE6810" w:rsidP="00CE6810">
      <w:pPr>
        <w:spacing w:after="0"/>
        <w:jc w:val="center"/>
      </w:pPr>
      <w:r>
        <w:t>Individual = 1 member</w:t>
      </w:r>
    </w:p>
    <w:p w14:paraId="2D581FB0" w14:textId="0D12936F" w:rsidR="00CE6810" w:rsidRDefault="00CE6810" w:rsidP="00CE6810">
      <w:pPr>
        <w:spacing w:after="0"/>
        <w:jc w:val="center"/>
      </w:pPr>
      <w:r>
        <w:t>Family = 4 members</w:t>
      </w:r>
      <w:r w:rsidR="0005700A">
        <w:t>*</w:t>
      </w:r>
    </w:p>
    <w:p w14:paraId="61D35CEB" w14:textId="4CFBD18B" w:rsidR="00CE6810" w:rsidRDefault="00CE6810" w:rsidP="00CE6810">
      <w:pPr>
        <w:spacing w:after="0"/>
        <w:jc w:val="center"/>
      </w:pPr>
      <w:r>
        <w:t>Corporate = 6 members</w:t>
      </w:r>
    </w:p>
    <w:p w14:paraId="216C369D" w14:textId="66328DD1" w:rsidR="00CE6810" w:rsidRDefault="00AA70EE" w:rsidP="005512EF">
      <w:pPr>
        <w:jc w:val="center"/>
      </w:pPr>
      <w:r w:rsidRPr="00265DC7">
        <w:t xml:space="preserve">Ranger’s Ranch Representative: </w:t>
      </w:r>
      <w:r w:rsidR="00CE6810">
        <w:fldChar w:fldCharType="begin">
          <w:ffData>
            <w:name w:val="Text17"/>
            <w:enabled/>
            <w:calcOnExit w:val="0"/>
            <w:textInput/>
          </w:ffData>
        </w:fldChar>
      </w:r>
      <w:bookmarkStart w:id="16" w:name="Text17"/>
      <w:r w:rsidR="00CE6810">
        <w:instrText xml:space="preserve"> FORMTEXT </w:instrText>
      </w:r>
      <w:r w:rsidR="00CE6810">
        <w:fldChar w:fldCharType="separate"/>
      </w:r>
      <w:r w:rsidR="00CE6810">
        <w:rPr>
          <w:noProof/>
        </w:rPr>
        <w:t> </w:t>
      </w:r>
      <w:r w:rsidR="00CE6810">
        <w:rPr>
          <w:noProof/>
        </w:rPr>
        <w:t> </w:t>
      </w:r>
      <w:r w:rsidR="00CE6810">
        <w:rPr>
          <w:noProof/>
        </w:rPr>
        <w:t> </w:t>
      </w:r>
      <w:r w:rsidR="00CE6810">
        <w:rPr>
          <w:noProof/>
        </w:rPr>
        <w:t> </w:t>
      </w:r>
      <w:r w:rsidR="00CE6810">
        <w:rPr>
          <w:noProof/>
        </w:rPr>
        <w:t> </w:t>
      </w:r>
      <w:r w:rsidR="00CE6810">
        <w:fldChar w:fldCharType="end"/>
      </w:r>
      <w:bookmarkEnd w:id="16"/>
      <w:r w:rsidR="00CE6810">
        <w:t xml:space="preserve">  Position:  </w:t>
      </w:r>
      <w:r w:rsidR="00CE6810">
        <w:fldChar w:fldCharType="begin">
          <w:ffData>
            <w:name w:val="Text18"/>
            <w:enabled/>
            <w:calcOnExit w:val="0"/>
            <w:textInput/>
          </w:ffData>
        </w:fldChar>
      </w:r>
      <w:bookmarkStart w:id="17" w:name="Text18"/>
      <w:r w:rsidR="00CE6810">
        <w:instrText xml:space="preserve"> FORMTEXT </w:instrText>
      </w:r>
      <w:r w:rsidR="00CE6810">
        <w:fldChar w:fldCharType="separate"/>
      </w:r>
      <w:r w:rsidR="00CE6810">
        <w:rPr>
          <w:noProof/>
        </w:rPr>
        <w:t> </w:t>
      </w:r>
      <w:r w:rsidR="00CE6810">
        <w:rPr>
          <w:noProof/>
        </w:rPr>
        <w:t> </w:t>
      </w:r>
      <w:r w:rsidR="00CE6810">
        <w:rPr>
          <w:noProof/>
        </w:rPr>
        <w:t> </w:t>
      </w:r>
      <w:r w:rsidR="00CE6810">
        <w:rPr>
          <w:noProof/>
        </w:rPr>
        <w:t> </w:t>
      </w:r>
      <w:r w:rsidR="00CE6810">
        <w:rPr>
          <w:noProof/>
        </w:rPr>
        <w:t> </w:t>
      </w:r>
      <w:r w:rsidR="00CE6810">
        <w:fldChar w:fldCharType="end"/>
      </w:r>
      <w:bookmarkEnd w:id="17"/>
    </w:p>
    <w:p w14:paraId="2F75E18F" w14:textId="1EA06902" w:rsidR="00CE6810" w:rsidRDefault="00AA70EE" w:rsidP="000B43AB">
      <w:pPr>
        <w:jc w:val="center"/>
      </w:pPr>
      <w:r w:rsidRPr="00265DC7">
        <w:t xml:space="preserve">Signature: </w:t>
      </w:r>
      <w:r w:rsidR="00CE6810">
        <w:t xml:space="preserve"> ___________________________</w:t>
      </w:r>
      <w:r w:rsidRPr="00265DC7">
        <w:br/>
        <w:t xml:space="preserve">Date: </w:t>
      </w:r>
      <w:sdt>
        <w:sdtPr>
          <w:id w:val="1229268748"/>
          <w:placeholder>
            <w:docPart w:val="DefaultPlaceholder_-1854013437"/>
          </w:placeholder>
          <w:showingPlcHdr/>
          <w:date>
            <w:dateFormat w:val="M/d/yyyy"/>
            <w:lid w:val="en-US"/>
            <w:storeMappedDataAs w:val="dateTime"/>
            <w:calendar w:val="gregorian"/>
          </w:date>
        </w:sdtPr>
        <w:sdtEndPr/>
        <w:sdtContent>
          <w:r w:rsidR="00CE6810" w:rsidRPr="00CE6810">
            <w:rPr>
              <w:rStyle w:val="PlaceholderText"/>
              <w:u w:val="single"/>
            </w:rPr>
            <w:t>Click or tap to enter a date.</w:t>
          </w:r>
        </w:sdtContent>
      </w:sdt>
    </w:p>
    <w:p w14:paraId="331F84CA" w14:textId="31D58993" w:rsidR="001F241A" w:rsidRPr="001F241A" w:rsidRDefault="001F241A" w:rsidP="001F241A">
      <w:pPr>
        <w:pStyle w:val="isselectedend"/>
        <w:rPr>
          <w:rFonts w:asciiTheme="minorHAnsi" w:hAnsiTheme="minorHAnsi" w:cstheme="majorHAnsi"/>
          <w:sz w:val="22"/>
          <w:szCs w:val="22"/>
        </w:rPr>
      </w:pPr>
      <w:r w:rsidRPr="001F241A">
        <w:rPr>
          <w:rFonts w:asciiTheme="minorHAnsi" w:hAnsiTheme="minorHAnsi" w:cstheme="majorHAnsi"/>
          <w:b/>
          <w:bCs/>
          <w:sz w:val="22"/>
          <w:szCs w:val="22"/>
        </w:rPr>
        <w:t>MEMBERSHIP TERM &amp; CANCELLATION</w:t>
      </w:r>
      <w:r w:rsidR="00AE4733">
        <w:rPr>
          <w:rFonts w:asciiTheme="minorHAnsi" w:hAnsiTheme="minorHAnsi" w:cstheme="majorHAnsi"/>
          <w:b/>
          <w:bCs/>
          <w:sz w:val="22"/>
          <w:szCs w:val="22"/>
        </w:rPr>
        <w:t xml:space="preserve">: </w:t>
      </w:r>
      <w:r w:rsidRPr="001F241A">
        <w:rPr>
          <w:rFonts w:asciiTheme="minorHAnsi" w:hAnsiTheme="minorHAnsi" w:cstheme="majorHAnsi"/>
          <w:sz w:val="22"/>
          <w:szCs w:val="22"/>
        </w:rPr>
        <w:t xml:space="preserve">Memberships at Ranger’s Ranch operate on a month-to-month basis and automatically renew each month unless cancelled in accordance with </w:t>
      </w:r>
      <w:r>
        <w:rPr>
          <w:rFonts w:asciiTheme="minorHAnsi" w:hAnsiTheme="minorHAnsi" w:cstheme="majorHAnsi"/>
          <w:sz w:val="22"/>
          <w:szCs w:val="22"/>
        </w:rPr>
        <w:t>the Ranch's</w:t>
      </w:r>
      <w:r w:rsidRPr="001F241A">
        <w:rPr>
          <w:rFonts w:asciiTheme="minorHAnsi" w:hAnsiTheme="minorHAnsi" w:cstheme="majorHAnsi"/>
          <w:sz w:val="22"/>
          <w:szCs w:val="22"/>
        </w:rPr>
        <w:t xml:space="preserve"> policies.</w:t>
      </w:r>
    </w:p>
    <w:p w14:paraId="5B36012A" w14:textId="7EFC1B8F" w:rsidR="001F241A" w:rsidRPr="001F241A" w:rsidRDefault="001F241A" w:rsidP="001F241A">
      <w:pPr>
        <w:pStyle w:val="isselectedend"/>
        <w:rPr>
          <w:rFonts w:asciiTheme="minorHAnsi" w:hAnsiTheme="minorHAnsi" w:cstheme="majorHAnsi"/>
          <w:sz w:val="22"/>
          <w:szCs w:val="22"/>
        </w:rPr>
      </w:pPr>
      <w:r w:rsidRPr="001F241A">
        <w:rPr>
          <w:rFonts w:asciiTheme="minorHAnsi" w:hAnsiTheme="minorHAnsi" w:cstheme="majorHAnsi"/>
          <w:sz w:val="22"/>
          <w:szCs w:val="22"/>
        </w:rPr>
        <w:t xml:space="preserve">Members may cancel their membership at any time by providing a minimum </w:t>
      </w:r>
      <w:r>
        <w:rPr>
          <w:rFonts w:asciiTheme="minorHAnsi" w:hAnsiTheme="minorHAnsi" w:cstheme="majorHAnsi"/>
          <w:sz w:val="22"/>
          <w:szCs w:val="22"/>
        </w:rPr>
        <w:t xml:space="preserve">of </w:t>
      </w:r>
      <w:r w:rsidRPr="001F241A">
        <w:rPr>
          <w:rFonts w:asciiTheme="minorHAnsi" w:hAnsiTheme="minorHAnsi" w:cstheme="majorHAnsi"/>
          <w:sz w:val="22"/>
          <w:szCs w:val="22"/>
        </w:rPr>
        <w:t xml:space="preserve">thirty (30) </w:t>
      </w:r>
      <w:r>
        <w:rPr>
          <w:rFonts w:asciiTheme="minorHAnsi" w:hAnsiTheme="minorHAnsi" w:cstheme="majorHAnsi"/>
          <w:sz w:val="22"/>
          <w:szCs w:val="22"/>
        </w:rPr>
        <w:t>days'</w:t>
      </w:r>
      <w:r w:rsidRPr="001F241A">
        <w:rPr>
          <w:rFonts w:asciiTheme="minorHAnsi" w:hAnsiTheme="minorHAnsi" w:cstheme="majorHAnsi"/>
          <w:sz w:val="22"/>
          <w:szCs w:val="22"/>
        </w:rPr>
        <w:t xml:space="preserve"> written notice to Ranger’s Ranch management.</w:t>
      </w:r>
    </w:p>
    <w:p w14:paraId="41D7828C" w14:textId="185156F6" w:rsidR="001F241A" w:rsidRPr="001F241A" w:rsidRDefault="001F241A" w:rsidP="001F241A">
      <w:pPr>
        <w:pStyle w:val="isselectedend"/>
        <w:rPr>
          <w:rFonts w:asciiTheme="minorHAnsi" w:hAnsiTheme="minorHAnsi" w:cstheme="majorHAnsi"/>
          <w:sz w:val="22"/>
          <w:szCs w:val="22"/>
        </w:rPr>
      </w:pPr>
      <w:r w:rsidRPr="001F241A">
        <w:rPr>
          <w:rFonts w:asciiTheme="minorHAnsi" w:hAnsiTheme="minorHAnsi" w:cstheme="majorHAnsi"/>
          <w:sz w:val="22"/>
          <w:szCs w:val="22"/>
        </w:rPr>
        <w:t xml:space="preserve">Membership fees and dues paid </w:t>
      </w:r>
      <w:r>
        <w:rPr>
          <w:rFonts w:asciiTheme="minorHAnsi" w:hAnsiTheme="minorHAnsi" w:cstheme="majorHAnsi"/>
          <w:sz w:val="22"/>
          <w:szCs w:val="22"/>
        </w:rPr>
        <w:t>before</w:t>
      </w:r>
      <w:r w:rsidRPr="001F241A">
        <w:rPr>
          <w:rFonts w:asciiTheme="minorHAnsi" w:hAnsiTheme="minorHAnsi" w:cstheme="majorHAnsi"/>
          <w:sz w:val="22"/>
          <w:szCs w:val="22"/>
        </w:rPr>
        <w:t xml:space="preserve"> the effective cancellation date are non-refundable.</w:t>
      </w:r>
    </w:p>
    <w:p w14:paraId="517EEEFD" w14:textId="60E1D7C2" w:rsidR="00F23CBE" w:rsidRDefault="001F241A" w:rsidP="001F241A">
      <w:pPr>
        <w:pStyle w:val="NormalWeb"/>
      </w:pPr>
      <w:r w:rsidRPr="001F241A">
        <w:rPr>
          <w:rFonts w:asciiTheme="minorHAnsi" w:hAnsiTheme="minorHAnsi" w:cstheme="majorHAnsi"/>
          <w:sz w:val="22"/>
          <w:szCs w:val="22"/>
        </w:rPr>
        <w:t>Ranger’s Ranch reserves the right to suspend or terminate memberships for non-payment, rule violations, unsafe conduct, or behavior detrimental to the Ranch com</w:t>
      </w:r>
      <w:r>
        <w:rPr>
          <w:rFonts w:asciiTheme="minorHAnsi" w:hAnsiTheme="minorHAnsi" w:cstheme="majorHAnsi"/>
          <w:sz w:val="22"/>
          <w:szCs w:val="22"/>
        </w:rPr>
        <w:t>m</w:t>
      </w:r>
      <w:r w:rsidRPr="001F241A">
        <w:rPr>
          <w:rFonts w:asciiTheme="minorHAnsi" w:hAnsiTheme="minorHAnsi" w:cstheme="majorHAnsi"/>
          <w:sz w:val="22"/>
          <w:szCs w:val="22"/>
        </w:rPr>
        <w:t>unity.</w:t>
      </w:r>
    </w:p>
    <w:p w14:paraId="192B49B6" w14:textId="77777777" w:rsidR="00AE4733" w:rsidRDefault="00CE6810" w:rsidP="000B43AB">
      <w:pPr>
        <w:jc w:val="center"/>
      </w:pPr>
      <w:r>
        <w:t xml:space="preserve">Upon </w:t>
      </w:r>
      <w:r w:rsidR="000B43AB">
        <w:t xml:space="preserve">receipt of your application, our office will forward an invoice to you via email to pay for your membership safely and securely.  Listed below are the many forms of payment we currently accept.  Upon settlement of payment, </w:t>
      </w:r>
      <w:r w:rsidR="00ED7BEF">
        <w:t xml:space="preserve">each person will receive a membership card.  We ask that you </w:t>
      </w:r>
      <w:r w:rsidR="000D1D95">
        <w:t>always have the card with you</w:t>
      </w:r>
      <w:r w:rsidR="00ED7BEF">
        <w:t xml:space="preserve"> when visiting the Ranch.</w:t>
      </w:r>
      <w:r w:rsidR="000B43AB">
        <w:t xml:space="preserve">  </w:t>
      </w:r>
    </w:p>
    <w:p w14:paraId="19717D03" w14:textId="77777777" w:rsidR="00AE4733" w:rsidRDefault="000B43AB" w:rsidP="000B43AB">
      <w:pPr>
        <w:jc w:val="center"/>
        <w:rPr>
          <w:noProof/>
        </w:rPr>
      </w:pPr>
      <w:r>
        <w:t>Thank you for becoming part of the Ranger’s Ranch Family!</w:t>
      </w:r>
    </w:p>
    <w:p w14:paraId="128904A1" w14:textId="2CB7923A" w:rsidR="000B43AB" w:rsidRDefault="000B43AB" w:rsidP="000B43AB">
      <w:pPr>
        <w:jc w:val="center"/>
      </w:pPr>
      <w:r w:rsidRPr="000B43AB">
        <w:rPr>
          <w:noProof/>
        </w:rPr>
        <w:drawing>
          <wp:inline distT="0" distB="0" distL="0" distR="0" wp14:anchorId="70A9687E" wp14:editId="2E1A99B8">
            <wp:extent cx="3258005" cy="352474"/>
            <wp:effectExtent l="0" t="0" r="0" b="9525"/>
            <wp:docPr id="1073976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76197" name=""/>
                    <pic:cNvPicPr/>
                  </pic:nvPicPr>
                  <pic:blipFill>
                    <a:blip r:embed="rId8"/>
                    <a:stretch>
                      <a:fillRect/>
                    </a:stretch>
                  </pic:blipFill>
                  <pic:spPr>
                    <a:xfrm>
                      <a:off x="0" y="0"/>
                      <a:ext cx="3258005" cy="352474"/>
                    </a:xfrm>
                    <a:prstGeom prst="rect">
                      <a:avLst/>
                    </a:prstGeom>
                  </pic:spPr>
                </pic:pic>
              </a:graphicData>
            </a:graphic>
          </wp:inline>
        </w:drawing>
      </w:r>
    </w:p>
    <w:sectPr w:rsidR="000B43AB" w:rsidSect="003619AE">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7EC0D7" w14:textId="77777777" w:rsidR="00510BE0" w:rsidRDefault="00510BE0" w:rsidP="00FB67CE">
      <w:pPr>
        <w:spacing w:after="0" w:line="240" w:lineRule="auto"/>
      </w:pPr>
      <w:r>
        <w:separator/>
      </w:r>
    </w:p>
  </w:endnote>
  <w:endnote w:type="continuationSeparator" w:id="0">
    <w:p w14:paraId="7E91F725" w14:textId="77777777" w:rsidR="00510BE0" w:rsidRDefault="00510BE0" w:rsidP="00FB6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8F171" w14:textId="1A8A116E" w:rsidR="00FB67CE" w:rsidRDefault="00FB67CE" w:rsidP="002D4F7E">
    <w:pPr>
      <w:pStyle w:val="Footer"/>
      <w:jc w:val="center"/>
    </w:pPr>
    <w:r>
      <w:t>2782 Sterret Road Calera, OK 7</w:t>
    </w:r>
    <w:r w:rsidR="002D4F7E">
      <w:t>4730 972-510-7478 or 469-407-6205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6225D" w14:textId="77777777" w:rsidR="00510BE0" w:rsidRDefault="00510BE0" w:rsidP="00FB67CE">
      <w:pPr>
        <w:spacing w:after="0" w:line="240" w:lineRule="auto"/>
      </w:pPr>
      <w:r>
        <w:separator/>
      </w:r>
    </w:p>
  </w:footnote>
  <w:footnote w:type="continuationSeparator" w:id="0">
    <w:p w14:paraId="36E20DE6" w14:textId="77777777" w:rsidR="00510BE0" w:rsidRDefault="00510BE0" w:rsidP="00FB67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D6146" w14:textId="63306B1A" w:rsidR="00FB67CE" w:rsidRDefault="00FB67CE">
    <w:pPr>
      <w:pStyle w:val="Header"/>
    </w:pPr>
    <w:r>
      <w:rPr>
        <w:noProof/>
      </w:rPr>
      <w:drawing>
        <wp:inline distT="0" distB="0" distL="0" distR="0" wp14:anchorId="5389ADB8" wp14:editId="48BFC1FE">
          <wp:extent cx="6857073" cy="1776413"/>
          <wp:effectExtent l="0" t="0" r="1270" b="0"/>
          <wp:docPr id="233000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000269" name="Picture 233000269"/>
                  <pic:cNvPicPr/>
                </pic:nvPicPr>
                <pic:blipFill rotWithShape="1">
                  <a:blip r:embed="rId1"/>
                  <a:srcRect b="24636"/>
                  <a:stretch>
                    <a:fillRect/>
                  </a:stretch>
                </pic:blipFill>
                <pic:spPr bwMode="auto">
                  <a:xfrm>
                    <a:off x="0" y="0"/>
                    <a:ext cx="6914112" cy="179119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73F3DAB"/>
    <w:multiLevelType w:val="hybridMultilevel"/>
    <w:tmpl w:val="1C100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5A097C"/>
    <w:multiLevelType w:val="hybridMultilevel"/>
    <w:tmpl w:val="2C0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F13E0E"/>
    <w:multiLevelType w:val="hybridMultilevel"/>
    <w:tmpl w:val="854E905C"/>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60042B8"/>
    <w:multiLevelType w:val="hybridMultilevel"/>
    <w:tmpl w:val="10C83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A30923"/>
    <w:multiLevelType w:val="hybridMultilevel"/>
    <w:tmpl w:val="8DB872B6"/>
    <w:lvl w:ilvl="0" w:tplc="E95894C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E910DD"/>
    <w:multiLevelType w:val="hybridMultilevel"/>
    <w:tmpl w:val="38D47322"/>
    <w:lvl w:ilvl="0" w:tplc="E95894C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395AC4"/>
    <w:multiLevelType w:val="hybridMultilevel"/>
    <w:tmpl w:val="75AE0000"/>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4240E10"/>
    <w:multiLevelType w:val="hybridMultilevel"/>
    <w:tmpl w:val="7BE45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49212A"/>
    <w:multiLevelType w:val="hybridMultilevel"/>
    <w:tmpl w:val="9ADC90B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16cid:durableId="337313845">
    <w:abstractNumId w:val="8"/>
  </w:num>
  <w:num w:numId="2" w16cid:durableId="1254582977">
    <w:abstractNumId w:val="6"/>
  </w:num>
  <w:num w:numId="3" w16cid:durableId="670720750">
    <w:abstractNumId w:val="5"/>
  </w:num>
  <w:num w:numId="4" w16cid:durableId="1391657425">
    <w:abstractNumId w:val="4"/>
  </w:num>
  <w:num w:numId="5" w16cid:durableId="916087003">
    <w:abstractNumId w:val="7"/>
  </w:num>
  <w:num w:numId="6" w16cid:durableId="1690906548">
    <w:abstractNumId w:val="3"/>
  </w:num>
  <w:num w:numId="7" w16cid:durableId="331295252">
    <w:abstractNumId w:val="2"/>
  </w:num>
  <w:num w:numId="8" w16cid:durableId="1533567808">
    <w:abstractNumId w:val="1"/>
  </w:num>
  <w:num w:numId="9" w16cid:durableId="1067798442">
    <w:abstractNumId w:val="0"/>
  </w:num>
  <w:num w:numId="10" w16cid:durableId="588386385">
    <w:abstractNumId w:val="12"/>
  </w:num>
  <w:num w:numId="11" w16cid:durableId="1261915537">
    <w:abstractNumId w:val="17"/>
  </w:num>
  <w:num w:numId="12" w16cid:durableId="1595548602">
    <w:abstractNumId w:val="11"/>
  </w:num>
  <w:num w:numId="13" w16cid:durableId="458572694">
    <w:abstractNumId w:val="9"/>
  </w:num>
  <w:num w:numId="14" w16cid:durableId="77338156">
    <w:abstractNumId w:val="15"/>
  </w:num>
  <w:num w:numId="15" w16cid:durableId="1811709580">
    <w:abstractNumId w:val="10"/>
  </w:num>
  <w:num w:numId="16" w16cid:durableId="29576586">
    <w:abstractNumId w:val="16"/>
  </w:num>
  <w:num w:numId="17" w16cid:durableId="1917087036">
    <w:abstractNumId w:val="14"/>
  </w:num>
  <w:num w:numId="18" w16cid:durableId="2002438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3905"/>
    <w:rsid w:val="000316F2"/>
    <w:rsid w:val="00034616"/>
    <w:rsid w:val="00054420"/>
    <w:rsid w:val="0005700A"/>
    <w:rsid w:val="0006063C"/>
    <w:rsid w:val="0008422E"/>
    <w:rsid w:val="000A1D35"/>
    <w:rsid w:val="000B43AB"/>
    <w:rsid w:val="000D1D95"/>
    <w:rsid w:val="000D4133"/>
    <w:rsid w:val="000F55C0"/>
    <w:rsid w:val="00147247"/>
    <w:rsid w:val="0015074B"/>
    <w:rsid w:val="00167FDE"/>
    <w:rsid w:val="001A5BFD"/>
    <w:rsid w:val="001C74CF"/>
    <w:rsid w:val="001F241A"/>
    <w:rsid w:val="002324F2"/>
    <w:rsid w:val="00265DC7"/>
    <w:rsid w:val="0029639D"/>
    <w:rsid w:val="002B5DB3"/>
    <w:rsid w:val="002D4F7E"/>
    <w:rsid w:val="002E40ED"/>
    <w:rsid w:val="00326F90"/>
    <w:rsid w:val="003619AE"/>
    <w:rsid w:val="003A3016"/>
    <w:rsid w:val="003C7E6D"/>
    <w:rsid w:val="003E579F"/>
    <w:rsid w:val="003E7FC1"/>
    <w:rsid w:val="0041585C"/>
    <w:rsid w:val="0043110D"/>
    <w:rsid w:val="00450C2E"/>
    <w:rsid w:val="004A41A4"/>
    <w:rsid w:val="004C4F49"/>
    <w:rsid w:val="004D0918"/>
    <w:rsid w:val="00510BE0"/>
    <w:rsid w:val="005512EF"/>
    <w:rsid w:val="005533F9"/>
    <w:rsid w:val="00556CDF"/>
    <w:rsid w:val="00596FBD"/>
    <w:rsid w:val="005A4094"/>
    <w:rsid w:val="0068095F"/>
    <w:rsid w:val="00684D0B"/>
    <w:rsid w:val="006B2879"/>
    <w:rsid w:val="006B602A"/>
    <w:rsid w:val="006B721F"/>
    <w:rsid w:val="006E3B73"/>
    <w:rsid w:val="006E6504"/>
    <w:rsid w:val="006F17EA"/>
    <w:rsid w:val="00701459"/>
    <w:rsid w:val="007777CE"/>
    <w:rsid w:val="007975F1"/>
    <w:rsid w:val="007A14E0"/>
    <w:rsid w:val="007B0311"/>
    <w:rsid w:val="007C278E"/>
    <w:rsid w:val="007F7F9E"/>
    <w:rsid w:val="008214EF"/>
    <w:rsid w:val="00854F63"/>
    <w:rsid w:val="00870DD2"/>
    <w:rsid w:val="00885C99"/>
    <w:rsid w:val="008C41D3"/>
    <w:rsid w:val="008F0449"/>
    <w:rsid w:val="0095473D"/>
    <w:rsid w:val="00975CDA"/>
    <w:rsid w:val="00A31BD9"/>
    <w:rsid w:val="00A31D5D"/>
    <w:rsid w:val="00A64992"/>
    <w:rsid w:val="00AA1D8D"/>
    <w:rsid w:val="00AA70EE"/>
    <w:rsid w:val="00AE4733"/>
    <w:rsid w:val="00AF48A5"/>
    <w:rsid w:val="00B13FFF"/>
    <w:rsid w:val="00B47730"/>
    <w:rsid w:val="00B669A0"/>
    <w:rsid w:val="00B95FFF"/>
    <w:rsid w:val="00BB7C23"/>
    <w:rsid w:val="00C01B93"/>
    <w:rsid w:val="00C41CDC"/>
    <w:rsid w:val="00C6649B"/>
    <w:rsid w:val="00C70C18"/>
    <w:rsid w:val="00C822CB"/>
    <w:rsid w:val="00CA43F4"/>
    <w:rsid w:val="00CB0664"/>
    <w:rsid w:val="00CB6290"/>
    <w:rsid w:val="00CE6810"/>
    <w:rsid w:val="00D757FD"/>
    <w:rsid w:val="00D8452A"/>
    <w:rsid w:val="00DC1768"/>
    <w:rsid w:val="00DC5954"/>
    <w:rsid w:val="00DD300A"/>
    <w:rsid w:val="00DD46FC"/>
    <w:rsid w:val="00E2695A"/>
    <w:rsid w:val="00E62AAF"/>
    <w:rsid w:val="00ED7BEF"/>
    <w:rsid w:val="00EE1286"/>
    <w:rsid w:val="00EE4CDB"/>
    <w:rsid w:val="00EF6193"/>
    <w:rsid w:val="00EF77F5"/>
    <w:rsid w:val="00F00465"/>
    <w:rsid w:val="00F23CBE"/>
    <w:rsid w:val="00F90111"/>
    <w:rsid w:val="00F934A3"/>
    <w:rsid w:val="00FA7A60"/>
    <w:rsid w:val="00FB67CE"/>
    <w:rsid w:val="00FC693F"/>
    <w:rsid w:val="00FE1E8C"/>
    <w:rsid w:val="00FF4A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62061"/>
  <w14:defaultImageDpi w14:val="300"/>
  <w15:docId w15:val="{D2E7C4E7-154C-4910-B371-C3C44B39B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laceholderText">
    <w:name w:val="Placeholder Text"/>
    <w:basedOn w:val="DefaultParagraphFont"/>
    <w:uiPriority w:val="99"/>
    <w:semiHidden/>
    <w:rsid w:val="00CA43F4"/>
    <w:rPr>
      <w:color w:val="666666"/>
    </w:rPr>
  </w:style>
  <w:style w:type="paragraph" w:customStyle="1" w:styleId="isselectedend">
    <w:name w:val="isselectedend"/>
    <w:basedOn w:val="Normal"/>
    <w:rsid w:val="00F23CB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F23CB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F20ACB49-4568-459E-8744-4F131E4967DC}"/>
      </w:docPartPr>
      <w:docPartBody>
        <w:p w:rsidR="00633BBB" w:rsidRDefault="0078023F">
          <w:r w:rsidRPr="0040638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29A"/>
    <w:rsid w:val="00153E64"/>
    <w:rsid w:val="001B583B"/>
    <w:rsid w:val="002F43F0"/>
    <w:rsid w:val="003A3016"/>
    <w:rsid w:val="00450C2E"/>
    <w:rsid w:val="004A41A4"/>
    <w:rsid w:val="004C4F49"/>
    <w:rsid w:val="004E7647"/>
    <w:rsid w:val="00633BBB"/>
    <w:rsid w:val="00683CA6"/>
    <w:rsid w:val="00684D0B"/>
    <w:rsid w:val="006B2879"/>
    <w:rsid w:val="006B721F"/>
    <w:rsid w:val="006E3E5F"/>
    <w:rsid w:val="0078023F"/>
    <w:rsid w:val="007B761D"/>
    <w:rsid w:val="00813407"/>
    <w:rsid w:val="00870DD2"/>
    <w:rsid w:val="00AD21C4"/>
    <w:rsid w:val="00B3629A"/>
    <w:rsid w:val="00B80833"/>
    <w:rsid w:val="00BC14A7"/>
    <w:rsid w:val="00C41CDC"/>
    <w:rsid w:val="00C6649B"/>
    <w:rsid w:val="00C70C18"/>
    <w:rsid w:val="00C75A44"/>
    <w:rsid w:val="00DC1768"/>
    <w:rsid w:val="00DD46FC"/>
    <w:rsid w:val="00E915C8"/>
    <w:rsid w:val="00F93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23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1117</Words>
  <Characters>6225</Characters>
  <Application>Microsoft Office Word</Application>
  <DocSecurity>0</DocSecurity>
  <Lines>183</Lines>
  <Paragraphs>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Debbie van Staden</cp:lastModifiedBy>
  <cp:revision>2</cp:revision>
  <cp:lastPrinted>2026-05-25T19:38:00Z</cp:lastPrinted>
  <dcterms:created xsi:type="dcterms:W3CDTF">2026-05-25T21:22:00Z</dcterms:created>
  <dcterms:modified xsi:type="dcterms:W3CDTF">2026-05-25T21:22:00Z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41d7c88a-9085-4a70-ab39-29f062f714e6</vt:lpwstr>
  </property>
</Properties>
</file>