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0D6FB2" w14:paraId="6712B1DF" w14:textId="77777777">
        <w:trPr>
          <w:jc w:val="center"/>
        </w:trPr>
        <w:tc>
          <w:tcPr>
            <w:tcW w:w="5355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F0AB6E3" w14:textId="20677D3C" w:rsidR="000D6FB2" w:rsidRDefault="00715B87">
            <w:pPr>
              <w:rPr>
                <w:rFonts w:hint="eastAsia"/>
              </w:rPr>
            </w:pPr>
            <w:r>
              <w:rPr>
                <w:i/>
                <w:noProof/>
                <w:color w:val="5D6670"/>
              </w:rPr>
              <w:drawing>
                <wp:inline distT="0" distB="0" distL="0" distR="0" wp14:anchorId="3D3C26DC" wp14:editId="78A738D3">
                  <wp:extent cx="895350" cy="663121"/>
                  <wp:effectExtent l="0" t="0" r="0" b="0"/>
                  <wp:docPr id="9135434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543467" name="Picture 91354346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182" cy="72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i/>
                <w:color w:val="5D6670"/>
              </w:rPr>
              <w:br/>
              <w:t>It's never too late to crack maths</w:t>
            </w:r>
          </w:p>
        </w:tc>
        <w:tc>
          <w:tcPr>
            <w:tcW w:w="5355" w:type="dxa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9171F25" w14:textId="77777777" w:rsidR="000D6FB2" w:rsidRDefault="00000000">
            <w:pPr>
              <w:jc w:val="right"/>
              <w:rPr>
                <w:rFonts w:hint="eastAsia"/>
              </w:rPr>
            </w:pPr>
            <w:r>
              <w:rPr>
                <w:b/>
                <w:sz w:val="22"/>
              </w:rPr>
              <w:t>SCHOOL &amp; COLLEGE</w:t>
            </w:r>
            <w:r>
              <w:rPr>
                <w:b/>
                <w:sz w:val="22"/>
              </w:rPr>
              <w:br/>
              <w:t>ORDER FORM</w:t>
            </w:r>
            <w:r>
              <w:rPr>
                <w:color w:val="2F6B4F"/>
              </w:rPr>
              <w:br/>
              <w:t>crackmaths.co.uk</w:t>
            </w:r>
          </w:p>
        </w:tc>
      </w:tr>
    </w:tbl>
    <w:p w14:paraId="533E9346" w14:textId="77777777" w:rsidR="000D6FB2" w:rsidRDefault="00000000">
      <w:pPr>
        <w:spacing w:before="20" w:after="40"/>
        <w:rPr>
          <w:rFonts w:hint="eastAsia"/>
        </w:rPr>
      </w:pPr>
      <w:r>
        <w:rPr>
          <w:b/>
          <w:sz w:val="21"/>
        </w:rPr>
        <w:t>Order CrackMaths workbooks for your learners</w:t>
      </w:r>
      <w:r>
        <w:br/>
        <w:t>Complete and return to iain@crackmaths.co.uk. Purchase orders welcome from schools, colleges and training providers.</w:t>
      </w:r>
    </w:p>
    <w:p w14:paraId="22A4C769" w14:textId="77777777" w:rsidR="000D6FB2" w:rsidRDefault="00000000">
      <w:pPr>
        <w:spacing w:before="40" w:after="20"/>
        <w:rPr>
          <w:rFonts w:hint="eastAsia"/>
        </w:rPr>
      </w:pPr>
      <w:r>
        <w:rPr>
          <w:b/>
          <w:color w:val="2F6B4F"/>
          <w:sz w:val="20"/>
        </w:rPr>
        <w:t>1. Organisation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0D6FB2" w14:paraId="594813AF" w14:textId="77777777">
        <w:trPr>
          <w:jc w:val="center"/>
        </w:trPr>
        <w:tc>
          <w:tcPr>
            <w:tcW w:w="5355" w:type="dxa"/>
            <w:shd w:val="clear" w:color="auto" w:fill="F4F6F7"/>
            <w:tcMar>
              <w:top w:w="30" w:type="dxa"/>
              <w:left w:w="65" w:type="dxa"/>
              <w:bottom w:w="45" w:type="dxa"/>
              <w:right w:w="65" w:type="dxa"/>
            </w:tcMar>
          </w:tcPr>
          <w:p w14:paraId="2682DEF6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4"/>
              </w:rPr>
              <w:t>School / college / organisation</w:t>
            </w:r>
            <w:r>
              <w:rPr>
                <w:b/>
                <w:color w:val="5D6670"/>
                <w:sz w:val="14"/>
              </w:rPr>
              <w:br/>
            </w: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4F6F7"/>
            <w:tcMar>
              <w:top w:w="30" w:type="dxa"/>
              <w:left w:w="65" w:type="dxa"/>
              <w:bottom w:w="45" w:type="dxa"/>
              <w:right w:w="65" w:type="dxa"/>
            </w:tcMar>
          </w:tcPr>
          <w:p w14:paraId="05B058B7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4"/>
              </w:rPr>
              <w:t>Contact name</w:t>
            </w:r>
            <w:r>
              <w:rPr>
                <w:b/>
                <w:color w:val="5D6670"/>
                <w:sz w:val="14"/>
              </w:rPr>
              <w:br/>
            </w:r>
            <w:r>
              <w:rPr>
                <w:color w:val="AAB2B9"/>
                <w:sz w:val="14"/>
              </w:rPr>
              <w:t>_____________________________________</w:t>
            </w:r>
          </w:p>
        </w:tc>
      </w:tr>
      <w:tr w:rsidR="000D6FB2" w14:paraId="663E3FD3" w14:textId="77777777">
        <w:trPr>
          <w:jc w:val="center"/>
        </w:trPr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45" w:type="dxa"/>
              <w:right w:w="65" w:type="dxa"/>
            </w:tcMar>
          </w:tcPr>
          <w:p w14:paraId="3D280B0C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4"/>
              </w:rPr>
              <w:t>Email address</w:t>
            </w:r>
            <w:r>
              <w:rPr>
                <w:b/>
                <w:color w:val="5D6670"/>
                <w:sz w:val="14"/>
              </w:rPr>
              <w:br/>
            </w: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45" w:type="dxa"/>
              <w:right w:w="65" w:type="dxa"/>
            </w:tcMar>
          </w:tcPr>
          <w:p w14:paraId="443CA978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4"/>
              </w:rPr>
              <w:t>Telephone</w:t>
            </w:r>
            <w:r>
              <w:rPr>
                <w:b/>
                <w:color w:val="5D6670"/>
                <w:sz w:val="14"/>
              </w:rPr>
              <w:br/>
            </w:r>
            <w:r>
              <w:rPr>
                <w:color w:val="AAB2B9"/>
                <w:sz w:val="14"/>
              </w:rPr>
              <w:t>_____________________________________</w:t>
            </w:r>
          </w:p>
        </w:tc>
      </w:tr>
      <w:tr w:rsidR="000D6FB2" w14:paraId="3DFEA671" w14:textId="77777777">
        <w:trPr>
          <w:jc w:val="center"/>
        </w:trPr>
        <w:tc>
          <w:tcPr>
            <w:tcW w:w="5355" w:type="dxa"/>
            <w:shd w:val="clear" w:color="auto" w:fill="F4F6F7"/>
            <w:tcMar>
              <w:top w:w="30" w:type="dxa"/>
              <w:left w:w="65" w:type="dxa"/>
              <w:bottom w:w="45" w:type="dxa"/>
              <w:right w:w="65" w:type="dxa"/>
            </w:tcMar>
          </w:tcPr>
          <w:p w14:paraId="7D237CAE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4"/>
              </w:rPr>
              <w:t>Purchase order number (if applicable)</w:t>
            </w:r>
            <w:r>
              <w:rPr>
                <w:b/>
                <w:color w:val="5D6670"/>
                <w:sz w:val="14"/>
              </w:rPr>
              <w:br/>
            </w: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4F6F7"/>
            <w:tcMar>
              <w:top w:w="30" w:type="dxa"/>
              <w:left w:w="65" w:type="dxa"/>
              <w:bottom w:w="45" w:type="dxa"/>
              <w:right w:w="65" w:type="dxa"/>
            </w:tcMar>
          </w:tcPr>
          <w:p w14:paraId="55732927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4"/>
              </w:rPr>
              <w:t>Accounts / finance email</w:t>
            </w:r>
            <w:r>
              <w:rPr>
                <w:b/>
                <w:color w:val="5D6670"/>
                <w:sz w:val="14"/>
              </w:rPr>
              <w:br/>
            </w:r>
            <w:r>
              <w:rPr>
                <w:color w:val="AAB2B9"/>
                <w:sz w:val="14"/>
              </w:rPr>
              <w:t>_____________________________________</w:t>
            </w:r>
          </w:p>
        </w:tc>
      </w:tr>
      <w:tr w:rsidR="000D6FB2" w14:paraId="282E487C" w14:textId="77777777">
        <w:trPr>
          <w:jc w:val="center"/>
        </w:trPr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1EA138D7" w14:textId="77777777" w:rsidR="00715B87" w:rsidRDefault="00000000">
            <w:pPr>
              <w:rPr>
                <w:color w:val="AAB2B9"/>
                <w:sz w:val="14"/>
              </w:rPr>
            </w:pPr>
            <w:r>
              <w:rPr>
                <w:b/>
                <w:color w:val="5D6670"/>
                <w:sz w:val="14"/>
              </w:rPr>
              <w:t>Invoice address</w:t>
            </w:r>
            <w:r>
              <w:br/>
            </w:r>
          </w:p>
          <w:p w14:paraId="6D441EC1" w14:textId="2A0E5E68" w:rsidR="00715B87" w:rsidRPr="00715B87" w:rsidRDefault="00715B87">
            <w:pPr>
              <w:rPr>
                <w:rFonts w:hint="eastAsia"/>
                <w:color w:val="AAB2B9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5F6FB677" w14:textId="77777777" w:rsidR="00715B87" w:rsidRDefault="00000000">
            <w:pPr>
              <w:rPr>
                <w:color w:val="AAB2B9"/>
                <w:sz w:val="14"/>
              </w:rPr>
            </w:pPr>
            <w:r>
              <w:rPr>
                <w:b/>
                <w:color w:val="5D6670"/>
                <w:sz w:val="14"/>
              </w:rPr>
              <w:t>Delivery address (if different)</w:t>
            </w:r>
            <w:r>
              <w:rPr>
                <w:b/>
                <w:color w:val="5D6670"/>
                <w:sz w:val="14"/>
              </w:rPr>
              <w:br/>
            </w:r>
          </w:p>
          <w:p w14:paraId="695CCCEB" w14:textId="5BB7EFC3" w:rsidR="000D6FB2" w:rsidRDefault="00000000">
            <w:pPr>
              <w:rPr>
                <w:rFonts w:hint="eastAsia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</w:tr>
      <w:tr w:rsidR="00715B87" w14:paraId="690DCFC7" w14:textId="77777777">
        <w:trPr>
          <w:jc w:val="center"/>
        </w:trPr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0E40BE26" w14:textId="1DFE10D2" w:rsidR="00715B87" w:rsidRDefault="00715B87" w:rsidP="00715B87">
            <w:pPr>
              <w:rPr>
                <w:b/>
                <w:color w:val="5D6670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64CB5F24" w14:textId="190F3C80" w:rsidR="00715B87" w:rsidRDefault="00715B87" w:rsidP="00715B87">
            <w:pPr>
              <w:rPr>
                <w:b/>
                <w:color w:val="5D6670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</w:tr>
      <w:tr w:rsidR="00715B87" w14:paraId="04244921" w14:textId="77777777">
        <w:trPr>
          <w:jc w:val="center"/>
        </w:trPr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5DC892B3" w14:textId="1888ECDE" w:rsidR="00715B87" w:rsidRDefault="00715B87" w:rsidP="00715B87">
            <w:pPr>
              <w:rPr>
                <w:b/>
                <w:color w:val="5D6670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72B0CFE4" w14:textId="7890C3A1" w:rsidR="00715B87" w:rsidRDefault="00715B87" w:rsidP="00715B87">
            <w:pPr>
              <w:rPr>
                <w:b/>
                <w:color w:val="5D6670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</w:tr>
      <w:tr w:rsidR="00715B87" w14:paraId="7211F783" w14:textId="77777777">
        <w:trPr>
          <w:jc w:val="center"/>
        </w:trPr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1CC5E930" w14:textId="36D806C8" w:rsidR="00715B87" w:rsidRDefault="00715B87" w:rsidP="00715B87">
            <w:pPr>
              <w:rPr>
                <w:b/>
                <w:color w:val="5D6670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  <w:tc>
          <w:tcPr>
            <w:tcW w:w="5355" w:type="dxa"/>
            <w:shd w:val="clear" w:color="auto" w:fill="FFFFFF"/>
            <w:tcMar>
              <w:top w:w="30" w:type="dxa"/>
              <w:left w:w="65" w:type="dxa"/>
              <w:bottom w:w="75" w:type="dxa"/>
              <w:right w:w="65" w:type="dxa"/>
            </w:tcMar>
          </w:tcPr>
          <w:p w14:paraId="6F8F9347" w14:textId="64ADEA7C" w:rsidR="00715B87" w:rsidRDefault="00715B87" w:rsidP="00715B87">
            <w:pPr>
              <w:rPr>
                <w:b/>
                <w:color w:val="5D6670"/>
                <w:sz w:val="14"/>
              </w:rPr>
            </w:pPr>
            <w:r>
              <w:rPr>
                <w:color w:val="AAB2B9"/>
                <w:sz w:val="14"/>
              </w:rPr>
              <w:t>_____________________________________</w:t>
            </w:r>
          </w:p>
        </w:tc>
      </w:tr>
    </w:tbl>
    <w:p w14:paraId="129F9338" w14:textId="77777777" w:rsidR="000D6FB2" w:rsidRDefault="00000000">
      <w:pPr>
        <w:spacing w:before="40" w:after="20"/>
        <w:rPr>
          <w:rFonts w:hint="eastAsia"/>
        </w:rPr>
      </w:pPr>
      <w:r>
        <w:rPr>
          <w:b/>
          <w:color w:val="2F6B4F"/>
          <w:sz w:val="20"/>
        </w:rPr>
        <w:t>2. Your order</w:t>
      </w:r>
    </w:p>
    <w:p w14:paraId="0EDF7A7A" w14:textId="77777777" w:rsidR="000D6FB2" w:rsidRDefault="00000000">
      <w:pPr>
        <w:spacing w:after="40"/>
        <w:rPr>
          <w:rFonts w:hint="eastAsia"/>
        </w:rPr>
      </w:pPr>
      <w:r>
        <w:rPr>
          <w:b/>
          <w:sz w:val="18"/>
        </w:rPr>
        <w:t>CrackMaths Functional Skills Maths Level 2 Workbook</w:t>
      </w:r>
      <w:r>
        <w:t xml:space="preserve"> - 70 topics, practice and scenario questions, answers and QR-linked video support.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7"/>
        <w:gridCol w:w="2677"/>
        <w:gridCol w:w="2677"/>
        <w:gridCol w:w="2677"/>
      </w:tblGrid>
      <w:tr w:rsidR="000D6FB2" w14:paraId="60F76CD8" w14:textId="77777777">
        <w:trPr>
          <w:jc w:val="center"/>
        </w:trPr>
        <w:tc>
          <w:tcPr>
            <w:tcW w:w="2677" w:type="dxa"/>
            <w:shd w:val="clear" w:color="auto" w:fill="2F6B4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6A5777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Product / price band</w:t>
            </w:r>
          </w:p>
        </w:tc>
        <w:tc>
          <w:tcPr>
            <w:tcW w:w="2677" w:type="dxa"/>
            <w:shd w:val="clear" w:color="auto" w:fill="2F6B4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0AA2C19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Quantity</w:t>
            </w:r>
          </w:p>
        </w:tc>
        <w:tc>
          <w:tcPr>
            <w:tcW w:w="2677" w:type="dxa"/>
            <w:shd w:val="clear" w:color="auto" w:fill="2F6B4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6A99F1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Unit price</w:t>
            </w:r>
          </w:p>
        </w:tc>
        <w:tc>
          <w:tcPr>
            <w:tcW w:w="2677" w:type="dxa"/>
            <w:shd w:val="clear" w:color="auto" w:fill="2F6B4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A08ABE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Line total</w:t>
            </w:r>
          </w:p>
        </w:tc>
      </w:tr>
      <w:tr w:rsidR="000D6FB2" w14:paraId="24BD7A9D" w14:textId="77777777">
        <w:trPr>
          <w:jc w:val="center"/>
        </w:trPr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0F1781CC" w14:textId="77777777" w:rsidR="000D6FB2" w:rsidRDefault="00000000">
            <w:pPr>
              <w:rPr>
                <w:rFonts w:hint="eastAsia"/>
              </w:rPr>
            </w:pPr>
            <w:r>
              <w:rPr>
                <w:b/>
              </w:rPr>
              <w:t>1-9 copies</w:t>
            </w:r>
          </w:p>
        </w:tc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13DB3518" w14:textId="77777777" w:rsidR="000D6FB2" w:rsidRDefault="00000000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5B90A638" w14:textId="77777777" w:rsidR="000D6FB2" w:rsidRDefault="00000000">
            <w:pPr>
              <w:jc w:val="center"/>
              <w:rPr>
                <w:rFonts w:hint="eastAsia"/>
              </w:rPr>
            </w:pPr>
            <w:r>
              <w:t>£15.00</w:t>
            </w:r>
          </w:p>
        </w:tc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57459DA4" w14:textId="77777777" w:rsidR="000D6FB2" w:rsidRDefault="00000000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</w:tc>
      </w:tr>
      <w:tr w:rsidR="000D6FB2" w14:paraId="01D1CCD4" w14:textId="77777777">
        <w:trPr>
          <w:jc w:val="center"/>
        </w:trPr>
        <w:tc>
          <w:tcPr>
            <w:tcW w:w="2677" w:type="dxa"/>
            <w:shd w:val="clear" w:color="auto" w:fill="F4F6F7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1415B14E" w14:textId="77777777" w:rsidR="000D6FB2" w:rsidRDefault="00000000">
            <w:pPr>
              <w:rPr>
                <w:rFonts w:hint="eastAsia"/>
              </w:rPr>
            </w:pPr>
            <w:r>
              <w:rPr>
                <w:b/>
              </w:rPr>
              <w:t>10-19 copies</w:t>
            </w:r>
          </w:p>
        </w:tc>
        <w:tc>
          <w:tcPr>
            <w:tcW w:w="2677" w:type="dxa"/>
            <w:shd w:val="clear" w:color="auto" w:fill="F4F6F7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1F3FAFC4" w14:textId="77777777" w:rsidR="000D6FB2" w:rsidRDefault="00000000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677" w:type="dxa"/>
            <w:shd w:val="clear" w:color="auto" w:fill="F4F6F7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6946AF0B" w14:textId="77777777" w:rsidR="000D6FB2" w:rsidRDefault="00000000">
            <w:pPr>
              <w:jc w:val="center"/>
              <w:rPr>
                <w:rFonts w:hint="eastAsia"/>
              </w:rPr>
            </w:pPr>
            <w:r>
              <w:t>£14.00</w:t>
            </w:r>
          </w:p>
        </w:tc>
        <w:tc>
          <w:tcPr>
            <w:tcW w:w="2677" w:type="dxa"/>
            <w:shd w:val="clear" w:color="auto" w:fill="F4F6F7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57B625B7" w14:textId="77777777" w:rsidR="000D6FB2" w:rsidRDefault="00000000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</w:tc>
      </w:tr>
      <w:tr w:rsidR="000D6FB2" w14:paraId="63F4E280" w14:textId="77777777">
        <w:trPr>
          <w:jc w:val="center"/>
        </w:trPr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68AB9158" w14:textId="77777777" w:rsidR="000D6FB2" w:rsidRDefault="00000000">
            <w:pPr>
              <w:rPr>
                <w:rFonts w:hint="eastAsia"/>
              </w:rPr>
            </w:pPr>
            <w:r>
              <w:rPr>
                <w:b/>
              </w:rPr>
              <w:t>20+ copies</w:t>
            </w:r>
          </w:p>
        </w:tc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18F3BCE2" w14:textId="77777777" w:rsidR="000D6FB2" w:rsidRDefault="00000000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</w:tc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59A1E166" w14:textId="77777777" w:rsidR="000D6FB2" w:rsidRDefault="00000000">
            <w:pPr>
              <w:jc w:val="center"/>
              <w:rPr>
                <w:rFonts w:hint="eastAsia"/>
              </w:rPr>
            </w:pPr>
            <w:r>
              <w:t>£13.00</w:t>
            </w:r>
          </w:p>
        </w:tc>
        <w:tc>
          <w:tcPr>
            <w:tcW w:w="2677" w:type="dxa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3250E1D8" w14:textId="77777777" w:rsidR="000D6FB2" w:rsidRDefault="00000000">
            <w:pPr>
              <w:jc w:val="center"/>
              <w:rPr>
                <w:rFonts w:hint="eastAsia"/>
              </w:rPr>
            </w:pPr>
            <w:r>
              <w:t xml:space="preserve"> </w:t>
            </w:r>
          </w:p>
        </w:tc>
      </w:tr>
      <w:tr w:rsidR="000D6FB2" w14:paraId="19B779A1" w14:textId="77777777">
        <w:trPr>
          <w:jc w:val="center"/>
        </w:trPr>
        <w:tc>
          <w:tcPr>
            <w:tcW w:w="2677" w:type="dxa"/>
            <w:shd w:val="clear" w:color="auto" w:fill="D8E9DE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44A229D5" w14:textId="77777777" w:rsidR="000D6FB2" w:rsidRDefault="00000000">
            <w:pPr>
              <w:rPr>
                <w:rFonts w:hint="eastAsia"/>
              </w:rPr>
            </w:pPr>
            <w:r>
              <w:rPr>
                <w:b/>
              </w:rPr>
              <w:t>TOTAL</w:t>
            </w:r>
          </w:p>
        </w:tc>
        <w:tc>
          <w:tcPr>
            <w:tcW w:w="2677" w:type="dxa"/>
            <w:shd w:val="clear" w:color="auto" w:fill="D8E9DE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1C2BA859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677" w:type="dxa"/>
            <w:shd w:val="clear" w:color="auto" w:fill="D8E9DE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51E61B3F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677" w:type="dxa"/>
            <w:shd w:val="clear" w:color="auto" w:fill="D8E9DE"/>
            <w:tcMar>
              <w:top w:w="38" w:type="dxa"/>
              <w:left w:w="55" w:type="dxa"/>
              <w:bottom w:w="38" w:type="dxa"/>
              <w:right w:w="55" w:type="dxa"/>
            </w:tcMar>
          </w:tcPr>
          <w:p w14:paraId="03B03394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£</w:t>
            </w:r>
          </w:p>
        </w:tc>
      </w:tr>
    </w:tbl>
    <w:p w14:paraId="2EC1C631" w14:textId="77777777" w:rsidR="000D6FB2" w:rsidRDefault="00000000">
      <w:pPr>
        <w:spacing w:before="20" w:after="20"/>
        <w:rPr>
          <w:rFonts w:hint="eastAsia"/>
        </w:rPr>
      </w:pPr>
      <w:r>
        <w:rPr>
          <w:b/>
        </w:rPr>
        <w:t xml:space="preserve">Pricing: </w:t>
      </w:r>
      <w:r>
        <w:t>apply the unit price for the total quantity ordered. Delivery/postage, where applicable, will be confirmed before dispatch.</w:t>
      </w:r>
    </w:p>
    <w:p w14:paraId="5ADD2230" w14:textId="77777777" w:rsidR="000D6FB2" w:rsidRDefault="00000000">
      <w:pPr>
        <w:spacing w:before="40" w:after="20"/>
        <w:rPr>
          <w:rFonts w:hint="eastAsia"/>
        </w:rPr>
      </w:pPr>
      <w:r>
        <w:rPr>
          <w:b/>
          <w:color w:val="2F6B4F"/>
          <w:sz w:val="20"/>
        </w:rPr>
        <w:t>3. Payment &amp; authorisation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0D6FB2" w14:paraId="1185A0C7" w14:textId="77777777">
        <w:trPr>
          <w:jc w:val="center"/>
        </w:trPr>
        <w:tc>
          <w:tcPr>
            <w:tcW w:w="5355" w:type="dxa"/>
            <w:shd w:val="clear" w:color="auto" w:fill="F4F6F7"/>
            <w:tcMar>
              <w:top w:w="32" w:type="dxa"/>
              <w:left w:w="65" w:type="dxa"/>
              <w:bottom w:w="58" w:type="dxa"/>
              <w:right w:w="65" w:type="dxa"/>
            </w:tcMar>
          </w:tcPr>
          <w:p w14:paraId="707563DA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5"/>
              </w:rPr>
              <w:t>Payment:  ☐ Invoice / PO   ☐ Other</w:t>
            </w:r>
            <w:r>
              <w:rPr>
                <w:b/>
                <w:color w:val="5D6670"/>
                <w:sz w:val="15"/>
              </w:rPr>
              <w:br/>
            </w:r>
            <w:r>
              <w:t>_____________________________________</w:t>
            </w:r>
          </w:p>
        </w:tc>
        <w:tc>
          <w:tcPr>
            <w:tcW w:w="5355" w:type="dxa"/>
            <w:shd w:val="clear" w:color="auto" w:fill="F4F6F7"/>
            <w:tcMar>
              <w:top w:w="32" w:type="dxa"/>
              <w:left w:w="65" w:type="dxa"/>
              <w:bottom w:w="58" w:type="dxa"/>
              <w:right w:w="65" w:type="dxa"/>
            </w:tcMar>
          </w:tcPr>
          <w:p w14:paraId="628488EC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5"/>
              </w:rPr>
              <w:t>Required delivery date (if any)</w:t>
            </w:r>
            <w:r>
              <w:rPr>
                <w:b/>
                <w:color w:val="5D6670"/>
                <w:sz w:val="15"/>
              </w:rPr>
              <w:br/>
            </w:r>
            <w:r>
              <w:t>_____________________________________</w:t>
            </w:r>
          </w:p>
        </w:tc>
      </w:tr>
      <w:tr w:rsidR="000D6FB2" w14:paraId="316234B7" w14:textId="77777777">
        <w:trPr>
          <w:jc w:val="center"/>
        </w:trPr>
        <w:tc>
          <w:tcPr>
            <w:tcW w:w="5355" w:type="dxa"/>
            <w:shd w:val="clear" w:color="auto" w:fill="FFFFFF"/>
            <w:tcMar>
              <w:top w:w="32" w:type="dxa"/>
              <w:left w:w="65" w:type="dxa"/>
              <w:bottom w:w="58" w:type="dxa"/>
              <w:right w:w="65" w:type="dxa"/>
            </w:tcMar>
          </w:tcPr>
          <w:p w14:paraId="4E759A01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5"/>
              </w:rPr>
              <w:t>Authorised by / signature</w:t>
            </w:r>
            <w:r>
              <w:rPr>
                <w:b/>
                <w:color w:val="5D6670"/>
                <w:sz w:val="15"/>
              </w:rPr>
              <w:br/>
            </w:r>
            <w:r>
              <w:t>_____________________________________</w:t>
            </w:r>
          </w:p>
        </w:tc>
        <w:tc>
          <w:tcPr>
            <w:tcW w:w="5355" w:type="dxa"/>
            <w:shd w:val="clear" w:color="auto" w:fill="FFFFFF"/>
            <w:tcMar>
              <w:top w:w="32" w:type="dxa"/>
              <w:left w:w="65" w:type="dxa"/>
              <w:bottom w:w="58" w:type="dxa"/>
              <w:right w:w="65" w:type="dxa"/>
            </w:tcMar>
          </w:tcPr>
          <w:p w14:paraId="10A1FC8C" w14:textId="77777777" w:rsidR="000D6FB2" w:rsidRDefault="00000000">
            <w:pPr>
              <w:rPr>
                <w:rFonts w:hint="eastAsia"/>
              </w:rPr>
            </w:pPr>
            <w:r>
              <w:rPr>
                <w:b/>
                <w:color w:val="5D6670"/>
                <w:sz w:val="15"/>
              </w:rPr>
              <w:t>Job title / department / date</w:t>
            </w:r>
            <w:r>
              <w:rPr>
                <w:b/>
                <w:color w:val="5D6670"/>
                <w:sz w:val="15"/>
              </w:rPr>
              <w:br/>
            </w:r>
            <w:r>
              <w:t>_____________________________________</w:t>
            </w:r>
          </w:p>
        </w:tc>
      </w:tr>
    </w:tbl>
    <w:p w14:paraId="1F8D309E" w14:textId="77777777" w:rsidR="000D6FB2" w:rsidRDefault="00000000">
      <w:pPr>
        <w:spacing w:before="40" w:after="20"/>
        <w:rPr>
          <w:rFonts w:hint="eastAsia"/>
        </w:rPr>
      </w:pPr>
      <w:r>
        <w:rPr>
          <w:b/>
        </w:rPr>
        <w:t>Notes / special instructions</w:t>
      </w:r>
    </w:p>
    <w:p w14:paraId="068ED29A" w14:textId="77777777" w:rsidR="000D6FB2" w:rsidRDefault="00000000">
      <w:pPr>
        <w:spacing w:after="40"/>
        <w:rPr>
          <w:rFonts w:hint="eastAsia"/>
        </w:rPr>
      </w:pPr>
      <w:r>
        <w:rPr>
          <w:sz w:val="14"/>
        </w:rPr>
        <w:t>________________________________________________________________________________________________________________</w:t>
      </w:r>
      <w:r>
        <w:rPr>
          <w:sz w:val="14"/>
        </w:rPr>
        <w:br/>
        <w:t>________________________________________________________________________________________________________________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0D6FB2" w14:paraId="0B9F703D" w14:textId="77777777">
        <w:trPr>
          <w:jc w:val="center"/>
        </w:trPr>
        <w:tc>
          <w:tcPr>
            <w:tcW w:w="10710" w:type="dxa"/>
            <w:shd w:val="clear" w:color="auto" w:fill="EAF3ED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0321013" w14:textId="77777777" w:rsidR="000D6FB2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 xml:space="preserve">RETURN COMPLETED FORM TO  </w:t>
            </w:r>
            <w:r>
              <w:rPr>
                <w:b/>
                <w:color w:val="2F6B4F"/>
                <w:sz w:val="17"/>
              </w:rPr>
              <w:t>iain@crackmaths.co.uk</w:t>
            </w:r>
            <w:r>
              <w:t xml:space="preserve">   |   crackmaths.co.uk</w:t>
            </w:r>
          </w:p>
        </w:tc>
      </w:tr>
    </w:tbl>
    <w:p w14:paraId="7EA184A3" w14:textId="77777777" w:rsidR="000D6FB2" w:rsidRDefault="00000000">
      <w:pPr>
        <w:jc w:val="center"/>
        <w:rPr>
          <w:rFonts w:hint="eastAsia"/>
        </w:rPr>
      </w:pPr>
      <w:r>
        <w:rPr>
          <w:color w:val="5D6670"/>
          <w:sz w:val="13"/>
        </w:rPr>
        <w:t>CrackMaths Ltd  •  School and college orders</w:t>
      </w:r>
    </w:p>
    <w:sectPr w:rsidR="000D6FB2" w:rsidSect="00034616">
      <w:pgSz w:w="12240" w:h="15840"/>
      <w:pgMar w:top="539" w:right="765" w:bottom="454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559741">
    <w:abstractNumId w:val="8"/>
  </w:num>
  <w:num w:numId="2" w16cid:durableId="1452938018">
    <w:abstractNumId w:val="6"/>
  </w:num>
  <w:num w:numId="3" w16cid:durableId="614285833">
    <w:abstractNumId w:val="5"/>
  </w:num>
  <w:num w:numId="4" w16cid:durableId="985818519">
    <w:abstractNumId w:val="4"/>
  </w:num>
  <w:num w:numId="5" w16cid:durableId="1333993036">
    <w:abstractNumId w:val="7"/>
  </w:num>
  <w:num w:numId="6" w16cid:durableId="1976175345">
    <w:abstractNumId w:val="3"/>
  </w:num>
  <w:num w:numId="7" w16cid:durableId="52197425">
    <w:abstractNumId w:val="2"/>
  </w:num>
  <w:num w:numId="8" w16cid:durableId="815221446">
    <w:abstractNumId w:val="1"/>
  </w:num>
  <w:num w:numId="9" w16cid:durableId="20723865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66E"/>
    <w:rsid w:val="00034616"/>
    <w:rsid w:val="0006063C"/>
    <w:rsid w:val="000D6FB2"/>
    <w:rsid w:val="0015074B"/>
    <w:rsid w:val="0029639D"/>
    <w:rsid w:val="00326F90"/>
    <w:rsid w:val="00715B8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4190DB"/>
  <w14:defaultImageDpi w14:val="300"/>
  <w15:docId w15:val="{8A90B7F1-EB5E-2144-BB93-66842594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F2933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Iain Forsyth</cp:lastModifiedBy>
  <cp:revision>2</cp:revision>
  <dcterms:created xsi:type="dcterms:W3CDTF">2013-12-23T23:15:00Z</dcterms:created>
  <dcterms:modified xsi:type="dcterms:W3CDTF">2026-09-01T13:08:00Z</dcterms:modified>
  <cp:category/>
</cp:coreProperties>
</file>