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CD99" w14:textId="6D931F46" w:rsidR="00EE5C98" w:rsidRDefault="00EE5C98">
      <w:pPr>
        <w:spacing w:before="1040"/>
        <w:jc w:val="center"/>
        <w:rPr>
          <w:rFonts w:ascii="Aptos Display" w:hAnsi="Aptos Display"/>
          <w:b/>
          <w:sz w:val="40"/>
        </w:rPr>
      </w:pPr>
      <w:r>
        <w:rPr>
          <w:rFonts w:ascii="Aptos Display" w:hAnsi="Aptos Display"/>
          <w:b/>
          <w:noProof/>
          <w:sz w:val="40"/>
        </w:rPr>
        <mc:AlternateContent>
          <mc:Choice Requires="wps">
            <w:drawing>
              <wp:anchor distT="0" distB="0" distL="114300" distR="114300" simplePos="0" relativeHeight="251659264" behindDoc="0" locked="0" layoutInCell="1" allowOverlap="1" wp14:anchorId="4023B35F" wp14:editId="78B8DAFF">
                <wp:simplePos x="0" y="0"/>
                <wp:positionH relativeFrom="column">
                  <wp:posOffset>1802765</wp:posOffset>
                </wp:positionH>
                <wp:positionV relativeFrom="paragraph">
                  <wp:posOffset>294005</wp:posOffset>
                </wp:positionV>
                <wp:extent cx="2727960" cy="1303020"/>
                <wp:effectExtent l="0" t="0" r="15240" b="11430"/>
                <wp:wrapNone/>
                <wp:docPr id="61103619" name="Rectangle 1"/>
                <wp:cNvGraphicFramePr/>
                <a:graphic xmlns:a="http://schemas.openxmlformats.org/drawingml/2006/main">
                  <a:graphicData uri="http://schemas.microsoft.com/office/word/2010/wordprocessingShape">
                    <wps:wsp>
                      <wps:cNvSpPr/>
                      <wps:spPr>
                        <a:xfrm>
                          <a:off x="0" y="0"/>
                          <a:ext cx="2727960" cy="1303020"/>
                        </a:xfrm>
                        <a:prstGeom prst="rect">
                          <a:avLst/>
                        </a:prstGeom>
                      </wps:spPr>
                      <wps:style>
                        <a:lnRef idx="2">
                          <a:schemeClr val="dk1"/>
                        </a:lnRef>
                        <a:fillRef idx="1">
                          <a:schemeClr val="lt1"/>
                        </a:fillRef>
                        <a:effectRef idx="0">
                          <a:schemeClr val="dk1"/>
                        </a:effectRef>
                        <a:fontRef idx="minor">
                          <a:schemeClr val="dk1"/>
                        </a:fontRef>
                      </wps:style>
                      <wps:txbx>
                        <w:txbxContent>
                          <w:p w14:paraId="78A3E99D" w14:textId="2A27A764" w:rsidR="00EE5C98" w:rsidRDefault="00EE5C98" w:rsidP="00EE5C98">
                            <w:pPr>
                              <w:jc w:val="center"/>
                            </w:pPr>
                            <w:r>
                              <w:t>INSERT YOUR LOGO OR NAME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23B35F" id="Rectangle 1" o:spid="_x0000_s1026" style="position:absolute;left:0;text-align:left;margin-left:141.95pt;margin-top:23.15pt;width:214.8pt;height:10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" fillcolor="white [3201]" strokecolor="black [3200]" strokeweight="2pt">
                <v:textbox>
                  <w:txbxContent>
                    <w:p w14:paraId="78A3E99D" w14:textId="2A27A764" w:rsidR="00EE5C98" w:rsidRDefault="00EE5C98" w:rsidP="00EE5C98">
                      <w:pPr>
                        <w:jc w:val="center"/>
                      </w:pPr>
                      <w:r>
                        <w:t>INSERT YOUR LOGO OR NAME  HERE</w:t>
                      </w:r>
                    </w:p>
                  </w:txbxContent>
                </v:textbox>
              </v:rect>
            </w:pict>
          </mc:Fallback>
        </mc:AlternateContent>
      </w:r>
    </w:p>
    <w:p w14:paraId="3EF1FE86" w14:textId="77777777" w:rsidR="00EE5C98" w:rsidRDefault="00EE5C98">
      <w:pPr>
        <w:spacing w:before="1040"/>
        <w:jc w:val="center"/>
        <w:rPr>
          <w:rFonts w:ascii="Aptos Display" w:hAnsi="Aptos Display"/>
          <w:b/>
          <w:sz w:val="40"/>
        </w:rPr>
      </w:pPr>
    </w:p>
    <w:p w14:paraId="08F6A26C" w14:textId="23102F44" w:rsidR="004905FA" w:rsidRPr="00EE5C98" w:rsidRDefault="00AD66C3">
      <w:pPr>
        <w:spacing w:before="1040"/>
        <w:jc w:val="center"/>
      </w:pPr>
      <w:r w:rsidRPr="00EE5C98">
        <w:rPr>
          <w:rFonts w:ascii="Aptos Display" w:hAnsi="Aptos Display"/>
          <w:b/>
          <w:sz w:val="40"/>
        </w:rPr>
        <w:t>ENTREPLEIO</w:t>
      </w:r>
    </w:p>
    <w:p w14:paraId="78C1C3E6" w14:textId="77777777" w:rsidR="004905FA" w:rsidRDefault="00AD66C3">
      <w:pPr>
        <w:jc w:val="center"/>
      </w:pPr>
      <w:r>
        <w:rPr>
          <w:b/>
          <w:color w:val="788287"/>
        </w:rPr>
        <w:t>TEAM BEHAVIOURS INDEX</w:t>
      </w:r>
    </w:p>
    <w:p w14:paraId="3C855760" w14:textId="77777777" w:rsidR="004905FA" w:rsidRDefault="00AD66C3">
      <w:pPr>
        <w:pStyle w:val="Title"/>
        <w:jc w:val="center"/>
      </w:pPr>
      <w:r>
        <w:t>Pilot Programme Proposal</w:t>
      </w:r>
    </w:p>
    <w:p w14:paraId="6275CB6D" w14:textId="77777777" w:rsidR="004905FA" w:rsidRDefault="00AD66C3">
      <w:pPr>
        <w:pStyle w:val="Subtitle"/>
        <w:jc w:val="center"/>
        <w:rPr>
          <w:b/>
          <w:color w:val="1A374C"/>
          <w:shd w:val="clear" w:color="auto" w:fill="FFF4CC"/>
        </w:rPr>
      </w:pPr>
      <w:r>
        <w:t xml:space="preserve">Prepared for </w:t>
      </w:r>
      <w:r>
        <w:rPr>
          <w:b/>
          <w:color w:val="1A374C"/>
          <w:shd w:val="clear" w:color="auto" w:fill="FFF4CC"/>
        </w:rPr>
        <w:t>[CLIENT NAME]</w:t>
      </w:r>
    </w:p>
    <w:p w14:paraId="3E5CA629" w14:textId="77777777" w:rsidR="00EE5C98" w:rsidRDefault="00EE5C98" w:rsidP="00EE5C98"/>
    <w:p w14:paraId="7B124E53" w14:textId="77777777" w:rsidR="00EE5C98" w:rsidRPr="00EE5C98" w:rsidRDefault="00EE5C98" w:rsidP="00EE5C98"/>
    <w:tbl>
      <w:tblPr>
        <w:tblW w:w="0" w:type="auto"/>
        <w:jc w:val="center"/>
        <w:tblLayout w:type="fixed"/>
        <w:tblLook w:val="04A0" w:firstRow="1" w:lastRow="0" w:firstColumn="1" w:lastColumn="0" w:noHBand="0" w:noVBand="1"/>
      </w:tblPr>
      <w:tblGrid>
        <w:gridCol w:w="10166"/>
      </w:tblGrid>
      <w:tr w:rsidR="004905FA" w14:paraId="040A307E" w14:textId="77777777" w:rsidTr="00C803D7">
        <w:trPr>
          <w:jc w:val="center"/>
        </w:trPr>
        <w:tc>
          <w:tcPr>
            <w:tcW w:w="10166" w:type="dxa"/>
            <w:shd w:val="clear" w:color="auto" w:fill="000000" w:themeFill="text1"/>
            <w:tcMar>
              <w:top w:w="240" w:type="dxa"/>
              <w:left w:w="270" w:type="dxa"/>
              <w:bottom w:w="240" w:type="dxa"/>
              <w:right w:w="270" w:type="dxa"/>
            </w:tcMar>
          </w:tcPr>
          <w:p w14:paraId="5C09EE5C" w14:textId="77777777" w:rsidR="004905FA" w:rsidRDefault="00AD66C3">
            <w:pPr>
              <w:spacing w:after="0"/>
              <w:jc w:val="center"/>
            </w:pPr>
            <w:r w:rsidRPr="00C803D7">
              <w:rPr>
                <w:b/>
                <w:color w:val="FFC000"/>
                <w:sz w:val="26"/>
              </w:rPr>
              <w:t>Calibrate team behaviour. Build shared understanding. Focus development where it matters most.</w:t>
            </w:r>
          </w:p>
        </w:tc>
      </w:tr>
    </w:tbl>
    <w:p w14:paraId="15F308EC" w14:textId="77777777" w:rsidR="004905FA" w:rsidRDefault="00AD66C3">
      <w:pPr>
        <w:spacing w:before="1400"/>
        <w:jc w:val="center"/>
      </w:pPr>
      <w:r>
        <w:rPr>
          <w:b/>
          <w:color w:val="788287"/>
        </w:rPr>
        <w:t xml:space="preserve">Prepared by </w:t>
      </w:r>
      <w:r>
        <w:rPr>
          <w:color w:val="1A374C"/>
          <w:shd w:val="clear" w:color="auto" w:fill="FFF4CC"/>
        </w:rPr>
        <w:t>[CONSULTANT / CONSULTANCY NAME]</w:t>
      </w:r>
    </w:p>
    <w:p w14:paraId="27AA1396" w14:textId="77777777" w:rsidR="004905FA" w:rsidRDefault="00AD66C3">
      <w:pPr>
        <w:spacing w:after="0"/>
        <w:jc w:val="center"/>
      </w:pPr>
      <w:r>
        <w:rPr>
          <w:b/>
          <w:color w:val="788287"/>
        </w:rPr>
        <w:t xml:space="preserve">Date: </w:t>
      </w:r>
      <w:r>
        <w:rPr>
          <w:color w:val="1A374C"/>
          <w:shd w:val="clear" w:color="auto" w:fill="FFF4CC"/>
        </w:rPr>
        <w:t>[DATE]</w:t>
      </w:r>
    </w:p>
    <w:p w14:paraId="42BE30C4" w14:textId="77777777" w:rsidR="004905FA" w:rsidRDefault="00AD66C3">
      <w:pPr>
        <w:spacing w:before="1100"/>
        <w:jc w:val="center"/>
      </w:pPr>
      <w:r>
        <w:rPr>
          <w:b/>
          <w:color w:val="788287"/>
        </w:rPr>
        <w:t>PROPOSAL TEMPLATE</w:t>
      </w:r>
    </w:p>
    <w:p w14:paraId="1561AFCA" w14:textId="77777777" w:rsidR="004905FA" w:rsidRDefault="00AD66C3">
      <w:r>
        <w:br w:type="page"/>
      </w:r>
    </w:p>
    <w:p w14:paraId="5FA19107" w14:textId="77777777" w:rsidR="004905FA" w:rsidRDefault="00AD66C3">
      <w:pPr>
        <w:pStyle w:val="Heading1"/>
      </w:pPr>
      <w:r>
        <w:lastRenderedPageBreak/>
        <w:t>Proposal at a Glance</w:t>
      </w:r>
    </w:p>
    <w:tbl>
      <w:tblPr>
        <w:tblW w:w="0" w:type="auto"/>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shd w:val="clear" w:color="auto" w:fill="FFFFFF" w:themeFill="background1"/>
        <w:tblLayout w:type="fixed"/>
        <w:tblLook w:val="04A0" w:firstRow="1" w:lastRow="0" w:firstColumn="1" w:lastColumn="0" w:noHBand="0" w:noVBand="1"/>
      </w:tblPr>
      <w:tblGrid>
        <w:gridCol w:w="1843"/>
        <w:gridCol w:w="8323"/>
      </w:tblGrid>
      <w:tr w:rsidR="004905FA" w14:paraId="637E74E3" w14:textId="77777777" w:rsidTr="00EE5C98">
        <w:trPr>
          <w:jc w:val="center"/>
        </w:trPr>
        <w:tc>
          <w:tcPr>
            <w:tcW w:w="1843" w:type="dxa"/>
            <w:shd w:val="clear" w:color="auto" w:fill="FFFFFF" w:themeFill="background1"/>
            <w:tcMar>
              <w:top w:w="130" w:type="dxa"/>
              <w:left w:w="160" w:type="dxa"/>
              <w:bottom w:w="130" w:type="dxa"/>
              <w:right w:w="160" w:type="dxa"/>
            </w:tcMar>
            <w:vAlign w:val="center"/>
          </w:tcPr>
          <w:p w14:paraId="54459FAB" w14:textId="77777777" w:rsidR="004905FA" w:rsidRPr="00EE5C98" w:rsidRDefault="00AD66C3">
            <w:pPr>
              <w:spacing w:after="0"/>
            </w:pPr>
            <w:r w:rsidRPr="00EE5C98">
              <w:rPr>
                <w:b/>
              </w:rPr>
              <w:t>Client</w:t>
            </w:r>
          </w:p>
        </w:tc>
        <w:tc>
          <w:tcPr>
            <w:tcW w:w="8323" w:type="dxa"/>
            <w:shd w:val="clear" w:color="auto" w:fill="FFFFFF" w:themeFill="background1"/>
            <w:tcMar>
              <w:top w:w="130" w:type="dxa"/>
              <w:left w:w="160" w:type="dxa"/>
              <w:bottom w:w="130" w:type="dxa"/>
              <w:right w:w="160" w:type="dxa"/>
            </w:tcMar>
            <w:vAlign w:val="center"/>
          </w:tcPr>
          <w:p w14:paraId="0E0B5311" w14:textId="77777777" w:rsidR="004905FA" w:rsidRDefault="00AD66C3">
            <w:pPr>
              <w:spacing w:after="0"/>
            </w:pPr>
            <w:r>
              <w:rPr>
                <w:color w:val="1A374C"/>
                <w:shd w:val="clear" w:color="auto" w:fill="FFF4CC"/>
              </w:rPr>
              <w:t>[CLIENT LEGAL / TRADING NAME]</w:t>
            </w:r>
          </w:p>
        </w:tc>
      </w:tr>
      <w:tr w:rsidR="004905FA" w14:paraId="6A203B63" w14:textId="77777777" w:rsidTr="00EE5C98">
        <w:trPr>
          <w:jc w:val="center"/>
        </w:trPr>
        <w:tc>
          <w:tcPr>
            <w:tcW w:w="1843" w:type="dxa"/>
            <w:shd w:val="clear" w:color="auto" w:fill="FFFFFF" w:themeFill="background1"/>
            <w:tcMar>
              <w:top w:w="130" w:type="dxa"/>
              <w:left w:w="160" w:type="dxa"/>
              <w:bottom w:w="130" w:type="dxa"/>
              <w:right w:w="160" w:type="dxa"/>
            </w:tcMar>
            <w:vAlign w:val="center"/>
          </w:tcPr>
          <w:p w14:paraId="05570DC6" w14:textId="77777777" w:rsidR="004905FA" w:rsidRPr="00EE5C98" w:rsidRDefault="00AD66C3">
            <w:pPr>
              <w:spacing w:after="0"/>
            </w:pPr>
            <w:r w:rsidRPr="00EE5C98">
              <w:rPr>
                <w:b/>
              </w:rPr>
              <w:t>Consultant</w:t>
            </w:r>
          </w:p>
        </w:tc>
        <w:tc>
          <w:tcPr>
            <w:tcW w:w="8323" w:type="dxa"/>
            <w:shd w:val="clear" w:color="auto" w:fill="FFFFFF" w:themeFill="background1"/>
            <w:tcMar>
              <w:top w:w="130" w:type="dxa"/>
              <w:left w:w="160" w:type="dxa"/>
              <w:bottom w:w="130" w:type="dxa"/>
              <w:right w:w="160" w:type="dxa"/>
            </w:tcMar>
            <w:vAlign w:val="center"/>
          </w:tcPr>
          <w:p w14:paraId="77B80838" w14:textId="77777777" w:rsidR="004905FA" w:rsidRDefault="00AD66C3">
            <w:pPr>
              <w:spacing w:after="0"/>
            </w:pPr>
            <w:r>
              <w:rPr>
                <w:color w:val="1A374C"/>
                <w:shd w:val="clear" w:color="auto" w:fill="FFF4CC"/>
              </w:rPr>
              <w:t>[CONSULTANT / CONSULTANCY NAME]</w:t>
            </w:r>
          </w:p>
        </w:tc>
      </w:tr>
      <w:tr w:rsidR="004905FA" w14:paraId="35492FD5" w14:textId="77777777" w:rsidTr="00EE5C98">
        <w:trPr>
          <w:jc w:val="center"/>
        </w:trPr>
        <w:tc>
          <w:tcPr>
            <w:tcW w:w="1843" w:type="dxa"/>
            <w:shd w:val="clear" w:color="auto" w:fill="FFFFFF" w:themeFill="background1"/>
            <w:tcMar>
              <w:top w:w="130" w:type="dxa"/>
              <w:left w:w="160" w:type="dxa"/>
              <w:bottom w:w="130" w:type="dxa"/>
              <w:right w:w="160" w:type="dxa"/>
            </w:tcMar>
            <w:vAlign w:val="center"/>
          </w:tcPr>
          <w:p w14:paraId="7193264B" w14:textId="77777777" w:rsidR="004905FA" w:rsidRPr="00EE5C98" w:rsidRDefault="00AD66C3">
            <w:pPr>
              <w:spacing w:after="0"/>
            </w:pPr>
            <w:r w:rsidRPr="00EE5C98">
              <w:rPr>
                <w:b/>
              </w:rPr>
              <w:t>Pilot scope</w:t>
            </w:r>
          </w:p>
        </w:tc>
        <w:tc>
          <w:tcPr>
            <w:tcW w:w="8323" w:type="dxa"/>
            <w:shd w:val="clear" w:color="auto" w:fill="FFFFFF" w:themeFill="background1"/>
            <w:tcMar>
              <w:top w:w="130" w:type="dxa"/>
              <w:left w:w="160" w:type="dxa"/>
              <w:bottom w:w="130" w:type="dxa"/>
              <w:right w:w="160" w:type="dxa"/>
            </w:tcMar>
            <w:vAlign w:val="center"/>
          </w:tcPr>
          <w:p w14:paraId="35310994" w14:textId="77777777" w:rsidR="004905FA" w:rsidRDefault="00AD66C3">
            <w:pPr>
              <w:spacing w:after="0"/>
            </w:pPr>
            <w:r>
              <w:rPr>
                <w:color w:val="1A374C"/>
                <w:shd w:val="clear" w:color="auto" w:fill="FFF4CC"/>
              </w:rPr>
              <w:t>[X] teams and up to [X] development interventions per team</w:t>
            </w:r>
          </w:p>
        </w:tc>
      </w:tr>
      <w:tr w:rsidR="004905FA" w14:paraId="19BD84C5" w14:textId="77777777" w:rsidTr="00EE5C98">
        <w:trPr>
          <w:jc w:val="center"/>
        </w:trPr>
        <w:tc>
          <w:tcPr>
            <w:tcW w:w="1843" w:type="dxa"/>
            <w:shd w:val="clear" w:color="auto" w:fill="FFFFFF" w:themeFill="background1"/>
            <w:tcMar>
              <w:top w:w="130" w:type="dxa"/>
              <w:left w:w="160" w:type="dxa"/>
              <w:bottom w:w="130" w:type="dxa"/>
              <w:right w:w="160" w:type="dxa"/>
            </w:tcMar>
            <w:vAlign w:val="center"/>
          </w:tcPr>
          <w:p w14:paraId="53BCD9A4" w14:textId="77777777" w:rsidR="004905FA" w:rsidRPr="00EE5C98" w:rsidRDefault="00AD66C3">
            <w:pPr>
              <w:spacing w:after="0"/>
            </w:pPr>
            <w:r w:rsidRPr="00EE5C98">
              <w:rPr>
                <w:b/>
              </w:rPr>
              <w:t>Proposed period</w:t>
            </w:r>
          </w:p>
        </w:tc>
        <w:tc>
          <w:tcPr>
            <w:tcW w:w="8323" w:type="dxa"/>
            <w:shd w:val="clear" w:color="auto" w:fill="FFFFFF" w:themeFill="background1"/>
            <w:tcMar>
              <w:top w:w="130" w:type="dxa"/>
              <w:left w:w="160" w:type="dxa"/>
              <w:bottom w:w="130" w:type="dxa"/>
              <w:right w:w="160" w:type="dxa"/>
            </w:tcMar>
            <w:vAlign w:val="center"/>
          </w:tcPr>
          <w:p w14:paraId="0EF64B90" w14:textId="77777777" w:rsidR="004905FA" w:rsidRDefault="00AD66C3">
            <w:pPr>
              <w:spacing w:after="0"/>
            </w:pPr>
            <w:r>
              <w:rPr>
                <w:color w:val="1A374C"/>
                <w:shd w:val="clear" w:color="auto" w:fill="FFF4CC"/>
              </w:rPr>
              <w:t>[START DATE] to [END DATE]</w:t>
            </w:r>
          </w:p>
        </w:tc>
      </w:tr>
    </w:tbl>
    <w:p w14:paraId="169B288D" w14:textId="77777777" w:rsidR="004905FA" w:rsidRDefault="00AD66C3">
      <w:pPr>
        <w:pStyle w:val="Heading1"/>
      </w:pPr>
      <w:r>
        <w:t>1. Introduction</w:t>
      </w:r>
    </w:p>
    <w:p w14:paraId="596F586D" w14:textId="77777777" w:rsidR="004905FA" w:rsidRDefault="00AD66C3">
      <w:r>
        <w:t xml:space="preserve">This proposal sets out a pilot Team Behaviours Index programme for </w:t>
      </w:r>
      <w:r>
        <w:rPr>
          <w:b/>
          <w:color w:val="1A374C"/>
          <w:shd w:val="clear" w:color="auto" w:fill="FFF4CC"/>
        </w:rPr>
        <w:t>[CLIENT NAME]</w:t>
      </w:r>
      <w:r>
        <w:t xml:space="preserve"> covering </w:t>
      </w:r>
      <w:r>
        <w:rPr>
          <w:color w:val="1A374C"/>
          <w:shd w:val="clear" w:color="auto" w:fill="FFF4CC"/>
        </w:rPr>
        <w:t>[X]</w:t>
      </w:r>
      <w:r>
        <w:t xml:space="preserve"> teams. The pilot is designed to calibrate team behaviours, increase each team’s understanding of the behavioural patterns shaping its performance, identify priority development areas, and deliver up to </w:t>
      </w:r>
      <w:r>
        <w:rPr>
          <w:color w:val="1A374C"/>
          <w:shd w:val="clear" w:color="auto" w:fill="FFF4CC"/>
        </w:rPr>
        <w:t>[X]</w:t>
      </w:r>
      <w:r>
        <w:t xml:space="preserve"> targeted development interventions per team to help unlock higher performance.</w:t>
      </w:r>
    </w:p>
    <w:p w14:paraId="1FA03813" w14:textId="77777777" w:rsidR="004905FA" w:rsidRDefault="00AD66C3">
      <w:r>
        <w:t>The programme will provide each participating team with a structured route from evidence to action:</w:t>
      </w:r>
    </w:p>
    <w:p w14:paraId="6093E8A6" w14:textId="77777777" w:rsidR="004905FA" w:rsidRDefault="00AD66C3">
      <w:pPr>
        <w:pStyle w:val="ListBullet"/>
        <w:spacing w:after="60"/>
        <w:ind w:hanging="216"/>
      </w:pPr>
      <w:r>
        <w:t>Measure the behavioural patterns influencing team performance.</w:t>
      </w:r>
    </w:p>
    <w:p w14:paraId="2551078A" w14:textId="77777777" w:rsidR="004905FA" w:rsidRDefault="00AD66C3">
      <w:pPr>
        <w:pStyle w:val="ListBullet"/>
        <w:spacing w:after="60"/>
        <w:ind w:hanging="216"/>
      </w:pPr>
      <w:r>
        <w:t>Explore the findings and build shared understanding.</w:t>
      </w:r>
    </w:p>
    <w:p w14:paraId="309B0DCE" w14:textId="77777777" w:rsidR="004905FA" w:rsidRDefault="00AD66C3">
      <w:pPr>
        <w:pStyle w:val="ListBullet"/>
        <w:spacing w:after="60"/>
        <w:ind w:hanging="216"/>
      </w:pPr>
      <w:r>
        <w:t>Agree the development priorities that matter most.</w:t>
      </w:r>
    </w:p>
    <w:p w14:paraId="476D550D" w14:textId="77777777" w:rsidR="004905FA" w:rsidRDefault="00AD66C3">
      <w:pPr>
        <w:pStyle w:val="ListBullet"/>
        <w:spacing w:after="60"/>
        <w:ind w:hanging="216"/>
      </w:pPr>
      <w:r>
        <w:t>Deliver targeted interventions linked to those priorities.</w:t>
      </w:r>
    </w:p>
    <w:p w14:paraId="4864BCEC" w14:textId="77777777" w:rsidR="004905FA" w:rsidRDefault="00AD66C3">
      <w:pPr>
        <w:pStyle w:val="ListBullet"/>
        <w:spacing w:after="60"/>
        <w:ind w:hanging="216"/>
      </w:pPr>
      <w:r>
        <w:t>Review progress and address issues after the intervention programme.</w:t>
      </w:r>
    </w:p>
    <w:p w14:paraId="5BB08479" w14:textId="77777777" w:rsidR="004905FA" w:rsidRPr="00EE5C98" w:rsidRDefault="00AD66C3">
      <w:pPr>
        <w:pStyle w:val="Heading2"/>
        <w:rPr>
          <w:color w:val="auto"/>
        </w:rPr>
      </w:pPr>
      <w:r w:rsidRPr="00EE5C98">
        <w:rPr>
          <w:color w:val="auto"/>
        </w:rPr>
        <w:t>Participating teams</w:t>
      </w:r>
    </w:p>
    <w:tbl>
      <w:tblPr>
        <w:tblW w:w="10363" w:type="dxa"/>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851"/>
        <w:gridCol w:w="6778"/>
        <w:gridCol w:w="2734"/>
      </w:tblGrid>
      <w:tr w:rsidR="004905FA" w14:paraId="53C9F723" w14:textId="77777777" w:rsidTr="00EE5C98">
        <w:trPr>
          <w:jc w:val="center"/>
        </w:trPr>
        <w:tc>
          <w:tcPr>
            <w:tcW w:w="851" w:type="dxa"/>
            <w:shd w:val="clear" w:color="auto" w:fill="1A374C"/>
            <w:tcMar>
              <w:top w:w="110" w:type="dxa"/>
              <w:left w:w="130" w:type="dxa"/>
              <w:bottom w:w="110" w:type="dxa"/>
              <w:right w:w="130" w:type="dxa"/>
            </w:tcMar>
          </w:tcPr>
          <w:p w14:paraId="1DD6EE86" w14:textId="77777777" w:rsidR="004905FA" w:rsidRDefault="00AD66C3">
            <w:pPr>
              <w:spacing w:after="0"/>
              <w:jc w:val="center"/>
            </w:pPr>
            <w:r>
              <w:rPr>
                <w:b/>
                <w:color w:val="FFFFFF"/>
              </w:rPr>
              <w:t>No.</w:t>
            </w:r>
          </w:p>
        </w:tc>
        <w:tc>
          <w:tcPr>
            <w:tcW w:w="6778" w:type="dxa"/>
            <w:shd w:val="clear" w:color="auto" w:fill="1A374C"/>
            <w:tcMar>
              <w:top w:w="110" w:type="dxa"/>
              <w:left w:w="130" w:type="dxa"/>
              <w:bottom w:w="110" w:type="dxa"/>
              <w:right w:w="130" w:type="dxa"/>
            </w:tcMar>
          </w:tcPr>
          <w:p w14:paraId="598958FB" w14:textId="77777777" w:rsidR="004905FA" w:rsidRDefault="00AD66C3">
            <w:pPr>
              <w:spacing w:after="0"/>
            </w:pPr>
            <w:r>
              <w:rPr>
                <w:b/>
                <w:color w:val="FFFFFF"/>
              </w:rPr>
              <w:t>Team name</w:t>
            </w:r>
          </w:p>
        </w:tc>
        <w:tc>
          <w:tcPr>
            <w:tcW w:w="2734" w:type="dxa"/>
            <w:shd w:val="clear" w:color="auto" w:fill="1A374C"/>
            <w:tcMar>
              <w:top w:w="110" w:type="dxa"/>
              <w:left w:w="130" w:type="dxa"/>
              <w:bottom w:w="110" w:type="dxa"/>
              <w:right w:w="130" w:type="dxa"/>
            </w:tcMar>
          </w:tcPr>
          <w:p w14:paraId="052767E9" w14:textId="77777777" w:rsidR="004905FA" w:rsidRDefault="00AD66C3">
            <w:pPr>
              <w:spacing w:after="0"/>
              <w:jc w:val="center"/>
            </w:pPr>
            <w:r>
              <w:rPr>
                <w:b/>
                <w:color w:val="FFFFFF"/>
              </w:rPr>
              <w:t>Number of participants</w:t>
            </w:r>
          </w:p>
        </w:tc>
      </w:tr>
      <w:tr w:rsidR="004905FA" w14:paraId="36875173" w14:textId="77777777" w:rsidTr="00EE5C98">
        <w:trPr>
          <w:jc w:val="center"/>
        </w:trPr>
        <w:tc>
          <w:tcPr>
            <w:tcW w:w="851" w:type="dxa"/>
            <w:tcMar>
              <w:top w:w="110" w:type="dxa"/>
              <w:left w:w="130" w:type="dxa"/>
              <w:bottom w:w="110" w:type="dxa"/>
              <w:right w:w="130" w:type="dxa"/>
            </w:tcMar>
            <w:vAlign w:val="center"/>
          </w:tcPr>
          <w:p w14:paraId="061ADAFA" w14:textId="77777777" w:rsidR="004905FA" w:rsidRDefault="00AD66C3">
            <w:pPr>
              <w:spacing w:after="0"/>
              <w:jc w:val="center"/>
            </w:pPr>
            <w:r>
              <w:rPr>
                <w:color w:val="1A374C"/>
                <w:shd w:val="clear" w:color="auto" w:fill="FFF4CC"/>
              </w:rPr>
              <w:t>[1]</w:t>
            </w:r>
          </w:p>
        </w:tc>
        <w:tc>
          <w:tcPr>
            <w:tcW w:w="6778" w:type="dxa"/>
            <w:tcMar>
              <w:top w:w="110" w:type="dxa"/>
              <w:left w:w="130" w:type="dxa"/>
              <w:bottom w:w="110" w:type="dxa"/>
              <w:right w:w="130" w:type="dxa"/>
            </w:tcMar>
            <w:vAlign w:val="center"/>
          </w:tcPr>
          <w:p w14:paraId="4F4F5374" w14:textId="77777777" w:rsidR="004905FA" w:rsidRDefault="00AD66C3">
            <w:pPr>
              <w:spacing w:after="0"/>
            </w:pPr>
            <w:r>
              <w:rPr>
                <w:color w:val="1A374C"/>
                <w:shd w:val="clear" w:color="auto" w:fill="FFF4CC"/>
              </w:rPr>
              <w:t>[TEAM NAME]</w:t>
            </w:r>
          </w:p>
        </w:tc>
        <w:tc>
          <w:tcPr>
            <w:tcW w:w="2734" w:type="dxa"/>
            <w:tcMar>
              <w:top w:w="110" w:type="dxa"/>
              <w:left w:w="130" w:type="dxa"/>
              <w:bottom w:w="110" w:type="dxa"/>
              <w:right w:w="130" w:type="dxa"/>
            </w:tcMar>
            <w:vAlign w:val="center"/>
          </w:tcPr>
          <w:p w14:paraId="3141708B" w14:textId="77777777" w:rsidR="004905FA" w:rsidRDefault="00AD66C3">
            <w:pPr>
              <w:spacing w:after="0"/>
              <w:jc w:val="center"/>
            </w:pPr>
            <w:r>
              <w:rPr>
                <w:color w:val="1A374C"/>
                <w:shd w:val="clear" w:color="auto" w:fill="FFF4CC"/>
              </w:rPr>
              <w:t>[NUMBER]</w:t>
            </w:r>
          </w:p>
        </w:tc>
      </w:tr>
      <w:tr w:rsidR="004905FA" w14:paraId="2D7C47CF" w14:textId="77777777" w:rsidTr="00EE5C98">
        <w:trPr>
          <w:jc w:val="center"/>
        </w:trPr>
        <w:tc>
          <w:tcPr>
            <w:tcW w:w="851" w:type="dxa"/>
            <w:shd w:val="clear" w:color="auto" w:fill="F3F5F5"/>
            <w:tcMar>
              <w:top w:w="110" w:type="dxa"/>
              <w:left w:w="130" w:type="dxa"/>
              <w:bottom w:w="110" w:type="dxa"/>
              <w:right w:w="130" w:type="dxa"/>
            </w:tcMar>
            <w:vAlign w:val="center"/>
          </w:tcPr>
          <w:p w14:paraId="004C712A" w14:textId="77777777" w:rsidR="004905FA" w:rsidRDefault="00AD66C3">
            <w:pPr>
              <w:spacing w:after="0"/>
              <w:jc w:val="center"/>
            </w:pPr>
            <w:r>
              <w:rPr>
                <w:color w:val="1A374C"/>
                <w:shd w:val="clear" w:color="auto" w:fill="FFF4CC"/>
              </w:rPr>
              <w:t>[2]</w:t>
            </w:r>
          </w:p>
        </w:tc>
        <w:tc>
          <w:tcPr>
            <w:tcW w:w="6778" w:type="dxa"/>
            <w:shd w:val="clear" w:color="auto" w:fill="F3F5F5"/>
            <w:tcMar>
              <w:top w:w="110" w:type="dxa"/>
              <w:left w:w="130" w:type="dxa"/>
              <w:bottom w:w="110" w:type="dxa"/>
              <w:right w:w="130" w:type="dxa"/>
            </w:tcMar>
            <w:vAlign w:val="center"/>
          </w:tcPr>
          <w:p w14:paraId="0F9DF735" w14:textId="77777777" w:rsidR="004905FA" w:rsidRDefault="00AD66C3">
            <w:pPr>
              <w:spacing w:after="0"/>
            </w:pPr>
            <w:r>
              <w:rPr>
                <w:color w:val="1A374C"/>
                <w:shd w:val="clear" w:color="auto" w:fill="FFF4CC"/>
              </w:rPr>
              <w:t>[TEAM NAME]</w:t>
            </w:r>
          </w:p>
        </w:tc>
        <w:tc>
          <w:tcPr>
            <w:tcW w:w="2734" w:type="dxa"/>
            <w:shd w:val="clear" w:color="auto" w:fill="F3F5F5"/>
            <w:tcMar>
              <w:top w:w="110" w:type="dxa"/>
              <w:left w:w="130" w:type="dxa"/>
              <w:bottom w:w="110" w:type="dxa"/>
              <w:right w:w="130" w:type="dxa"/>
            </w:tcMar>
            <w:vAlign w:val="center"/>
          </w:tcPr>
          <w:p w14:paraId="3A216068" w14:textId="77777777" w:rsidR="004905FA" w:rsidRDefault="00AD66C3">
            <w:pPr>
              <w:spacing w:after="0"/>
              <w:jc w:val="center"/>
            </w:pPr>
            <w:r>
              <w:rPr>
                <w:color w:val="1A374C"/>
                <w:shd w:val="clear" w:color="auto" w:fill="FFF4CC"/>
              </w:rPr>
              <w:t>[NUMBER]</w:t>
            </w:r>
          </w:p>
        </w:tc>
      </w:tr>
      <w:tr w:rsidR="004905FA" w14:paraId="200DA86B" w14:textId="77777777" w:rsidTr="00EE5C98">
        <w:trPr>
          <w:jc w:val="center"/>
        </w:trPr>
        <w:tc>
          <w:tcPr>
            <w:tcW w:w="851" w:type="dxa"/>
            <w:tcMar>
              <w:top w:w="110" w:type="dxa"/>
              <w:left w:w="130" w:type="dxa"/>
              <w:bottom w:w="110" w:type="dxa"/>
              <w:right w:w="130" w:type="dxa"/>
            </w:tcMar>
            <w:vAlign w:val="center"/>
          </w:tcPr>
          <w:p w14:paraId="13DBADF0" w14:textId="77777777" w:rsidR="004905FA" w:rsidRDefault="00AD66C3">
            <w:pPr>
              <w:spacing w:after="0"/>
              <w:jc w:val="center"/>
            </w:pPr>
            <w:r>
              <w:rPr>
                <w:color w:val="1A374C"/>
                <w:shd w:val="clear" w:color="auto" w:fill="FFF4CC"/>
              </w:rPr>
              <w:t>[3]</w:t>
            </w:r>
          </w:p>
        </w:tc>
        <w:tc>
          <w:tcPr>
            <w:tcW w:w="6778" w:type="dxa"/>
            <w:tcMar>
              <w:top w:w="110" w:type="dxa"/>
              <w:left w:w="130" w:type="dxa"/>
              <w:bottom w:w="110" w:type="dxa"/>
              <w:right w:w="130" w:type="dxa"/>
            </w:tcMar>
            <w:vAlign w:val="center"/>
          </w:tcPr>
          <w:p w14:paraId="6DAC8C94" w14:textId="77777777" w:rsidR="004905FA" w:rsidRDefault="00AD66C3">
            <w:pPr>
              <w:spacing w:after="0"/>
            </w:pPr>
            <w:r>
              <w:rPr>
                <w:color w:val="1A374C"/>
                <w:shd w:val="clear" w:color="auto" w:fill="FFF4CC"/>
              </w:rPr>
              <w:t>[TEAM NAME]</w:t>
            </w:r>
          </w:p>
        </w:tc>
        <w:tc>
          <w:tcPr>
            <w:tcW w:w="2734" w:type="dxa"/>
            <w:tcMar>
              <w:top w:w="110" w:type="dxa"/>
              <w:left w:w="130" w:type="dxa"/>
              <w:bottom w:w="110" w:type="dxa"/>
              <w:right w:w="130" w:type="dxa"/>
            </w:tcMar>
            <w:vAlign w:val="center"/>
          </w:tcPr>
          <w:p w14:paraId="0F99F30B" w14:textId="77777777" w:rsidR="004905FA" w:rsidRDefault="00AD66C3">
            <w:pPr>
              <w:spacing w:after="0"/>
              <w:jc w:val="center"/>
            </w:pPr>
            <w:r>
              <w:rPr>
                <w:color w:val="1A374C"/>
                <w:shd w:val="clear" w:color="auto" w:fill="FFF4CC"/>
              </w:rPr>
              <w:t>[NUMBER]</w:t>
            </w:r>
          </w:p>
        </w:tc>
      </w:tr>
      <w:tr w:rsidR="004905FA" w14:paraId="293E2D99" w14:textId="77777777" w:rsidTr="00EE5C98">
        <w:trPr>
          <w:jc w:val="center"/>
        </w:trPr>
        <w:tc>
          <w:tcPr>
            <w:tcW w:w="851" w:type="dxa"/>
            <w:shd w:val="clear" w:color="auto" w:fill="F3F5F5"/>
            <w:tcMar>
              <w:top w:w="110" w:type="dxa"/>
              <w:left w:w="130" w:type="dxa"/>
              <w:bottom w:w="110" w:type="dxa"/>
              <w:right w:w="130" w:type="dxa"/>
            </w:tcMar>
            <w:vAlign w:val="center"/>
          </w:tcPr>
          <w:p w14:paraId="4702C5EC" w14:textId="77777777" w:rsidR="004905FA" w:rsidRDefault="00AD66C3">
            <w:pPr>
              <w:spacing w:after="0"/>
              <w:jc w:val="center"/>
            </w:pPr>
            <w:r>
              <w:rPr>
                <w:color w:val="1A374C"/>
                <w:shd w:val="clear" w:color="auto" w:fill="FFF4CC"/>
              </w:rPr>
              <w:t>[4]</w:t>
            </w:r>
          </w:p>
        </w:tc>
        <w:tc>
          <w:tcPr>
            <w:tcW w:w="6778" w:type="dxa"/>
            <w:shd w:val="clear" w:color="auto" w:fill="F3F5F5"/>
            <w:tcMar>
              <w:top w:w="110" w:type="dxa"/>
              <w:left w:w="130" w:type="dxa"/>
              <w:bottom w:w="110" w:type="dxa"/>
              <w:right w:w="130" w:type="dxa"/>
            </w:tcMar>
            <w:vAlign w:val="center"/>
          </w:tcPr>
          <w:p w14:paraId="506FB94A" w14:textId="77777777" w:rsidR="004905FA" w:rsidRDefault="00AD66C3">
            <w:pPr>
              <w:spacing w:after="0"/>
            </w:pPr>
            <w:r>
              <w:rPr>
                <w:color w:val="1A374C"/>
                <w:shd w:val="clear" w:color="auto" w:fill="FFF4CC"/>
              </w:rPr>
              <w:t>[TEAM NAME]</w:t>
            </w:r>
          </w:p>
        </w:tc>
        <w:tc>
          <w:tcPr>
            <w:tcW w:w="2734" w:type="dxa"/>
            <w:shd w:val="clear" w:color="auto" w:fill="F3F5F5"/>
            <w:tcMar>
              <w:top w:w="110" w:type="dxa"/>
              <w:left w:w="130" w:type="dxa"/>
              <w:bottom w:w="110" w:type="dxa"/>
              <w:right w:w="130" w:type="dxa"/>
            </w:tcMar>
            <w:vAlign w:val="center"/>
          </w:tcPr>
          <w:p w14:paraId="69241B74" w14:textId="77777777" w:rsidR="004905FA" w:rsidRDefault="00AD66C3">
            <w:pPr>
              <w:spacing w:after="0"/>
              <w:jc w:val="center"/>
            </w:pPr>
            <w:r>
              <w:rPr>
                <w:color w:val="1A374C"/>
                <w:shd w:val="clear" w:color="auto" w:fill="FFF4CC"/>
              </w:rPr>
              <w:t>[NUMBER]</w:t>
            </w:r>
          </w:p>
        </w:tc>
      </w:tr>
      <w:tr w:rsidR="004905FA" w14:paraId="1D8AEF18" w14:textId="77777777" w:rsidTr="00EE5C98">
        <w:trPr>
          <w:jc w:val="center"/>
        </w:trPr>
        <w:tc>
          <w:tcPr>
            <w:tcW w:w="851" w:type="dxa"/>
            <w:tcMar>
              <w:top w:w="110" w:type="dxa"/>
              <w:left w:w="130" w:type="dxa"/>
              <w:bottom w:w="110" w:type="dxa"/>
              <w:right w:w="130" w:type="dxa"/>
            </w:tcMar>
            <w:vAlign w:val="center"/>
          </w:tcPr>
          <w:p w14:paraId="5168151B" w14:textId="77777777" w:rsidR="004905FA" w:rsidRDefault="00AD66C3">
            <w:pPr>
              <w:spacing w:after="0"/>
              <w:jc w:val="center"/>
            </w:pPr>
            <w:r>
              <w:rPr>
                <w:color w:val="1A374C"/>
                <w:shd w:val="clear" w:color="auto" w:fill="FFF4CC"/>
              </w:rPr>
              <w:t>[5]</w:t>
            </w:r>
          </w:p>
        </w:tc>
        <w:tc>
          <w:tcPr>
            <w:tcW w:w="6778" w:type="dxa"/>
            <w:tcMar>
              <w:top w:w="110" w:type="dxa"/>
              <w:left w:w="130" w:type="dxa"/>
              <w:bottom w:w="110" w:type="dxa"/>
              <w:right w:w="130" w:type="dxa"/>
            </w:tcMar>
            <w:vAlign w:val="center"/>
          </w:tcPr>
          <w:p w14:paraId="20FE9470" w14:textId="77777777" w:rsidR="004905FA" w:rsidRDefault="00AD66C3">
            <w:pPr>
              <w:spacing w:after="0"/>
            </w:pPr>
            <w:r>
              <w:rPr>
                <w:color w:val="1A374C"/>
                <w:shd w:val="clear" w:color="auto" w:fill="FFF4CC"/>
              </w:rPr>
              <w:t>[TEAM NAME]</w:t>
            </w:r>
          </w:p>
        </w:tc>
        <w:tc>
          <w:tcPr>
            <w:tcW w:w="2734" w:type="dxa"/>
            <w:tcMar>
              <w:top w:w="110" w:type="dxa"/>
              <w:left w:w="130" w:type="dxa"/>
              <w:bottom w:w="110" w:type="dxa"/>
              <w:right w:w="130" w:type="dxa"/>
            </w:tcMar>
            <w:vAlign w:val="center"/>
          </w:tcPr>
          <w:p w14:paraId="6191482E" w14:textId="77777777" w:rsidR="004905FA" w:rsidRDefault="00AD66C3">
            <w:pPr>
              <w:spacing w:after="0"/>
              <w:jc w:val="center"/>
            </w:pPr>
            <w:r>
              <w:rPr>
                <w:color w:val="1A374C"/>
                <w:shd w:val="clear" w:color="auto" w:fill="FFF4CC"/>
              </w:rPr>
              <w:t>[NUMBER]</w:t>
            </w:r>
          </w:p>
        </w:tc>
      </w:tr>
    </w:tbl>
    <w:p w14:paraId="76033226" w14:textId="77777777" w:rsidR="004905FA" w:rsidRDefault="00AD66C3">
      <w:pPr>
        <w:spacing w:before="60"/>
      </w:pPr>
      <w:r>
        <w:rPr>
          <w:b/>
          <w:color w:val="FDBD17"/>
        </w:rPr>
        <w:t xml:space="preserve">Template note: </w:t>
      </w:r>
      <w:r>
        <w:t>Delete unused rows or add rows for additional teams.</w:t>
      </w:r>
    </w:p>
    <w:p w14:paraId="73A7D21D" w14:textId="77777777" w:rsidR="004905FA" w:rsidRDefault="00AD66C3">
      <w:r>
        <w:br w:type="page"/>
      </w:r>
    </w:p>
    <w:p w14:paraId="08349B8C" w14:textId="77777777" w:rsidR="004905FA" w:rsidRDefault="00AD66C3">
      <w:pPr>
        <w:pStyle w:val="Heading1"/>
      </w:pPr>
      <w:r>
        <w:lastRenderedPageBreak/>
        <w:t>2. Activities and Deliverables</w:t>
      </w:r>
    </w:p>
    <w:p w14:paraId="65400AD2" w14:textId="77777777" w:rsidR="004905FA" w:rsidRDefault="00AD66C3">
      <w:r>
        <w:t>The pilot will be delivered through three linked phases for each participating team.</w:t>
      </w:r>
    </w:p>
    <w:tbl>
      <w:tblPr>
        <w:tblW w:w="10569" w:type="dxa"/>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1701"/>
        <w:gridCol w:w="3447"/>
        <w:gridCol w:w="3499"/>
        <w:gridCol w:w="1922"/>
      </w:tblGrid>
      <w:tr w:rsidR="004905FA" w14:paraId="05FFB0DC" w14:textId="77777777" w:rsidTr="008E37E2">
        <w:trPr>
          <w:tblHeader/>
          <w:jc w:val="center"/>
        </w:trPr>
        <w:tc>
          <w:tcPr>
            <w:tcW w:w="1701" w:type="dxa"/>
            <w:shd w:val="clear" w:color="auto" w:fill="1A374C"/>
            <w:tcMar>
              <w:top w:w="110" w:type="dxa"/>
              <w:left w:w="120" w:type="dxa"/>
              <w:bottom w:w="110" w:type="dxa"/>
              <w:right w:w="120" w:type="dxa"/>
            </w:tcMar>
          </w:tcPr>
          <w:p w14:paraId="64EC06A2" w14:textId="77777777" w:rsidR="004905FA" w:rsidRDefault="00AD66C3">
            <w:pPr>
              <w:spacing w:after="0"/>
            </w:pPr>
            <w:r>
              <w:rPr>
                <w:b/>
                <w:color w:val="FFFFFF"/>
              </w:rPr>
              <w:t>Activity</w:t>
            </w:r>
          </w:p>
        </w:tc>
        <w:tc>
          <w:tcPr>
            <w:tcW w:w="3447" w:type="dxa"/>
            <w:shd w:val="clear" w:color="auto" w:fill="1A374C"/>
            <w:tcMar>
              <w:top w:w="110" w:type="dxa"/>
              <w:left w:w="120" w:type="dxa"/>
              <w:bottom w:w="110" w:type="dxa"/>
              <w:right w:w="120" w:type="dxa"/>
            </w:tcMar>
          </w:tcPr>
          <w:p w14:paraId="4DC767B7" w14:textId="77777777" w:rsidR="004905FA" w:rsidRDefault="00AD66C3">
            <w:pPr>
              <w:spacing w:after="0"/>
            </w:pPr>
            <w:r>
              <w:rPr>
                <w:b/>
                <w:color w:val="FFFFFF"/>
              </w:rPr>
              <w:t>What is included</w:t>
            </w:r>
          </w:p>
        </w:tc>
        <w:tc>
          <w:tcPr>
            <w:tcW w:w="3499" w:type="dxa"/>
            <w:shd w:val="clear" w:color="auto" w:fill="1A374C"/>
            <w:tcMar>
              <w:top w:w="110" w:type="dxa"/>
              <w:left w:w="120" w:type="dxa"/>
              <w:bottom w:w="110" w:type="dxa"/>
              <w:right w:w="120" w:type="dxa"/>
            </w:tcMar>
          </w:tcPr>
          <w:p w14:paraId="75E2C2C6" w14:textId="77777777" w:rsidR="004905FA" w:rsidRDefault="00AD66C3">
            <w:pPr>
              <w:spacing w:after="0"/>
            </w:pPr>
            <w:r>
              <w:rPr>
                <w:b/>
                <w:color w:val="FFFFFF"/>
              </w:rPr>
              <w:t>Deliverables</w:t>
            </w:r>
          </w:p>
        </w:tc>
        <w:tc>
          <w:tcPr>
            <w:tcW w:w="1922" w:type="dxa"/>
            <w:shd w:val="clear" w:color="auto" w:fill="1A374C"/>
            <w:tcMar>
              <w:top w:w="110" w:type="dxa"/>
              <w:left w:w="120" w:type="dxa"/>
              <w:bottom w:w="110" w:type="dxa"/>
              <w:right w:w="120" w:type="dxa"/>
            </w:tcMar>
          </w:tcPr>
          <w:p w14:paraId="17572A55" w14:textId="77777777" w:rsidR="004905FA" w:rsidRDefault="00AD66C3">
            <w:pPr>
              <w:spacing w:after="0"/>
            </w:pPr>
            <w:r>
              <w:rPr>
                <w:b/>
                <w:color w:val="FFFFFF"/>
              </w:rPr>
              <w:t>Quantity</w:t>
            </w:r>
          </w:p>
        </w:tc>
      </w:tr>
      <w:tr w:rsidR="004905FA" w14:paraId="5EEBAD1F" w14:textId="77777777" w:rsidTr="008E37E2">
        <w:trPr>
          <w:cantSplit/>
          <w:jc w:val="center"/>
        </w:trPr>
        <w:tc>
          <w:tcPr>
            <w:tcW w:w="1701" w:type="dxa"/>
            <w:tcMar>
              <w:top w:w="140" w:type="dxa"/>
              <w:left w:w="135" w:type="dxa"/>
              <w:bottom w:w="140" w:type="dxa"/>
              <w:right w:w="135" w:type="dxa"/>
            </w:tcMar>
            <w:vAlign w:val="center"/>
          </w:tcPr>
          <w:p w14:paraId="3D30A151" w14:textId="77777777" w:rsidR="004905FA" w:rsidRPr="008E37E2" w:rsidRDefault="00AD66C3">
            <w:pPr>
              <w:spacing w:after="0" w:line="247" w:lineRule="auto"/>
            </w:pPr>
            <w:r w:rsidRPr="008E37E2">
              <w:rPr>
                <w:b/>
                <w:sz w:val="18"/>
              </w:rPr>
              <w:t>Measurement of behaviours</w:t>
            </w:r>
          </w:p>
        </w:tc>
        <w:tc>
          <w:tcPr>
            <w:tcW w:w="3447" w:type="dxa"/>
            <w:tcMar>
              <w:top w:w="140" w:type="dxa"/>
              <w:left w:w="135" w:type="dxa"/>
              <w:bottom w:w="140" w:type="dxa"/>
              <w:right w:w="135" w:type="dxa"/>
            </w:tcMar>
            <w:vAlign w:val="center"/>
          </w:tcPr>
          <w:p w14:paraId="0DA97F83" w14:textId="77777777" w:rsidR="004905FA" w:rsidRDefault="00AD66C3">
            <w:pPr>
              <w:spacing w:after="0" w:line="247" w:lineRule="auto"/>
            </w:pPr>
            <w:r>
              <w:rPr>
                <w:sz w:val="18"/>
              </w:rPr>
              <w:t>Set up and administer the TBI measurement campaign for each team. Monitor participation, generate the report and complete an initial consultant review of the findings.</w:t>
            </w:r>
          </w:p>
        </w:tc>
        <w:tc>
          <w:tcPr>
            <w:tcW w:w="3499" w:type="dxa"/>
            <w:tcMar>
              <w:top w:w="140" w:type="dxa"/>
              <w:left w:w="135" w:type="dxa"/>
              <w:bottom w:w="140" w:type="dxa"/>
              <w:right w:w="135" w:type="dxa"/>
            </w:tcMar>
            <w:vAlign w:val="center"/>
          </w:tcPr>
          <w:p w14:paraId="3A8D8B53" w14:textId="3AA9BB90" w:rsidR="004905FA" w:rsidRDefault="00AD66C3">
            <w:pPr>
              <w:spacing w:after="0" w:line="247" w:lineRule="auto"/>
            </w:pPr>
            <w:r>
              <w:rPr>
                <w:sz w:val="18"/>
              </w:rPr>
              <w:t>Team Diagnostic Report</w:t>
            </w:r>
            <w:r w:rsidR="00EE5C98">
              <w:rPr>
                <w:sz w:val="18"/>
              </w:rPr>
              <w:t>.</w:t>
            </w:r>
          </w:p>
        </w:tc>
        <w:tc>
          <w:tcPr>
            <w:tcW w:w="1922" w:type="dxa"/>
            <w:tcMar>
              <w:top w:w="140" w:type="dxa"/>
              <w:left w:w="135" w:type="dxa"/>
              <w:bottom w:w="140" w:type="dxa"/>
              <w:right w:w="135" w:type="dxa"/>
            </w:tcMar>
            <w:vAlign w:val="center"/>
          </w:tcPr>
          <w:p w14:paraId="6326B49C" w14:textId="77777777" w:rsidR="004905FA" w:rsidRDefault="00AD66C3">
            <w:pPr>
              <w:spacing w:after="0" w:line="247" w:lineRule="auto"/>
              <w:jc w:val="center"/>
            </w:pPr>
            <w:r>
              <w:rPr>
                <w:sz w:val="18"/>
              </w:rPr>
              <w:t>1 per team</w:t>
            </w:r>
          </w:p>
        </w:tc>
      </w:tr>
      <w:tr w:rsidR="004905FA" w14:paraId="6BD4DF09" w14:textId="77777777" w:rsidTr="008E37E2">
        <w:trPr>
          <w:cantSplit/>
          <w:jc w:val="center"/>
        </w:trPr>
        <w:tc>
          <w:tcPr>
            <w:tcW w:w="1701" w:type="dxa"/>
            <w:shd w:val="clear" w:color="auto" w:fill="F3F5F5"/>
            <w:tcMar>
              <w:top w:w="140" w:type="dxa"/>
              <w:left w:w="135" w:type="dxa"/>
              <w:bottom w:w="140" w:type="dxa"/>
              <w:right w:w="135" w:type="dxa"/>
            </w:tcMar>
            <w:vAlign w:val="center"/>
          </w:tcPr>
          <w:p w14:paraId="125D600C" w14:textId="77777777" w:rsidR="004905FA" w:rsidRPr="008E37E2" w:rsidRDefault="00AD66C3">
            <w:pPr>
              <w:spacing w:after="0" w:line="247" w:lineRule="auto"/>
            </w:pPr>
            <w:r w:rsidRPr="008E37E2">
              <w:rPr>
                <w:b/>
                <w:sz w:val="18"/>
              </w:rPr>
              <w:t>Exploration of behaviours</w:t>
            </w:r>
          </w:p>
        </w:tc>
        <w:tc>
          <w:tcPr>
            <w:tcW w:w="3447" w:type="dxa"/>
            <w:shd w:val="clear" w:color="auto" w:fill="F3F5F5"/>
            <w:tcMar>
              <w:top w:w="140" w:type="dxa"/>
              <w:left w:w="135" w:type="dxa"/>
              <w:bottom w:w="140" w:type="dxa"/>
              <w:right w:w="135" w:type="dxa"/>
            </w:tcMar>
            <w:vAlign w:val="center"/>
          </w:tcPr>
          <w:p w14:paraId="233A6169" w14:textId="77777777" w:rsidR="004905FA" w:rsidRDefault="00AD66C3">
            <w:pPr>
              <w:spacing w:after="0" w:line="247" w:lineRule="auto"/>
            </w:pPr>
            <w:r>
              <w:rPr>
                <w:sz w:val="18"/>
              </w:rPr>
              <w:t>Prepare and facilitate a workshop with each team to explore the report, understand strengths and behavioural patterns, and agree the areas that matter most.</w:t>
            </w:r>
          </w:p>
        </w:tc>
        <w:tc>
          <w:tcPr>
            <w:tcW w:w="3499" w:type="dxa"/>
            <w:shd w:val="clear" w:color="auto" w:fill="F3F5F5"/>
            <w:tcMar>
              <w:top w:w="140" w:type="dxa"/>
              <w:left w:w="135" w:type="dxa"/>
              <w:bottom w:w="140" w:type="dxa"/>
              <w:right w:w="135" w:type="dxa"/>
            </w:tcMar>
            <w:vAlign w:val="center"/>
          </w:tcPr>
          <w:p w14:paraId="11B7C3B4" w14:textId="1C8D59C8" w:rsidR="004905FA" w:rsidRDefault="00AD66C3">
            <w:pPr>
              <w:spacing w:after="0" w:line="247" w:lineRule="auto"/>
            </w:pPr>
            <w:r>
              <w:rPr>
                <w:sz w:val="18"/>
              </w:rPr>
              <w:t>Facilitated exploration workshop</w:t>
            </w:r>
            <w:r w:rsidR="00EE5C98">
              <w:rPr>
                <w:sz w:val="18"/>
              </w:rPr>
              <w:t>.</w:t>
            </w:r>
            <w:r>
              <w:rPr>
                <w:sz w:val="18"/>
              </w:rPr>
              <w:br/>
            </w:r>
            <w:r>
              <w:rPr>
                <w:sz w:val="18"/>
              </w:rPr>
              <w:br/>
              <w:t>Agreed priority development areas.</w:t>
            </w:r>
          </w:p>
        </w:tc>
        <w:tc>
          <w:tcPr>
            <w:tcW w:w="1922" w:type="dxa"/>
            <w:shd w:val="clear" w:color="auto" w:fill="F3F5F5"/>
            <w:tcMar>
              <w:top w:w="140" w:type="dxa"/>
              <w:left w:w="135" w:type="dxa"/>
              <w:bottom w:w="140" w:type="dxa"/>
              <w:right w:w="135" w:type="dxa"/>
            </w:tcMar>
            <w:vAlign w:val="center"/>
          </w:tcPr>
          <w:p w14:paraId="51DB799A" w14:textId="77777777" w:rsidR="004905FA" w:rsidRDefault="00AD66C3">
            <w:pPr>
              <w:spacing w:after="0" w:line="247" w:lineRule="auto"/>
              <w:jc w:val="center"/>
            </w:pPr>
            <w:r>
              <w:rPr>
                <w:sz w:val="18"/>
              </w:rPr>
              <w:t>1 per team</w:t>
            </w:r>
          </w:p>
        </w:tc>
      </w:tr>
      <w:tr w:rsidR="004905FA" w14:paraId="11A273D8" w14:textId="77777777" w:rsidTr="008E37E2">
        <w:trPr>
          <w:cantSplit/>
          <w:jc w:val="center"/>
        </w:trPr>
        <w:tc>
          <w:tcPr>
            <w:tcW w:w="1701" w:type="dxa"/>
            <w:tcMar>
              <w:top w:w="140" w:type="dxa"/>
              <w:left w:w="135" w:type="dxa"/>
              <w:bottom w:w="140" w:type="dxa"/>
              <w:right w:w="135" w:type="dxa"/>
            </w:tcMar>
            <w:vAlign w:val="center"/>
          </w:tcPr>
          <w:p w14:paraId="607D5128" w14:textId="77777777" w:rsidR="004905FA" w:rsidRPr="008E37E2" w:rsidRDefault="00AD66C3">
            <w:pPr>
              <w:spacing w:after="0" w:line="247" w:lineRule="auto"/>
            </w:pPr>
            <w:r w:rsidRPr="008E37E2">
              <w:rPr>
                <w:b/>
                <w:sz w:val="18"/>
              </w:rPr>
              <w:t>Development interventions</w:t>
            </w:r>
          </w:p>
        </w:tc>
        <w:tc>
          <w:tcPr>
            <w:tcW w:w="3447" w:type="dxa"/>
            <w:tcMar>
              <w:top w:w="140" w:type="dxa"/>
              <w:left w:w="135" w:type="dxa"/>
              <w:bottom w:w="140" w:type="dxa"/>
              <w:right w:w="135" w:type="dxa"/>
            </w:tcMar>
            <w:vAlign w:val="center"/>
          </w:tcPr>
          <w:p w14:paraId="429F5328" w14:textId="77777777" w:rsidR="004905FA" w:rsidRDefault="00AD66C3">
            <w:pPr>
              <w:spacing w:after="0" w:line="247" w:lineRule="auto"/>
            </w:pPr>
            <w:r>
              <w:rPr>
                <w:sz w:val="18"/>
              </w:rPr>
              <w:t>Select and facilitate targeted development workshops aligned to the agreed priorities. Conduct a follow-up session approximately three weeks after the final intervention to review progress, surface issues and agree any further action.</w:t>
            </w:r>
          </w:p>
        </w:tc>
        <w:tc>
          <w:tcPr>
            <w:tcW w:w="3499" w:type="dxa"/>
            <w:tcMar>
              <w:top w:w="140" w:type="dxa"/>
              <w:left w:w="135" w:type="dxa"/>
              <w:bottom w:w="140" w:type="dxa"/>
              <w:right w:w="135" w:type="dxa"/>
            </w:tcMar>
            <w:vAlign w:val="center"/>
          </w:tcPr>
          <w:p w14:paraId="75460762" w14:textId="7F50DE69" w:rsidR="004905FA" w:rsidRDefault="00AD66C3">
            <w:pPr>
              <w:spacing w:after="0" w:line="247" w:lineRule="auto"/>
            </w:pPr>
            <w:r>
              <w:rPr>
                <w:sz w:val="18"/>
              </w:rPr>
              <w:t>Three development workshops.</w:t>
            </w:r>
            <w:r>
              <w:rPr>
                <w:sz w:val="18"/>
              </w:rPr>
              <w:br/>
            </w:r>
            <w:r>
              <w:rPr>
                <w:sz w:val="18"/>
              </w:rPr>
              <w:br/>
              <w:t>One follow-up progress review per team</w:t>
            </w:r>
          </w:p>
        </w:tc>
        <w:tc>
          <w:tcPr>
            <w:tcW w:w="1922" w:type="dxa"/>
            <w:tcMar>
              <w:top w:w="140" w:type="dxa"/>
              <w:left w:w="135" w:type="dxa"/>
              <w:bottom w:w="140" w:type="dxa"/>
              <w:right w:w="135" w:type="dxa"/>
            </w:tcMar>
            <w:vAlign w:val="center"/>
          </w:tcPr>
          <w:p w14:paraId="7D824A85" w14:textId="283BFE30" w:rsidR="004905FA" w:rsidRDefault="00AD66C3">
            <w:pPr>
              <w:spacing w:after="0" w:line="247" w:lineRule="auto"/>
              <w:jc w:val="center"/>
              <w:rPr>
                <w:sz w:val="18"/>
              </w:rPr>
            </w:pPr>
            <w:r>
              <w:rPr>
                <w:sz w:val="18"/>
              </w:rPr>
              <w:t>3 per team</w:t>
            </w:r>
          </w:p>
          <w:p w14:paraId="4C4DA4FF" w14:textId="77777777" w:rsidR="00EE5C98" w:rsidRDefault="00EE5C98">
            <w:pPr>
              <w:spacing w:after="0" w:line="247" w:lineRule="auto"/>
              <w:jc w:val="center"/>
              <w:rPr>
                <w:sz w:val="18"/>
              </w:rPr>
            </w:pPr>
          </w:p>
          <w:p w14:paraId="1A964359" w14:textId="6FD10872" w:rsidR="00EE5C98" w:rsidRDefault="00EE5C98">
            <w:pPr>
              <w:spacing w:after="0" w:line="247" w:lineRule="auto"/>
              <w:jc w:val="center"/>
            </w:pPr>
            <w:r>
              <w:rPr>
                <w:sz w:val="18"/>
              </w:rPr>
              <w:t>1 per team</w:t>
            </w:r>
          </w:p>
        </w:tc>
      </w:tr>
    </w:tbl>
    <w:p w14:paraId="4D03EA3F" w14:textId="77777777" w:rsidR="008E37E2" w:rsidRDefault="008E37E2" w:rsidP="008E37E2">
      <w:pPr>
        <w:pStyle w:val="Heading2"/>
        <w:shd w:val="clear" w:color="auto" w:fill="FFFFFF" w:themeFill="background1"/>
        <w:rPr>
          <w:color w:val="auto"/>
        </w:rPr>
      </w:pPr>
    </w:p>
    <w:p w14:paraId="2042D606" w14:textId="370EC763" w:rsidR="004905FA" w:rsidRPr="008E37E2" w:rsidRDefault="00AD66C3" w:rsidP="008E37E2">
      <w:pPr>
        <w:pStyle w:val="Heading2"/>
        <w:shd w:val="clear" w:color="auto" w:fill="FFFFFF" w:themeFill="background1"/>
        <w:rPr>
          <w:color w:val="auto"/>
        </w:rPr>
      </w:pPr>
      <w:r w:rsidRPr="008E37E2">
        <w:rPr>
          <w:color w:val="auto"/>
        </w:rPr>
        <w:t>Indicative delivery sequence</w:t>
      </w:r>
    </w:p>
    <w:tbl>
      <w:tblPr>
        <w:tblW w:w="0" w:type="auto"/>
        <w:jc w:val="center"/>
        <w:shd w:val="clear" w:color="auto" w:fill="000000" w:themeFill="text1"/>
        <w:tblLayout w:type="fixed"/>
        <w:tblLook w:val="04A0" w:firstRow="1" w:lastRow="0" w:firstColumn="1" w:lastColumn="0" w:noHBand="0" w:noVBand="1"/>
      </w:tblPr>
      <w:tblGrid>
        <w:gridCol w:w="2033"/>
        <w:gridCol w:w="2033"/>
        <w:gridCol w:w="2033"/>
        <w:gridCol w:w="2033"/>
        <w:gridCol w:w="2033"/>
      </w:tblGrid>
      <w:tr w:rsidR="004905FA" w14:paraId="01C49B0D" w14:textId="77777777" w:rsidTr="008E37E2">
        <w:trPr>
          <w:jc w:val="center"/>
        </w:trPr>
        <w:tc>
          <w:tcPr>
            <w:tcW w:w="2033" w:type="dxa"/>
            <w:shd w:val="clear" w:color="auto" w:fill="000000" w:themeFill="text1"/>
            <w:tcMar>
              <w:top w:w="140" w:type="dxa"/>
              <w:left w:w="80" w:type="dxa"/>
              <w:bottom w:w="140" w:type="dxa"/>
              <w:right w:w="80" w:type="dxa"/>
            </w:tcMar>
            <w:vAlign w:val="center"/>
          </w:tcPr>
          <w:p w14:paraId="3F1972A1" w14:textId="77777777" w:rsidR="004905FA" w:rsidRDefault="00AD66C3" w:rsidP="008E37E2">
            <w:pPr>
              <w:shd w:val="clear" w:color="auto" w:fill="000000" w:themeFill="text1"/>
              <w:spacing w:after="60"/>
              <w:jc w:val="center"/>
            </w:pPr>
            <w:r>
              <w:rPr>
                <w:b/>
                <w:color w:val="FDBD17"/>
                <w:sz w:val="28"/>
              </w:rPr>
              <w:t>1</w:t>
            </w:r>
          </w:p>
          <w:p w14:paraId="4E4F6B25" w14:textId="77777777" w:rsidR="004905FA" w:rsidRDefault="00AD66C3" w:rsidP="008E37E2">
            <w:pPr>
              <w:shd w:val="clear" w:color="auto" w:fill="000000" w:themeFill="text1"/>
              <w:spacing w:after="0"/>
              <w:jc w:val="center"/>
            </w:pPr>
            <w:r>
              <w:rPr>
                <w:b/>
                <w:color w:val="FFFFFF"/>
                <w:sz w:val="17"/>
              </w:rPr>
              <w:t>MEASURE</w:t>
            </w:r>
          </w:p>
        </w:tc>
        <w:tc>
          <w:tcPr>
            <w:tcW w:w="2033" w:type="dxa"/>
            <w:shd w:val="clear" w:color="auto" w:fill="000000" w:themeFill="text1"/>
            <w:tcMar>
              <w:top w:w="140" w:type="dxa"/>
              <w:left w:w="80" w:type="dxa"/>
              <w:bottom w:w="140" w:type="dxa"/>
              <w:right w:w="80" w:type="dxa"/>
            </w:tcMar>
            <w:vAlign w:val="center"/>
          </w:tcPr>
          <w:p w14:paraId="57CE506B" w14:textId="77777777" w:rsidR="004905FA" w:rsidRDefault="00AD66C3" w:rsidP="008E37E2">
            <w:pPr>
              <w:shd w:val="clear" w:color="auto" w:fill="000000" w:themeFill="text1"/>
              <w:spacing w:after="60"/>
              <w:jc w:val="center"/>
            </w:pPr>
            <w:r>
              <w:rPr>
                <w:b/>
                <w:color w:val="FDBD17"/>
                <w:sz w:val="28"/>
              </w:rPr>
              <w:t>2</w:t>
            </w:r>
          </w:p>
          <w:p w14:paraId="20EFFAE1" w14:textId="77777777" w:rsidR="004905FA" w:rsidRDefault="00AD66C3" w:rsidP="008E37E2">
            <w:pPr>
              <w:shd w:val="clear" w:color="auto" w:fill="000000" w:themeFill="text1"/>
              <w:spacing w:after="0"/>
              <w:jc w:val="center"/>
            </w:pPr>
            <w:r>
              <w:rPr>
                <w:b/>
                <w:color w:val="FFFFFF"/>
                <w:sz w:val="17"/>
              </w:rPr>
              <w:t>EXPLORE</w:t>
            </w:r>
          </w:p>
        </w:tc>
        <w:tc>
          <w:tcPr>
            <w:tcW w:w="2033" w:type="dxa"/>
            <w:shd w:val="clear" w:color="auto" w:fill="000000" w:themeFill="text1"/>
            <w:tcMar>
              <w:top w:w="140" w:type="dxa"/>
              <w:left w:w="80" w:type="dxa"/>
              <w:bottom w:w="140" w:type="dxa"/>
              <w:right w:w="80" w:type="dxa"/>
            </w:tcMar>
            <w:vAlign w:val="center"/>
          </w:tcPr>
          <w:p w14:paraId="317853B2" w14:textId="77777777" w:rsidR="004905FA" w:rsidRDefault="00AD66C3" w:rsidP="008E37E2">
            <w:pPr>
              <w:shd w:val="clear" w:color="auto" w:fill="000000" w:themeFill="text1"/>
              <w:spacing w:after="60"/>
              <w:jc w:val="center"/>
            </w:pPr>
            <w:r>
              <w:rPr>
                <w:b/>
                <w:color w:val="FDBD17"/>
                <w:sz w:val="28"/>
              </w:rPr>
              <w:t>3</w:t>
            </w:r>
          </w:p>
          <w:p w14:paraId="702F91DA" w14:textId="77777777" w:rsidR="004905FA" w:rsidRDefault="00AD66C3" w:rsidP="008E37E2">
            <w:pPr>
              <w:shd w:val="clear" w:color="auto" w:fill="000000" w:themeFill="text1"/>
              <w:spacing w:after="0"/>
              <w:jc w:val="center"/>
            </w:pPr>
            <w:r>
              <w:rPr>
                <w:b/>
                <w:color w:val="FFFFFF"/>
                <w:sz w:val="17"/>
              </w:rPr>
              <w:t>INTERVENE</w:t>
            </w:r>
          </w:p>
        </w:tc>
        <w:tc>
          <w:tcPr>
            <w:tcW w:w="2033" w:type="dxa"/>
            <w:shd w:val="clear" w:color="auto" w:fill="000000" w:themeFill="text1"/>
            <w:tcMar>
              <w:top w:w="140" w:type="dxa"/>
              <w:left w:w="80" w:type="dxa"/>
              <w:bottom w:w="140" w:type="dxa"/>
              <w:right w:w="80" w:type="dxa"/>
            </w:tcMar>
            <w:vAlign w:val="center"/>
          </w:tcPr>
          <w:p w14:paraId="6BFB4F41" w14:textId="77777777" w:rsidR="004905FA" w:rsidRDefault="00AD66C3" w:rsidP="008E37E2">
            <w:pPr>
              <w:shd w:val="clear" w:color="auto" w:fill="000000" w:themeFill="text1"/>
              <w:spacing w:after="60"/>
              <w:jc w:val="center"/>
            </w:pPr>
            <w:r>
              <w:rPr>
                <w:b/>
                <w:color w:val="FDBD17"/>
                <w:sz w:val="28"/>
              </w:rPr>
              <w:t>4</w:t>
            </w:r>
          </w:p>
          <w:p w14:paraId="231C6295" w14:textId="77777777" w:rsidR="004905FA" w:rsidRDefault="00AD66C3" w:rsidP="008E37E2">
            <w:pPr>
              <w:shd w:val="clear" w:color="auto" w:fill="000000" w:themeFill="text1"/>
              <w:spacing w:after="0"/>
              <w:jc w:val="center"/>
            </w:pPr>
            <w:r>
              <w:rPr>
                <w:b/>
                <w:color w:val="FFFFFF"/>
                <w:sz w:val="17"/>
              </w:rPr>
              <w:t>FOLLOW UP</w:t>
            </w:r>
          </w:p>
        </w:tc>
        <w:tc>
          <w:tcPr>
            <w:tcW w:w="2033" w:type="dxa"/>
            <w:shd w:val="clear" w:color="auto" w:fill="000000" w:themeFill="text1"/>
            <w:tcMar>
              <w:top w:w="140" w:type="dxa"/>
              <w:left w:w="80" w:type="dxa"/>
              <w:bottom w:w="140" w:type="dxa"/>
              <w:right w:w="80" w:type="dxa"/>
            </w:tcMar>
            <w:vAlign w:val="center"/>
          </w:tcPr>
          <w:p w14:paraId="12FEAC3F" w14:textId="77777777" w:rsidR="004905FA" w:rsidRDefault="00AD66C3" w:rsidP="008E37E2">
            <w:pPr>
              <w:shd w:val="clear" w:color="auto" w:fill="000000" w:themeFill="text1"/>
              <w:spacing w:after="60"/>
              <w:jc w:val="center"/>
            </w:pPr>
            <w:r>
              <w:rPr>
                <w:b/>
                <w:color w:val="FDBD17"/>
                <w:sz w:val="28"/>
              </w:rPr>
              <w:t>5</w:t>
            </w:r>
          </w:p>
          <w:p w14:paraId="4F22B69E" w14:textId="77777777" w:rsidR="004905FA" w:rsidRDefault="00AD66C3" w:rsidP="008E37E2">
            <w:pPr>
              <w:shd w:val="clear" w:color="auto" w:fill="000000" w:themeFill="text1"/>
              <w:spacing w:after="0"/>
              <w:jc w:val="center"/>
            </w:pPr>
            <w:r>
              <w:rPr>
                <w:b/>
                <w:color w:val="FFFFFF"/>
                <w:sz w:val="17"/>
              </w:rPr>
              <w:t>REVIEW</w:t>
            </w:r>
          </w:p>
        </w:tc>
      </w:tr>
    </w:tbl>
    <w:p w14:paraId="6E7CF86B" w14:textId="77777777" w:rsidR="004905FA" w:rsidRDefault="00AD66C3">
      <w:pPr>
        <w:spacing w:before="120"/>
      </w:pPr>
      <w:r w:rsidRPr="008E37E2">
        <w:rPr>
          <w:b/>
        </w:rPr>
        <w:t xml:space="preserve">Programme timing: </w:t>
      </w:r>
      <w:r>
        <w:rPr>
          <w:color w:val="1A374C"/>
          <w:shd w:val="clear" w:color="auto" w:fill="FFF4CC"/>
        </w:rPr>
        <w:t>[INSERT INDICATIVE TIMELINE, WORKSHOP DATES OR DELIVERY WINDOW]</w:t>
      </w:r>
    </w:p>
    <w:p w14:paraId="4B5311A4" w14:textId="77777777" w:rsidR="004905FA" w:rsidRDefault="00AD66C3">
      <w:pPr>
        <w:pStyle w:val="Heading1"/>
      </w:pPr>
      <w:r>
        <w:t>3. Assumptions and Client Responsibilities</w:t>
      </w:r>
    </w:p>
    <w:p w14:paraId="4CD89938" w14:textId="77777777" w:rsidR="004905FA" w:rsidRDefault="00AD66C3">
      <w:r>
        <w:t>This proposal is based on the following assumptions. Any material change may require the scope, timing or budget to be reviewed and agreed.</w:t>
      </w:r>
    </w:p>
    <w:p w14:paraId="2C7ACE9D" w14:textId="77777777" w:rsidR="004905FA" w:rsidRDefault="00AD66C3">
      <w:pPr>
        <w:pStyle w:val="ListBullet"/>
        <w:spacing w:after="60"/>
        <w:ind w:hanging="216"/>
      </w:pPr>
      <w:r>
        <w:t>[CLIENT NAME] will nominate a senior sponsor with authority to support the pilot, encourage participation and resolve issues.</w:t>
      </w:r>
    </w:p>
    <w:p w14:paraId="7E552BA2" w14:textId="77777777" w:rsidR="004905FA" w:rsidRDefault="00AD66C3">
      <w:pPr>
        <w:pStyle w:val="ListBullet"/>
        <w:spacing w:after="60"/>
        <w:ind w:hanging="216"/>
      </w:pPr>
      <w:r>
        <w:t>[CLIENT NAME] will nominate a day-to-day client contact to coordinate participant information, scheduling and logistics.</w:t>
      </w:r>
    </w:p>
    <w:p w14:paraId="2477D473" w14:textId="77777777" w:rsidR="004905FA" w:rsidRDefault="00AD66C3">
      <w:pPr>
        <w:pStyle w:val="ListBullet"/>
        <w:spacing w:after="60"/>
        <w:ind w:hanging="216"/>
      </w:pPr>
      <w:r>
        <w:t>[CLIENT NAME] will provide accurate participant names and email addresses in sufficient time to set up each measurement campaign.</w:t>
      </w:r>
    </w:p>
    <w:p w14:paraId="241DF727" w14:textId="77777777" w:rsidR="004905FA" w:rsidRDefault="00AD66C3">
      <w:pPr>
        <w:pStyle w:val="ListBullet"/>
        <w:spacing w:after="60"/>
        <w:ind w:hanging="216"/>
      </w:pPr>
      <w:r>
        <w:t>Participants will be given clear communication about the purpose of the TBI process and will be encouraged to complete the measurement honestly and on time.</w:t>
      </w:r>
    </w:p>
    <w:p w14:paraId="2C9F4F90" w14:textId="77777777" w:rsidR="004905FA" w:rsidRDefault="00AD66C3">
      <w:pPr>
        <w:pStyle w:val="ListBullet"/>
        <w:spacing w:after="60"/>
        <w:ind w:hanging="216"/>
      </w:pPr>
      <w:r>
        <w:t>Team members will participate in the exploration workshop and the agreed development interventions.</w:t>
      </w:r>
    </w:p>
    <w:p w14:paraId="76BC0A38" w14:textId="77777777" w:rsidR="004905FA" w:rsidRDefault="00AD66C3">
      <w:pPr>
        <w:pStyle w:val="ListBullet"/>
        <w:spacing w:after="60"/>
        <w:ind w:hanging="216"/>
      </w:pPr>
      <w:r>
        <w:t>The client sponsor and relevant team leaders will support open, constructive exploration of the findings and avoid using the report to label or judge individuals.</w:t>
      </w:r>
    </w:p>
    <w:p w14:paraId="26E10E6A" w14:textId="77777777" w:rsidR="004905FA" w:rsidRDefault="00AD66C3">
      <w:pPr>
        <w:pStyle w:val="ListBullet"/>
        <w:spacing w:after="60"/>
        <w:ind w:hanging="216"/>
      </w:pPr>
      <w:r>
        <w:lastRenderedPageBreak/>
        <w:t>[CLIENT NAME] will provide suitable meeting facilities and technology for in-person or virtual sessions, together with any participant subsistence or internal venue costs.</w:t>
      </w:r>
    </w:p>
    <w:p w14:paraId="22F2CCF4" w14:textId="77777777" w:rsidR="004905FA" w:rsidRDefault="00AD66C3">
      <w:pPr>
        <w:pStyle w:val="ListBullet"/>
        <w:spacing w:after="60"/>
        <w:ind w:hanging="216"/>
      </w:pPr>
      <w:r>
        <w:t>Workshop dates will be agreed in advance. Changes or cancellations will be managed in line with [CONSULTANT / CONSULTANCY NAME]’s standard terms or the agreement in place with the client.</w:t>
      </w:r>
    </w:p>
    <w:p w14:paraId="57AD7B50" w14:textId="77777777" w:rsidR="004905FA" w:rsidRDefault="00AD66C3">
      <w:pPr>
        <w:pStyle w:val="ListBullet"/>
        <w:spacing w:after="60"/>
        <w:ind w:hanging="216"/>
      </w:pPr>
      <w:r>
        <w:t>The proposal covers the activities and deliverables listed above. Additional teams, workshops, coaching, bespoke design or other services will be agreed separately.</w:t>
      </w:r>
    </w:p>
    <w:p w14:paraId="3560A1A0" w14:textId="77777777" w:rsidR="004905FA" w:rsidRDefault="00AD66C3">
      <w:pPr>
        <w:pStyle w:val="ListBullet"/>
        <w:spacing w:after="60"/>
        <w:ind w:hanging="216"/>
      </w:pPr>
      <w:r>
        <w:t>Participant and team information will be handled in accordance with the applicable contractual and privacy arrangements.</w:t>
      </w:r>
    </w:p>
    <w:p w14:paraId="572550BD" w14:textId="77777777" w:rsidR="004905FA" w:rsidRPr="00EE5C98" w:rsidRDefault="00AD66C3">
      <w:pPr>
        <w:pStyle w:val="Heading2"/>
        <w:rPr>
          <w:color w:val="auto"/>
        </w:rPr>
      </w:pPr>
      <w:r w:rsidRPr="00EE5C98">
        <w:rPr>
          <w:color w:val="auto"/>
        </w:rPr>
        <w:t>Expenses</w:t>
      </w:r>
    </w:p>
    <w:p w14:paraId="4D9745CA" w14:textId="77777777" w:rsidR="004905FA" w:rsidRDefault="00AD66C3">
      <w:r>
        <w:t xml:space="preserve">There will be no charge for work conducted in </w:t>
      </w:r>
      <w:r>
        <w:rPr>
          <w:b/>
          <w:color w:val="1A374C"/>
          <w:shd w:val="clear" w:color="auto" w:fill="FFF4CC"/>
        </w:rPr>
        <w:t>[X LOCATION]</w:t>
      </w:r>
      <w:r>
        <w:t xml:space="preserve">. Any additional consultant travel and expenses outside of </w:t>
      </w:r>
      <w:r>
        <w:rPr>
          <w:color w:val="1A374C"/>
          <w:shd w:val="clear" w:color="auto" w:fill="FFF4CC"/>
        </w:rPr>
        <w:t>[X LOCATION]</w:t>
      </w:r>
      <w:r>
        <w:t xml:space="preserve"> will be charged at cost and agreed with the client in advance.</w:t>
      </w:r>
    </w:p>
    <w:p w14:paraId="3F5D3C23" w14:textId="77777777" w:rsidR="004905FA" w:rsidRDefault="00AD66C3">
      <w:r>
        <w:br w:type="page"/>
      </w:r>
    </w:p>
    <w:p w14:paraId="76D8D7D0" w14:textId="77777777" w:rsidR="004905FA" w:rsidRDefault="00AD66C3">
      <w:pPr>
        <w:pStyle w:val="Heading1"/>
      </w:pPr>
      <w:r>
        <w:lastRenderedPageBreak/>
        <w:t>4. Fees</w:t>
      </w:r>
    </w:p>
    <w:p w14:paraId="77DC433D" w14:textId="77777777" w:rsidR="004905FA" w:rsidRDefault="00AD66C3">
      <w:r>
        <w:t xml:space="preserve">The budget for the pilot programme is </w:t>
      </w:r>
      <w:r>
        <w:rPr>
          <w:b/>
          <w:color w:val="1A374C"/>
          <w:shd w:val="clear" w:color="auto" w:fill="FFF4CC"/>
        </w:rPr>
        <w:t>[CURRENCY AND AMOUNT]</w:t>
      </w:r>
      <w:r>
        <w:t>, excluding applicable taxes.</w:t>
      </w:r>
    </w:p>
    <w:tbl>
      <w:tblPr>
        <w:tblW w:w="10579" w:type="dxa"/>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2150"/>
        <w:gridCol w:w="5040"/>
        <w:gridCol w:w="3389"/>
      </w:tblGrid>
      <w:tr w:rsidR="004905FA" w14:paraId="6CE1D069" w14:textId="77777777" w:rsidTr="00EE5C98">
        <w:trPr>
          <w:jc w:val="center"/>
        </w:trPr>
        <w:tc>
          <w:tcPr>
            <w:tcW w:w="2150" w:type="dxa"/>
            <w:shd w:val="clear" w:color="auto" w:fill="1A374C"/>
            <w:tcMar>
              <w:top w:w="110" w:type="dxa"/>
              <w:left w:w="130" w:type="dxa"/>
              <w:bottom w:w="110" w:type="dxa"/>
              <w:right w:w="130" w:type="dxa"/>
            </w:tcMar>
          </w:tcPr>
          <w:p w14:paraId="580C84F4" w14:textId="77777777" w:rsidR="004905FA" w:rsidRDefault="00AD66C3">
            <w:pPr>
              <w:spacing w:after="0"/>
            </w:pPr>
            <w:r>
              <w:rPr>
                <w:b/>
                <w:color w:val="FFFFFF"/>
              </w:rPr>
              <w:t>Item</w:t>
            </w:r>
          </w:p>
        </w:tc>
        <w:tc>
          <w:tcPr>
            <w:tcW w:w="5040" w:type="dxa"/>
            <w:shd w:val="clear" w:color="auto" w:fill="1A374C"/>
            <w:tcMar>
              <w:top w:w="110" w:type="dxa"/>
              <w:left w:w="130" w:type="dxa"/>
              <w:bottom w:w="110" w:type="dxa"/>
              <w:right w:w="130" w:type="dxa"/>
            </w:tcMar>
          </w:tcPr>
          <w:p w14:paraId="73555FFA" w14:textId="77777777" w:rsidR="004905FA" w:rsidRDefault="00AD66C3">
            <w:pPr>
              <w:spacing w:after="0"/>
            </w:pPr>
            <w:r>
              <w:rPr>
                <w:b/>
                <w:color w:val="FFFFFF"/>
              </w:rPr>
              <w:t>Basis</w:t>
            </w:r>
          </w:p>
        </w:tc>
        <w:tc>
          <w:tcPr>
            <w:tcW w:w="3389" w:type="dxa"/>
            <w:shd w:val="clear" w:color="auto" w:fill="1A374C"/>
            <w:tcMar>
              <w:top w:w="110" w:type="dxa"/>
              <w:left w:w="130" w:type="dxa"/>
              <w:bottom w:w="110" w:type="dxa"/>
              <w:right w:w="130" w:type="dxa"/>
            </w:tcMar>
          </w:tcPr>
          <w:p w14:paraId="2D4FE3C5" w14:textId="77777777" w:rsidR="004905FA" w:rsidRDefault="00AD66C3">
            <w:pPr>
              <w:spacing w:after="0"/>
            </w:pPr>
            <w:r>
              <w:rPr>
                <w:b/>
                <w:color w:val="FFFFFF"/>
              </w:rPr>
              <w:t>Fee</w:t>
            </w:r>
          </w:p>
        </w:tc>
      </w:tr>
      <w:tr w:rsidR="004905FA" w14:paraId="6D41B7DD" w14:textId="77777777" w:rsidTr="00EE5C98">
        <w:trPr>
          <w:jc w:val="center"/>
        </w:trPr>
        <w:tc>
          <w:tcPr>
            <w:tcW w:w="2150" w:type="dxa"/>
            <w:tcMar>
              <w:top w:w="130" w:type="dxa"/>
              <w:left w:w="140" w:type="dxa"/>
              <w:bottom w:w="130" w:type="dxa"/>
              <w:right w:w="140" w:type="dxa"/>
            </w:tcMar>
            <w:vAlign w:val="center"/>
          </w:tcPr>
          <w:p w14:paraId="2E052FCD" w14:textId="77777777" w:rsidR="004905FA" w:rsidRPr="00EE5C98" w:rsidRDefault="00AD66C3">
            <w:pPr>
              <w:spacing w:after="0"/>
            </w:pPr>
            <w:r w:rsidRPr="00EE5C98">
              <w:rPr>
                <w:b/>
              </w:rPr>
              <w:t>Pilot programme</w:t>
            </w:r>
          </w:p>
        </w:tc>
        <w:tc>
          <w:tcPr>
            <w:tcW w:w="5040" w:type="dxa"/>
            <w:tcMar>
              <w:top w:w="130" w:type="dxa"/>
              <w:left w:w="140" w:type="dxa"/>
              <w:bottom w:w="130" w:type="dxa"/>
              <w:right w:w="140" w:type="dxa"/>
            </w:tcMar>
            <w:vAlign w:val="center"/>
          </w:tcPr>
          <w:p w14:paraId="1807956E" w14:textId="77777777" w:rsidR="004905FA" w:rsidRDefault="00AD66C3">
            <w:pPr>
              <w:spacing w:after="0"/>
            </w:pPr>
            <w:r>
              <w:rPr>
                <w:color w:val="1A374C"/>
                <w:shd w:val="clear" w:color="auto" w:fill="FFF4CC"/>
              </w:rPr>
              <w:t>Measurement, exploration, three development interventions and one follow-up review for each of [X] teams.</w:t>
            </w:r>
          </w:p>
        </w:tc>
        <w:tc>
          <w:tcPr>
            <w:tcW w:w="3389" w:type="dxa"/>
            <w:tcMar>
              <w:top w:w="130" w:type="dxa"/>
              <w:left w:w="140" w:type="dxa"/>
              <w:bottom w:w="130" w:type="dxa"/>
              <w:right w:w="140" w:type="dxa"/>
            </w:tcMar>
            <w:vAlign w:val="center"/>
          </w:tcPr>
          <w:p w14:paraId="75FC5B26" w14:textId="77777777" w:rsidR="004905FA" w:rsidRDefault="00AD66C3">
            <w:pPr>
              <w:spacing w:after="0"/>
              <w:jc w:val="center"/>
            </w:pPr>
            <w:r>
              <w:rPr>
                <w:color w:val="1A374C"/>
                <w:shd w:val="clear" w:color="auto" w:fill="FFF4CC"/>
              </w:rPr>
              <w:t>[X]</w:t>
            </w:r>
          </w:p>
        </w:tc>
      </w:tr>
      <w:tr w:rsidR="004905FA" w14:paraId="61D6C668" w14:textId="77777777" w:rsidTr="00EE5C98">
        <w:trPr>
          <w:jc w:val="center"/>
        </w:trPr>
        <w:tc>
          <w:tcPr>
            <w:tcW w:w="2150" w:type="dxa"/>
            <w:shd w:val="clear" w:color="auto" w:fill="F3F5F5"/>
            <w:tcMar>
              <w:top w:w="130" w:type="dxa"/>
              <w:left w:w="140" w:type="dxa"/>
              <w:bottom w:w="130" w:type="dxa"/>
              <w:right w:w="140" w:type="dxa"/>
            </w:tcMar>
            <w:vAlign w:val="center"/>
          </w:tcPr>
          <w:p w14:paraId="0D378B41" w14:textId="77777777" w:rsidR="004905FA" w:rsidRPr="00EE5C98" w:rsidRDefault="00AD66C3">
            <w:pPr>
              <w:spacing w:after="0"/>
            </w:pPr>
            <w:r w:rsidRPr="00EE5C98">
              <w:rPr>
                <w:b/>
              </w:rPr>
              <w:t>Travel and expenses</w:t>
            </w:r>
          </w:p>
        </w:tc>
        <w:tc>
          <w:tcPr>
            <w:tcW w:w="5040" w:type="dxa"/>
            <w:shd w:val="clear" w:color="auto" w:fill="F3F5F5"/>
            <w:tcMar>
              <w:top w:w="130" w:type="dxa"/>
              <w:left w:w="140" w:type="dxa"/>
              <w:bottom w:w="130" w:type="dxa"/>
              <w:right w:w="140" w:type="dxa"/>
            </w:tcMar>
            <w:vAlign w:val="center"/>
          </w:tcPr>
          <w:p w14:paraId="26E5FABB" w14:textId="77777777" w:rsidR="004905FA" w:rsidRDefault="00AD66C3">
            <w:pPr>
              <w:spacing w:after="0"/>
            </w:pPr>
            <w:r>
              <w:rPr>
                <w:color w:val="1A374C"/>
                <w:shd w:val="clear" w:color="auto" w:fill="FFF4CC"/>
              </w:rPr>
              <w:t>No charge within [X LOCATION]. Pre-agreed travel and expenses outside [X LOCATION] charged at cost.</w:t>
            </w:r>
          </w:p>
        </w:tc>
        <w:tc>
          <w:tcPr>
            <w:tcW w:w="3389" w:type="dxa"/>
            <w:shd w:val="clear" w:color="auto" w:fill="F3F5F5"/>
            <w:tcMar>
              <w:top w:w="130" w:type="dxa"/>
              <w:left w:w="140" w:type="dxa"/>
              <w:bottom w:w="130" w:type="dxa"/>
              <w:right w:w="140" w:type="dxa"/>
            </w:tcMar>
            <w:vAlign w:val="center"/>
          </w:tcPr>
          <w:p w14:paraId="5FD0A1A9" w14:textId="77777777" w:rsidR="004905FA" w:rsidRDefault="00AD66C3">
            <w:pPr>
              <w:spacing w:after="0"/>
              <w:jc w:val="center"/>
            </w:pPr>
            <w:r>
              <w:t>At cost</w:t>
            </w:r>
          </w:p>
        </w:tc>
      </w:tr>
      <w:tr w:rsidR="004905FA" w14:paraId="20CFC06D" w14:textId="77777777" w:rsidTr="00EE5C98">
        <w:trPr>
          <w:jc w:val="center"/>
        </w:trPr>
        <w:tc>
          <w:tcPr>
            <w:tcW w:w="2150" w:type="dxa"/>
            <w:tcMar>
              <w:top w:w="130" w:type="dxa"/>
              <w:left w:w="140" w:type="dxa"/>
              <w:bottom w:w="130" w:type="dxa"/>
              <w:right w:w="140" w:type="dxa"/>
            </w:tcMar>
            <w:vAlign w:val="center"/>
          </w:tcPr>
          <w:p w14:paraId="078660D9" w14:textId="77777777" w:rsidR="004905FA" w:rsidRPr="00EE5C98" w:rsidRDefault="00AD66C3">
            <w:pPr>
              <w:spacing w:after="0"/>
            </w:pPr>
            <w:r w:rsidRPr="00EE5C98">
              <w:rPr>
                <w:b/>
              </w:rPr>
              <w:t>Applicable taxes</w:t>
            </w:r>
          </w:p>
        </w:tc>
        <w:tc>
          <w:tcPr>
            <w:tcW w:w="5040" w:type="dxa"/>
            <w:tcMar>
              <w:top w:w="130" w:type="dxa"/>
              <w:left w:w="140" w:type="dxa"/>
              <w:bottom w:w="130" w:type="dxa"/>
              <w:right w:w="140" w:type="dxa"/>
            </w:tcMar>
            <w:vAlign w:val="center"/>
          </w:tcPr>
          <w:p w14:paraId="493E08DF" w14:textId="77777777" w:rsidR="004905FA" w:rsidRDefault="00AD66C3">
            <w:pPr>
              <w:spacing w:after="0"/>
            </w:pPr>
            <w:r>
              <w:t>Added where required.</w:t>
            </w:r>
          </w:p>
        </w:tc>
        <w:tc>
          <w:tcPr>
            <w:tcW w:w="3389" w:type="dxa"/>
            <w:tcMar>
              <w:top w:w="130" w:type="dxa"/>
              <w:left w:w="140" w:type="dxa"/>
              <w:bottom w:w="130" w:type="dxa"/>
              <w:right w:w="140" w:type="dxa"/>
            </w:tcMar>
            <w:vAlign w:val="center"/>
          </w:tcPr>
          <w:p w14:paraId="6BE73B03" w14:textId="77777777" w:rsidR="004905FA" w:rsidRDefault="00AD66C3">
            <w:pPr>
              <w:spacing w:after="0"/>
              <w:jc w:val="center"/>
            </w:pPr>
            <w:r>
              <w:t>Excluded</w:t>
            </w:r>
          </w:p>
        </w:tc>
      </w:tr>
    </w:tbl>
    <w:p w14:paraId="5D15E372" w14:textId="77777777" w:rsidR="004905FA" w:rsidRPr="00EE5C98" w:rsidRDefault="00AD66C3">
      <w:pPr>
        <w:pStyle w:val="Heading2"/>
        <w:rPr>
          <w:color w:val="auto"/>
        </w:rPr>
      </w:pPr>
      <w:r w:rsidRPr="00EE5C98">
        <w:rPr>
          <w:color w:val="auto"/>
        </w:rPr>
        <w:t>Invoicing and payment</w:t>
      </w:r>
    </w:p>
    <w:p w14:paraId="2BC3820E" w14:textId="77777777" w:rsidR="004905FA" w:rsidRDefault="00AD66C3">
      <w:r>
        <w:t xml:space="preserve">Invoices will be issued </w:t>
      </w:r>
      <w:r>
        <w:rPr>
          <w:color w:val="1A374C"/>
          <w:shd w:val="clear" w:color="auto" w:fill="FFF4CC"/>
        </w:rPr>
        <w:t>[INSERT INVOICING SCHEDULE]</w:t>
      </w:r>
      <w:r>
        <w:t xml:space="preserve"> and are payable within </w:t>
      </w:r>
      <w:r>
        <w:rPr>
          <w:color w:val="1A374C"/>
          <w:shd w:val="clear" w:color="auto" w:fill="FFF4CC"/>
        </w:rPr>
        <w:t>[X]</w:t>
      </w:r>
      <w:r>
        <w:t xml:space="preserve"> days of the invoice date. Where an existing master services agreement or other contract applies, its agreed commercial terms will take precedence.</w:t>
      </w:r>
    </w:p>
    <w:p w14:paraId="51E8F758" w14:textId="77777777" w:rsidR="008E37E2" w:rsidRDefault="008E37E2"/>
    <w:p w14:paraId="06610D4F" w14:textId="77777777" w:rsidR="004905FA" w:rsidRDefault="00AD66C3">
      <w:pPr>
        <w:pStyle w:val="Heading1"/>
      </w:pPr>
      <w:r>
        <w:t>5. Expected Benefits</w:t>
      </w:r>
    </w:p>
    <w:p w14:paraId="54484858" w14:textId="77777777" w:rsidR="004905FA" w:rsidRDefault="00AD66C3">
      <w:r>
        <w:t>The pilot will give [CLIENT NAME] a practical, evidence-based route to improve how the participating teams work together. It will:</w:t>
      </w:r>
    </w:p>
    <w:p w14:paraId="740C3E18" w14:textId="77777777" w:rsidR="004905FA" w:rsidRDefault="00AD66C3">
      <w:pPr>
        <w:pStyle w:val="ListBullet"/>
        <w:spacing w:after="60"/>
        <w:ind w:hanging="216"/>
      </w:pPr>
      <w:r>
        <w:t>Create a clear view of the behavioural patterns helping or hindering performance.</w:t>
      </w:r>
    </w:p>
    <w:p w14:paraId="14B70EAA" w14:textId="77777777" w:rsidR="004905FA" w:rsidRDefault="00AD66C3">
      <w:pPr>
        <w:pStyle w:val="ListBullet"/>
        <w:spacing w:after="60"/>
        <w:ind w:hanging="216"/>
      </w:pPr>
      <w:r>
        <w:t>Give each team a shared language for discussing its strengths and development needs.</w:t>
      </w:r>
    </w:p>
    <w:p w14:paraId="4DBA519F" w14:textId="77777777" w:rsidR="004905FA" w:rsidRDefault="00AD66C3">
      <w:pPr>
        <w:pStyle w:val="ListBullet"/>
        <w:spacing w:after="60"/>
        <w:ind w:hanging="216"/>
      </w:pPr>
      <w:r>
        <w:t>Focus effort on the priority areas most relevant to each team.</w:t>
      </w:r>
    </w:p>
    <w:p w14:paraId="7FDA0DA2" w14:textId="77777777" w:rsidR="004905FA" w:rsidRDefault="00AD66C3">
      <w:pPr>
        <w:pStyle w:val="ListBullet"/>
        <w:spacing w:after="60"/>
        <w:ind w:hanging="216"/>
      </w:pPr>
      <w:r>
        <w:t>Move quickly from diagnostic insight into targeted development action.</w:t>
      </w:r>
    </w:p>
    <w:p w14:paraId="6B4A0DFD" w14:textId="77777777" w:rsidR="004905FA" w:rsidRDefault="00AD66C3">
      <w:pPr>
        <w:pStyle w:val="ListBullet"/>
        <w:spacing w:after="60"/>
        <w:ind w:hanging="216"/>
      </w:pPr>
      <w:r>
        <w:t>Provide structured follow-up to test progress, surface issues and reinforce change.</w:t>
      </w:r>
    </w:p>
    <w:p w14:paraId="130792C8" w14:textId="77777777" w:rsidR="004905FA" w:rsidRDefault="00AD66C3">
      <w:pPr>
        <w:pStyle w:val="ListBullet"/>
        <w:spacing w:after="60"/>
        <w:ind w:hanging="216"/>
      </w:pPr>
      <w:r>
        <w:t xml:space="preserve">Generate learning that can inform any decision about wider use across the </w:t>
      </w:r>
      <w:proofErr w:type="spellStart"/>
      <w:r>
        <w:t>organisation</w:t>
      </w:r>
      <w:proofErr w:type="spellEnd"/>
      <w:r>
        <w:t>.</w:t>
      </w:r>
    </w:p>
    <w:p w14:paraId="22E6A19C" w14:textId="77777777" w:rsidR="00EE5C98" w:rsidRDefault="00EE5C98" w:rsidP="00EE5C98">
      <w:pPr>
        <w:pStyle w:val="ListBullet"/>
        <w:numPr>
          <w:ilvl w:val="0"/>
          <w:numId w:val="0"/>
        </w:numPr>
        <w:spacing w:after="60"/>
        <w:ind w:left="360"/>
      </w:pPr>
    </w:p>
    <w:p w14:paraId="2124E1CB" w14:textId="77777777" w:rsidR="00EE5C98" w:rsidRDefault="00EE5C98" w:rsidP="00EE5C98">
      <w:pPr>
        <w:pStyle w:val="ListBullet"/>
        <w:numPr>
          <w:ilvl w:val="0"/>
          <w:numId w:val="0"/>
        </w:numPr>
        <w:spacing w:after="60"/>
        <w:ind w:left="360"/>
      </w:pPr>
    </w:p>
    <w:tbl>
      <w:tblPr>
        <w:tblW w:w="0" w:type="auto"/>
        <w:jc w:val="center"/>
        <w:tblLook w:val="04A0" w:firstRow="1" w:lastRow="0" w:firstColumn="1" w:lastColumn="0" w:noHBand="0" w:noVBand="1"/>
      </w:tblPr>
      <w:tblGrid>
        <w:gridCol w:w="10166"/>
      </w:tblGrid>
      <w:tr w:rsidR="004905FA" w14:paraId="18F330DB" w14:textId="77777777">
        <w:trPr>
          <w:jc w:val="center"/>
        </w:trPr>
        <w:tc>
          <w:tcPr>
            <w:tcW w:w="10166" w:type="dxa"/>
            <w:shd w:val="clear" w:color="auto" w:fill="1A374C"/>
            <w:tcMar>
              <w:top w:w="220" w:type="dxa"/>
              <w:left w:w="240" w:type="dxa"/>
              <w:bottom w:w="220" w:type="dxa"/>
              <w:right w:w="240" w:type="dxa"/>
            </w:tcMar>
          </w:tcPr>
          <w:p w14:paraId="2496BD7A" w14:textId="77777777" w:rsidR="004905FA" w:rsidRDefault="00AD66C3">
            <w:pPr>
              <w:spacing w:after="80"/>
              <w:jc w:val="center"/>
            </w:pPr>
            <w:r>
              <w:rPr>
                <w:b/>
                <w:color w:val="FDBD17"/>
                <w:sz w:val="26"/>
              </w:rPr>
              <w:t>From behavioural calibration to focused development action</w:t>
            </w:r>
          </w:p>
          <w:p w14:paraId="45EFBB59" w14:textId="77777777" w:rsidR="004905FA" w:rsidRDefault="00AD66C3">
            <w:pPr>
              <w:spacing w:after="0"/>
              <w:jc w:val="center"/>
            </w:pPr>
            <w:r>
              <w:rPr>
                <w:b/>
                <w:color w:val="FFFFFF"/>
              </w:rPr>
              <w:t>The pilot combines measurement, team exploration, targeted interventions and follow-up in one practical programme.</w:t>
            </w:r>
          </w:p>
        </w:tc>
      </w:tr>
    </w:tbl>
    <w:p w14:paraId="44A60E23" w14:textId="3B8E67E9" w:rsidR="004905FA" w:rsidRDefault="00AD66C3">
      <w:pPr>
        <w:pStyle w:val="Heading1"/>
      </w:pPr>
      <w:r>
        <w:t xml:space="preserve">6. </w:t>
      </w:r>
      <w:r>
        <w:t>Next Steps</w:t>
      </w:r>
    </w:p>
    <w:p w14:paraId="6B1909E4" w14:textId="77777777" w:rsidR="008E37E2" w:rsidRPr="008E37E2" w:rsidRDefault="008E37E2" w:rsidP="008E37E2"/>
    <w:p w14:paraId="3179209E" w14:textId="77777777" w:rsidR="004905FA" w:rsidRDefault="00AD66C3">
      <w:r>
        <w:t>Thank you for the opportunity to submit this proposal. I am happy to discuss and refine it as needed and look forward to working with you and your team.</w:t>
      </w:r>
    </w:p>
    <w:p w14:paraId="0EE52751" w14:textId="77777777" w:rsidR="004905FA" w:rsidRDefault="00AD66C3">
      <w:r>
        <w:t>If the proposal is acceptable, please sign the authorisation section below, either digitally or by signing and scanning the document, and return it by email.</w:t>
      </w:r>
    </w:p>
    <w:p w14:paraId="082200B5" w14:textId="77777777" w:rsidR="004905FA" w:rsidRDefault="00AD66C3">
      <w:r>
        <w:br w:type="page"/>
      </w:r>
    </w:p>
    <w:p w14:paraId="1B81CEA9" w14:textId="77777777" w:rsidR="004905FA" w:rsidRDefault="00AD66C3">
      <w:pPr>
        <w:pStyle w:val="Heading1"/>
      </w:pPr>
      <w:r>
        <w:lastRenderedPageBreak/>
        <w:t>Authorisation</w:t>
      </w:r>
    </w:p>
    <w:p w14:paraId="5DE1F7FE" w14:textId="77777777" w:rsidR="004905FA" w:rsidRDefault="00AD66C3">
      <w:r>
        <w:t>By signing below, the authorised representatives confirm acceptance of the scope, assumptions, fees and other terms set out in this proposal, subject to any applicable agreement already in place between the parties.</w:t>
      </w:r>
    </w:p>
    <w:p w14:paraId="40F3B9DE" w14:textId="77777777" w:rsidR="004905FA" w:rsidRDefault="00AD66C3">
      <w:pPr>
        <w:pStyle w:val="Heading2"/>
      </w:pPr>
      <w:r>
        <w:t>For the client: authorisation and invoice details</w:t>
      </w:r>
    </w:p>
    <w:tbl>
      <w:tblPr>
        <w:tblW w:w="10267" w:type="dxa"/>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3873"/>
        <w:gridCol w:w="6394"/>
      </w:tblGrid>
      <w:tr w:rsidR="004905FA" w14:paraId="7867E554"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612E5762" w14:textId="77777777" w:rsidR="004905FA" w:rsidRPr="00EE5C98" w:rsidRDefault="00AD66C3">
            <w:pPr>
              <w:spacing w:after="0"/>
            </w:pPr>
            <w:r w:rsidRPr="00EE5C98">
              <w:rPr>
                <w:b/>
              </w:rPr>
              <w:t>Name</w:t>
            </w:r>
          </w:p>
        </w:tc>
        <w:tc>
          <w:tcPr>
            <w:tcW w:w="6394" w:type="dxa"/>
            <w:tcMar>
              <w:top w:w="150" w:type="dxa"/>
              <w:left w:w="160" w:type="dxa"/>
              <w:bottom w:w="150" w:type="dxa"/>
              <w:right w:w="160" w:type="dxa"/>
            </w:tcMar>
            <w:vAlign w:val="center"/>
          </w:tcPr>
          <w:p w14:paraId="49DB2D5B" w14:textId="77777777" w:rsidR="004905FA" w:rsidRDefault="00AD66C3">
            <w:pPr>
              <w:spacing w:after="0"/>
            </w:pPr>
            <w:r>
              <w:rPr>
                <w:color w:val="1A374C"/>
                <w:shd w:val="clear" w:color="auto" w:fill="FFF4CC"/>
              </w:rPr>
              <w:t>[CLIENT AUTHORISED SIGNATORY]</w:t>
            </w:r>
          </w:p>
        </w:tc>
      </w:tr>
      <w:tr w:rsidR="004905FA" w14:paraId="0B4AA2DE"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44D5CF96" w14:textId="77777777" w:rsidR="004905FA" w:rsidRPr="00EE5C98" w:rsidRDefault="00AD66C3">
            <w:pPr>
              <w:spacing w:after="0"/>
            </w:pPr>
            <w:r w:rsidRPr="00EE5C98">
              <w:rPr>
                <w:b/>
              </w:rPr>
              <w:t>Job Title</w:t>
            </w:r>
          </w:p>
        </w:tc>
        <w:tc>
          <w:tcPr>
            <w:tcW w:w="6394" w:type="dxa"/>
            <w:tcMar>
              <w:top w:w="150" w:type="dxa"/>
              <w:left w:w="160" w:type="dxa"/>
              <w:bottom w:w="150" w:type="dxa"/>
              <w:right w:w="160" w:type="dxa"/>
            </w:tcMar>
            <w:vAlign w:val="center"/>
          </w:tcPr>
          <w:p w14:paraId="598981EF" w14:textId="77777777" w:rsidR="004905FA" w:rsidRDefault="00AD66C3">
            <w:pPr>
              <w:spacing w:after="0"/>
            </w:pPr>
            <w:r>
              <w:rPr>
                <w:color w:val="1A374C"/>
                <w:shd w:val="clear" w:color="auto" w:fill="FFF4CC"/>
              </w:rPr>
              <w:t>[JOB TITLE]</w:t>
            </w:r>
          </w:p>
        </w:tc>
      </w:tr>
      <w:tr w:rsidR="004905FA" w14:paraId="3EF26B86"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4956C77C" w14:textId="77777777" w:rsidR="004905FA" w:rsidRPr="00EE5C98" w:rsidRDefault="00AD66C3">
            <w:pPr>
              <w:spacing w:after="0"/>
            </w:pPr>
            <w:r w:rsidRPr="00EE5C98">
              <w:rPr>
                <w:b/>
              </w:rPr>
              <w:t>Date</w:t>
            </w:r>
          </w:p>
        </w:tc>
        <w:tc>
          <w:tcPr>
            <w:tcW w:w="6394" w:type="dxa"/>
            <w:tcMar>
              <w:top w:w="150" w:type="dxa"/>
              <w:left w:w="160" w:type="dxa"/>
              <w:bottom w:w="150" w:type="dxa"/>
              <w:right w:w="160" w:type="dxa"/>
            </w:tcMar>
            <w:vAlign w:val="center"/>
          </w:tcPr>
          <w:p w14:paraId="212FB9AA" w14:textId="77777777" w:rsidR="004905FA" w:rsidRDefault="00AD66C3">
            <w:pPr>
              <w:spacing w:after="0"/>
            </w:pPr>
            <w:r>
              <w:rPr>
                <w:color w:val="1A374C"/>
                <w:shd w:val="clear" w:color="auto" w:fill="FFF4CC"/>
              </w:rPr>
              <w:t>[DATE]</w:t>
            </w:r>
          </w:p>
        </w:tc>
      </w:tr>
      <w:tr w:rsidR="004905FA" w14:paraId="4E12DFFD"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7513D96E" w14:textId="77777777" w:rsidR="004905FA" w:rsidRPr="00EE5C98" w:rsidRDefault="00AD66C3">
            <w:pPr>
              <w:spacing w:after="0"/>
            </w:pPr>
            <w:r w:rsidRPr="00EE5C98">
              <w:rPr>
                <w:b/>
              </w:rPr>
              <w:t>Signature</w:t>
            </w:r>
          </w:p>
        </w:tc>
        <w:tc>
          <w:tcPr>
            <w:tcW w:w="6394" w:type="dxa"/>
            <w:tcMar>
              <w:top w:w="150" w:type="dxa"/>
              <w:left w:w="160" w:type="dxa"/>
              <w:bottom w:w="150" w:type="dxa"/>
              <w:right w:w="160" w:type="dxa"/>
            </w:tcMar>
            <w:vAlign w:val="center"/>
          </w:tcPr>
          <w:p w14:paraId="1589446E" w14:textId="77777777" w:rsidR="004905FA" w:rsidRDefault="00AD66C3">
            <w:pPr>
              <w:spacing w:after="0"/>
            </w:pPr>
            <w:r>
              <w:t>________________________________________________________________</w:t>
            </w:r>
          </w:p>
        </w:tc>
      </w:tr>
      <w:tr w:rsidR="004905FA" w14:paraId="3BD4C376"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4527D74F" w14:textId="77777777" w:rsidR="004905FA" w:rsidRPr="00EE5C98" w:rsidRDefault="00AD66C3">
            <w:pPr>
              <w:spacing w:after="0"/>
            </w:pPr>
            <w:r w:rsidRPr="00EE5C98">
              <w:rPr>
                <w:b/>
              </w:rPr>
              <w:t>VAT Registration Number</w:t>
            </w:r>
          </w:p>
        </w:tc>
        <w:tc>
          <w:tcPr>
            <w:tcW w:w="6394" w:type="dxa"/>
            <w:tcMar>
              <w:top w:w="150" w:type="dxa"/>
              <w:left w:w="160" w:type="dxa"/>
              <w:bottom w:w="150" w:type="dxa"/>
              <w:right w:w="160" w:type="dxa"/>
            </w:tcMar>
            <w:vAlign w:val="center"/>
          </w:tcPr>
          <w:p w14:paraId="247BC8D8" w14:textId="77777777" w:rsidR="004905FA" w:rsidRDefault="00AD66C3">
            <w:pPr>
              <w:spacing w:after="0"/>
            </w:pPr>
            <w:r>
              <w:rPr>
                <w:color w:val="1A374C"/>
                <w:shd w:val="clear" w:color="auto" w:fill="FFF4CC"/>
              </w:rPr>
              <w:t>[VAT REGISTRATION NUMBER]</w:t>
            </w:r>
          </w:p>
        </w:tc>
      </w:tr>
      <w:tr w:rsidR="004905FA" w14:paraId="6FEBB713"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6C5B5A29" w14:textId="77777777" w:rsidR="004905FA" w:rsidRPr="00EE5C98" w:rsidRDefault="00AD66C3">
            <w:pPr>
              <w:spacing w:after="0"/>
            </w:pPr>
            <w:r w:rsidRPr="00EE5C98">
              <w:rPr>
                <w:b/>
              </w:rPr>
              <w:t>Invoice Address</w:t>
            </w:r>
          </w:p>
        </w:tc>
        <w:tc>
          <w:tcPr>
            <w:tcW w:w="6394" w:type="dxa"/>
            <w:tcMar>
              <w:top w:w="150" w:type="dxa"/>
              <w:left w:w="160" w:type="dxa"/>
              <w:bottom w:w="150" w:type="dxa"/>
              <w:right w:w="160" w:type="dxa"/>
            </w:tcMar>
            <w:vAlign w:val="center"/>
          </w:tcPr>
          <w:p w14:paraId="079EBE00" w14:textId="77777777" w:rsidR="004905FA" w:rsidRDefault="00AD66C3">
            <w:pPr>
              <w:spacing w:after="0"/>
            </w:pPr>
            <w:r>
              <w:rPr>
                <w:color w:val="1A374C"/>
                <w:shd w:val="clear" w:color="auto" w:fill="FFF4CC"/>
              </w:rPr>
              <w:t>[INVOICE ADDRESS]</w:t>
            </w:r>
            <w:r>
              <w:rPr>
                <w:color w:val="1A374C"/>
                <w:shd w:val="clear" w:color="auto" w:fill="FFF4CC"/>
              </w:rPr>
              <w:br/>
            </w:r>
            <w:r>
              <w:rPr>
                <w:color w:val="1A374C"/>
                <w:shd w:val="clear" w:color="auto" w:fill="FFF4CC"/>
              </w:rPr>
              <w:br/>
            </w:r>
          </w:p>
        </w:tc>
      </w:tr>
      <w:tr w:rsidR="004905FA" w14:paraId="5CB8E43C"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40DB5322" w14:textId="77777777" w:rsidR="004905FA" w:rsidRPr="00EE5C98" w:rsidRDefault="00AD66C3">
            <w:pPr>
              <w:spacing w:after="0"/>
            </w:pPr>
            <w:r w:rsidRPr="00EE5C98">
              <w:rPr>
                <w:b/>
              </w:rPr>
              <w:t>Invoice Instructions</w:t>
            </w:r>
          </w:p>
        </w:tc>
        <w:tc>
          <w:tcPr>
            <w:tcW w:w="6394" w:type="dxa"/>
            <w:tcMar>
              <w:top w:w="150" w:type="dxa"/>
              <w:left w:w="160" w:type="dxa"/>
              <w:bottom w:w="150" w:type="dxa"/>
              <w:right w:w="160" w:type="dxa"/>
            </w:tcMar>
            <w:vAlign w:val="center"/>
          </w:tcPr>
          <w:p w14:paraId="39110350" w14:textId="77777777" w:rsidR="004905FA" w:rsidRDefault="00AD66C3">
            <w:pPr>
              <w:spacing w:after="0"/>
            </w:pPr>
            <w:r>
              <w:rPr>
                <w:color w:val="1A374C"/>
                <w:shd w:val="clear" w:color="auto" w:fill="FFF4CC"/>
              </w:rPr>
              <w:t>[INVOICE INSTRUCTIONS]</w:t>
            </w:r>
            <w:r>
              <w:rPr>
                <w:color w:val="1A374C"/>
                <w:shd w:val="clear" w:color="auto" w:fill="FFF4CC"/>
              </w:rPr>
              <w:br/>
            </w:r>
            <w:r>
              <w:rPr>
                <w:color w:val="1A374C"/>
                <w:shd w:val="clear" w:color="auto" w:fill="FFF4CC"/>
              </w:rPr>
              <w:br/>
            </w:r>
          </w:p>
        </w:tc>
      </w:tr>
      <w:tr w:rsidR="004905FA" w14:paraId="5F96EEF4" w14:textId="77777777" w:rsidTr="00EE5C98">
        <w:trPr>
          <w:cantSplit/>
          <w:jc w:val="center"/>
        </w:trPr>
        <w:tc>
          <w:tcPr>
            <w:tcW w:w="3873" w:type="dxa"/>
            <w:shd w:val="clear" w:color="auto" w:fill="F2F2F2" w:themeFill="background1" w:themeFillShade="F2"/>
            <w:tcMar>
              <w:top w:w="150" w:type="dxa"/>
              <w:left w:w="160" w:type="dxa"/>
              <w:bottom w:w="150" w:type="dxa"/>
              <w:right w:w="160" w:type="dxa"/>
            </w:tcMar>
            <w:vAlign w:val="center"/>
          </w:tcPr>
          <w:p w14:paraId="3C18B946" w14:textId="77777777" w:rsidR="004905FA" w:rsidRPr="00EE5C98" w:rsidRDefault="00AD66C3">
            <w:pPr>
              <w:spacing w:after="0"/>
            </w:pPr>
            <w:r w:rsidRPr="00EE5C98">
              <w:rPr>
                <w:b/>
              </w:rPr>
              <w:t>Payment Terms</w:t>
            </w:r>
          </w:p>
        </w:tc>
        <w:tc>
          <w:tcPr>
            <w:tcW w:w="6394" w:type="dxa"/>
            <w:tcMar>
              <w:top w:w="150" w:type="dxa"/>
              <w:left w:w="160" w:type="dxa"/>
              <w:bottom w:w="150" w:type="dxa"/>
              <w:right w:w="160" w:type="dxa"/>
            </w:tcMar>
            <w:vAlign w:val="center"/>
          </w:tcPr>
          <w:p w14:paraId="1B88865A" w14:textId="77777777" w:rsidR="004905FA" w:rsidRDefault="00AD66C3">
            <w:pPr>
              <w:spacing w:after="0"/>
            </w:pPr>
            <w:r>
              <w:rPr>
                <w:b/>
                <w:color w:val="1A374C"/>
              </w:rPr>
              <w:t>Within 30 days of invoice delivery</w:t>
            </w:r>
          </w:p>
        </w:tc>
      </w:tr>
    </w:tbl>
    <w:p w14:paraId="3C59F2B0" w14:textId="77777777" w:rsidR="004905FA" w:rsidRPr="00EE5C98" w:rsidRDefault="00AD66C3">
      <w:pPr>
        <w:pStyle w:val="Heading2"/>
        <w:rPr>
          <w:color w:val="auto"/>
        </w:rPr>
      </w:pPr>
      <w:r w:rsidRPr="00EE5C98">
        <w:rPr>
          <w:color w:val="auto"/>
        </w:rPr>
        <w:t>For the consultant</w:t>
      </w:r>
    </w:p>
    <w:tbl>
      <w:tblPr>
        <w:tblW w:w="0" w:type="auto"/>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3828"/>
        <w:gridCol w:w="6338"/>
      </w:tblGrid>
      <w:tr w:rsidR="004905FA" w14:paraId="261FD747" w14:textId="77777777" w:rsidTr="00EE5C98">
        <w:trPr>
          <w:jc w:val="center"/>
        </w:trPr>
        <w:tc>
          <w:tcPr>
            <w:tcW w:w="3828" w:type="dxa"/>
            <w:shd w:val="clear" w:color="auto" w:fill="F3F5F5"/>
            <w:tcMar>
              <w:top w:w="150" w:type="dxa"/>
              <w:left w:w="160" w:type="dxa"/>
              <w:bottom w:w="150" w:type="dxa"/>
              <w:right w:w="160" w:type="dxa"/>
            </w:tcMar>
          </w:tcPr>
          <w:p w14:paraId="61C020ED" w14:textId="77777777" w:rsidR="004905FA" w:rsidRDefault="00AD66C3">
            <w:pPr>
              <w:spacing w:after="0"/>
            </w:pPr>
            <w:proofErr w:type="spellStart"/>
            <w:r>
              <w:rPr>
                <w:b/>
                <w:color w:val="1A374C"/>
              </w:rPr>
              <w:t>Organisation</w:t>
            </w:r>
            <w:proofErr w:type="spellEnd"/>
          </w:p>
        </w:tc>
        <w:tc>
          <w:tcPr>
            <w:tcW w:w="6338" w:type="dxa"/>
            <w:tcMar>
              <w:top w:w="150" w:type="dxa"/>
              <w:left w:w="160" w:type="dxa"/>
              <w:bottom w:w="150" w:type="dxa"/>
              <w:right w:w="160" w:type="dxa"/>
            </w:tcMar>
          </w:tcPr>
          <w:p w14:paraId="22BC1FE2" w14:textId="77777777" w:rsidR="004905FA" w:rsidRDefault="00AD66C3">
            <w:pPr>
              <w:spacing w:after="0"/>
            </w:pPr>
            <w:r>
              <w:rPr>
                <w:color w:val="1A374C"/>
                <w:shd w:val="clear" w:color="auto" w:fill="FFF4CC"/>
              </w:rPr>
              <w:t>[CONSULTANCY LEGAL NAME]</w:t>
            </w:r>
          </w:p>
        </w:tc>
      </w:tr>
      <w:tr w:rsidR="004905FA" w14:paraId="0F9749CB" w14:textId="77777777" w:rsidTr="00EE5C98">
        <w:trPr>
          <w:jc w:val="center"/>
        </w:trPr>
        <w:tc>
          <w:tcPr>
            <w:tcW w:w="3828" w:type="dxa"/>
            <w:shd w:val="clear" w:color="auto" w:fill="F3F5F5"/>
            <w:tcMar>
              <w:top w:w="150" w:type="dxa"/>
              <w:left w:w="160" w:type="dxa"/>
              <w:bottom w:w="150" w:type="dxa"/>
              <w:right w:w="160" w:type="dxa"/>
            </w:tcMar>
          </w:tcPr>
          <w:p w14:paraId="2E927EC8" w14:textId="77777777" w:rsidR="004905FA" w:rsidRDefault="00AD66C3">
            <w:pPr>
              <w:spacing w:after="0"/>
            </w:pPr>
            <w:r>
              <w:rPr>
                <w:b/>
                <w:color w:val="1A374C"/>
              </w:rPr>
              <w:t>Name</w:t>
            </w:r>
          </w:p>
        </w:tc>
        <w:tc>
          <w:tcPr>
            <w:tcW w:w="6338" w:type="dxa"/>
            <w:tcMar>
              <w:top w:w="150" w:type="dxa"/>
              <w:left w:w="160" w:type="dxa"/>
              <w:bottom w:w="150" w:type="dxa"/>
              <w:right w:w="160" w:type="dxa"/>
            </w:tcMar>
          </w:tcPr>
          <w:p w14:paraId="45169D24" w14:textId="77777777" w:rsidR="004905FA" w:rsidRDefault="00AD66C3">
            <w:pPr>
              <w:spacing w:after="0"/>
            </w:pPr>
            <w:r>
              <w:rPr>
                <w:color w:val="1A374C"/>
                <w:shd w:val="clear" w:color="auto" w:fill="FFF4CC"/>
              </w:rPr>
              <w:t>[AUTHORISED SIGNATORY]</w:t>
            </w:r>
          </w:p>
        </w:tc>
      </w:tr>
      <w:tr w:rsidR="004905FA" w14:paraId="71761042" w14:textId="77777777" w:rsidTr="00EE5C98">
        <w:trPr>
          <w:jc w:val="center"/>
        </w:trPr>
        <w:tc>
          <w:tcPr>
            <w:tcW w:w="3828" w:type="dxa"/>
            <w:shd w:val="clear" w:color="auto" w:fill="F3F5F5"/>
            <w:tcMar>
              <w:top w:w="150" w:type="dxa"/>
              <w:left w:w="160" w:type="dxa"/>
              <w:bottom w:w="150" w:type="dxa"/>
              <w:right w:w="160" w:type="dxa"/>
            </w:tcMar>
          </w:tcPr>
          <w:p w14:paraId="39F6B0CF" w14:textId="77777777" w:rsidR="004905FA" w:rsidRDefault="00AD66C3">
            <w:pPr>
              <w:spacing w:after="0"/>
            </w:pPr>
            <w:r>
              <w:rPr>
                <w:b/>
                <w:color w:val="1A374C"/>
              </w:rPr>
              <w:t>Job title</w:t>
            </w:r>
          </w:p>
        </w:tc>
        <w:tc>
          <w:tcPr>
            <w:tcW w:w="6338" w:type="dxa"/>
            <w:tcMar>
              <w:top w:w="150" w:type="dxa"/>
              <w:left w:w="160" w:type="dxa"/>
              <w:bottom w:w="150" w:type="dxa"/>
              <w:right w:w="160" w:type="dxa"/>
            </w:tcMar>
          </w:tcPr>
          <w:p w14:paraId="47E9DAA7" w14:textId="77777777" w:rsidR="004905FA" w:rsidRDefault="00AD66C3">
            <w:pPr>
              <w:spacing w:after="0"/>
            </w:pPr>
            <w:r>
              <w:rPr>
                <w:color w:val="1A374C"/>
                <w:shd w:val="clear" w:color="auto" w:fill="FFF4CC"/>
              </w:rPr>
              <w:t>[JOB TITLE]</w:t>
            </w:r>
          </w:p>
        </w:tc>
      </w:tr>
      <w:tr w:rsidR="004905FA" w14:paraId="4225C20E" w14:textId="77777777" w:rsidTr="00EE5C98">
        <w:trPr>
          <w:jc w:val="center"/>
        </w:trPr>
        <w:tc>
          <w:tcPr>
            <w:tcW w:w="3828" w:type="dxa"/>
            <w:shd w:val="clear" w:color="auto" w:fill="F3F5F5"/>
            <w:tcMar>
              <w:top w:w="150" w:type="dxa"/>
              <w:left w:w="160" w:type="dxa"/>
              <w:bottom w:w="150" w:type="dxa"/>
              <w:right w:w="160" w:type="dxa"/>
            </w:tcMar>
          </w:tcPr>
          <w:p w14:paraId="595A9AC7" w14:textId="77777777" w:rsidR="004905FA" w:rsidRDefault="00AD66C3">
            <w:pPr>
              <w:spacing w:after="0"/>
            </w:pPr>
            <w:r>
              <w:rPr>
                <w:b/>
                <w:color w:val="1A374C"/>
              </w:rPr>
              <w:t>Signature</w:t>
            </w:r>
          </w:p>
        </w:tc>
        <w:tc>
          <w:tcPr>
            <w:tcW w:w="6338" w:type="dxa"/>
            <w:tcMar>
              <w:top w:w="150" w:type="dxa"/>
              <w:left w:w="160" w:type="dxa"/>
              <w:bottom w:w="150" w:type="dxa"/>
              <w:right w:w="160" w:type="dxa"/>
            </w:tcMar>
          </w:tcPr>
          <w:p w14:paraId="03F0A63A" w14:textId="77777777" w:rsidR="004905FA" w:rsidRDefault="00AD66C3">
            <w:pPr>
              <w:spacing w:after="0"/>
            </w:pPr>
            <w:r>
              <w:t>________________________________________________________________</w:t>
            </w:r>
          </w:p>
        </w:tc>
      </w:tr>
      <w:tr w:rsidR="004905FA" w14:paraId="787FF24E" w14:textId="77777777" w:rsidTr="00EE5C98">
        <w:trPr>
          <w:jc w:val="center"/>
        </w:trPr>
        <w:tc>
          <w:tcPr>
            <w:tcW w:w="3828" w:type="dxa"/>
            <w:shd w:val="clear" w:color="auto" w:fill="F3F5F5"/>
            <w:tcMar>
              <w:top w:w="150" w:type="dxa"/>
              <w:left w:w="160" w:type="dxa"/>
              <w:bottom w:w="150" w:type="dxa"/>
              <w:right w:w="160" w:type="dxa"/>
            </w:tcMar>
          </w:tcPr>
          <w:p w14:paraId="3D927BC3" w14:textId="77777777" w:rsidR="004905FA" w:rsidRDefault="00AD66C3">
            <w:pPr>
              <w:spacing w:after="0"/>
            </w:pPr>
            <w:r>
              <w:rPr>
                <w:b/>
                <w:color w:val="1A374C"/>
              </w:rPr>
              <w:t>Date</w:t>
            </w:r>
          </w:p>
        </w:tc>
        <w:tc>
          <w:tcPr>
            <w:tcW w:w="6338" w:type="dxa"/>
            <w:tcMar>
              <w:top w:w="150" w:type="dxa"/>
              <w:left w:w="160" w:type="dxa"/>
              <w:bottom w:w="150" w:type="dxa"/>
              <w:right w:w="160" w:type="dxa"/>
            </w:tcMar>
          </w:tcPr>
          <w:p w14:paraId="37A2B82A" w14:textId="77777777" w:rsidR="004905FA" w:rsidRDefault="00AD66C3">
            <w:pPr>
              <w:spacing w:after="0"/>
            </w:pPr>
            <w:r>
              <w:t>________________________________________________________________</w:t>
            </w:r>
          </w:p>
        </w:tc>
      </w:tr>
    </w:tbl>
    <w:p w14:paraId="5F7F8C60" w14:textId="2632B41A" w:rsidR="004905FA" w:rsidRPr="00C803D7" w:rsidRDefault="00AD66C3" w:rsidP="00C803D7">
      <w:pPr>
        <w:shd w:val="clear" w:color="auto" w:fill="FFC000"/>
        <w:spacing w:before="200"/>
      </w:pPr>
      <w:r w:rsidRPr="00C803D7">
        <w:rPr>
          <w:b/>
        </w:rPr>
        <w:t>Template completion check</w:t>
      </w:r>
      <w:r w:rsidR="00C803D7">
        <w:rPr>
          <w:b/>
        </w:rPr>
        <w:t xml:space="preserve"> – DELETE BEFORE SENDING TO YOUR CLIENT</w:t>
      </w:r>
    </w:p>
    <w:p w14:paraId="3B392A66" w14:textId="77777777" w:rsidR="004905FA" w:rsidRDefault="00AD66C3">
      <w:pPr>
        <w:spacing w:after="60"/>
      </w:pPr>
      <w:r>
        <w:t>☐</w:t>
      </w:r>
      <w:r>
        <w:t xml:space="preserve">  Replace all highlighted placeholders.</w:t>
      </w:r>
    </w:p>
    <w:p w14:paraId="1B1C57A2" w14:textId="77777777" w:rsidR="004905FA" w:rsidRDefault="00AD66C3">
      <w:pPr>
        <w:spacing w:after="60"/>
      </w:pPr>
      <w:r>
        <w:t>☐</w:t>
      </w:r>
      <w:r>
        <w:t xml:space="preserve">  Delete unused team rows.</w:t>
      </w:r>
    </w:p>
    <w:p w14:paraId="295AADC1" w14:textId="77777777" w:rsidR="004905FA" w:rsidRDefault="00AD66C3">
      <w:pPr>
        <w:spacing w:after="60"/>
      </w:pPr>
      <w:r>
        <w:t>☐</w:t>
      </w:r>
      <w:r>
        <w:t xml:space="preserve">  Confirm intervention quantity and follow-up timing.</w:t>
      </w:r>
    </w:p>
    <w:p w14:paraId="16C89F08" w14:textId="77777777" w:rsidR="004905FA" w:rsidRDefault="00AD66C3">
      <w:pPr>
        <w:spacing w:after="60"/>
      </w:pPr>
      <w:r>
        <w:t>☐</w:t>
      </w:r>
      <w:r>
        <w:t xml:space="preserve">  Confirm location, expenses, fees, taxes and payment terms.</w:t>
      </w:r>
    </w:p>
    <w:p w14:paraId="2989A82F" w14:textId="77777777" w:rsidR="004905FA" w:rsidRDefault="00AD66C3">
      <w:pPr>
        <w:spacing w:after="60"/>
      </w:pPr>
      <w:r>
        <w:t>☐</w:t>
      </w:r>
      <w:r>
        <w:t xml:space="preserve">  Check alignment with any existing contract or master services agreement.</w:t>
      </w:r>
    </w:p>
    <w:sectPr w:rsidR="004905FA" w:rsidSect="00034616">
      <w:headerReference w:type="default" r:id="rId11"/>
      <w:footerReference w:type="default" r:id="rId12"/>
      <w:pgSz w:w="12240" w:h="15840"/>
      <w:pgMar w:top="893" w:right="1037" w:bottom="864"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65F71" w14:textId="77777777" w:rsidR="00AD66C3" w:rsidRDefault="00AD66C3">
      <w:pPr>
        <w:spacing w:after="0" w:line="240" w:lineRule="auto"/>
      </w:pPr>
      <w:r>
        <w:separator/>
      </w:r>
    </w:p>
  </w:endnote>
  <w:endnote w:type="continuationSeparator" w:id="0">
    <w:p w14:paraId="7A0D0CC5" w14:textId="77777777" w:rsidR="00AD66C3" w:rsidRDefault="00AD6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19E1" w14:textId="29DF6873" w:rsidR="004905FA" w:rsidRDefault="00AD66C3">
    <w:pPr>
      <w:pStyle w:val="Footer"/>
      <w:jc w:val="center"/>
    </w:pPr>
    <w:r>
      <w:rPr>
        <w:color w:val="788287"/>
        <w:sz w:val="16"/>
      </w:rPr>
      <w:t>Entrepleio TBI | Pilot Programme Proposal</w:t>
    </w:r>
    <w:r w:rsidR="008E37E2">
      <w:rPr>
        <w:color w:val="788287"/>
        <w:sz w:val="16"/>
      </w:rPr>
      <w:t xml:space="preserve">                                                             </w:t>
    </w:r>
    <w:r w:rsidR="008E37E2">
      <w:rPr>
        <w:color w:val="788287"/>
        <w:sz w:val="16"/>
      </w:rPr>
      <w:tab/>
    </w:r>
    <w:r w:rsidR="008E37E2" w:rsidRPr="008E37E2">
      <w:rPr>
        <w:color w:val="7F7F7F" w:themeColor="background1" w:themeShade="7F"/>
        <w:spacing w:val="60"/>
        <w:sz w:val="16"/>
        <w:lang w:val="en-GB"/>
      </w:rPr>
      <w:t>Page</w:t>
    </w:r>
    <w:r w:rsidR="008E37E2" w:rsidRPr="008E37E2">
      <w:rPr>
        <w:color w:val="788287"/>
        <w:sz w:val="16"/>
        <w:lang w:val="en-GB"/>
      </w:rPr>
      <w:t xml:space="preserve"> | </w:t>
    </w:r>
    <w:r w:rsidR="008E37E2" w:rsidRPr="008E37E2">
      <w:rPr>
        <w:color w:val="788287"/>
        <w:sz w:val="16"/>
      </w:rPr>
      <w:fldChar w:fldCharType="begin"/>
    </w:r>
    <w:r w:rsidR="008E37E2" w:rsidRPr="008E37E2">
      <w:rPr>
        <w:color w:val="788287"/>
        <w:sz w:val="16"/>
      </w:rPr>
      <w:instrText>PAGE   \* MERGEFORMAT</w:instrText>
    </w:r>
    <w:r w:rsidR="008E37E2" w:rsidRPr="008E37E2">
      <w:rPr>
        <w:color w:val="788287"/>
        <w:sz w:val="16"/>
      </w:rPr>
      <w:fldChar w:fldCharType="separate"/>
    </w:r>
    <w:r w:rsidR="008E37E2" w:rsidRPr="008E37E2">
      <w:rPr>
        <w:b/>
        <w:bCs/>
        <w:color w:val="788287"/>
        <w:sz w:val="16"/>
        <w:lang w:val="en-GB"/>
      </w:rPr>
      <w:t>1</w:t>
    </w:r>
    <w:r w:rsidR="008E37E2" w:rsidRPr="008E37E2">
      <w:rPr>
        <w:b/>
        <w:bCs/>
        <w:color w:val="78828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0D4A" w14:textId="77777777" w:rsidR="00AD66C3" w:rsidRDefault="00AD66C3">
      <w:pPr>
        <w:spacing w:after="0" w:line="240" w:lineRule="auto"/>
      </w:pPr>
      <w:r>
        <w:separator/>
      </w:r>
    </w:p>
  </w:footnote>
  <w:footnote w:type="continuationSeparator" w:id="0">
    <w:p w14:paraId="1D015028" w14:textId="77777777" w:rsidR="00AD66C3" w:rsidRDefault="00AD6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AE86" w14:textId="5839C7AC" w:rsidR="00EE5C98" w:rsidRDefault="00EE5C98">
    <w:pPr>
      <w:pStyle w:val="Header"/>
    </w:pPr>
    <w:r>
      <w:t xml:space="preserve">PROPOSAL PREPARED FOR [CLIENT NAME] </w:t>
    </w:r>
    <w:r w:rsidR="008E37E2">
      <w:tab/>
    </w:r>
    <w:r w:rsidR="008E37E2">
      <w:tab/>
      <w:t>Your Logo/ Company Name</w:t>
    </w:r>
  </w:p>
  <w:p w14:paraId="1C2669F0" w14:textId="77777777" w:rsidR="008E37E2" w:rsidRDefault="008E37E2">
    <w:pPr>
      <w:pStyle w:val="Header"/>
    </w:pPr>
  </w:p>
  <w:p w14:paraId="0198201D" w14:textId="77777777" w:rsidR="008E37E2" w:rsidRDefault="008E3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66625">
    <w:abstractNumId w:val="8"/>
  </w:num>
  <w:num w:numId="2" w16cid:durableId="1908302056">
    <w:abstractNumId w:val="6"/>
  </w:num>
  <w:num w:numId="3" w16cid:durableId="516507993">
    <w:abstractNumId w:val="5"/>
  </w:num>
  <w:num w:numId="4" w16cid:durableId="1948464177">
    <w:abstractNumId w:val="4"/>
  </w:num>
  <w:num w:numId="5" w16cid:durableId="1985769481">
    <w:abstractNumId w:val="7"/>
  </w:num>
  <w:num w:numId="6" w16cid:durableId="726419461">
    <w:abstractNumId w:val="3"/>
  </w:num>
  <w:num w:numId="7" w16cid:durableId="699597737">
    <w:abstractNumId w:val="2"/>
  </w:num>
  <w:num w:numId="8" w16cid:durableId="1332945460">
    <w:abstractNumId w:val="1"/>
  </w:num>
  <w:num w:numId="9" w16cid:durableId="19989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2117"/>
    <w:rsid w:val="003B0E3F"/>
    <w:rsid w:val="004905FA"/>
    <w:rsid w:val="0082317A"/>
    <w:rsid w:val="008E37E2"/>
    <w:rsid w:val="00AA1D8D"/>
    <w:rsid w:val="00AD66C3"/>
    <w:rsid w:val="00B47730"/>
    <w:rsid w:val="00C803D7"/>
    <w:rsid w:val="00CB0664"/>
    <w:rsid w:val="00D9320C"/>
    <w:rsid w:val="00EE5C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F1396"/>
  <w14:defaultImageDpi w14:val="300"/>
  <w15:docId w15:val="{AC966C6B-A937-4FB0-8C3B-FFD4EA39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1A374C"/>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747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74C"/>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788287"/>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de7e1a-f038-45a3-88d4-74db2d55797e">
      <Terms xmlns="http://schemas.microsoft.com/office/infopath/2007/PartnerControls"/>
    </lcf76f155ced4ddcb4097134ff3c332f>
    <TaxCatchAll xmlns="54f386cb-30d9-48ab-b84d-512e9df27d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C29DF0C21BF24796F8A3D780C70ACC" ma:contentTypeVersion="19" ma:contentTypeDescription="Create a new document." ma:contentTypeScope="" ma:versionID="3add5b3bc1d0d8ee4e874c4da93143ef">
  <xsd:schema xmlns:xsd="http://www.w3.org/2001/XMLSchema" xmlns:xs="http://www.w3.org/2001/XMLSchema" xmlns:p="http://schemas.microsoft.com/office/2006/metadata/properties" xmlns:ns2="50de7e1a-f038-45a3-88d4-74db2d55797e" xmlns:ns3="54f386cb-30d9-48ab-b84d-512e9df27dcd" targetNamespace="http://schemas.microsoft.com/office/2006/metadata/properties" ma:root="true" ma:fieldsID="8db9e78b64ab78327e7b8306a49e432d" ns2:_="" ns3:_="">
    <xsd:import namespace="50de7e1a-f038-45a3-88d4-74db2d55797e"/>
    <xsd:import namespace="54f386cb-30d9-48ab-b84d-512e9df27d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e7e1a-f038-45a3-88d4-74db2d557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ca15c2-dbe8-400e-a4a3-80abe57b555a"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f386cb-30d9-48ab-b84d-512e9df27d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79e482-2bbb-482e-881e-5174db28cbf1}" ma:internalName="TaxCatchAll" ma:showField="CatchAllData" ma:web="54f386cb-30d9-48ab-b84d-512e9df27dc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4B8AD-B34C-4F4A-86C8-178112BE3788}">
  <ds:schemaRefs>
    <ds:schemaRef ds:uri="http://schemas.microsoft.com/office/2006/metadata/properties"/>
    <ds:schemaRef ds:uri="http://schemas.microsoft.com/office/infopath/2007/PartnerControls"/>
    <ds:schemaRef ds:uri="50de7e1a-f038-45a3-88d4-74db2d55797e"/>
    <ds:schemaRef ds:uri="54f386cb-30d9-48ab-b84d-512e9df27dcd"/>
  </ds:schemaRefs>
</ds:datastoreItem>
</file>

<file path=customXml/itemProps2.xml><?xml version="1.0" encoding="utf-8"?>
<ds:datastoreItem xmlns:ds="http://schemas.openxmlformats.org/officeDocument/2006/customXml" ds:itemID="{31CA29DD-4074-4400-A0F6-E7BF1852356A}">
  <ds:schemaRefs>
    <ds:schemaRef ds:uri="http://schemas.microsoft.com/sharepoint/v3/contenttype/forms"/>
  </ds:schemaRefs>
</ds:datastoreItem>
</file>

<file path=customXml/itemProps3.xml><?xml version="1.0" encoding="utf-8"?>
<ds:datastoreItem xmlns:ds="http://schemas.openxmlformats.org/officeDocument/2006/customXml" ds:itemID="{29DF7A2B-1B99-491E-9649-D6D8C2C72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e7e1a-f038-45a3-88d4-74db2d55797e"/>
    <ds:schemaRef ds:uri="54f386cb-30d9-48ab-b84d-512e9df27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Entrepleio TBI Pilot Programme Proposal Template</vt:lpstr>
    </vt:vector>
  </TitlesOfParts>
  <Manager/>
  <Company/>
  <LinksUpToDate>false</LinksUpToDate>
  <CharactersWithSpaces>7519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Entrepleio TBI Pilot Programme Proposal Template</dc:title>
  <dc:subject>Consultant client proposal template</dc:subject>
  <dc:creator>Mark Simpson</dc:creator>
  <cp:keywords/>
  <dc:description>generated by python-docx</dc:description>
  <cp:lastModifiedBy>Mark Simpson</cp:lastModifiedBy>
  <cp:revision>4</cp:revision>
  <dcterms:created xsi:type="dcterms:W3CDTF">2026-09-24T19:23:00Z</dcterms:created>
  <dcterms:modified xsi:type="dcterms:W3CDTF">2026-09-25T13:22:00Z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0x010100D8C29DF0C21BF24796F8A3D780C70ACC</vt:lpwstr>
  </property>
</Properties>
</file>