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Scenario Questions for CBSE Class 11 &amp; 12 Computer Science</w:t>
      </w:r>
    </w:p>
    <w:p>
      <w:pPr>
        <w:pStyle w:val="Heading1"/>
      </w:pPr>
      <w:r>
        <w:t>Python Programming (Class 11 &amp; 12)</w:t>
      </w:r>
    </w:p>
    <w:p>
      <w:r>
        <w:rPr>
          <w:b/>
        </w:rPr>
        <w:t xml:space="preserve">1. Dictionary Application: </w:t>
      </w:r>
      <w:r>
        <w:t>A school librarian needs to maintain a real-time record of borrowed books. They want a Python script that accepts a book's ISBN and the borrower's name, stores them in a data structure, and allows the librarian to quickly search for an ISBN to find the borrower. Which data structure is best suited for this, and how would you implement the search logic?</w:t>
      </w:r>
    </w:p>
    <w:p>
      <w:r>
        <w:rPr>
          <w:b/>
        </w:rPr>
        <w:t xml:space="preserve">2. Conditional Logic: </w:t>
      </w:r>
      <w:r>
        <w:t>A retail store provides a 10% discount on total bills exceeding ₹5000, and a 15% discount for bills exceeding ₹10000. Write a Python function calculate_bill(cart_items) that takes a list of item prices, calculates the total, applies the correct discount, and returns the final payable amount.</w:t>
      </w:r>
    </w:p>
    <w:p>
      <w:r>
        <w:rPr>
          <w:b/>
        </w:rPr>
        <w:t xml:space="preserve">3. String Manipulation: </w:t>
      </w:r>
      <w:r>
        <w:t>A system administrator is generating temporary passwords for new users. The password must be formed by taking the first three letters of the user's name (capitalized), followed by their birth year, and ending with a special character @. Write a Python script to automate this string generation given the string name and integer birth_year.</w:t>
      </w:r>
    </w:p>
    <w:p>
      <w:r>
        <w:rPr>
          <w:b/>
        </w:rPr>
        <w:t xml:space="preserve">4. Text File Handling: </w:t>
      </w:r>
      <w:r>
        <w:t>A game developer is creating a text-based game and needs to read a configuration file settings.txt line by line. However, they only want to extract and process lines that do not start with the # symbol (which represent comments). Write a Python function to achieve this.</w:t>
      </w:r>
    </w:p>
    <w:p>
      <w:r>
        <w:rPr>
          <w:b/>
        </w:rPr>
        <w:t xml:space="preserve">5. Binary File Operations: </w:t>
      </w:r>
      <w:r>
        <w:t>A teacher wants to store the details of students who scored above 90% in a binary file toppers.dat. Write a Python program using the pickle module to write a list of dictionaries (each containing RollNo, Name, and Marks) to this binary file.</w:t>
      </w:r>
    </w:p>
    <w:p>
      <w:r>
        <w:rPr>
          <w:b/>
        </w:rPr>
        <w:t xml:space="preserve">6. CSV File Management: </w:t>
      </w:r>
      <w:r>
        <w:t>A company wants to maintain an employee database in a CSV file named employees.csv. Write a Python program using the csv module to append a new employee record (EmpID, Name, Department, Salary) to the end of this file without overwriting existing data.</w:t>
      </w:r>
    </w:p>
    <w:p>
      <w:r>
        <w:rPr>
          <w:b/>
        </w:rPr>
        <w:t xml:space="preserve">7. Stack Implementation: </w:t>
      </w:r>
      <w:r>
        <w:t>In a drawing application, the "Undo" feature is implemented using a stack data structure. Write a Python program to implement this stack using a list, including a function push_action(stack, action) to add a new drawing action and pop_action(stack) to undo the most recent action, ensuring underflow is handled.</w:t>
      </w:r>
    </w:p>
    <w:p>
      <w:r>
        <w:rPr>
          <w:b/>
        </w:rPr>
        <w:t xml:space="preserve">8. Iteration and Data Validation: </w:t>
      </w:r>
      <w:r>
        <w:t>You are developing a basic ATM interface. Write a Python program that uses a loop to give the user a maximum of three attempts to enter a correct predefined 4-digit PIN. If they get it right, print "Access Granted" and break the loop. If they fail three times, print "Account Locked".</w:t>
      </w:r>
    </w:p>
    <w:p>
      <w:pPr>
        <w:pStyle w:val="Heading1"/>
      </w:pPr>
      <w:r>
        <w:t>Database Management &amp; SQL (Class 12)</w:t>
      </w:r>
    </w:p>
    <w:p>
      <w:r>
        <w:rPr>
          <w:b/>
        </w:rPr>
        <w:t xml:space="preserve">9. Filtering Data: </w:t>
      </w:r>
      <w:r>
        <w:t>A hospital maintains a table PATIENT with columns (PID, Name, Age, Disease, AdmissionDate). Write a SQL query to display the names and ages of patients who were admitted after '2025-01-01' and are suffering from 'Dengue'.</w:t>
      </w:r>
    </w:p>
    <w:p>
      <w:r>
        <w:rPr>
          <w:b/>
        </w:rPr>
        <w:t xml:space="preserve">10. Aggregation and Grouping: </w:t>
      </w:r>
      <w:r>
        <w:t>An e-commerce platform has a table ORDERS (OrderID, CustomerID, Amount, OrderDate). The management wants to know the total revenue generated by each customer. Write a SQL query using the GROUP BY clause to find the total amount spent by each CustomerID.</w:t>
      </w:r>
    </w:p>
    <w:p>
      <w:r>
        <w:rPr>
          <w:b/>
        </w:rPr>
        <w:t xml:space="preserve">11. Table Joins: </w:t>
      </w:r>
      <w:r>
        <w:t>A school database has two tables: STUDENT (RollNo, Name, Class) and FEES (RollNo, AmountPaid, ReceiptNo). Write a SQL query to display the Name, Class, and AmountPaid for all students who have paid fees by performing an equi-join on these tables.</w:t>
      </w:r>
    </w:p>
    <w:p>
      <w:r>
        <w:rPr>
          <w:b/>
        </w:rPr>
        <w:t xml:space="preserve">12. Data Integrity Constraints: </w:t>
      </w:r>
      <w:r>
        <w:t>A bank wants to ensure that no customer is inserted into the CUSTOMER table without a valid Aadhar Number, and no two customers can have the same Aadhar Number. Which specific constraints should be applied to the Aadhar_No column during table creation?</w:t>
      </w:r>
    </w:p>
    <w:p>
      <w:r>
        <w:rPr>
          <w:b/>
        </w:rPr>
        <w:t xml:space="preserve">13. Updating Records: </w:t>
      </w:r>
      <w:r>
        <w:t>A company decides to increase the salary of all employees in the 'Sales' department by 12% due to good performance. Write the SQL UPDATE command to reflect this change in the EMPLOYEE table (Columns: EmpID, Name, Department, Salary).</w:t>
      </w:r>
    </w:p>
    <w:p>
      <w:r>
        <w:rPr>
          <w:b/>
        </w:rPr>
        <w:t xml:space="preserve">14. Python-SQL Connectivity: </w:t>
      </w:r>
      <w:r>
        <w:t>You are tasked with linking a Python application to a MySQL database named school_db. Write the Python code snippet using the mysql.connector module to establish the connection, execute a query to fetch all records from the STUDENTS table, and print them line by line.</w:t>
      </w:r>
    </w:p>
    <w:p>
      <w:pPr>
        <w:pStyle w:val="Heading1"/>
      </w:pPr>
      <w:r>
        <w:t>Computer Networks (Class 12)</w:t>
      </w:r>
    </w:p>
    <w:p>
      <w:r>
        <w:rPr>
          <w:b/>
        </w:rPr>
        <w:t xml:space="preserve">15. Network Topologies: </w:t>
      </w:r>
      <w:r>
        <w:t>Your school is setting up a new computer lab with 30 computers. They need a setup where individual cable failures only affect one machine, and troubleshooting is simple. However, if the central networking device fails, the whole network goes down. Which network topology should they implement?</w:t>
      </w:r>
    </w:p>
    <w:p>
      <w:r>
        <w:rPr>
          <w:b/>
        </w:rPr>
        <w:t xml:space="preserve">16. Network Types &amp; Transmission: </w:t>
      </w:r>
      <w:r>
        <w:t>A multinational corporation wants to connect its branch offices located in New Delhi, London, and New York. What classification of network (LAN, MAN, WAN) is this? Suggest the most suitable unguided transmission medium for fast data transfer across these continents.</w:t>
      </w:r>
    </w:p>
    <w:p>
      <w:r>
        <w:rPr>
          <w:b/>
        </w:rPr>
        <w:t xml:space="preserve">17. Networking Devices: </w:t>
      </w:r>
      <w:r>
        <w:t>A company has a LAN set up on the first floor and another LAN on the second floor of their building. Both use the same protocols. Which networking device should they use to connect these two LAN segments to intelligently forward packets based on MAC addresses and reduce unnecessary traffic broadcasting?</w:t>
      </w:r>
    </w:p>
    <w:p>
      <w:r>
        <w:rPr>
          <w:b/>
        </w:rPr>
        <w:t xml:space="preserve">18. Internet Protocols: </w:t>
      </w:r>
      <w:r>
        <w:t>A student is securely browsing a website to pay a fee, while a separate background application is downloading a file from an FTP server. Which protocol is responsible for the secure web browsing session, and which fundamental transport layer protocol ensures both tasks receive data reliably?</w:t>
      </w:r>
    </w:p>
    <w:p>
      <w:pPr>
        <w:pStyle w:val="Heading1"/>
      </w:pPr>
      <w:r>
        <w:t>Cyber Safety, Law, and Ethics (Class 11 &amp; 12)</w:t>
      </w:r>
    </w:p>
    <w:p>
      <w:r>
        <w:rPr>
          <w:b/>
        </w:rPr>
        <w:t xml:space="preserve">19. Phishing &amp; Cyber Threats: </w:t>
      </w:r>
      <w:r>
        <w:t>Amit receives an unexpected email claiming he has won a car in a lucky draw. The message asks him to click a link and share his bank account and UPI details for "identity verification." What specific kind of cyber threat does this represent, and what two immediate steps should Amit take?</w:t>
      </w:r>
    </w:p>
    <w:p>
      <w:r>
        <w:rPr>
          <w:b/>
        </w:rPr>
        <w:t xml:space="preserve">20. Intellectual Property Rights: </w:t>
      </w:r>
      <w:r>
        <w:t>A student copies a major portion of a published research article from the internet, modifies a few words, and submits it as their own final year project work without citing or giving credit to the original author. What is this unethical act called, and which specific intellectual property right legally protects the original author's published text?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