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BEEB4" w14:textId="77777777" w:rsidR="000F3658" w:rsidRDefault="0017234F">
      <w:pPr>
        <w:jc w:val="center"/>
      </w:pPr>
      <w:r>
        <w:rPr>
          <w:b/>
          <w:sz w:val="36"/>
        </w:rPr>
        <w:t>MAC MARTIAL ARTS TOURNAMENT</w:t>
      </w:r>
    </w:p>
    <w:p w14:paraId="69D1579D" w14:textId="77777777" w:rsidR="000F3658" w:rsidRDefault="0017234F">
      <w:pPr>
        <w:spacing w:after="160"/>
        <w:jc w:val="center"/>
      </w:pPr>
      <w:r>
        <w:rPr>
          <w:b/>
          <w:sz w:val="24"/>
        </w:rPr>
        <w:t>OFFICIAL ENTRY, ASSUMPTION OF RISK &amp; LIABILITY FORM</w:t>
      </w:r>
    </w:p>
    <w:tbl>
      <w:tblPr>
        <w:tblW w:w="0" w:type="auto"/>
        <w:jc w:val="center"/>
        <w:tblLook w:val="04A0" w:firstRow="1" w:lastRow="0" w:firstColumn="1" w:lastColumn="0" w:noHBand="0" w:noVBand="1"/>
      </w:tblPr>
      <w:tblGrid>
        <w:gridCol w:w="10368"/>
      </w:tblGrid>
      <w:tr w:rsidR="000F3658" w14:paraId="6D0C0634" w14:textId="77777777">
        <w:trPr>
          <w:jc w:val="center"/>
        </w:trPr>
        <w:tc>
          <w:tcPr>
            <w:tcW w:w="10368" w:type="dxa"/>
            <w:shd w:val="clear" w:color="auto" w:fill="FFF2CC"/>
            <w:vAlign w:val="center"/>
          </w:tcPr>
          <w:p w14:paraId="1F1B1547" w14:textId="77777777" w:rsidR="000F3658" w:rsidRDefault="0017234F">
            <w:r>
              <w:rPr>
                <w:b/>
                <w:sz w:val="18"/>
              </w:rPr>
              <w:t>IMPORTANT - PLEASE READ CAREFULLY. THIS DOCUMENT AFFECTS LEGAL RIGHTS. ADULT PARTICIPANTS (18+) ARE ASKED TO ASSUME RISKS AND RELEASE CERTAIN CLAIMS, INCLUDING CLAIMS ARISING FROM ORDINARY NEGLIGENCE, TO THE EXTENT PERMITTED BY LAW.</w:t>
            </w:r>
          </w:p>
        </w:tc>
      </w:tr>
    </w:tbl>
    <w:p w14:paraId="0156E8B0" w14:textId="77777777" w:rsidR="000F3658" w:rsidRDefault="0017234F">
      <w:pPr>
        <w:pStyle w:val="Heading1"/>
      </w:pPr>
      <w:r>
        <w:t>1. Participant Information</w:t>
      </w:r>
    </w:p>
    <w:tbl>
      <w:tblPr>
        <w:tblW w:w="0" w:type="auto"/>
        <w:jc w:val="center"/>
        <w:tblLayout w:type="fixed"/>
        <w:tblLook w:val="04A0" w:firstRow="1" w:lastRow="0" w:firstColumn="1" w:lastColumn="0" w:noHBand="0" w:noVBand="1"/>
      </w:tblPr>
      <w:tblGrid>
        <w:gridCol w:w="5184"/>
        <w:gridCol w:w="5184"/>
      </w:tblGrid>
      <w:tr w:rsidR="000F3658" w14:paraId="6BFA4833" w14:textId="77777777">
        <w:trPr>
          <w:jc w:val="center"/>
        </w:trPr>
        <w:tc>
          <w:tcPr>
            <w:tcW w:w="5184" w:type="dxa"/>
            <w:vAlign w:val="center"/>
          </w:tcPr>
          <w:p w14:paraId="7E295BB6" w14:textId="77777777" w:rsidR="000F3658" w:rsidRDefault="0017234F">
            <w:r>
              <w:rPr>
                <w:sz w:val="18"/>
              </w:rPr>
              <w:t>First Name: __________________________________</w:t>
            </w:r>
          </w:p>
        </w:tc>
        <w:tc>
          <w:tcPr>
            <w:tcW w:w="5184" w:type="dxa"/>
            <w:vAlign w:val="center"/>
          </w:tcPr>
          <w:p w14:paraId="13B042AB" w14:textId="77777777" w:rsidR="000F3658" w:rsidRDefault="0017234F">
            <w:r>
              <w:rPr>
                <w:sz w:val="18"/>
              </w:rPr>
              <w:t>Last Name: __________________________________</w:t>
            </w:r>
          </w:p>
        </w:tc>
      </w:tr>
      <w:tr w:rsidR="000F3658" w14:paraId="325A78CF" w14:textId="77777777">
        <w:trPr>
          <w:jc w:val="center"/>
        </w:trPr>
        <w:tc>
          <w:tcPr>
            <w:tcW w:w="5184" w:type="dxa"/>
            <w:vAlign w:val="center"/>
          </w:tcPr>
          <w:p w14:paraId="7BB0C190" w14:textId="77777777" w:rsidR="000F3658" w:rsidRDefault="0017234F">
            <w:r>
              <w:rPr>
                <w:sz w:val="18"/>
              </w:rPr>
              <w:t>Email: ______________________________________</w:t>
            </w:r>
          </w:p>
        </w:tc>
        <w:tc>
          <w:tcPr>
            <w:tcW w:w="5184" w:type="dxa"/>
            <w:vAlign w:val="center"/>
          </w:tcPr>
          <w:p w14:paraId="46FEA706" w14:textId="77777777" w:rsidR="000F3658" w:rsidRDefault="0017234F">
            <w:r>
              <w:rPr>
                <w:sz w:val="18"/>
              </w:rPr>
              <w:t>Phone: ______________________________________</w:t>
            </w:r>
          </w:p>
        </w:tc>
      </w:tr>
      <w:tr w:rsidR="000F3658" w14:paraId="4585E002" w14:textId="77777777">
        <w:trPr>
          <w:jc w:val="center"/>
        </w:trPr>
        <w:tc>
          <w:tcPr>
            <w:tcW w:w="5184" w:type="dxa"/>
            <w:vAlign w:val="center"/>
          </w:tcPr>
          <w:p w14:paraId="53D958B1" w14:textId="77777777" w:rsidR="000F3658" w:rsidRDefault="0017234F">
            <w:r>
              <w:rPr>
                <w:sz w:val="18"/>
              </w:rPr>
              <w:t>School / Club: _______________________________</w:t>
            </w:r>
          </w:p>
        </w:tc>
        <w:tc>
          <w:tcPr>
            <w:tcW w:w="5184" w:type="dxa"/>
            <w:vAlign w:val="center"/>
          </w:tcPr>
          <w:p w14:paraId="542C60AE" w14:textId="77777777" w:rsidR="000F3658" w:rsidRDefault="0017234F">
            <w:r>
              <w:rPr>
                <w:sz w:val="18"/>
              </w:rPr>
              <w:t>Instructor / Coach: ___________________________</w:t>
            </w:r>
          </w:p>
        </w:tc>
      </w:tr>
      <w:tr w:rsidR="000F3658" w14:paraId="1A1EA828" w14:textId="77777777">
        <w:trPr>
          <w:jc w:val="center"/>
        </w:trPr>
        <w:tc>
          <w:tcPr>
            <w:tcW w:w="5184" w:type="dxa"/>
            <w:vAlign w:val="center"/>
          </w:tcPr>
          <w:p w14:paraId="3BEF7CAD" w14:textId="77777777" w:rsidR="000F3658" w:rsidRDefault="0017234F">
            <w:r>
              <w:rPr>
                <w:sz w:val="18"/>
              </w:rPr>
              <w:t>Age: __________  Date of Birth: ______________</w:t>
            </w:r>
          </w:p>
        </w:tc>
        <w:tc>
          <w:tcPr>
            <w:tcW w:w="5184" w:type="dxa"/>
            <w:vAlign w:val="center"/>
          </w:tcPr>
          <w:p w14:paraId="6D8ECB6B" w14:textId="77777777" w:rsidR="000F3658" w:rsidRDefault="0017234F">
            <w:r>
              <w:rPr>
                <w:sz w:val="18"/>
              </w:rPr>
              <w:t>Belt / Level: _________________________________</w:t>
            </w:r>
          </w:p>
        </w:tc>
      </w:tr>
      <w:tr w:rsidR="000F3658" w14:paraId="2207EF7C" w14:textId="77777777">
        <w:trPr>
          <w:jc w:val="center"/>
        </w:trPr>
        <w:tc>
          <w:tcPr>
            <w:tcW w:w="5184" w:type="dxa"/>
            <w:vAlign w:val="center"/>
          </w:tcPr>
          <w:p w14:paraId="2525C9BE" w14:textId="77777777" w:rsidR="000F3658" w:rsidRDefault="0017234F">
            <w:r>
              <w:rPr>
                <w:sz w:val="18"/>
              </w:rPr>
              <w:t>Style / Discipline: __________________________</w:t>
            </w:r>
          </w:p>
        </w:tc>
        <w:tc>
          <w:tcPr>
            <w:tcW w:w="5184" w:type="dxa"/>
            <w:vAlign w:val="center"/>
          </w:tcPr>
          <w:p w14:paraId="35B9553E" w14:textId="77777777" w:rsidR="000F3658" w:rsidRDefault="0017234F">
            <w:r>
              <w:rPr>
                <w:sz w:val="18"/>
              </w:rPr>
              <w:t>Emergency Contact: ____________________________</w:t>
            </w:r>
          </w:p>
        </w:tc>
      </w:tr>
      <w:tr w:rsidR="000F3658" w14:paraId="49218335" w14:textId="77777777">
        <w:trPr>
          <w:jc w:val="center"/>
        </w:trPr>
        <w:tc>
          <w:tcPr>
            <w:tcW w:w="5184" w:type="dxa"/>
            <w:vAlign w:val="center"/>
          </w:tcPr>
          <w:p w14:paraId="257B3839" w14:textId="77777777" w:rsidR="000F3658" w:rsidRDefault="0017234F">
            <w:r>
              <w:rPr>
                <w:sz w:val="18"/>
              </w:rPr>
              <w:t>Emergency Contact Phone: _____________________</w:t>
            </w:r>
          </w:p>
        </w:tc>
        <w:tc>
          <w:tcPr>
            <w:tcW w:w="5184" w:type="dxa"/>
            <w:vAlign w:val="center"/>
          </w:tcPr>
          <w:p w14:paraId="0328A3D3" w14:textId="77777777" w:rsidR="000F3658" w:rsidRDefault="0017234F">
            <w:r>
              <w:rPr>
                <w:sz w:val="18"/>
              </w:rPr>
              <w:t>Relationship: _________________________________</w:t>
            </w:r>
          </w:p>
        </w:tc>
      </w:tr>
    </w:tbl>
    <w:p w14:paraId="25B372E2" w14:textId="77777777" w:rsidR="000F3658" w:rsidRDefault="0017234F">
      <w:r>
        <w:t>Division numbers (refer to the published division sheets and confirm that each number is correct):</w:t>
      </w:r>
    </w:p>
    <w:tbl>
      <w:tblPr>
        <w:tblW w:w="0" w:type="auto"/>
        <w:jc w:val="center"/>
        <w:tblLook w:val="04A0" w:firstRow="1" w:lastRow="0" w:firstColumn="1" w:lastColumn="0" w:noHBand="0" w:noVBand="1"/>
      </w:tblPr>
      <w:tblGrid>
        <w:gridCol w:w="2073"/>
        <w:gridCol w:w="2073"/>
        <w:gridCol w:w="2074"/>
        <w:gridCol w:w="2074"/>
        <w:gridCol w:w="2074"/>
      </w:tblGrid>
      <w:tr w:rsidR="000F3658" w14:paraId="354D7B77" w14:textId="77777777">
        <w:trPr>
          <w:jc w:val="center"/>
        </w:trPr>
        <w:tc>
          <w:tcPr>
            <w:tcW w:w="2074" w:type="dxa"/>
            <w:vAlign w:val="center"/>
          </w:tcPr>
          <w:p w14:paraId="704AFE6C" w14:textId="77777777" w:rsidR="000F3658" w:rsidRDefault="0017234F">
            <w:r>
              <w:rPr>
                <w:sz w:val="18"/>
              </w:rPr>
              <w:t>1) __________</w:t>
            </w:r>
          </w:p>
        </w:tc>
        <w:tc>
          <w:tcPr>
            <w:tcW w:w="2074" w:type="dxa"/>
            <w:vAlign w:val="center"/>
          </w:tcPr>
          <w:p w14:paraId="080F6987" w14:textId="77777777" w:rsidR="000F3658" w:rsidRDefault="0017234F">
            <w:r>
              <w:rPr>
                <w:sz w:val="18"/>
              </w:rPr>
              <w:t>2) __________</w:t>
            </w:r>
          </w:p>
        </w:tc>
        <w:tc>
          <w:tcPr>
            <w:tcW w:w="2074" w:type="dxa"/>
            <w:vAlign w:val="center"/>
          </w:tcPr>
          <w:p w14:paraId="52500FEC" w14:textId="77777777" w:rsidR="000F3658" w:rsidRDefault="0017234F">
            <w:r>
              <w:rPr>
                <w:sz w:val="18"/>
              </w:rPr>
              <w:t>3) __________</w:t>
            </w:r>
          </w:p>
        </w:tc>
        <w:tc>
          <w:tcPr>
            <w:tcW w:w="2074" w:type="dxa"/>
            <w:vAlign w:val="center"/>
          </w:tcPr>
          <w:p w14:paraId="647FAD32" w14:textId="77777777" w:rsidR="000F3658" w:rsidRDefault="0017234F">
            <w:r>
              <w:rPr>
                <w:sz w:val="18"/>
              </w:rPr>
              <w:t>4) __________</w:t>
            </w:r>
          </w:p>
        </w:tc>
        <w:tc>
          <w:tcPr>
            <w:tcW w:w="2074" w:type="dxa"/>
            <w:vAlign w:val="center"/>
          </w:tcPr>
          <w:p w14:paraId="1124368D" w14:textId="77777777" w:rsidR="000F3658" w:rsidRDefault="0017234F">
            <w:r>
              <w:rPr>
                <w:sz w:val="18"/>
              </w:rPr>
              <w:t>5) __________</w:t>
            </w:r>
          </w:p>
        </w:tc>
      </w:tr>
      <w:tr w:rsidR="000F3658" w14:paraId="4FA81E34" w14:textId="77777777">
        <w:trPr>
          <w:jc w:val="center"/>
        </w:trPr>
        <w:tc>
          <w:tcPr>
            <w:tcW w:w="2074" w:type="dxa"/>
            <w:vAlign w:val="center"/>
          </w:tcPr>
          <w:p w14:paraId="78865F91" w14:textId="77777777" w:rsidR="000F3658" w:rsidRDefault="0017234F">
            <w:r>
              <w:rPr>
                <w:sz w:val="18"/>
              </w:rPr>
              <w:t>6) __________</w:t>
            </w:r>
          </w:p>
        </w:tc>
        <w:tc>
          <w:tcPr>
            <w:tcW w:w="2074" w:type="dxa"/>
            <w:vAlign w:val="center"/>
          </w:tcPr>
          <w:p w14:paraId="560D27A0" w14:textId="77777777" w:rsidR="000F3658" w:rsidRDefault="0017234F">
            <w:r>
              <w:rPr>
                <w:sz w:val="18"/>
              </w:rPr>
              <w:t>7) __________</w:t>
            </w:r>
          </w:p>
        </w:tc>
        <w:tc>
          <w:tcPr>
            <w:tcW w:w="2074" w:type="dxa"/>
            <w:vAlign w:val="center"/>
          </w:tcPr>
          <w:p w14:paraId="51B5F8F8" w14:textId="77777777" w:rsidR="000F3658" w:rsidRDefault="0017234F">
            <w:r>
              <w:rPr>
                <w:sz w:val="18"/>
              </w:rPr>
              <w:t>8) __________</w:t>
            </w:r>
          </w:p>
        </w:tc>
        <w:tc>
          <w:tcPr>
            <w:tcW w:w="2074" w:type="dxa"/>
            <w:vAlign w:val="center"/>
          </w:tcPr>
          <w:p w14:paraId="4D1D25BF" w14:textId="77777777" w:rsidR="000F3658" w:rsidRDefault="0017234F">
            <w:r>
              <w:rPr>
                <w:sz w:val="18"/>
              </w:rPr>
              <w:t>9) __________</w:t>
            </w:r>
          </w:p>
        </w:tc>
        <w:tc>
          <w:tcPr>
            <w:tcW w:w="2074" w:type="dxa"/>
            <w:vAlign w:val="center"/>
          </w:tcPr>
          <w:p w14:paraId="723E008D" w14:textId="77777777" w:rsidR="000F3658" w:rsidRDefault="0017234F">
            <w:r>
              <w:rPr>
                <w:sz w:val="18"/>
              </w:rPr>
              <w:t>10) __________</w:t>
            </w:r>
          </w:p>
        </w:tc>
      </w:tr>
    </w:tbl>
    <w:p w14:paraId="7F9B89D4" w14:textId="77777777" w:rsidR="000F3658" w:rsidRDefault="0017234F">
      <w:pPr>
        <w:pStyle w:val="Heading1"/>
      </w:pPr>
      <w:r>
        <w:t>2. Registration Fees &amp; Payment</w:t>
      </w:r>
    </w:p>
    <w:tbl>
      <w:tblPr>
        <w:tblW w:w="0" w:type="auto"/>
        <w:jc w:val="center"/>
        <w:tblLook w:val="04A0" w:firstRow="1" w:lastRow="0" w:firstColumn="1" w:lastColumn="0" w:noHBand="0" w:noVBand="1"/>
      </w:tblPr>
      <w:tblGrid>
        <w:gridCol w:w="5184"/>
        <w:gridCol w:w="5184"/>
      </w:tblGrid>
      <w:tr w:rsidR="000F3658" w14:paraId="4D2C068F" w14:textId="77777777">
        <w:trPr>
          <w:jc w:val="center"/>
        </w:trPr>
        <w:tc>
          <w:tcPr>
            <w:tcW w:w="5184" w:type="dxa"/>
            <w:vAlign w:val="center"/>
          </w:tcPr>
          <w:p w14:paraId="0D037B29" w14:textId="77777777" w:rsidR="000F3658" w:rsidRDefault="0017234F">
            <w:r>
              <w:rPr>
                <w:b/>
                <w:sz w:val="18"/>
              </w:rPr>
              <w:t>Pre-registration - before October 2, 2026</w:t>
            </w:r>
          </w:p>
        </w:tc>
        <w:tc>
          <w:tcPr>
            <w:tcW w:w="5184" w:type="dxa"/>
            <w:vAlign w:val="center"/>
          </w:tcPr>
          <w:p w14:paraId="59989229" w14:textId="77777777" w:rsidR="000F3658" w:rsidRDefault="0017234F">
            <w:r>
              <w:rPr>
                <w:b/>
                <w:sz w:val="18"/>
              </w:rPr>
              <w:t>$85.00 for 1-2 divisions</w:t>
            </w:r>
          </w:p>
        </w:tc>
      </w:tr>
      <w:tr w:rsidR="000F3658" w14:paraId="622B3164" w14:textId="77777777">
        <w:trPr>
          <w:jc w:val="center"/>
        </w:trPr>
        <w:tc>
          <w:tcPr>
            <w:tcW w:w="5184" w:type="dxa"/>
            <w:vAlign w:val="center"/>
          </w:tcPr>
          <w:p w14:paraId="2D0489B8" w14:textId="77777777" w:rsidR="000F3658" w:rsidRDefault="0017234F">
            <w:r>
              <w:rPr>
                <w:sz w:val="18"/>
              </w:rPr>
              <w:t>Additional divisions</w:t>
            </w:r>
          </w:p>
        </w:tc>
        <w:tc>
          <w:tcPr>
            <w:tcW w:w="5184" w:type="dxa"/>
            <w:vAlign w:val="center"/>
          </w:tcPr>
          <w:p w14:paraId="222435A8" w14:textId="77777777" w:rsidR="000F3658" w:rsidRDefault="0017234F">
            <w:r>
              <w:rPr>
                <w:sz w:val="18"/>
              </w:rPr>
              <w:t>$10.00 each</w:t>
            </w:r>
          </w:p>
        </w:tc>
      </w:tr>
      <w:tr w:rsidR="000F3658" w14:paraId="648ADE20" w14:textId="77777777">
        <w:trPr>
          <w:jc w:val="center"/>
        </w:trPr>
        <w:tc>
          <w:tcPr>
            <w:tcW w:w="5184" w:type="dxa"/>
            <w:vAlign w:val="center"/>
          </w:tcPr>
          <w:p w14:paraId="2E12AE7C" w14:textId="77777777" w:rsidR="000F3658" w:rsidRDefault="0017234F">
            <w:r>
              <w:rPr>
                <w:b/>
                <w:sz w:val="18"/>
              </w:rPr>
              <w:t>At-the-door registration - October 9 or 10, 2026</w:t>
            </w:r>
          </w:p>
        </w:tc>
        <w:tc>
          <w:tcPr>
            <w:tcW w:w="5184" w:type="dxa"/>
            <w:vAlign w:val="center"/>
          </w:tcPr>
          <w:p w14:paraId="1DBC86C4" w14:textId="77777777" w:rsidR="000F3658" w:rsidRDefault="0017234F">
            <w:r>
              <w:rPr>
                <w:b/>
                <w:sz w:val="18"/>
              </w:rPr>
              <w:t>$100.00 for 1-2 divisions</w:t>
            </w:r>
          </w:p>
        </w:tc>
      </w:tr>
      <w:tr w:rsidR="000F3658" w14:paraId="3AFC0EB0" w14:textId="77777777">
        <w:trPr>
          <w:jc w:val="center"/>
        </w:trPr>
        <w:tc>
          <w:tcPr>
            <w:tcW w:w="5184" w:type="dxa"/>
            <w:vAlign w:val="center"/>
          </w:tcPr>
          <w:p w14:paraId="3E78520F" w14:textId="77777777" w:rsidR="000F3658" w:rsidRDefault="0017234F">
            <w:r>
              <w:rPr>
                <w:sz w:val="18"/>
              </w:rPr>
              <w:t>Additional divisions</w:t>
            </w:r>
          </w:p>
        </w:tc>
        <w:tc>
          <w:tcPr>
            <w:tcW w:w="5184" w:type="dxa"/>
            <w:vAlign w:val="center"/>
          </w:tcPr>
          <w:p w14:paraId="28F0DA86" w14:textId="77777777" w:rsidR="000F3658" w:rsidRDefault="0017234F">
            <w:r>
              <w:rPr>
                <w:sz w:val="18"/>
              </w:rPr>
              <w:t>$10.00 each</w:t>
            </w:r>
          </w:p>
        </w:tc>
      </w:tr>
    </w:tbl>
    <w:p w14:paraId="72CC3EC4" w14:textId="77777777" w:rsidR="000F3658" w:rsidRDefault="0017234F">
      <w:r>
        <w:t>Payment options: E-transfer, cash, debit, credit card, and PayPal for U.S. competitors. E-transfer: Macmartialartsclub@shaw.ca. Online payment and tournament information: macmartialarts.ca.</w:t>
      </w:r>
    </w:p>
    <w:tbl>
      <w:tblPr>
        <w:tblW w:w="0" w:type="auto"/>
        <w:jc w:val="center"/>
        <w:tblLayout w:type="fixed"/>
        <w:tblLook w:val="04A0" w:firstRow="1" w:lastRow="0" w:firstColumn="1" w:lastColumn="0" w:noHBand="0" w:noVBand="1"/>
      </w:tblPr>
      <w:tblGrid>
        <w:gridCol w:w="5184"/>
        <w:gridCol w:w="5184"/>
      </w:tblGrid>
      <w:tr w:rsidR="000F3658" w14:paraId="5ADB0454" w14:textId="77777777">
        <w:trPr>
          <w:jc w:val="center"/>
        </w:trPr>
        <w:tc>
          <w:tcPr>
            <w:tcW w:w="5184" w:type="dxa"/>
            <w:vAlign w:val="center"/>
          </w:tcPr>
          <w:p w14:paraId="2090D453" w14:textId="77777777" w:rsidR="000F3658" w:rsidRDefault="0017234F">
            <w:r>
              <w:rPr>
                <w:sz w:val="18"/>
              </w:rPr>
              <w:t>Cost of first 1-2 divisions: $____________</w:t>
            </w:r>
          </w:p>
        </w:tc>
        <w:tc>
          <w:tcPr>
            <w:tcW w:w="5184" w:type="dxa"/>
            <w:vAlign w:val="center"/>
          </w:tcPr>
          <w:p w14:paraId="6F2E3603" w14:textId="77777777" w:rsidR="000F3658" w:rsidRDefault="0017234F">
            <w:r>
              <w:rPr>
                <w:sz w:val="18"/>
              </w:rPr>
              <w:t>Additional divisions: $____________</w:t>
            </w:r>
          </w:p>
        </w:tc>
      </w:tr>
      <w:tr w:rsidR="000F3658" w14:paraId="28C2CAC5" w14:textId="77777777">
        <w:trPr>
          <w:jc w:val="center"/>
        </w:trPr>
        <w:tc>
          <w:tcPr>
            <w:tcW w:w="5184" w:type="dxa"/>
            <w:vAlign w:val="center"/>
          </w:tcPr>
          <w:p w14:paraId="1F41F272" w14:textId="77777777" w:rsidR="000F3658" w:rsidRDefault="0017234F">
            <w:r>
              <w:rPr>
                <w:sz w:val="18"/>
              </w:rPr>
              <w:t>TOTAL: $_______________________________</w:t>
            </w:r>
          </w:p>
        </w:tc>
        <w:tc>
          <w:tcPr>
            <w:tcW w:w="5184" w:type="dxa"/>
            <w:vAlign w:val="center"/>
          </w:tcPr>
          <w:p w14:paraId="3FFEB06B" w14:textId="77777777" w:rsidR="000F3658" w:rsidRDefault="0017234F">
            <w:r>
              <w:rPr>
                <w:sz w:val="18"/>
              </w:rPr>
              <w:t>Payment method: _____________________________</w:t>
            </w:r>
          </w:p>
        </w:tc>
      </w:tr>
    </w:tbl>
    <w:p w14:paraId="53E9AF7F" w14:textId="77777777" w:rsidR="000F3658" w:rsidRDefault="0017234F">
      <w:r>
        <w:rPr>
          <w:b/>
        </w:rPr>
        <w:t xml:space="preserve">Registration policy: </w:t>
      </w:r>
      <w:r>
        <w:t>Registration fees are non-refundable except where required by law or where the organizer elects otherwise. Divisions may be combined, separated, adjusted, or cancelled where reasonably necessary for safety, fairness, participation levels, or event operations.</w:t>
      </w:r>
    </w:p>
    <w:p w14:paraId="46FE835D" w14:textId="77777777" w:rsidR="000F3658" w:rsidRDefault="0017234F">
      <w:pPr>
        <w:pStyle w:val="Heading1"/>
      </w:pPr>
      <w:r>
        <w:t>3. Activities and Event</w:t>
      </w:r>
    </w:p>
    <w:p w14:paraId="2D0253AA" w14:textId="77777777" w:rsidR="000F3658" w:rsidRDefault="0017234F">
      <w:r>
        <w:t>The participant is voluntarily registering for and participating in the Mac Martial Arts Tournament and related activities, including competition, warm-up, instruction, demonstrations, use of martial arts equipment, and other event programming (collectively, the “Activities”), scheduled for October 9 and 10, 2026 at the Hopewell Centre, 2728 Hopewell Place NE, Calgary, Alberta. The Activities may include striking, kicking, blocking, grappling or controlled contact, weapons-based or equipment-based martial a</w:t>
      </w:r>
      <w:r>
        <w:t>rts activities, forms, sparring, board breaking, and other divisions identified in the official tournament materials.</w:t>
      </w:r>
    </w:p>
    <w:p w14:paraId="4D50622B" w14:textId="77777777" w:rsidR="000F3658" w:rsidRDefault="0017234F">
      <w:pPr>
        <w:pStyle w:val="Heading1"/>
      </w:pPr>
      <w:r>
        <w:t>4. Releasees</w:t>
      </w:r>
    </w:p>
    <w:p w14:paraId="1FD2FB6B" w14:textId="77777777" w:rsidR="000F3658" w:rsidRDefault="0017234F">
      <w:r>
        <w:t>For this Agreement, “Releasees” means Mac Martial Arts Club, the Mac Martial Arts Tournament, Lawrence Macaraeg, the event venue and occupiers to the extent applicable, sponsors, affiliated organizations, and each of their respective directors, officers, employees, instructors, coaches, officials, judges, volunteers, contractors, medical or first-aid personnel, representatives, agents, successors, and assigns.</w:t>
      </w:r>
    </w:p>
    <w:p w14:paraId="7C03EBA5" w14:textId="77777777" w:rsidR="000F3658" w:rsidRDefault="0017234F">
      <w:pPr>
        <w:pStyle w:val="Heading1"/>
      </w:pPr>
      <w:r>
        <w:t>5. Acknowledgment and Assumption of Risk</w:t>
      </w:r>
    </w:p>
    <w:p w14:paraId="3D74067D" w14:textId="77777777" w:rsidR="000F3658" w:rsidRDefault="0017234F">
      <w:r>
        <w:t xml:space="preserve">Martial arts and tournament participation involve inherent and other risks that may be foreseeable or unforeseeable. These include, without limitation: physical contact with other participants; strikes, kicks, falls and collisions; use or failure of protective or training equipment; slipping or tripping; strenuous physical exertion; dehydration, fatigue and overexertion; </w:t>
      </w:r>
      <w:r>
        <w:lastRenderedPageBreak/>
        <w:t>sprains, strains, cuts, bruises, fractures, dental or eye injury; concussion or other brain injury; neck, back or spinal injury; paralysis; communicable illness; property loss or damage; and, in rare cases, permanent disability or death. Risks may arise from the participant’s actions, the actions of others, the condition of the premises or equipment, instruction or supervision, or ordinary negligence.</w:t>
      </w:r>
    </w:p>
    <w:p w14:paraId="2729B278" w14:textId="77777777" w:rsidR="000F3658" w:rsidRDefault="0017234F">
      <w:r>
        <w:t>The participant confirms that participation is voluntary, agrees to follow tournament rules and reasonable safety directions, will use required protective equipment, will not participate while impaired, and will stop participating and advise an official if the participant believes an activity is unsafe or beyond the participant’s ability.</w:t>
      </w:r>
    </w:p>
    <w:p w14:paraId="05B05CE5" w14:textId="77777777" w:rsidR="000F3658" w:rsidRDefault="0017234F">
      <w:pPr>
        <w:pStyle w:val="Heading1"/>
      </w:pPr>
      <w:r>
        <w:t>6. Health and Emergency Care</w:t>
      </w:r>
    </w:p>
    <w:p w14:paraId="59E8729D" w14:textId="77777777" w:rsidR="000F3658" w:rsidRDefault="0017234F">
      <w:r>
        <w:t>The participant (or parent/guardian for a minor) is responsible for determining whether the participant is physically and medically able to participate and should obtain medical advice where appropriate. In an emergency, the participant authorizes event personnel to provide or arrange reasonable first aid and emergency assistance. This authorization does not create a duty to provide medical treatment beyond the assistance reasonably available at the event.</w:t>
      </w:r>
    </w:p>
    <w:p w14:paraId="4581DE6E" w14:textId="77777777" w:rsidR="000F3658" w:rsidRDefault="0017234F">
      <w:pPr>
        <w:pStyle w:val="Heading1"/>
      </w:pPr>
      <w:r>
        <w:t>7. Adult Participant (18+) - Release and Waiver of Claims</w:t>
      </w:r>
    </w:p>
    <w:p w14:paraId="223F034C" w14:textId="77777777" w:rsidR="000F3658" w:rsidRDefault="0017234F">
      <w:r>
        <w:t>In consideration of being permitted to participate in the Activities, an adult participant (18 years of age or older) agrees, to the fullest extent permitted by Alberta law, to waive and release any claims against the Releasees for injury, death, property damage, expense or loss arising from participation in the Activities, including claims arising from the ordinary negligence of a Releasee and, where legally applicable, claims relating to the condition or use of the premises under Alberta’s Occupiers’ Liab</w:t>
      </w:r>
      <w:r>
        <w:t>ility Act. This release is intended to apply only to liabilities that may lawfully be released or excluded. It does not purport to release liability that cannot legally be excluded, and does not extend to wilful misconduct or gross negligence to the extent such liability cannot lawfully be waived.</w:t>
      </w:r>
    </w:p>
    <w:p w14:paraId="666E2C36" w14:textId="77777777" w:rsidR="000F3658" w:rsidRDefault="0017234F">
      <w:r>
        <w:t>The adult participant also agrees to indemnify and hold the Releasees harmless from third-party claims, losses or reasonable costs arising from the participant’s own negligent or wrongful acts, breach of tournament rules, or damage caused by the participant. This indemnity is not intended to require the participant to indemnify a Releasee for that Releasee’s own gross negligence or wilful misconduct.</w:t>
      </w:r>
    </w:p>
    <w:p w14:paraId="2BA2F6E6" w14:textId="77777777" w:rsidR="000F3658" w:rsidRDefault="0017234F">
      <w:pPr>
        <w:pStyle w:val="Heading1"/>
      </w:pPr>
      <w:r>
        <w:t>8. Participants Under 18 - Parent/Guardian Consent</w:t>
      </w:r>
    </w:p>
    <w:p w14:paraId="25E6A2E2" w14:textId="77777777" w:rsidR="000F3658" w:rsidRDefault="0017234F">
      <w:r>
        <w:t>In Alberta, a person under 18 is a minor. A parent or legal guardian must sign for a minor participant. The parent/guardian confirms that they have authority to give permission for the minor to participate, have reviewed the risks described above with the minor in an age-appropriate manner, consent to the minor’s participation, and accept responsibility for ensuring the minor follows tournament rules and safety directions.</w:t>
      </w:r>
    </w:p>
    <w:p w14:paraId="1C037CF7" w14:textId="77777777" w:rsidR="000F3658" w:rsidRDefault="0017234F">
      <w:r>
        <w:t>This form does not state that a parent/guardian can waive every legal claim belonging to a minor. Any release, assumption of risk, consent or indemnity involving a minor is intended to operate only to the extent permitted by applicable Alberta law. The parent/guardian agrees to be responsible for third-party claims or property damage caused by the parent/guardian’s own wrongful acts or, to the extent permitted by law, by the minor’s wrongful acts.</w:t>
      </w:r>
    </w:p>
    <w:p w14:paraId="4CDDC06F" w14:textId="77777777" w:rsidR="000F3658" w:rsidRDefault="0017234F">
      <w:pPr>
        <w:pStyle w:val="Heading1"/>
      </w:pPr>
      <w:r>
        <w:t>9. Photography / Video - Optional Consent</w:t>
      </w:r>
    </w:p>
    <w:p w14:paraId="722C3EB5" w14:textId="77777777" w:rsidR="000F3658" w:rsidRDefault="0017234F">
      <w:r>
        <w:t>Tournament photography and video may be created for event operations, results, historical records, website content, social media, and promotion of Mac Martial Arts Club and future events. Promotional consent is optional and is not a condition of tournament participation.</w:t>
      </w:r>
    </w:p>
    <w:p w14:paraId="266EA489" w14:textId="77777777" w:rsidR="000F3658" w:rsidRDefault="0017234F">
      <w:r>
        <w:rPr>
          <w:b/>
        </w:rPr>
        <w:t xml:space="preserve">Please select one:   </w:t>
      </w:r>
      <w:r>
        <w:t>☐</w:t>
      </w:r>
      <w:r>
        <w:t xml:space="preserve"> I CONSENT to promotional use of identifiable photos/video.     ☐ I DO NOT CONSENT to promotional use.</w:t>
      </w:r>
    </w:p>
    <w:p w14:paraId="7DAADC21" w14:textId="77777777" w:rsidR="000F3658" w:rsidRDefault="0017234F">
      <w:r>
        <w:t>The organizer will make reasonable efforts to honour a refusal or withdrawal of promotional consent, recognizing that incidental crowd or background capture at a public sporting event may sometimes occur.</w:t>
      </w:r>
    </w:p>
    <w:p w14:paraId="1ECBDF51" w14:textId="77777777" w:rsidR="000F3658" w:rsidRDefault="0017234F">
      <w:pPr>
        <w:pStyle w:val="Heading1"/>
      </w:pPr>
      <w:r>
        <w:t>10. Privacy Notice</w:t>
      </w:r>
    </w:p>
    <w:p w14:paraId="0E42EDB0" w14:textId="77777777" w:rsidR="000F3658" w:rsidRDefault="0017234F">
      <w:r>
        <w:t>Mac Martial Arts Club collects the personal information on this form for reasonable purposes connected with tournament registration, division placement, participant communication, payment administration, safety, emergency response, results, and event records. Information will be used and disclosed only as reasonably necessary for those purposes or as otherwise permitted or required by law. Questions about the collection, use or disclosure of personal information may be directed to Mac Martial Arts Club thro</w:t>
      </w:r>
      <w:r>
        <w:t>ugh the contact information published at macmartialarts.ca.</w:t>
      </w:r>
    </w:p>
    <w:p w14:paraId="38A52273" w14:textId="77777777" w:rsidR="000F3658" w:rsidRDefault="0017234F">
      <w:pPr>
        <w:pStyle w:val="Heading1"/>
      </w:pPr>
      <w:r>
        <w:lastRenderedPageBreak/>
        <w:t>11. Event Changes, Rules and Removal</w:t>
      </w:r>
    </w:p>
    <w:p w14:paraId="32276162" w14:textId="77777777" w:rsidR="000F3658" w:rsidRDefault="0017234F">
      <w:r>
        <w:t>The organizer may reasonably modify schedules, divisions, rules, matchups or event procedures for safety, fairness, participation levels, venue requirements or circumstances beyond the organizer’s control. A participant may be removed from an Activity or the event for unsafe conduct, impairment, serious misconduct, or failure to follow reasonable rules or safety directions.</w:t>
      </w:r>
    </w:p>
    <w:p w14:paraId="2BCFAAA5" w14:textId="77777777" w:rsidR="000F3658" w:rsidRDefault="0017234F">
      <w:pPr>
        <w:pStyle w:val="Heading1"/>
      </w:pPr>
      <w:r>
        <w:t>12. General Legal Terms</w:t>
      </w:r>
    </w:p>
    <w:p w14:paraId="58D23EB4" w14:textId="77777777" w:rsidR="000F3658" w:rsidRDefault="0017234F">
      <w:r>
        <w:t>This Agreement is governed by the laws of the Province of Alberta and the applicable laws of Canada. Any proceeding relating to this Agreement is to be brought in Alberta before a court of competent jurisdiction, subject to any law that requires otherwise. If any provision is found invalid or unenforceable, the remaining provisions are intended to continue in effect to the extent permitted by law. This Agreement is intended to be interpreted as broadly as legally permissible without expanding any waiver bey</w:t>
      </w:r>
      <w:r>
        <w:t>ond what Alberta law allows.</w:t>
      </w:r>
    </w:p>
    <w:p w14:paraId="14BC532A" w14:textId="77777777" w:rsidR="000F3658" w:rsidRDefault="0017234F">
      <w:pPr>
        <w:pStyle w:val="Heading1"/>
      </w:pPr>
      <w:r>
        <w:t>13. Acknowledgment and Signatures</w:t>
      </w:r>
    </w:p>
    <w:p w14:paraId="17CF2895" w14:textId="77777777" w:rsidR="000F3658" w:rsidRDefault="0017234F">
      <w:r>
        <w:t>I confirm that I have read this document, understand the nature of the Activities and the risks described above, have had the opportunity to ask questions before signing, and sign voluntarily. I understand that the adult release and waiver may affect important legal rights, including the right to sue for claims within its lawful scope.</w:t>
      </w:r>
    </w:p>
    <w:tbl>
      <w:tblPr>
        <w:tblW w:w="0" w:type="auto"/>
        <w:jc w:val="center"/>
        <w:tblLook w:val="04A0" w:firstRow="1" w:lastRow="0" w:firstColumn="1" w:lastColumn="0" w:noHBand="0" w:noVBand="1"/>
      </w:tblPr>
      <w:tblGrid>
        <w:gridCol w:w="5184"/>
        <w:gridCol w:w="5184"/>
      </w:tblGrid>
      <w:tr w:rsidR="000F3658" w14:paraId="09FBBFFB" w14:textId="77777777">
        <w:trPr>
          <w:jc w:val="center"/>
        </w:trPr>
        <w:tc>
          <w:tcPr>
            <w:tcW w:w="5184" w:type="dxa"/>
            <w:vAlign w:val="center"/>
          </w:tcPr>
          <w:p w14:paraId="0154AA0F" w14:textId="77777777" w:rsidR="000F3658" w:rsidRDefault="0017234F">
            <w:r>
              <w:rPr>
                <w:sz w:val="18"/>
              </w:rPr>
              <w:t>Participant name (print): ______________________________</w:t>
            </w:r>
          </w:p>
        </w:tc>
        <w:tc>
          <w:tcPr>
            <w:tcW w:w="5184" w:type="dxa"/>
            <w:vAlign w:val="center"/>
          </w:tcPr>
          <w:p w14:paraId="280CB155" w14:textId="77777777" w:rsidR="000F3658" w:rsidRDefault="0017234F">
            <w:r>
              <w:rPr>
                <w:sz w:val="18"/>
              </w:rPr>
              <w:t>Date: __________________</w:t>
            </w:r>
          </w:p>
        </w:tc>
      </w:tr>
      <w:tr w:rsidR="000F3658" w14:paraId="1CAF7BB2" w14:textId="77777777">
        <w:trPr>
          <w:jc w:val="center"/>
        </w:trPr>
        <w:tc>
          <w:tcPr>
            <w:tcW w:w="5184" w:type="dxa"/>
            <w:vAlign w:val="center"/>
          </w:tcPr>
          <w:p w14:paraId="1A00C4B5" w14:textId="77777777" w:rsidR="000F3658" w:rsidRDefault="0017234F">
            <w:r>
              <w:rPr>
                <w:sz w:val="18"/>
              </w:rPr>
              <w:t>Adult participant signature (18+): ______________________</w:t>
            </w:r>
          </w:p>
        </w:tc>
        <w:tc>
          <w:tcPr>
            <w:tcW w:w="5184" w:type="dxa"/>
            <w:vAlign w:val="center"/>
          </w:tcPr>
          <w:p w14:paraId="2A871EA5" w14:textId="77777777" w:rsidR="000F3658" w:rsidRDefault="0017234F">
            <w:r>
              <w:rPr>
                <w:sz w:val="18"/>
              </w:rPr>
              <w:t>Date: __________________</w:t>
            </w:r>
          </w:p>
        </w:tc>
      </w:tr>
      <w:tr w:rsidR="000F3658" w14:paraId="50B0D9AD" w14:textId="77777777">
        <w:trPr>
          <w:jc w:val="center"/>
        </w:trPr>
        <w:tc>
          <w:tcPr>
            <w:tcW w:w="5184" w:type="dxa"/>
            <w:vAlign w:val="center"/>
          </w:tcPr>
          <w:p w14:paraId="13290C09" w14:textId="77777777" w:rsidR="000F3658" w:rsidRDefault="0017234F">
            <w:r>
              <w:rPr>
                <w:sz w:val="18"/>
              </w:rPr>
              <w:t>For minor - parent/guardian name (print): _______________</w:t>
            </w:r>
          </w:p>
        </w:tc>
        <w:tc>
          <w:tcPr>
            <w:tcW w:w="5184" w:type="dxa"/>
            <w:vAlign w:val="center"/>
          </w:tcPr>
          <w:p w14:paraId="28BF5F1E" w14:textId="77777777" w:rsidR="000F3658" w:rsidRDefault="0017234F">
            <w:r>
              <w:rPr>
                <w:sz w:val="18"/>
              </w:rPr>
              <w:t>Relationship: ___________</w:t>
            </w:r>
          </w:p>
        </w:tc>
      </w:tr>
      <w:tr w:rsidR="000F3658" w14:paraId="736300A6" w14:textId="77777777">
        <w:trPr>
          <w:jc w:val="center"/>
        </w:trPr>
        <w:tc>
          <w:tcPr>
            <w:tcW w:w="5184" w:type="dxa"/>
            <w:vAlign w:val="center"/>
          </w:tcPr>
          <w:p w14:paraId="2B9BA6E4" w14:textId="77777777" w:rsidR="000F3658" w:rsidRDefault="0017234F">
            <w:r>
              <w:rPr>
                <w:sz w:val="18"/>
              </w:rPr>
              <w:t>Parent/guardian signature: ______________________________</w:t>
            </w:r>
          </w:p>
        </w:tc>
        <w:tc>
          <w:tcPr>
            <w:tcW w:w="5184" w:type="dxa"/>
            <w:vAlign w:val="center"/>
          </w:tcPr>
          <w:p w14:paraId="0D5E3D51" w14:textId="77777777" w:rsidR="000F3658" w:rsidRDefault="0017234F">
            <w:r>
              <w:rPr>
                <w:sz w:val="18"/>
              </w:rPr>
              <w:t>Date: __________________</w:t>
            </w:r>
          </w:p>
        </w:tc>
      </w:tr>
      <w:tr w:rsidR="000F3658" w14:paraId="4F68D524" w14:textId="77777777">
        <w:trPr>
          <w:jc w:val="center"/>
        </w:trPr>
        <w:tc>
          <w:tcPr>
            <w:tcW w:w="5184" w:type="dxa"/>
            <w:vAlign w:val="center"/>
          </w:tcPr>
          <w:p w14:paraId="381CD14C" w14:textId="77777777" w:rsidR="000F3658" w:rsidRDefault="0017234F">
            <w:r>
              <w:rPr>
                <w:sz w:val="18"/>
              </w:rPr>
              <w:t>Minor participant signature (acknowledgment, if appropriate): ____________</w:t>
            </w:r>
          </w:p>
        </w:tc>
        <w:tc>
          <w:tcPr>
            <w:tcW w:w="5184" w:type="dxa"/>
            <w:vAlign w:val="center"/>
          </w:tcPr>
          <w:p w14:paraId="44962727" w14:textId="77777777" w:rsidR="000F3658" w:rsidRDefault="0017234F">
            <w:r>
              <w:rPr>
                <w:sz w:val="18"/>
              </w:rPr>
              <w:t>Date: __________________</w:t>
            </w:r>
          </w:p>
        </w:tc>
      </w:tr>
      <w:tr w:rsidR="000F3658" w14:paraId="363C375A" w14:textId="77777777">
        <w:trPr>
          <w:jc w:val="center"/>
        </w:trPr>
        <w:tc>
          <w:tcPr>
            <w:tcW w:w="5184" w:type="dxa"/>
            <w:vAlign w:val="center"/>
          </w:tcPr>
          <w:p w14:paraId="03C594FB" w14:textId="77777777" w:rsidR="000F3658" w:rsidRDefault="0017234F">
            <w:r>
              <w:rPr>
                <w:sz w:val="18"/>
              </w:rPr>
              <w:t>Witness name/signature (optional): ______________________</w:t>
            </w:r>
          </w:p>
        </w:tc>
        <w:tc>
          <w:tcPr>
            <w:tcW w:w="5184" w:type="dxa"/>
            <w:vAlign w:val="center"/>
          </w:tcPr>
          <w:p w14:paraId="4DF11EED" w14:textId="77777777" w:rsidR="000F3658" w:rsidRDefault="0017234F">
            <w:r>
              <w:rPr>
                <w:sz w:val="18"/>
              </w:rPr>
              <w:t>Date: __________________</w:t>
            </w:r>
          </w:p>
        </w:tc>
      </w:tr>
    </w:tbl>
    <w:p w14:paraId="3F243596" w14:textId="77777777" w:rsidR="000F3658" w:rsidRDefault="000F3658"/>
    <w:p w14:paraId="6B2896AD" w14:textId="77777777" w:rsidR="000F3658" w:rsidRDefault="0017234F">
      <w:pPr>
        <w:jc w:val="center"/>
      </w:pPr>
      <w:r>
        <w:rPr>
          <w:b/>
        </w:rPr>
        <w:t>Tournament information, divisions, rules and registration: macmartialarts.ca</w:t>
      </w:r>
    </w:p>
    <w:sectPr w:rsidR="000F3658" w:rsidSect="00034616">
      <w:footerReference w:type="default" r:id="rId8"/>
      <w:pgSz w:w="12240" w:h="15840"/>
      <w:pgMar w:top="792" w:right="936" w:bottom="792"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3048A" w14:textId="77777777" w:rsidR="0017234F" w:rsidRDefault="0017234F">
      <w:pPr>
        <w:spacing w:after="0" w:line="240" w:lineRule="auto"/>
      </w:pPr>
      <w:r>
        <w:separator/>
      </w:r>
    </w:p>
  </w:endnote>
  <w:endnote w:type="continuationSeparator" w:id="0">
    <w:p w14:paraId="112E3E65" w14:textId="77777777" w:rsidR="0017234F" w:rsidRDefault="001723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2BECB" w14:textId="77777777" w:rsidR="000F3658" w:rsidRDefault="0017234F">
    <w:pPr>
      <w:pStyle w:val="Footer"/>
      <w:jc w:val="center"/>
    </w:pPr>
    <w:r>
      <w:rPr>
        <w:sz w:val="16"/>
      </w:rPr>
      <w:t>Mac Martial Arts Tournament - 2026 Official Entry &amp; Liability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42890" w14:textId="77777777" w:rsidR="0017234F" w:rsidRDefault="0017234F">
      <w:pPr>
        <w:spacing w:after="0" w:line="240" w:lineRule="auto"/>
      </w:pPr>
      <w:r>
        <w:separator/>
      </w:r>
    </w:p>
  </w:footnote>
  <w:footnote w:type="continuationSeparator" w:id="0">
    <w:p w14:paraId="1E16864A" w14:textId="77777777" w:rsidR="0017234F" w:rsidRDefault="001723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11428994">
    <w:abstractNumId w:val="8"/>
  </w:num>
  <w:num w:numId="2" w16cid:durableId="1355957023">
    <w:abstractNumId w:val="6"/>
  </w:num>
  <w:num w:numId="3" w16cid:durableId="22556160">
    <w:abstractNumId w:val="5"/>
  </w:num>
  <w:num w:numId="4" w16cid:durableId="302079811">
    <w:abstractNumId w:val="4"/>
  </w:num>
  <w:num w:numId="5" w16cid:durableId="7559215">
    <w:abstractNumId w:val="7"/>
  </w:num>
  <w:num w:numId="6" w16cid:durableId="82184319">
    <w:abstractNumId w:val="3"/>
  </w:num>
  <w:num w:numId="7" w16cid:durableId="1473476446">
    <w:abstractNumId w:val="2"/>
  </w:num>
  <w:num w:numId="8" w16cid:durableId="329600295">
    <w:abstractNumId w:val="1"/>
  </w:num>
  <w:num w:numId="9" w16cid:durableId="1732460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F3658"/>
    <w:rsid w:val="0015074B"/>
    <w:rsid w:val="0017234F"/>
    <w:rsid w:val="0029639D"/>
    <w:rsid w:val="00326F90"/>
    <w:rsid w:val="004A6431"/>
    <w:rsid w:val="00AA1D8D"/>
    <w:rsid w:val="00B47730"/>
    <w:rsid w:val="00CB0664"/>
    <w:rsid w:val="00DF1712"/>
    <w:rsid w:val="00F366E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ED7FC5"/>
  <w14:defaultImageDpi w14:val="300"/>
  <w15:docId w15:val="{7C0CAA85-D48A-4841-B931-32A8EDE0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pPr>
    <w:rPr>
      <w:rFonts w:ascii="Arial" w:hAnsi="Arial"/>
      <w:sz w:val="19"/>
    </w:rPr>
  </w:style>
  <w:style w:type="paragraph" w:styleId="Heading1">
    <w:name w:val="heading 1"/>
    <w:basedOn w:val="Normal"/>
    <w:next w:val="Normal"/>
    <w:link w:val="Heading1Char"/>
    <w:uiPriority w:val="9"/>
    <w:qFormat/>
    <w:rsid w:val="00FC693F"/>
    <w:pPr>
      <w:keepNext/>
      <w:keepLines/>
      <w:spacing w:before="160"/>
      <w:outlineLvl w:val="0"/>
    </w:pPr>
    <w:rPr>
      <w:rFonts w:asciiTheme="majorHAnsi" w:eastAsiaTheme="majorEastAsia" w:hAnsiTheme="majorHAnsi" w:cstheme="majorBidi"/>
      <w:b/>
      <w:bCs/>
      <w:color w:val="365F91" w:themeColor="accent1" w:themeShade="BF"/>
      <w:sz w:val="2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1515</Words>
  <Characters>8640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10135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Lawrence Macaraeg</cp:lastModifiedBy>
  <cp:revision>2</cp:revision>
  <dcterms:created xsi:type="dcterms:W3CDTF">2026-08-28T00:31:00Z</dcterms:created>
  <dcterms:modified xsi:type="dcterms:W3CDTF">2026-08-28T00:31:00Z</dcterms:modified>
  <cp:category/>
</cp:coreProperties>
</file>