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9BB53" w14:textId="63A9B95D" w:rsidR="00D24A31" w:rsidRDefault="00D949B9" w:rsidP="00D24A31">
      <w:pPr>
        <w:jc w:val="center"/>
      </w:pPr>
      <w:r>
        <w:rPr>
          <w:noProof/>
        </w:rPr>
        <w:drawing>
          <wp:inline distT="0" distB="0" distL="0" distR="0" wp14:anchorId="0E6D7872" wp14:editId="06D63B33">
            <wp:extent cx="2499360" cy="2499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75B082-CF8A-4295-A139-9739985F743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0176" cy="250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C1F1C" w14:textId="7D617F9E" w:rsidR="00695306" w:rsidRDefault="00D949B9" w:rsidP="00D24A31">
      <w:pPr>
        <w:jc w:val="center"/>
      </w:pPr>
      <w:r>
        <w:rPr>
          <w:b/>
          <w:color w:val="8B0000"/>
          <w:sz w:val="40"/>
        </w:rPr>
        <w:t>Client Intake Form</w:t>
      </w:r>
    </w:p>
    <w:p w14:paraId="4AF23336" w14:textId="477EBCE7" w:rsidR="00695306" w:rsidRPr="00C3176B" w:rsidRDefault="00193321">
      <w:pPr>
        <w:rPr>
          <w:color w:val="000000" w:themeColor="text1"/>
        </w:rPr>
      </w:pPr>
      <w:r>
        <w:rPr>
          <w:color w:val="000000" w:themeColor="text1"/>
        </w:rPr>
        <w:t>Thank you for your interest in Red Cedar Legal Services. Please complete the information below so we can better understand your project and legal support needs.</w:t>
      </w:r>
    </w:p>
    <w:p w14:paraId="48A387BE" w14:textId="77777777" w:rsidR="00695306" w:rsidRDefault="00D949B9">
      <w:r>
        <w:rPr>
          <w:b/>
          <w:color w:val="8B0000"/>
          <w:sz w:val="26"/>
        </w:rPr>
        <w:t>1. Client Information</w:t>
      </w:r>
    </w:p>
    <w:p w14:paraId="449B57CB" w14:textId="63E735BA" w:rsidR="00695306" w:rsidRPr="00527BF5" w:rsidRDefault="00D949B9">
      <w:pPr>
        <w:rPr>
          <w:u w:val="single"/>
        </w:rPr>
      </w:pPr>
      <w:r>
        <w:t>Full Legal Name</w:t>
      </w:r>
      <w:r w:rsidR="00B90739">
        <w:t xml:space="preserve"> and Bar Number</w:t>
      </w:r>
      <w:r>
        <w:t>:</w:t>
      </w:r>
      <w:r>
        <w:br/>
      </w:r>
      <w:r w:rsidR="00527BF5">
        <w:rPr>
          <w:u w:val="single"/>
        </w:rPr>
        <w:tab/>
      </w:r>
      <w:r w:rsidR="00527BF5">
        <w:rPr>
          <w:u w:val="single"/>
        </w:rPr>
        <w:tab/>
      </w:r>
      <w:r w:rsidR="00527BF5">
        <w:rPr>
          <w:u w:val="single"/>
        </w:rPr>
        <w:tab/>
      </w:r>
      <w:r w:rsidR="00527BF5">
        <w:rPr>
          <w:u w:val="single"/>
        </w:rPr>
        <w:tab/>
      </w:r>
      <w:r w:rsidR="00527BF5">
        <w:rPr>
          <w:u w:val="single"/>
        </w:rPr>
        <w:tab/>
      </w:r>
    </w:p>
    <w:p w14:paraId="1683E36F" w14:textId="5A0392F9" w:rsidR="00695306" w:rsidRPr="0094587D" w:rsidRDefault="0094587D">
      <w:pPr>
        <w:rPr>
          <w:u w:val="single"/>
        </w:rPr>
      </w:pPr>
      <w:r>
        <w:t>Law Firm/Company Name (if applicable):</w:t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CB8E740" w14:textId="0E5D9CCB" w:rsidR="00695306" w:rsidRPr="00C1302F" w:rsidRDefault="00D949B9">
      <w:pPr>
        <w:rPr>
          <w:u w:val="single"/>
        </w:rPr>
      </w:pPr>
      <w:r>
        <w:t>Address:</w:t>
      </w:r>
      <w:r>
        <w:br/>
      </w:r>
      <w:r w:rsidR="00C1302F">
        <w:rPr>
          <w:u w:val="single"/>
        </w:rPr>
        <w:tab/>
      </w:r>
      <w:r w:rsidR="00C1302F">
        <w:rPr>
          <w:u w:val="single"/>
        </w:rPr>
        <w:tab/>
      </w:r>
      <w:r w:rsidR="00C1302F">
        <w:rPr>
          <w:u w:val="single"/>
        </w:rPr>
        <w:tab/>
      </w:r>
      <w:r w:rsidR="00C1302F">
        <w:rPr>
          <w:u w:val="single"/>
        </w:rPr>
        <w:tab/>
      </w:r>
      <w:r w:rsidR="00C1302F">
        <w:rPr>
          <w:u w:val="single"/>
        </w:rPr>
        <w:tab/>
      </w:r>
    </w:p>
    <w:p w14:paraId="3C8C587E" w14:textId="76784CF6" w:rsidR="00695306" w:rsidRPr="00C1302F" w:rsidRDefault="00D949B9">
      <w:pPr>
        <w:rPr>
          <w:u w:val="single"/>
        </w:rPr>
      </w:pPr>
      <w:r>
        <w:t>Phone Number:</w:t>
      </w:r>
      <w:r>
        <w:br/>
      </w:r>
      <w:r w:rsidR="00C1302F">
        <w:rPr>
          <w:u w:val="single"/>
        </w:rPr>
        <w:tab/>
      </w:r>
      <w:r w:rsidR="00C1302F">
        <w:rPr>
          <w:u w:val="single"/>
        </w:rPr>
        <w:tab/>
      </w:r>
      <w:r w:rsidR="00C1302F">
        <w:rPr>
          <w:u w:val="single"/>
        </w:rPr>
        <w:tab/>
      </w:r>
      <w:r w:rsidR="00C1302F">
        <w:rPr>
          <w:u w:val="single"/>
        </w:rPr>
        <w:tab/>
      </w:r>
      <w:r w:rsidR="00C1302F">
        <w:rPr>
          <w:u w:val="single"/>
        </w:rPr>
        <w:tab/>
      </w:r>
    </w:p>
    <w:p w14:paraId="6F2BB63B" w14:textId="2354B963" w:rsidR="00695306" w:rsidRPr="00C1302F" w:rsidRDefault="00D949B9">
      <w:pPr>
        <w:rPr>
          <w:u w:val="single"/>
        </w:rPr>
      </w:pPr>
      <w:r>
        <w:t>Email Address:</w:t>
      </w:r>
      <w:r>
        <w:br/>
      </w:r>
      <w:r w:rsidR="00C1302F">
        <w:rPr>
          <w:u w:val="single"/>
        </w:rPr>
        <w:tab/>
      </w:r>
      <w:r w:rsidR="00C1302F">
        <w:rPr>
          <w:u w:val="single"/>
        </w:rPr>
        <w:tab/>
      </w:r>
      <w:r w:rsidR="00C1302F">
        <w:rPr>
          <w:u w:val="single"/>
        </w:rPr>
        <w:tab/>
      </w:r>
      <w:r w:rsidR="00C1302F">
        <w:rPr>
          <w:u w:val="single"/>
        </w:rPr>
        <w:tab/>
      </w:r>
      <w:r w:rsidR="00C1302F">
        <w:rPr>
          <w:u w:val="single"/>
        </w:rPr>
        <w:tab/>
      </w:r>
    </w:p>
    <w:p w14:paraId="49A02B89" w14:textId="5ADEED61" w:rsidR="00C77F46" w:rsidRPr="00E36B30" w:rsidRDefault="00D949B9" w:rsidP="00C77F46">
      <w:pPr>
        <w:spacing w:after="0" w:line="240" w:lineRule="auto"/>
        <w:rPr>
          <w:rFonts w:eastAsia="Times New Roman" w:cs="Segoe UI Symbol"/>
        </w:rPr>
      </w:pPr>
      <w:r>
        <w:t>Preferred Method of Communication:</w:t>
      </w:r>
      <w:r>
        <w:br/>
      </w: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1434668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3E50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E36B30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E36B30">
        <w:rPr>
          <w:rFonts w:eastAsia="Times New Roman" w:cs="Segoe UI Symbol"/>
        </w:rPr>
        <w:t>Phone</w:t>
      </w:r>
    </w:p>
    <w:p w14:paraId="3CF4BE0B" w14:textId="5E233192" w:rsidR="0070557F" w:rsidRPr="00E36B30" w:rsidRDefault="00000000" w:rsidP="00C77F46">
      <w:pPr>
        <w:spacing w:after="0" w:line="240" w:lineRule="auto"/>
        <w:rPr>
          <w:rFonts w:eastAsia="Times New Roman" w:cs="Segoe UI Symbol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516996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3E50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E36B30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E36B30">
        <w:rPr>
          <w:rFonts w:eastAsia="Times New Roman" w:cs="Segoe UI Symbol"/>
        </w:rPr>
        <w:t>Email</w:t>
      </w:r>
    </w:p>
    <w:p w14:paraId="7AFAFB2D" w14:textId="04563A53" w:rsidR="00695306" w:rsidRDefault="00000000" w:rsidP="000C2EF1">
      <w:pPr>
        <w:spacing w:after="0" w:line="240" w:lineRule="auto"/>
        <w:rPr>
          <w:rFonts w:eastAsia="Times New Roman" w:cs="Segoe UI Symbol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1567917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3E50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E36B30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E36B30">
        <w:rPr>
          <w:rFonts w:eastAsia="Times New Roman" w:cs="Segoe UI Symbol"/>
        </w:rPr>
        <w:t>Text</w:t>
      </w:r>
    </w:p>
    <w:p w14:paraId="49C5FDE1" w14:textId="77777777" w:rsidR="000C2EF1" w:rsidRPr="000C2EF1" w:rsidRDefault="000C2EF1" w:rsidP="000C2EF1">
      <w:pPr>
        <w:spacing w:after="0" w:line="240" w:lineRule="auto"/>
        <w:rPr>
          <w:rFonts w:eastAsia="Times New Roman" w:cs="Segoe UI Symbol"/>
        </w:rPr>
      </w:pPr>
    </w:p>
    <w:p w14:paraId="0982F665" w14:textId="32D76F66" w:rsidR="00695306" w:rsidRDefault="00D949B9">
      <w:r>
        <w:rPr>
          <w:b/>
          <w:color w:val="8B0000"/>
          <w:sz w:val="26"/>
        </w:rPr>
        <w:t xml:space="preserve">2. </w:t>
      </w:r>
      <w:r w:rsidR="000C2EF1">
        <w:rPr>
          <w:b/>
          <w:color w:val="8B0000"/>
          <w:sz w:val="26"/>
        </w:rPr>
        <w:t>Matter Information</w:t>
      </w:r>
    </w:p>
    <w:p w14:paraId="6D0CFAC4" w14:textId="127ACDAC" w:rsidR="00881CDE" w:rsidRPr="003B2B61" w:rsidRDefault="000C2EF1" w:rsidP="00C40E3C">
      <w:pPr>
        <w:spacing w:after="0" w:line="240" w:lineRule="auto"/>
        <w:rPr>
          <w:rFonts w:eastAsia="Times New Roman" w:cs="Segoe UI Symbol"/>
        </w:rPr>
      </w:pPr>
      <w:r>
        <w:lastRenderedPageBreak/>
        <w:t>Practice Area:</w:t>
      </w:r>
      <w:r>
        <w:br/>
      </w: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750934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16CC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3B2B61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3B2B61">
        <w:rPr>
          <w:rFonts w:eastAsia="Times New Roman" w:cs="Segoe UI Symbol"/>
        </w:rPr>
        <w:t>Personal Injury</w:t>
      </w:r>
    </w:p>
    <w:p w14:paraId="1A9D3A90" w14:textId="396A0331" w:rsidR="00C40E3C" w:rsidRDefault="00000000" w:rsidP="00C40E3C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4392996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014A8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6F111D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D0183B">
        <w:rPr>
          <w:rFonts w:eastAsia="Times New Roman" w:cs="Segoe UI Symbol"/>
        </w:rPr>
        <w:t>Civil Litigation</w:t>
      </w:r>
    </w:p>
    <w:p w14:paraId="34F0ED72" w14:textId="45DFB92D" w:rsidR="00C40E3C" w:rsidRDefault="00000000" w:rsidP="00C40E3C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1223515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014A8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D0183B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D0183B">
        <w:rPr>
          <w:rFonts w:eastAsia="Times New Roman" w:cs="Segoe UI Symbol"/>
        </w:rPr>
        <w:t>Corporate/Business</w:t>
      </w:r>
    </w:p>
    <w:p w14:paraId="684B99E2" w14:textId="1CCE8250" w:rsidR="00C40E3C" w:rsidRDefault="00000000" w:rsidP="00C40E3C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12366249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111D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5362BC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5362BC">
        <w:rPr>
          <w:rFonts w:eastAsia="Times New Roman" w:cs="Segoe UI Symbol"/>
        </w:rPr>
        <w:t>Probate/Estate Planning</w:t>
      </w:r>
    </w:p>
    <w:p w14:paraId="12F9EC5A" w14:textId="772996AD" w:rsidR="00C40E3C" w:rsidRDefault="00000000" w:rsidP="00C40E3C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1374909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111D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5362BC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5362BC">
        <w:rPr>
          <w:rFonts w:eastAsia="Times New Roman" w:cs="Segoe UI Symbol"/>
        </w:rPr>
        <w:t>Family Law</w:t>
      </w:r>
    </w:p>
    <w:p w14:paraId="6D5E4352" w14:textId="4E57C213" w:rsidR="00C40E3C" w:rsidRDefault="00000000" w:rsidP="00C40E3C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2933711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033F2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5362BC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5362BC">
        <w:rPr>
          <w:rFonts w:eastAsia="Times New Roman" w:cs="Segoe UI Symbol"/>
        </w:rPr>
        <w:t>Employment Law</w:t>
      </w:r>
    </w:p>
    <w:p w14:paraId="43F178AC" w14:textId="111B1D57" w:rsidR="00C40E3C" w:rsidRDefault="00000000" w:rsidP="00C40E3C">
      <w:pPr>
        <w:spacing w:after="0" w:line="240" w:lineRule="auto"/>
        <w:rPr>
          <w:rFonts w:eastAsia="Times New Roman" w:cs="Segoe UI Symbol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2684409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033F2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5362BC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5362BC">
        <w:rPr>
          <w:rFonts w:eastAsia="Times New Roman" w:cs="Segoe UI Symbol"/>
        </w:rPr>
        <w:t xml:space="preserve">Other: </w:t>
      </w:r>
      <w:r w:rsidR="00732A09">
        <w:rPr>
          <w:rFonts w:eastAsia="Times New Roman" w:cs="Segoe UI Symbol"/>
          <w:u w:val="single"/>
        </w:rPr>
        <w:tab/>
      </w:r>
      <w:r w:rsidR="00732A09">
        <w:rPr>
          <w:rFonts w:eastAsia="Times New Roman" w:cs="Segoe UI Symbol"/>
          <w:u w:val="single"/>
        </w:rPr>
        <w:tab/>
      </w:r>
      <w:r w:rsidR="00732A09">
        <w:rPr>
          <w:rFonts w:eastAsia="Times New Roman" w:cs="Segoe UI Symbol"/>
          <w:u w:val="single"/>
        </w:rPr>
        <w:tab/>
      </w:r>
    </w:p>
    <w:p w14:paraId="65DCC782" w14:textId="77777777" w:rsidR="00732A09" w:rsidRPr="00732A09" w:rsidRDefault="00732A09" w:rsidP="00C40E3C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</w:p>
    <w:p w14:paraId="48ACD88D" w14:textId="56575C26" w:rsidR="00695306" w:rsidRPr="008727D8" w:rsidRDefault="00732A09">
      <w:pPr>
        <w:rPr>
          <w:u w:val="single"/>
        </w:rPr>
      </w:pPr>
      <w:r>
        <w:t>Matter/Case Name:</w:t>
      </w:r>
      <w:r>
        <w:br/>
      </w:r>
      <w:r w:rsidR="008727D8">
        <w:rPr>
          <w:u w:val="single"/>
        </w:rPr>
        <w:tab/>
      </w:r>
      <w:r w:rsidR="008727D8">
        <w:rPr>
          <w:u w:val="single"/>
        </w:rPr>
        <w:tab/>
      </w:r>
      <w:r w:rsidR="008727D8">
        <w:rPr>
          <w:u w:val="single"/>
        </w:rPr>
        <w:tab/>
      </w:r>
      <w:r w:rsidR="008727D8">
        <w:rPr>
          <w:u w:val="single"/>
        </w:rPr>
        <w:tab/>
      </w:r>
      <w:r w:rsidR="008727D8">
        <w:rPr>
          <w:u w:val="single"/>
        </w:rPr>
        <w:tab/>
      </w:r>
    </w:p>
    <w:p w14:paraId="29FC692D" w14:textId="0CA5573E" w:rsidR="00695306" w:rsidRPr="00D843EC" w:rsidRDefault="007A22E4">
      <w:pPr>
        <w:rPr>
          <w:u w:val="single"/>
        </w:rPr>
      </w:pPr>
      <w:r>
        <w:t>Jurisdiction/State:</w:t>
      </w:r>
      <w:r>
        <w:br/>
      </w:r>
      <w:r w:rsidR="00D843EC">
        <w:rPr>
          <w:u w:val="single"/>
        </w:rPr>
        <w:tab/>
      </w:r>
      <w:r w:rsidR="00D843EC">
        <w:rPr>
          <w:u w:val="single"/>
        </w:rPr>
        <w:tab/>
      </w:r>
      <w:r w:rsidR="00D843EC">
        <w:rPr>
          <w:u w:val="single"/>
        </w:rPr>
        <w:tab/>
      </w:r>
      <w:r w:rsidR="00D843EC">
        <w:rPr>
          <w:u w:val="single"/>
        </w:rPr>
        <w:tab/>
      </w:r>
      <w:r w:rsidR="00D843EC">
        <w:rPr>
          <w:u w:val="single"/>
        </w:rPr>
        <w:tab/>
      </w:r>
    </w:p>
    <w:p w14:paraId="79A60B27" w14:textId="4DB950DE" w:rsidR="00695306" w:rsidRDefault="00D949B9" w:rsidP="008727D8">
      <w:pPr>
        <w:rPr>
          <w:u w:val="single"/>
        </w:rPr>
      </w:pPr>
      <w:r>
        <w:t>Re</w:t>
      </w:r>
      <w:r w:rsidR="007A22E4">
        <w:t>levant Upcoming Deadlines or Trial Date</w:t>
      </w:r>
      <w:r>
        <w:t>:</w:t>
      </w:r>
      <w:r>
        <w:br/>
      </w:r>
      <w:r w:rsidR="00D843EC">
        <w:rPr>
          <w:u w:val="single"/>
        </w:rPr>
        <w:tab/>
      </w:r>
      <w:r w:rsidR="00D843EC">
        <w:rPr>
          <w:u w:val="single"/>
        </w:rPr>
        <w:tab/>
      </w:r>
      <w:r w:rsidR="00D843EC">
        <w:rPr>
          <w:u w:val="single"/>
        </w:rPr>
        <w:tab/>
      </w:r>
      <w:r w:rsidR="00D843EC">
        <w:rPr>
          <w:u w:val="single"/>
        </w:rPr>
        <w:tab/>
      </w:r>
      <w:r w:rsidR="00D843EC">
        <w:rPr>
          <w:u w:val="single"/>
        </w:rPr>
        <w:tab/>
      </w:r>
    </w:p>
    <w:p w14:paraId="580CD84A" w14:textId="75A3091E" w:rsidR="00D843EC" w:rsidRDefault="00D843EC" w:rsidP="008727D8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BB34231" w14:textId="6B0E1971" w:rsidR="00D843EC" w:rsidRDefault="00D843EC" w:rsidP="008727D8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F50F8E6" w14:textId="1B9FC58F" w:rsidR="00D843EC" w:rsidRPr="00D843EC" w:rsidRDefault="00D843EC" w:rsidP="008727D8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206C8FB" w14:textId="3ADA3C50" w:rsidR="00695306" w:rsidRDefault="00D949B9">
      <w:r>
        <w:rPr>
          <w:b/>
          <w:color w:val="8B0000"/>
          <w:sz w:val="26"/>
        </w:rPr>
        <w:t xml:space="preserve">3. </w:t>
      </w:r>
      <w:r w:rsidR="00E01AEA">
        <w:rPr>
          <w:b/>
          <w:color w:val="8B0000"/>
          <w:sz w:val="26"/>
        </w:rPr>
        <w:t>Services Requested</w:t>
      </w:r>
    </w:p>
    <w:p w14:paraId="05CA21DD" w14:textId="77777777" w:rsidR="00425386" w:rsidRDefault="00425386">
      <w:r>
        <w:t>Please select all services needed:</w:t>
      </w:r>
    </w:p>
    <w:p w14:paraId="1BD49060" w14:textId="08EB56C7" w:rsidR="00064C3C" w:rsidRPr="00AC0A9B" w:rsidRDefault="00000000" w:rsidP="00064C3C">
      <w:pPr>
        <w:spacing w:after="0" w:line="240" w:lineRule="auto"/>
        <w:rPr>
          <w:rFonts w:eastAsia="Times New Roman" w:cs="Segoe UI Symbol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262734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3500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AC0A9B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AC0A9B">
        <w:rPr>
          <w:rFonts w:eastAsia="Times New Roman" w:cs="Segoe UI Symbol"/>
        </w:rPr>
        <w:t>Discovery Organization</w:t>
      </w:r>
    </w:p>
    <w:p w14:paraId="1BE43EE9" w14:textId="3266E9A8" w:rsidR="00064C3C" w:rsidRDefault="00000000" w:rsidP="00064C3C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7050162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3500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DC4CA7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DC4CA7">
        <w:rPr>
          <w:rFonts w:eastAsia="Times New Roman" w:cs="Segoe UI Symbol"/>
        </w:rPr>
        <w:t>Drafting Support</w:t>
      </w:r>
    </w:p>
    <w:p w14:paraId="2615A628" w14:textId="10D096D0" w:rsidR="00064C3C" w:rsidRDefault="00000000" w:rsidP="00064C3C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1567496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3500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DC4CA7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DC4CA7">
        <w:rPr>
          <w:rFonts w:eastAsia="Times New Roman" w:cs="Segoe UI Symbol"/>
        </w:rPr>
        <w:t>Trial Preparation Assistance</w:t>
      </w:r>
    </w:p>
    <w:p w14:paraId="3D5867A7" w14:textId="250D4F78" w:rsidR="00064C3C" w:rsidRDefault="00000000" w:rsidP="00064C3C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755518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3500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DC4CA7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B0017A">
        <w:rPr>
          <w:rFonts w:eastAsia="Times New Roman" w:cs="Segoe UI Symbol"/>
        </w:rPr>
        <w:t>Document Review &amp; Organization</w:t>
      </w:r>
    </w:p>
    <w:p w14:paraId="432D6DF4" w14:textId="2C105C4E" w:rsidR="00064C3C" w:rsidRDefault="00000000" w:rsidP="00064C3C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2687795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3500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B0017A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B0017A">
        <w:rPr>
          <w:rFonts w:eastAsia="Times New Roman" w:cs="Segoe UI Symbol"/>
        </w:rPr>
        <w:t>Medical Record Organization</w:t>
      </w:r>
    </w:p>
    <w:p w14:paraId="4F6DD3B8" w14:textId="54ECFFCD" w:rsidR="00064C3C" w:rsidRDefault="00000000" w:rsidP="00064C3C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20755464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392F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B0017A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B0017A">
        <w:rPr>
          <w:rFonts w:eastAsia="Times New Roman" w:cs="Segoe UI Symbol"/>
        </w:rPr>
        <w:t>E-Filing Assistance</w:t>
      </w:r>
    </w:p>
    <w:p w14:paraId="79302E33" w14:textId="763CDBA2" w:rsidR="00064C3C" w:rsidRDefault="00000000" w:rsidP="00064C3C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21389179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392F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B0017A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B0017A">
        <w:rPr>
          <w:rFonts w:eastAsia="Times New Roman" w:cs="Segoe UI Symbol"/>
        </w:rPr>
        <w:t>Corporate Filings</w:t>
      </w:r>
    </w:p>
    <w:p w14:paraId="697CF4B7" w14:textId="543A1188" w:rsidR="00064C3C" w:rsidRDefault="00000000" w:rsidP="00064C3C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1720703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392F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B0017A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B0017A">
        <w:rPr>
          <w:rFonts w:eastAsia="Times New Roman" w:cs="Segoe UI Symbol"/>
        </w:rPr>
        <w:t>Entity Management</w:t>
      </w:r>
    </w:p>
    <w:p w14:paraId="192961C1" w14:textId="7EA64DEC" w:rsidR="00064C3C" w:rsidRDefault="00000000" w:rsidP="00064C3C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6694884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01F7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B0017A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B0017A">
        <w:rPr>
          <w:rFonts w:eastAsia="Times New Roman" w:cs="Segoe UI Symbol"/>
        </w:rPr>
        <w:t>Legal Operations Support</w:t>
      </w:r>
    </w:p>
    <w:p w14:paraId="35188459" w14:textId="4C8805BB" w:rsidR="00AC0A9B" w:rsidRDefault="00000000" w:rsidP="00064C3C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6314802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01F7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B0017A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B0017A">
        <w:rPr>
          <w:rFonts w:eastAsia="Times New Roman" w:cs="Segoe UI Symbol"/>
        </w:rPr>
        <w:t>Administrative Legal Support</w:t>
      </w:r>
    </w:p>
    <w:p w14:paraId="32A8157D" w14:textId="7454F338" w:rsidR="00695306" w:rsidRDefault="00000000" w:rsidP="00E14852">
      <w:pPr>
        <w:spacing w:after="0" w:line="240" w:lineRule="auto"/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8207825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01F7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B0017A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B0017A">
        <w:rPr>
          <w:rFonts w:eastAsia="Times New Roman" w:cs="Segoe UI Symbol"/>
        </w:rPr>
        <w:t>Other:</w:t>
      </w:r>
      <w:r w:rsidR="00E14852">
        <w:rPr>
          <w:rFonts w:eastAsia="Times New Roman" w:cs="Segoe UI Symbol"/>
          <w:u w:val="single"/>
        </w:rPr>
        <w:tab/>
      </w:r>
      <w:r w:rsidR="00E14852">
        <w:rPr>
          <w:rFonts w:eastAsia="Times New Roman" w:cs="Segoe UI Symbol"/>
          <w:u w:val="single"/>
        </w:rPr>
        <w:tab/>
      </w:r>
      <w:r w:rsidR="00E14852">
        <w:rPr>
          <w:rFonts w:eastAsia="Times New Roman" w:cs="Segoe UI Symbol"/>
          <w:u w:val="single"/>
        </w:rPr>
        <w:tab/>
      </w:r>
      <w:r w:rsidR="00E14852">
        <w:rPr>
          <w:rFonts w:eastAsia="Times New Roman" w:cs="Segoe UI Symbol"/>
          <w:u w:val="single"/>
        </w:rPr>
        <w:tab/>
      </w:r>
      <w:r w:rsidR="00E14852">
        <w:rPr>
          <w:rFonts w:eastAsia="Times New Roman" w:cs="Segoe UI Symbol"/>
          <w:u w:val="single"/>
        </w:rPr>
        <w:tab/>
      </w:r>
      <w:r w:rsidR="00AC0A9B">
        <w:br/>
      </w:r>
    </w:p>
    <w:p w14:paraId="6F37A18F" w14:textId="77777777" w:rsidR="00BD268E" w:rsidRDefault="00BD268E" w:rsidP="00E14852">
      <w:pPr>
        <w:spacing w:after="0" w:line="240" w:lineRule="auto"/>
      </w:pPr>
    </w:p>
    <w:p w14:paraId="121A9AE4" w14:textId="77777777" w:rsidR="00BD268E" w:rsidRDefault="00BD268E" w:rsidP="00E14852">
      <w:pPr>
        <w:spacing w:after="0" w:line="240" w:lineRule="auto"/>
      </w:pPr>
    </w:p>
    <w:p w14:paraId="33E10CE4" w14:textId="77777777" w:rsidR="00BD268E" w:rsidRDefault="00BD268E" w:rsidP="00E14852">
      <w:pPr>
        <w:spacing w:after="0" w:line="240" w:lineRule="auto"/>
      </w:pPr>
    </w:p>
    <w:p w14:paraId="4C4A2751" w14:textId="77777777" w:rsidR="00BD268E" w:rsidRDefault="00BD268E" w:rsidP="00E14852">
      <w:pPr>
        <w:spacing w:after="0" w:line="240" w:lineRule="auto"/>
      </w:pPr>
    </w:p>
    <w:p w14:paraId="6863175D" w14:textId="77777777" w:rsidR="00BD268E" w:rsidRDefault="00BD268E" w:rsidP="00E14852">
      <w:pPr>
        <w:spacing w:after="0" w:line="240" w:lineRule="auto"/>
      </w:pPr>
    </w:p>
    <w:p w14:paraId="35A032BC" w14:textId="77777777" w:rsidR="00BD268E" w:rsidRDefault="00BD268E" w:rsidP="00E14852">
      <w:pPr>
        <w:spacing w:after="0" w:line="240" w:lineRule="auto"/>
      </w:pPr>
    </w:p>
    <w:p w14:paraId="3E5A9734" w14:textId="77777777" w:rsidR="00BD268E" w:rsidRDefault="00BD268E" w:rsidP="00E14852">
      <w:pPr>
        <w:spacing w:after="0" w:line="240" w:lineRule="auto"/>
      </w:pPr>
    </w:p>
    <w:p w14:paraId="03AFC2AF" w14:textId="77777777" w:rsidR="00BD268E" w:rsidRDefault="00BD268E" w:rsidP="00E14852">
      <w:pPr>
        <w:spacing w:after="0" w:line="240" w:lineRule="auto"/>
      </w:pPr>
    </w:p>
    <w:p w14:paraId="76A89055" w14:textId="77777777" w:rsidR="007C01F7" w:rsidRDefault="007C01F7" w:rsidP="00E14852">
      <w:pPr>
        <w:spacing w:after="0" w:line="240" w:lineRule="auto"/>
      </w:pPr>
    </w:p>
    <w:p w14:paraId="2543C7C4" w14:textId="77777777" w:rsidR="00BD268E" w:rsidRDefault="00BD268E" w:rsidP="00E14852">
      <w:pPr>
        <w:spacing w:after="0" w:line="240" w:lineRule="auto"/>
      </w:pPr>
    </w:p>
    <w:p w14:paraId="754D3D24" w14:textId="4C3FF862" w:rsidR="00695306" w:rsidRDefault="00D949B9">
      <w:r>
        <w:rPr>
          <w:b/>
          <w:color w:val="8B0000"/>
          <w:sz w:val="26"/>
        </w:rPr>
        <w:t xml:space="preserve">4. </w:t>
      </w:r>
      <w:r w:rsidR="00BD268E">
        <w:rPr>
          <w:b/>
          <w:color w:val="8B0000"/>
          <w:sz w:val="26"/>
        </w:rPr>
        <w:t>Project Details</w:t>
      </w:r>
    </w:p>
    <w:p w14:paraId="2F2F7B06" w14:textId="6CB2FB97" w:rsidR="00695306" w:rsidRPr="00D65768" w:rsidRDefault="00571904" w:rsidP="00C73615">
      <w:pPr>
        <w:spacing w:after="0" w:line="360" w:lineRule="auto"/>
        <w:rPr>
          <w:u w:val="single"/>
        </w:rPr>
      </w:pPr>
      <w:r>
        <w:t>Please briefly describe the project, matter, or support requested:</w:t>
      </w:r>
      <w:r>
        <w:br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  <w:r w:rsidR="00D65768">
        <w:rPr>
          <w:u w:val="single"/>
        </w:rPr>
        <w:tab/>
      </w:r>
    </w:p>
    <w:p w14:paraId="5D399DEB" w14:textId="77777777" w:rsidR="00C73615" w:rsidRDefault="00C73615"/>
    <w:p w14:paraId="4DEE39A6" w14:textId="1BD9BB6B" w:rsidR="00695306" w:rsidRDefault="00D949B9">
      <w:r>
        <w:rPr>
          <w:b/>
          <w:color w:val="8B0000"/>
          <w:sz w:val="26"/>
        </w:rPr>
        <w:t xml:space="preserve">5. </w:t>
      </w:r>
      <w:r w:rsidR="00DF1075">
        <w:rPr>
          <w:b/>
          <w:color w:val="8B0000"/>
          <w:sz w:val="26"/>
        </w:rPr>
        <w:t>Timeline</w:t>
      </w:r>
    </w:p>
    <w:p w14:paraId="472662B5" w14:textId="278FD72B" w:rsidR="00695306" w:rsidRDefault="00DF1075" w:rsidP="001936D2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  <w:r>
        <w:t>Requested Turnaround Time:</w:t>
      </w:r>
      <w:r>
        <w:br/>
      </w: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162398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724E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6C051E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6C051E">
        <w:t>Rush (24-48 Hours)</w:t>
      </w:r>
    </w:p>
    <w:p w14:paraId="64FA69B1" w14:textId="2F13D99B" w:rsidR="001936D2" w:rsidRDefault="00000000" w:rsidP="001936D2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1449696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724E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6C051E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6C051E">
        <w:t>Within 1 Week</w:t>
      </w:r>
    </w:p>
    <w:p w14:paraId="63EE1541" w14:textId="0E4CB04B" w:rsidR="001936D2" w:rsidRDefault="00000000" w:rsidP="001936D2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901557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724E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6C051E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6C051E">
        <w:t>Flexible Timeline</w:t>
      </w:r>
    </w:p>
    <w:p w14:paraId="398F2AC7" w14:textId="77777777" w:rsidR="006C051E" w:rsidRDefault="006C051E" w:rsidP="001936D2">
      <w:pPr>
        <w:spacing w:after="0" w:line="240" w:lineRule="auto"/>
      </w:pPr>
    </w:p>
    <w:p w14:paraId="5A29955F" w14:textId="77777777" w:rsidR="0051378A" w:rsidRDefault="005072F9" w:rsidP="0051378A">
      <w:pPr>
        <w:spacing w:after="0" w:line="240" w:lineRule="auto"/>
      </w:pPr>
      <w:r>
        <w:t>Estimated Project Duration:</w:t>
      </w:r>
    </w:p>
    <w:p w14:paraId="4A894533" w14:textId="1897B021" w:rsidR="0051378A" w:rsidRDefault="00000000" w:rsidP="0051378A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616911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724E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925806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925806">
        <w:t>One-Time Project</w:t>
      </w:r>
    </w:p>
    <w:p w14:paraId="4FCEC21D" w14:textId="27879CD0" w:rsidR="0051378A" w:rsidRDefault="00000000" w:rsidP="0051378A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641580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724E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925806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925806">
        <w:t>Ongoing Support</w:t>
      </w:r>
    </w:p>
    <w:p w14:paraId="48FD063F" w14:textId="26B92330" w:rsidR="0051378A" w:rsidRDefault="00000000" w:rsidP="0051378A">
      <w:pPr>
        <w:spacing w:after="0" w:line="240" w:lineRule="auto"/>
        <w:rPr>
          <w:rFonts w:ascii="Segoe UI Symbol" w:eastAsia="Times New Roman" w:hAnsi="Segoe UI Symbol" w:cs="Segoe UI Symbol"/>
          <w:sz w:val="28"/>
          <w:szCs w:val="28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15684583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724E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925806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925806">
        <w:t>Unsure</w:t>
      </w:r>
    </w:p>
    <w:p w14:paraId="74C54DA9" w14:textId="09E76023" w:rsidR="00695306" w:rsidRDefault="00695306" w:rsidP="00D57945">
      <w:pPr>
        <w:spacing w:after="0" w:line="240" w:lineRule="auto"/>
      </w:pPr>
    </w:p>
    <w:p w14:paraId="504147A7" w14:textId="02281F00" w:rsidR="00695306" w:rsidRDefault="00D949B9">
      <w:r>
        <w:rPr>
          <w:b/>
          <w:color w:val="8B0000"/>
          <w:sz w:val="26"/>
        </w:rPr>
        <w:t xml:space="preserve">6. </w:t>
      </w:r>
      <w:r w:rsidR="003B18CB">
        <w:rPr>
          <w:b/>
          <w:color w:val="8B0000"/>
          <w:sz w:val="26"/>
        </w:rPr>
        <w:t>Filing Sharing Preferences</w:t>
      </w:r>
    </w:p>
    <w:p w14:paraId="4DF18D78" w14:textId="045E0A2D" w:rsidR="00C81992" w:rsidRDefault="003B18CB" w:rsidP="00C81992">
      <w:pPr>
        <w:spacing w:after="0" w:line="240" w:lineRule="auto"/>
      </w:pPr>
      <w:r>
        <w:t>How will documents/files be shared</w:t>
      </w:r>
      <w:r w:rsidR="006B30E7">
        <w:t>?</w:t>
      </w:r>
      <w:r>
        <w:br/>
      </w: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18163205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724E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C81992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C81992">
        <w:t>Email</w:t>
      </w:r>
    </w:p>
    <w:p w14:paraId="79AD8EF7" w14:textId="0C932779" w:rsidR="00C81992" w:rsidRDefault="00000000" w:rsidP="00C81992">
      <w:pPr>
        <w:spacing w:after="0" w:line="240" w:lineRule="auto"/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642669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724E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C81992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730486">
        <w:t>Google Drive</w:t>
      </w:r>
    </w:p>
    <w:p w14:paraId="135BBFE6" w14:textId="58353731" w:rsidR="00C81992" w:rsidRDefault="00000000" w:rsidP="00C81992">
      <w:pPr>
        <w:spacing w:after="0" w:line="240" w:lineRule="auto"/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4370581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724E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C81992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730486">
        <w:t>Dropbox</w:t>
      </w:r>
    </w:p>
    <w:p w14:paraId="1A560671" w14:textId="18DFAE7A" w:rsidR="00C81992" w:rsidRDefault="00000000" w:rsidP="00C81992">
      <w:pPr>
        <w:spacing w:after="0" w:line="240" w:lineRule="auto"/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19578294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724E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C81992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730486">
        <w:t>OneDrive</w:t>
      </w:r>
    </w:p>
    <w:p w14:paraId="68247ACC" w14:textId="6B0AD023" w:rsidR="00C81992" w:rsidRDefault="00000000" w:rsidP="00C81992">
      <w:pPr>
        <w:spacing w:after="0" w:line="240" w:lineRule="auto"/>
        <w:rPr>
          <w:u w:val="single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12517055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724E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C81992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730486">
        <w:t>Other:</w:t>
      </w:r>
      <w:r w:rsidR="00733407">
        <w:rPr>
          <w:u w:val="single"/>
        </w:rPr>
        <w:tab/>
      </w:r>
      <w:r w:rsidR="00733407">
        <w:rPr>
          <w:u w:val="single"/>
        </w:rPr>
        <w:tab/>
      </w:r>
      <w:r w:rsidR="00733407">
        <w:rPr>
          <w:u w:val="single"/>
        </w:rPr>
        <w:tab/>
      </w:r>
    </w:p>
    <w:p w14:paraId="51CE5036" w14:textId="77777777" w:rsidR="00733407" w:rsidRPr="00733407" w:rsidRDefault="00733407" w:rsidP="00C81992">
      <w:pPr>
        <w:spacing w:after="0" w:line="240" w:lineRule="auto"/>
        <w:rPr>
          <w:u w:val="single"/>
        </w:rPr>
      </w:pPr>
    </w:p>
    <w:p w14:paraId="54F98BF9" w14:textId="67855ECB" w:rsidR="00695306" w:rsidRDefault="00D949B9">
      <w:r>
        <w:rPr>
          <w:b/>
          <w:color w:val="8B0000"/>
          <w:sz w:val="26"/>
        </w:rPr>
        <w:t xml:space="preserve">7. </w:t>
      </w:r>
      <w:r w:rsidR="00733407">
        <w:rPr>
          <w:b/>
          <w:color w:val="8B0000"/>
          <w:sz w:val="26"/>
        </w:rPr>
        <w:t>Additional Information</w:t>
      </w:r>
    </w:p>
    <w:p w14:paraId="0B3B592C" w14:textId="77777777" w:rsidR="00162932" w:rsidRDefault="00733407" w:rsidP="00162932">
      <w:pPr>
        <w:spacing w:after="0" w:line="240" w:lineRule="auto"/>
      </w:pPr>
      <w:r>
        <w:t xml:space="preserve">Please provide any additional details that may </w:t>
      </w:r>
      <w:proofErr w:type="gramStart"/>
      <w:r>
        <w:t>assist</w:t>
      </w:r>
      <w:proofErr w:type="gramEnd"/>
      <w:r>
        <w:t xml:space="preserve"> with evaluating this project:</w:t>
      </w:r>
    </w:p>
    <w:p w14:paraId="1950E0CF" w14:textId="481AFA80" w:rsidR="00695306" w:rsidRDefault="00162932" w:rsidP="00162932">
      <w:pPr>
        <w:spacing w:after="0" w:line="360" w:lineRule="auto"/>
      </w:pPr>
      <w:r>
        <w:rPr>
          <w:u w:val="single"/>
        </w:rPr>
        <w:lastRenderedPageBreak/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14:paraId="7663967D" w14:textId="79E5B6BC" w:rsidR="00695306" w:rsidRDefault="00C57166">
      <w:r>
        <w:rPr>
          <w:b/>
          <w:color w:val="8B0000"/>
          <w:sz w:val="26"/>
        </w:rPr>
        <w:t>Acknowledgement</w:t>
      </w:r>
    </w:p>
    <w:p w14:paraId="65913364" w14:textId="33F2FE69" w:rsidR="00695306" w:rsidRDefault="00C57166">
      <w:r>
        <w:t xml:space="preserve">Red Cedar Legal Services provides freelance legal support services only and does not provide legal advice, legal </w:t>
      </w:r>
      <w:r w:rsidR="006D7E1C">
        <w:t>representation, or legal strategy</w:t>
      </w:r>
      <w:r>
        <w:t>.</w:t>
      </w:r>
      <w:r w:rsidR="006D7E1C">
        <w:t xml:space="preserve"> Services are performed under attorney supervision where required by applicable law.</w:t>
      </w:r>
      <w:r>
        <w:br/>
      </w:r>
      <w:sdt>
        <w:sdtPr>
          <w:rPr>
            <w:rFonts w:ascii="Segoe UI Symbol" w:eastAsia="Times New Roman" w:hAnsi="Segoe UI Symbol" w:cs="Segoe UI Symbol"/>
            <w:sz w:val="28"/>
            <w:szCs w:val="28"/>
          </w:rPr>
          <w:id w:val="-14874741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51E2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7616A0">
        <w:rPr>
          <w:rFonts w:ascii="Segoe UI Symbol" w:eastAsia="Times New Roman" w:hAnsi="Segoe UI Symbol" w:cs="Segoe UI Symbol"/>
          <w:sz w:val="28"/>
          <w:szCs w:val="28"/>
        </w:rPr>
        <w:t xml:space="preserve"> </w:t>
      </w:r>
      <w:r w:rsidR="007616A0">
        <w:t>I acknowledge and understand</w:t>
      </w:r>
      <w:r w:rsidR="008065DC">
        <w:t>.</w:t>
      </w:r>
    </w:p>
    <w:p w14:paraId="308BF4E7" w14:textId="77777777" w:rsidR="00C27EAF" w:rsidRDefault="00C27EAF" w:rsidP="008065DC">
      <w:pPr>
        <w:spacing w:after="0" w:line="240" w:lineRule="auto"/>
        <w:rPr>
          <w:u w:val="single"/>
        </w:rPr>
      </w:pPr>
    </w:p>
    <w:p w14:paraId="4DEC5845" w14:textId="56E1D3EC" w:rsidR="008065DC" w:rsidRDefault="008065DC" w:rsidP="008065DC">
      <w:pPr>
        <w:spacing w:after="0" w:line="24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5D9B009" w14:textId="65FD90E0" w:rsidR="008065DC" w:rsidRDefault="008065DC" w:rsidP="008065DC">
      <w:pPr>
        <w:spacing w:after="0" w:line="240" w:lineRule="auto"/>
      </w:pPr>
      <w:r>
        <w:t>Signature</w:t>
      </w:r>
    </w:p>
    <w:p w14:paraId="0E8FDEDF" w14:textId="77777777" w:rsidR="002D36B2" w:rsidRDefault="002D36B2" w:rsidP="008065DC">
      <w:pPr>
        <w:spacing w:after="0" w:line="240" w:lineRule="auto"/>
      </w:pPr>
    </w:p>
    <w:p w14:paraId="1E6E92B6" w14:textId="77777777" w:rsidR="002D36B2" w:rsidRDefault="002D36B2" w:rsidP="008065DC">
      <w:pPr>
        <w:spacing w:after="0" w:line="240" w:lineRule="auto"/>
      </w:pPr>
    </w:p>
    <w:p w14:paraId="604A4113" w14:textId="77777777" w:rsidR="002D36B2" w:rsidRDefault="002D36B2" w:rsidP="008065DC">
      <w:pPr>
        <w:spacing w:after="0" w:line="240" w:lineRule="auto"/>
      </w:pPr>
    </w:p>
    <w:p w14:paraId="6321E709" w14:textId="280D63B7" w:rsidR="002D36B2" w:rsidRPr="008065DC" w:rsidRDefault="002D36B2" w:rsidP="008065DC">
      <w:pPr>
        <w:spacing w:after="0" w:line="240" w:lineRule="auto"/>
      </w:pPr>
      <w:r>
        <w:t>Once form is completed, please email to admin@redcedarlegal.com</w:t>
      </w:r>
    </w:p>
    <w:sectPr w:rsidR="002D36B2" w:rsidRPr="008065D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C650C64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7431D8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79015287">
    <w:abstractNumId w:val="8"/>
  </w:num>
  <w:num w:numId="2" w16cid:durableId="2121220136">
    <w:abstractNumId w:val="6"/>
  </w:num>
  <w:num w:numId="3" w16cid:durableId="805706956">
    <w:abstractNumId w:val="5"/>
  </w:num>
  <w:num w:numId="4" w16cid:durableId="924647661">
    <w:abstractNumId w:val="4"/>
  </w:num>
  <w:num w:numId="5" w16cid:durableId="1881359033">
    <w:abstractNumId w:val="7"/>
  </w:num>
  <w:num w:numId="6" w16cid:durableId="364912958">
    <w:abstractNumId w:val="3"/>
  </w:num>
  <w:num w:numId="7" w16cid:durableId="1237131581">
    <w:abstractNumId w:val="2"/>
  </w:num>
  <w:num w:numId="8" w16cid:durableId="942230936">
    <w:abstractNumId w:val="1"/>
  </w:num>
  <w:num w:numId="9" w16cid:durableId="1400984962">
    <w:abstractNumId w:val="0"/>
  </w:num>
  <w:num w:numId="10" w16cid:durableId="342905524">
    <w:abstractNumId w:val="9"/>
  </w:num>
  <w:num w:numId="11" w16cid:durableId="19793338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64C3C"/>
    <w:rsid w:val="000C2EF1"/>
    <w:rsid w:val="0015074B"/>
    <w:rsid w:val="00162932"/>
    <w:rsid w:val="00193321"/>
    <w:rsid w:val="001936D2"/>
    <w:rsid w:val="00260845"/>
    <w:rsid w:val="0029639D"/>
    <w:rsid w:val="002B22E3"/>
    <w:rsid w:val="002D36B2"/>
    <w:rsid w:val="00326F90"/>
    <w:rsid w:val="003B18CB"/>
    <w:rsid w:val="003B2B61"/>
    <w:rsid w:val="003C258C"/>
    <w:rsid w:val="003C392F"/>
    <w:rsid w:val="003E6D7F"/>
    <w:rsid w:val="00425386"/>
    <w:rsid w:val="004D3DDA"/>
    <w:rsid w:val="005072F9"/>
    <w:rsid w:val="0051378A"/>
    <w:rsid w:val="00527BF5"/>
    <w:rsid w:val="00533E50"/>
    <w:rsid w:val="005362BC"/>
    <w:rsid w:val="00571904"/>
    <w:rsid w:val="005E6F8D"/>
    <w:rsid w:val="00675E85"/>
    <w:rsid w:val="00695306"/>
    <w:rsid w:val="006B30E7"/>
    <w:rsid w:val="006B50BD"/>
    <w:rsid w:val="006C051E"/>
    <w:rsid w:val="006D7E1C"/>
    <w:rsid w:val="006F111D"/>
    <w:rsid w:val="0070557F"/>
    <w:rsid w:val="00730486"/>
    <w:rsid w:val="00732A09"/>
    <w:rsid w:val="00733407"/>
    <w:rsid w:val="007616A0"/>
    <w:rsid w:val="007A22E4"/>
    <w:rsid w:val="007C01F7"/>
    <w:rsid w:val="008065DC"/>
    <w:rsid w:val="008427DA"/>
    <w:rsid w:val="008727D8"/>
    <w:rsid w:val="00881CDE"/>
    <w:rsid w:val="00925806"/>
    <w:rsid w:val="0094587D"/>
    <w:rsid w:val="009A6A3B"/>
    <w:rsid w:val="00AA1D8D"/>
    <w:rsid w:val="00AC0A9B"/>
    <w:rsid w:val="00B0017A"/>
    <w:rsid w:val="00B316CC"/>
    <w:rsid w:val="00B47730"/>
    <w:rsid w:val="00B53500"/>
    <w:rsid w:val="00B90739"/>
    <w:rsid w:val="00BC5587"/>
    <w:rsid w:val="00BD268E"/>
    <w:rsid w:val="00BE7160"/>
    <w:rsid w:val="00C1302F"/>
    <w:rsid w:val="00C2018B"/>
    <w:rsid w:val="00C27EAF"/>
    <w:rsid w:val="00C3176B"/>
    <w:rsid w:val="00C40E3C"/>
    <w:rsid w:val="00C56F61"/>
    <w:rsid w:val="00C57166"/>
    <w:rsid w:val="00C73615"/>
    <w:rsid w:val="00C773A6"/>
    <w:rsid w:val="00C77F46"/>
    <w:rsid w:val="00C81992"/>
    <w:rsid w:val="00CA47AC"/>
    <w:rsid w:val="00CB0664"/>
    <w:rsid w:val="00CF3EDB"/>
    <w:rsid w:val="00D0183B"/>
    <w:rsid w:val="00D24A31"/>
    <w:rsid w:val="00D57945"/>
    <w:rsid w:val="00D65768"/>
    <w:rsid w:val="00D6724E"/>
    <w:rsid w:val="00D843EC"/>
    <w:rsid w:val="00D949B9"/>
    <w:rsid w:val="00DC4CA7"/>
    <w:rsid w:val="00DC556B"/>
    <w:rsid w:val="00DF1075"/>
    <w:rsid w:val="00E014A8"/>
    <w:rsid w:val="00E01AEA"/>
    <w:rsid w:val="00E033F2"/>
    <w:rsid w:val="00E14852"/>
    <w:rsid w:val="00E151E2"/>
    <w:rsid w:val="00E36B30"/>
    <w:rsid w:val="00E50743"/>
    <w:rsid w:val="00EF24CA"/>
    <w:rsid w:val="00EF5DA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A7EBC2"/>
  <w14:defaultImageDpi w14:val="300"/>
  <w15:docId w15:val="{AE7A9495-0594-3144-AB4D-B57BC1D28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s1">
    <w:name w:val="s1"/>
    <w:basedOn w:val="DefaultParagraphFont"/>
    <w:rsid w:val="005E6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a2c0da2-8903-4a04-b084-7eaab892696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596C5505C66F41919B348AE3618A23" ma:contentTypeVersion="5" ma:contentTypeDescription="Create a new document." ma:contentTypeScope="" ma:versionID="c4ceaaefec6c9f78e6fd70e9a05ffdaf">
  <xsd:schema xmlns:xsd="http://www.w3.org/2001/XMLSchema" xmlns:xs="http://www.w3.org/2001/XMLSchema" xmlns:p="http://schemas.microsoft.com/office/2006/metadata/properties" xmlns:ns3="3a2c0da2-8903-4a04-b084-7eaab8926963" targetNamespace="http://schemas.microsoft.com/office/2006/metadata/properties" ma:root="true" ma:fieldsID="f3725d3817fbcae9e938fe216c246620" ns3:_="">
    <xsd:import namespace="3a2c0da2-8903-4a04-b084-7eaab8926963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c0da2-8903-4a04-b084-7eaab8926963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E23576-7E7E-42AD-8136-20992DE78077}">
  <ds:schemaRefs>
    <ds:schemaRef ds:uri="http://schemas.microsoft.com/office/2006/metadata/properties"/>
    <ds:schemaRef ds:uri="http://schemas.microsoft.com/office/infopath/2007/PartnerControls"/>
    <ds:schemaRef ds:uri="3a2c0da2-8903-4a04-b084-7eaab8926963"/>
  </ds:schemaRefs>
</ds:datastoreItem>
</file>

<file path=customXml/itemProps2.xml><?xml version="1.0" encoding="utf-8"?>
<ds:datastoreItem xmlns:ds="http://schemas.openxmlformats.org/officeDocument/2006/customXml" ds:itemID="{7B178B37-00EE-430C-A10F-952B3D3179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560912-E609-4742-80DD-9B82A7E2FE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2c0da2-8903-4a04-b084-7eaab89269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Breana Saxton</dc:creator>
  <cp:keywords/>
  <dc:description>generated by python-docx</dc:description>
  <cp:lastModifiedBy>Breana Saxton</cp:lastModifiedBy>
  <cp:revision>4</cp:revision>
  <dcterms:created xsi:type="dcterms:W3CDTF">2026-06-05T02:53:00Z</dcterms:created>
  <dcterms:modified xsi:type="dcterms:W3CDTF">2026-06-05T03:20:00Z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0x0101002C596C5505C66F41919B348AE3618A23</vt:lpwstr>
  </property>
</Properties>
</file>