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18"/>
        <w:gridCol w:w="5165"/>
        <w:gridCol w:w="345"/>
      </w:tblGrid>
      <w:tr w:rsidR="00CE7477" w14:paraId="7F71691D" w14:textId="77777777">
        <w:trPr>
          <w:gridAfter w:val="1"/>
          <w:wAfter w:w="408" w:type="dxa"/>
        </w:trPr>
        <w:tc>
          <w:tcPr>
            <w:tcW w:w="5256" w:type="dxa"/>
          </w:tcPr>
          <w:p w14:paraId="6FA504A7" w14:textId="77777777" w:rsidR="00CE7477" w:rsidRDefault="00000000">
            <w:pPr>
              <w:jc w:val="center"/>
            </w:pPr>
            <w:r>
              <w:rPr>
                <w:noProof/>
              </w:rPr>
              <w:drawing>
                <wp:inline distT="0" distB="0" distL="0" distR="0" wp14:anchorId="1677635D" wp14:editId="7D2BB0E3">
                  <wp:extent cx="822960" cy="8066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wnship_logo_clean.png"/>
                          <pic:cNvPicPr/>
                        </pic:nvPicPr>
                        <pic:blipFill>
                          <a:blip r:embed="rId6"/>
                          <a:stretch>
                            <a:fillRect/>
                          </a:stretch>
                        </pic:blipFill>
                        <pic:spPr>
                          <a:xfrm>
                            <a:off x="0" y="0"/>
                            <a:ext cx="822960" cy="806678"/>
                          </a:xfrm>
                          <a:prstGeom prst="rect">
                            <a:avLst/>
                          </a:prstGeom>
                        </pic:spPr>
                      </pic:pic>
                    </a:graphicData>
                  </a:graphic>
                </wp:inline>
              </w:drawing>
            </w:r>
          </w:p>
        </w:tc>
        <w:tc>
          <w:tcPr>
            <w:tcW w:w="5256" w:type="dxa"/>
            <w:vAlign w:val="center"/>
          </w:tcPr>
          <w:p w14:paraId="28B07CD2" w14:textId="77777777" w:rsidR="00CE7477" w:rsidRDefault="00000000">
            <w:pPr>
              <w:spacing w:after="0"/>
              <w:jc w:val="center"/>
            </w:pPr>
            <w:r>
              <w:rPr>
                <w:b/>
                <w:sz w:val="32"/>
              </w:rPr>
              <w:t>HUNTSBURG TOWNSHIP</w:t>
            </w:r>
          </w:p>
          <w:p w14:paraId="15B14B66" w14:textId="4C07D172" w:rsidR="00CE7477" w:rsidRDefault="00000000">
            <w:pPr>
              <w:spacing w:after="0"/>
              <w:jc w:val="center"/>
            </w:pPr>
            <w:r>
              <w:rPr>
                <w:b/>
                <w:sz w:val="26"/>
              </w:rPr>
              <w:t>TOWN HALL  RENTAL AGREEMENT</w:t>
            </w:r>
          </w:p>
          <w:p w14:paraId="0CC49494" w14:textId="77777777" w:rsidR="00AA2EF8" w:rsidRDefault="00AA2EF8">
            <w:pPr>
              <w:spacing w:after="0"/>
              <w:jc w:val="center"/>
              <w:rPr>
                <w:sz w:val="17"/>
              </w:rPr>
            </w:pPr>
            <w:r>
              <w:rPr>
                <w:sz w:val="17"/>
              </w:rPr>
              <w:t>16534 Mayfield Road, Huntsburg, Ohio 44046</w:t>
            </w:r>
          </w:p>
          <w:p w14:paraId="4DA649FE" w14:textId="35440019" w:rsidR="00CE7477" w:rsidRDefault="00000000">
            <w:pPr>
              <w:spacing w:after="0"/>
              <w:jc w:val="center"/>
            </w:pPr>
            <w:r>
              <w:rPr>
                <w:sz w:val="17"/>
              </w:rPr>
              <w:t>Geauga County, Ohio</w:t>
            </w:r>
          </w:p>
        </w:tc>
      </w:tr>
      <w:tr w:rsidR="00CE7477" w14:paraId="268F1C8B" w14:textId="77777777">
        <w:tc>
          <w:tcPr>
            <w:tcW w:w="10512" w:type="dxa"/>
            <w:gridSpan w:val="3"/>
            <w:shd w:val="clear" w:color="auto" w:fill="E6E6E6"/>
            <w:tcMar>
              <w:top w:w="60" w:type="dxa"/>
              <w:left w:w="60" w:type="dxa"/>
              <w:bottom w:w="60" w:type="dxa"/>
              <w:right w:w="60" w:type="dxa"/>
            </w:tcMar>
          </w:tcPr>
          <w:p w14:paraId="3CDA878E" w14:textId="77777777" w:rsidR="00CE7477" w:rsidRDefault="00000000">
            <w:pPr>
              <w:spacing w:after="0"/>
            </w:pPr>
            <w:r>
              <w:rPr>
                <w:b/>
                <w:sz w:val="20"/>
              </w:rPr>
              <w:t>RENTAL INFORMATION</w:t>
            </w:r>
          </w:p>
        </w:tc>
      </w:tr>
      <w:tr w:rsidR="00CE7477" w14:paraId="7052D6BD" w14:textId="77777777">
        <w:trPr>
          <w:gridAfter w:val="1"/>
          <w:wAfter w:w="360" w:type="dxa"/>
        </w:trPr>
        <w:tc>
          <w:tcPr>
            <w:tcW w:w="5256" w:type="dxa"/>
            <w:tcMar>
              <w:top w:w="60" w:type="dxa"/>
              <w:left w:w="60" w:type="dxa"/>
              <w:bottom w:w="60" w:type="dxa"/>
              <w:right w:w="60" w:type="dxa"/>
            </w:tcMar>
          </w:tcPr>
          <w:p w14:paraId="7B1C66E4" w14:textId="77777777" w:rsidR="00A74265" w:rsidRDefault="00A74265">
            <w:pPr>
              <w:spacing w:after="0"/>
            </w:pPr>
          </w:p>
          <w:p w14:paraId="5B46BEAF" w14:textId="646112D5" w:rsidR="00CE7477" w:rsidRDefault="00000000">
            <w:pPr>
              <w:spacing w:after="0"/>
            </w:pPr>
            <w:r>
              <w:t>Tenant / Renter Name: _______________________________</w:t>
            </w:r>
          </w:p>
        </w:tc>
        <w:tc>
          <w:tcPr>
            <w:tcW w:w="5256" w:type="dxa"/>
            <w:tcMar>
              <w:top w:w="60" w:type="dxa"/>
              <w:left w:w="60" w:type="dxa"/>
              <w:bottom w:w="60" w:type="dxa"/>
              <w:right w:w="60" w:type="dxa"/>
            </w:tcMar>
          </w:tcPr>
          <w:p w14:paraId="373DCD71" w14:textId="77777777" w:rsidR="00A74265" w:rsidRDefault="00A74265">
            <w:pPr>
              <w:spacing w:after="0"/>
            </w:pPr>
          </w:p>
          <w:p w14:paraId="440E36A3" w14:textId="3829FCD3" w:rsidR="00CE7477" w:rsidRDefault="00000000">
            <w:pPr>
              <w:spacing w:after="0"/>
            </w:pPr>
            <w:r>
              <w:t>Phone: __________</w:t>
            </w:r>
            <w:r w:rsidR="00ED53C3">
              <w:t>__________</w:t>
            </w:r>
            <w:r>
              <w:t>________</w:t>
            </w:r>
          </w:p>
        </w:tc>
      </w:tr>
      <w:tr w:rsidR="00CE7477" w14:paraId="475BAE04" w14:textId="77777777">
        <w:trPr>
          <w:gridAfter w:val="1"/>
          <w:wAfter w:w="360" w:type="dxa"/>
        </w:trPr>
        <w:tc>
          <w:tcPr>
            <w:tcW w:w="5256" w:type="dxa"/>
            <w:tcMar>
              <w:top w:w="60" w:type="dxa"/>
              <w:left w:w="60" w:type="dxa"/>
              <w:bottom w:w="60" w:type="dxa"/>
              <w:right w:w="60" w:type="dxa"/>
            </w:tcMar>
          </w:tcPr>
          <w:p w14:paraId="35051476" w14:textId="13AF5D97" w:rsidR="00CE7477" w:rsidRDefault="00000000">
            <w:pPr>
              <w:spacing w:after="0"/>
            </w:pPr>
            <w:r>
              <w:t>Address: _______________________________</w:t>
            </w:r>
            <w:r w:rsidR="00A74265">
              <w:t>__</w:t>
            </w:r>
            <w:r>
              <w:t>_________</w:t>
            </w:r>
          </w:p>
        </w:tc>
        <w:tc>
          <w:tcPr>
            <w:tcW w:w="5256" w:type="dxa"/>
            <w:tcMar>
              <w:top w:w="60" w:type="dxa"/>
              <w:left w:w="60" w:type="dxa"/>
              <w:bottom w:w="60" w:type="dxa"/>
              <w:right w:w="60" w:type="dxa"/>
            </w:tcMar>
          </w:tcPr>
          <w:p w14:paraId="1EEEB9D4" w14:textId="381C7E67" w:rsidR="00CE7477" w:rsidRDefault="00000000">
            <w:pPr>
              <w:spacing w:after="0"/>
            </w:pPr>
            <w:r>
              <w:t>Email: _______________</w:t>
            </w:r>
            <w:r w:rsidR="00ED53C3">
              <w:t>_</w:t>
            </w:r>
            <w:r>
              <w:t>___</w:t>
            </w:r>
            <w:r w:rsidR="00ED53C3">
              <w:t>__________</w:t>
            </w:r>
          </w:p>
        </w:tc>
      </w:tr>
      <w:tr w:rsidR="00CE7477" w14:paraId="5872407B" w14:textId="77777777">
        <w:trPr>
          <w:gridAfter w:val="1"/>
          <w:wAfter w:w="360" w:type="dxa"/>
        </w:trPr>
        <w:tc>
          <w:tcPr>
            <w:tcW w:w="5256" w:type="dxa"/>
            <w:tcMar>
              <w:top w:w="60" w:type="dxa"/>
              <w:left w:w="60" w:type="dxa"/>
              <w:bottom w:w="60" w:type="dxa"/>
              <w:right w:w="60" w:type="dxa"/>
            </w:tcMar>
          </w:tcPr>
          <w:p w14:paraId="232FAB8B" w14:textId="28091583" w:rsidR="00CE7477" w:rsidRDefault="00000000">
            <w:pPr>
              <w:spacing w:after="0"/>
            </w:pPr>
            <w:r>
              <w:t>Rental Date: ________________________________________</w:t>
            </w:r>
          </w:p>
        </w:tc>
        <w:tc>
          <w:tcPr>
            <w:tcW w:w="5256" w:type="dxa"/>
            <w:tcMar>
              <w:top w:w="60" w:type="dxa"/>
              <w:left w:w="60" w:type="dxa"/>
              <w:bottom w:w="60" w:type="dxa"/>
              <w:right w:w="60" w:type="dxa"/>
            </w:tcMar>
          </w:tcPr>
          <w:p w14:paraId="76D4B009" w14:textId="3DD50877" w:rsidR="00CE7477" w:rsidRDefault="00ED53C3">
            <w:pPr>
              <w:spacing w:after="0"/>
            </w:pPr>
            <w:r>
              <w:t>Event Type</w:t>
            </w:r>
            <w:r w:rsidR="00000000">
              <w:t>: __________</w:t>
            </w:r>
            <w:r>
              <w:t>________</w:t>
            </w:r>
            <w:r w:rsidR="00000000">
              <w:t>_______</w:t>
            </w:r>
          </w:p>
        </w:tc>
      </w:tr>
      <w:tr w:rsidR="00CE7477" w14:paraId="770B0485" w14:textId="77777777">
        <w:trPr>
          <w:gridAfter w:val="1"/>
          <w:wAfter w:w="360" w:type="dxa"/>
        </w:trPr>
        <w:tc>
          <w:tcPr>
            <w:tcW w:w="5256" w:type="dxa"/>
            <w:tcMar>
              <w:top w:w="60" w:type="dxa"/>
              <w:left w:w="60" w:type="dxa"/>
              <w:bottom w:w="60" w:type="dxa"/>
              <w:right w:w="60" w:type="dxa"/>
            </w:tcMar>
          </w:tcPr>
          <w:p w14:paraId="32208839" w14:textId="77777777" w:rsidR="00CE7477" w:rsidRDefault="00000000">
            <w:pPr>
              <w:spacing w:after="0"/>
            </w:pPr>
            <w:r>
              <w:t>Rental Hours:  9:00 a.m. - 11:00 p.m.</w:t>
            </w:r>
          </w:p>
        </w:tc>
        <w:tc>
          <w:tcPr>
            <w:tcW w:w="5256" w:type="dxa"/>
            <w:tcMar>
              <w:top w:w="60" w:type="dxa"/>
              <w:left w:w="60" w:type="dxa"/>
              <w:bottom w:w="60" w:type="dxa"/>
              <w:right w:w="60" w:type="dxa"/>
            </w:tcMar>
          </w:tcPr>
          <w:p w14:paraId="2516CEDF" w14:textId="323858FA" w:rsidR="00A74265" w:rsidRDefault="00ED53C3" w:rsidP="00ED53C3">
            <w:pPr>
              <w:spacing w:after="0"/>
            </w:pPr>
            <w:r>
              <w:t>Resident Fee</w:t>
            </w:r>
            <w:r w:rsidRPr="00ED53C3">
              <w:rPr>
                <w:u w:val="single"/>
              </w:rPr>
              <w:t>:  $</w:t>
            </w:r>
            <w:r>
              <w:rPr>
                <w:u w:val="single"/>
              </w:rPr>
              <w:t xml:space="preserve"> </w:t>
            </w:r>
            <w:r w:rsidRPr="00ED53C3">
              <w:rPr>
                <w:u w:val="single"/>
              </w:rPr>
              <w:t xml:space="preserve">75.00  </w:t>
            </w:r>
            <w:r>
              <w:t xml:space="preserve"> Non-Resident Fee </w:t>
            </w:r>
            <w:r w:rsidRPr="00ED53C3">
              <w:rPr>
                <w:u w:val="single"/>
              </w:rPr>
              <w:t>$ 125.00</w:t>
            </w:r>
          </w:p>
        </w:tc>
      </w:tr>
      <w:tr w:rsidR="00ED53C3" w14:paraId="6DDF41C7" w14:textId="77777777">
        <w:trPr>
          <w:gridAfter w:val="1"/>
          <w:wAfter w:w="360" w:type="dxa"/>
        </w:trPr>
        <w:tc>
          <w:tcPr>
            <w:tcW w:w="5256" w:type="dxa"/>
            <w:tcMar>
              <w:top w:w="60" w:type="dxa"/>
              <w:left w:w="60" w:type="dxa"/>
              <w:bottom w:w="60" w:type="dxa"/>
              <w:right w:w="60" w:type="dxa"/>
            </w:tcMar>
          </w:tcPr>
          <w:p w14:paraId="46D7DDBC" w14:textId="77777777" w:rsidR="00ED53C3" w:rsidRDefault="00ED53C3">
            <w:pPr>
              <w:spacing w:after="0"/>
            </w:pPr>
          </w:p>
        </w:tc>
        <w:tc>
          <w:tcPr>
            <w:tcW w:w="5256" w:type="dxa"/>
            <w:tcMar>
              <w:top w:w="60" w:type="dxa"/>
              <w:left w:w="60" w:type="dxa"/>
              <w:bottom w:w="60" w:type="dxa"/>
              <w:right w:w="60" w:type="dxa"/>
            </w:tcMar>
          </w:tcPr>
          <w:p w14:paraId="62623D87" w14:textId="7664042B" w:rsidR="00ED53C3" w:rsidRDefault="00ED53C3" w:rsidP="00ED53C3">
            <w:pPr>
              <w:spacing w:after="0"/>
            </w:pPr>
            <w:r>
              <w:t xml:space="preserve">Fees are per Floor           Kitchen Use </w:t>
            </w:r>
            <w:r w:rsidRPr="00ED53C3">
              <w:rPr>
                <w:u w:val="single"/>
              </w:rPr>
              <w:t>$ 25.00</w:t>
            </w:r>
          </w:p>
        </w:tc>
      </w:tr>
      <w:tr w:rsidR="00ED53C3" w14:paraId="2D7181DB" w14:textId="77777777">
        <w:trPr>
          <w:gridAfter w:val="1"/>
          <w:wAfter w:w="360" w:type="dxa"/>
        </w:trPr>
        <w:tc>
          <w:tcPr>
            <w:tcW w:w="5256" w:type="dxa"/>
            <w:tcMar>
              <w:top w:w="60" w:type="dxa"/>
              <w:left w:w="60" w:type="dxa"/>
              <w:bottom w:w="60" w:type="dxa"/>
              <w:right w:w="60" w:type="dxa"/>
            </w:tcMar>
          </w:tcPr>
          <w:p w14:paraId="32E85C4B" w14:textId="17F42A11" w:rsidR="00ED53C3" w:rsidRDefault="00ED53C3">
            <w:pPr>
              <w:spacing w:after="0"/>
            </w:pPr>
          </w:p>
        </w:tc>
        <w:tc>
          <w:tcPr>
            <w:tcW w:w="5256" w:type="dxa"/>
            <w:tcMar>
              <w:top w:w="60" w:type="dxa"/>
              <w:left w:w="60" w:type="dxa"/>
              <w:bottom w:w="60" w:type="dxa"/>
              <w:right w:w="60" w:type="dxa"/>
            </w:tcMar>
          </w:tcPr>
          <w:p w14:paraId="17297B72" w14:textId="77777777" w:rsidR="00ED53C3" w:rsidRDefault="00ED53C3" w:rsidP="00ED53C3">
            <w:pPr>
              <w:spacing w:after="0"/>
            </w:pPr>
          </w:p>
        </w:tc>
      </w:tr>
    </w:tbl>
    <w:p w14:paraId="7CB95567" w14:textId="77777777" w:rsidR="00CE7477" w:rsidRDefault="00000000">
      <w:pPr>
        <w:spacing w:before="40" w:after="40"/>
      </w:pPr>
      <w:r>
        <w:t>This agreement is made between the Board of Trustees of Huntsburg Township, Huntsburg, Ohio ("Township") and the Tenant named above for rental of the Huntsburg Town Hall basement and associated parking area.</w:t>
      </w:r>
    </w:p>
    <w:p w14:paraId="34ACCDD4" w14:textId="77777777" w:rsidR="00A74265" w:rsidRDefault="00A74265">
      <w:pPr>
        <w:spacing w:before="40" w:after="40"/>
      </w:pPr>
    </w:p>
    <w:tbl>
      <w:tblPr>
        <w:tblW w:w="0" w:type="auto"/>
        <w:tblLook w:val="04A0" w:firstRow="1" w:lastRow="0" w:firstColumn="1" w:lastColumn="0" w:noHBand="0" w:noVBand="1"/>
      </w:tblPr>
      <w:tblGrid>
        <w:gridCol w:w="10512"/>
      </w:tblGrid>
      <w:tr w:rsidR="00CE7477" w14:paraId="5937B582" w14:textId="77777777">
        <w:tc>
          <w:tcPr>
            <w:tcW w:w="10512" w:type="dxa"/>
            <w:shd w:val="clear" w:color="auto" w:fill="E6E6E6"/>
            <w:tcMar>
              <w:top w:w="60" w:type="dxa"/>
              <w:left w:w="60" w:type="dxa"/>
              <w:bottom w:w="60" w:type="dxa"/>
              <w:right w:w="60" w:type="dxa"/>
            </w:tcMar>
          </w:tcPr>
          <w:p w14:paraId="6D0E509E" w14:textId="77777777" w:rsidR="00CE7477" w:rsidRDefault="00000000">
            <w:pPr>
              <w:spacing w:after="0"/>
            </w:pPr>
            <w:r>
              <w:rPr>
                <w:b/>
                <w:sz w:val="20"/>
              </w:rPr>
              <w:t>TERMS OF AGREEMENT</w:t>
            </w:r>
          </w:p>
        </w:tc>
      </w:tr>
    </w:tbl>
    <w:p w14:paraId="493B1CA9" w14:textId="77777777" w:rsidR="00CE7477" w:rsidRDefault="00000000">
      <w:pPr>
        <w:spacing w:before="20" w:after="0"/>
      </w:pPr>
      <w:r>
        <w:rPr>
          <w:b/>
        </w:rPr>
        <w:t>1. RENTAL OF PREMISES</w:t>
      </w:r>
    </w:p>
    <w:p w14:paraId="7BC75077" w14:textId="77777777" w:rsidR="00CE7477" w:rsidRDefault="00000000">
      <w:pPr>
        <w:spacing w:line="240" w:lineRule="auto"/>
        <w:ind w:left="173"/>
      </w:pPr>
      <w:r>
        <w:rPr>
          <w:sz w:val="17"/>
        </w:rPr>
        <w:t>The Township agrees to rent the Huntsburg Town Hall basement and associated parking area to the Tenant for the rental date and hours listed above.</w:t>
      </w:r>
    </w:p>
    <w:p w14:paraId="2866D39A" w14:textId="77777777" w:rsidR="00CE7477" w:rsidRDefault="00000000">
      <w:pPr>
        <w:spacing w:before="20" w:after="0"/>
      </w:pPr>
      <w:r>
        <w:rPr>
          <w:b/>
        </w:rPr>
        <w:t>2. RENTAL FEE</w:t>
      </w:r>
    </w:p>
    <w:p w14:paraId="0BD083DB" w14:textId="77777777" w:rsidR="00CE7477" w:rsidRDefault="00000000">
      <w:pPr>
        <w:spacing w:line="240" w:lineRule="auto"/>
        <w:ind w:left="173"/>
      </w:pPr>
      <w:r>
        <w:rPr>
          <w:sz w:val="17"/>
        </w:rPr>
        <w:t>Tenant agrees to pay the applicable rental fee for use of the premises.</w:t>
      </w:r>
    </w:p>
    <w:p w14:paraId="595F11EB" w14:textId="77777777" w:rsidR="00CE7477" w:rsidRDefault="00000000">
      <w:pPr>
        <w:spacing w:before="20" w:after="0"/>
      </w:pPr>
      <w:r>
        <w:rPr>
          <w:b/>
        </w:rPr>
        <w:t>3. CLEANING</w:t>
      </w:r>
    </w:p>
    <w:p w14:paraId="2F3F4867" w14:textId="77777777" w:rsidR="00CE7477" w:rsidRDefault="00000000">
      <w:pPr>
        <w:spacing w:line="240" w:lineRule="auto"/>
        <w:ind w:left="173"/>
      </w:pPr>
      <w:r>
        <w:rPr>
          <w:sz w:val="17"/>
        </w:rPr>
        <w:t>Tenant agrees to provide janitorial service and clean the hall within one (1) hour after use.</w:t>
      </w:r>
    </w:p>
    <w:p w14:paraId="29C95DB4" w14:textId="77777777" w:rsidR="00CE7477" w:rsidRDefault="00000000">
      <w:pPr>
        <w:spacing w:before="20" w:after="0"/>
      </w:pPr>
      <w:r>
        <w:rPr>
          <w:b/>
        </w:rPr>
        <w:t>4. LIABILITY AND DAMAGE</w:t>
      </w:r>
    </w:p>
    <w:p w14:paraId="2D1C8467" w14:textId="77777777" w:rsidR="00CE7477" w:rsidRDefault="00000000">
      <w:pPr>
        <w:spacing w:line="240" w:lineRule="auto"/>
        <w:ind w:left="173"/>
        <w:rPr>
          <w:sz w:val="17"/>
        </w:rPr>
      </w:pPr>
      <w:r>
        <w:rPr>
          <w:sz w:val="17"/>
        </w:rPr>
        <w:t>Tenant agrees to indemnify and hold harmless the Township from loss, cost, or expense resulting from injury to any person or personal property on or about the rented premises when such injury results from the Tenant’s use of the premises or from careless or improper conduct of the Tenant, its agents, employees, or members. Tenant further agrees to reimburse the Township for damage resulting from Tenant’s use beyond ordinary wear and tear.</w:t>
      </w:r>
    </w:p>
    <w:p w14:paraId="571843F8" w14:textId="77777777" w:rsidR="00A74265" w:rsidRDefault="00A74265">
      <w:pPr>
        <w:spacing w:line="240" w:lineRule="auto"/>
        <w:ind w:left="173"/>
      </w:pPr>
    </w:p>
    <w:tbl>
      <w:tblPr>
        <w:tblW w:w="0" w:type="auto"/>
        <w:tblLook w:val="04A0" w:firstRow="1" w:lastRow="0" w:firstColumn="1" w:lastColumn="0" w:noHBand="0" w:noVBand="1"/>
      </w:tblPr>
      <w:tblGrid>
        <w:gridCol w:w="10512"/>
      </w:tblGrid>
      <w:tr w:rsidR="00CE7477" w14:paraId="1C303CF8" w14:textId="77777777">
        <w:tc>
          <w:tcPr>
            <w:tcW w:w="10512" w:type="dxa"/>
            <w:shd w:val="clear" w:color="auto" w:fill="E6E6E6"/>
            <w:tcMar>
              <w:top w:w="60" w:type="dxa"/>
              <w:left w:w="60" w:type="dxa"/>
              <w:bottom w:w="60" w:type="dxa"/>
              <w:right w:w="60" w:type="dxa"/>
            </w:tcMar>
          </w:tcPr>
          <w:p w14:paraId="3A103E3B" w14:textId="77777777" w:rsidR="00CE7477" w:rsidRDefault="00000000">
            <w:pPr>
              <w:spacing w:after="0"/>
            </w:pPr>
            <w:r>
              <w:rPr>
                <w:b/>
                <w:sz w:val="20"/>
              </w:rPr>
              <w:t>TENANT CHECK-OUT REQUIREMENTS</w:t>
            </w:r>
          </w:p>
        </w:tc>
      </w:tr>
      <w:tr w:rsidR="00CE7477" w14:paraId="25369554" w14:textId="77777777">
        <w:tc>
          <w:tcPr>
            <w:tcW w:w="10512" w:type="dxa"/>
            <w:shd w:val="clear" w:color="auto" w:fill="F2F2F2"/>
            <w:tcMar>
              <w:top w:w="60" w:type="dxa"/>
              <w:left w:w="60" w:type="dxa"/>
              <w:bottom w:w="60" w:type="dxa"/>
              <w:right w:w="60" w:type="dxa"/>
            </w:tcMar>
          </w:tcPr>
          <w:p w14:paraId="019FC047" w14:textId="77777777" w:rsidR="00CE7477" w:rsidRDefault="00000000">
            <w:pPr>
              <w:spacing w:after="0"/>
            </w:pPr>
            <w:r>
              <w:rPr>
                <w:b/>
              </w:rPr>
              <w:t>Before leaving, Tenant must:</w:t>
            </w:r>
          </w:p>
          <w:p w14:paraId="68A01086" w14:textId="77777777" w:rsidR="00CE7477" w:rsidRDefault="00000000">
            <w:pPr>
              <w:spacing w:after="0"/>
              <w:ind w:left="144"/>
            </w:pPr>
            <w:r>
              <w:rPr>
                <w:sz w:val="17"/>
              </w:rPr>
              <w:t>• Bag all garbage and place it in the dumpster at the Township garage across the street.</w:t>
            </w:r>
          </w:p>
          <w:p w14:paraId="5FA6CF61" w14:textId="77777777" w:rsidR="00CE7477" w:rsidRDefault="00000000">
            <w:pPr>
              <w:spacing w:after="0"/>
              <w:ind w:left="144"/>
            </w:pPr>
            <w:r>
              <w:rPr>
                <w:sz w:val="17"/>
              </w:rPr>
              <w:t>• Remove all personal items and food from the refrigerator.</w:t>
            </w:r>
          </w:p>
          <w:p w14:paraId="1D6E945B" w14:textId="77777777" w:rsidR="00CE7477" w:rsidRDefault="00000000">
            <w:pPr>
              <w:spacing w:after="0"/>
              <w:ind w:left="144"/>
            </w:pPr>
            <w:r>
              <w:rPr>
                <w:sz w:val="17"/>
              </w:rPr>
              <w:t>• Turn off all lights and turn the heat down to 60°F.</w:t>
            </w:r>
          </w:p>
          <w:p w14:paraId="363E31EA" w14:textId="77777777" w:rsidR="00CE7477" w:rsidRDefault="00000000">
            <w:pPr>
              <w:spacing w:after="0"/>
              <w:ind w:left="144"/>
            </w:pPr>
            <w:r>
              <w:rPr>
                <w:sz w:val="17"/>
              </w:rPr>
              <w:t>• Lock all doors when leaving.</w:t>
            </w:r>
          </w:p>
          <w:p w14:paraId="4D472802" w14:textId="77777777" w:rsidR="00A74265" w:rsidRDefault="00A74265">
            <w:pPr>
              <w:spacing w:after="0"/>
              <w:rPr>
                <w:b/>
              </w:rPr>
            </w:pPr>
          </w:p>
          <w:p w14:paraId="0B0DA318" w14:textId="79A1BFC7" w:rsidR="00CE7477" w:rsidRDefault="00000000">
            <w:pPr>
              <w:spacing w:after="0"/>
            </w:pPr>
            <w:r>
              <w:rPr>
                <w:b/>
              </w:rPr>
              <w:t>Door Code: __________________</w:t>
            </w:r>
          </w:p>
        </w:tc>
      </w:tr>
      <w:tr w:rsidR="00CE7477" w14:paraId="675B92AC" w14:textId="77777777">
        <w:tc>
          <w:tcPr>
            <w:tcW w:w="10512" w:type="dxa"/>
            <w:shd w:val="clear" w:color="auto" w:fill="E6E6E6"/>
            <w:tcMar>
              <w:top w:w="60" w:type="dxa"/>
              <w:left w:w="60" w:type="dxa"/>
              <w:bottom w:w="60" w:type="dxa"/>
              <w:right w:w="60" w:type="dxa"/>
            </w:tcMar>
          </w:tcPr>
          <w:p w14:paraId="24B490C1" w14:textId="77777777" w:rsidR="00ED53C3" w:rsidRDefault="00ED53C3" w:rsidP="00ED53C3">
            <w:pPr>
              <w:spacing w:before="40" w:after="0"/>
              <w:rPr>
                <w:sz w:val="16"/>
              </w:rPr>
            </w:pPr>
            <w:r>
              <w:rPr>
                <w:sz w:val="16"/>
              </w:rPr>
              <w:t>Payment Due:_______________________________________________  Form:  ____________________</w:t>
            </w:r>
          </w:p>
          <w:p w14:paraId="3E21FDC0" w14:textId="77777777" w:rsidR="00ED53C3" w:rsidRDefault="00ED53C3" w:rsidP="00ED53C3">
            <w:pPr>
              <w:spacing w:before="40" w:after="0"/>
              <w:rPr>
                <w:sz w:val="16"/>
              </w:rPr>
            </w:pPr>
          </w:p>
          <w:p w14:paraId="4304A82D" w14:textId="77777777" w:rsidR="00ED53C3" w:rsidRPr="00ED53C3" w:rsidRDefault="00ED53C3">
            <w:pPr>
              <w:spacing w:after="0"/>
              <w:rPr>
                <w:bCs/>
                <w:sz w:val="20"/>
              </w:rPr>
            </w:pPr>
          </w:p>
          <w:p w14:paraId="3A0B878A" w14:textId="15FA6BC2" w:rsidR="00CE7477" w:rsidRDefault="00000000">
            <w:pPr>
              <w:spacing w:after="0"/>
            </w:pPr>
            <w:r>
              <w:rPr>
                <w:b/>
                <w:sz w:val="20"/>
              </w:rPr>
              <w:t>SIGNATURES</w:t>
            </w:r>
          </w:p>
        </w:tc>
      </w:tr>
    </w:tbl>
    <w:p w14:paraId="06C88A08" w14:textId="77777777" w:rsidR="00A74265" w:rsidRDefault="00A74265">
      <w:pPr>
        <w:spacing w:after="40"/>
      </w:pPr>
    </w:p>
    <w:p w14:paraId="3F16ACA6" w14:textId="267C39F7" w:rsidR="00CE7477" w:rsidRDefault="00000000">
      <w:pPr>
        <w:spacing w:after="40"/>
      </w:pPr>
      <w:r>
        <w:t>By signing below, the Township and Tenant acknowledge and agree to the terms of this rental agreement.</w:t>
      </w:r>
    </w:p>
    <w:tbl>
      <w:tblPr>
        <w:tblW w:w="0" w:type="auto"/>
        <w:tblLook w:val="04A0" w:firstRow="1" w:lastRow="0" w:firstColumn="1" w:lastColumn="0" w:noHBand="0" w:noVBand="1"/>
      </w:tblPr>
      <w:tblGrid>
        <w:gridCol w:w="5256"/>
        <w:gridCol w:w="5256"/>
      </w:tblGrid>
      <w:tr w:rsidR="00CE7477" w14:paraId="73561D81" w14:textId="77777777">
        <w:tc>
          <w:tcPr>
            <w:tcW w:w="5256" w:type="dxa"/>
            <w:tcMar>
              <w:top w:w="60" w:type="dxa"/>
              <w:left w:w="60" w:type="dxa"/>
              <w:bottom w:w="60" w:type="dxa"/>
              <w:right w:w="60" w:type="dxa"/>
            </w:tcMar>
          </w:tcPr>
          <w:p w14:paraId="4C88B99A" w14:textId="77777777" w:rsidR="00ED53C3" w:rsidRDefault="00ED53C3">
            <w:pPr>
              <w:spacing w:after="0"/>
            </w:pPr>
          </w:p>
          <w:p w14:paraId="63EA1FD0" w14:textId="7C7C6DAE" w:rsidR="00CE7477" w:rsidRDefault="00000000">
            <w:pPr>
              <w:spacing w:after="0"/>
            </w:pPr>
            <w:r>
              <w:t>Tenant Signature: ____________________________________</w:t>
            </w:r>
          </w:p>
        </w:tc>
        <w:tc>
          <w:tcPr>
            <w:tcW w:w="5256" w:type="dxa"/>
            <w:tcMar>
              <w:top w:w="60" w:type="dxa"/>
              <w:left w:w="60" w:type="dxa"/>
              <w:bottom w:w="60" w:type="dxa"/>
              <w:right w:w="60" w:type="dxa"/>
            </w:tcMar>
          </w:tcPr>
          <w:p w14:paraId="20A017EA" w14:textId="77777777" w:rsidR="00A74265" w:rsidRDefault="00A74265">
            <w:pPr>
              <w:spacing w:after="0"/>
            </w:pPr>
          </w:p>
          <w:p w14:paraId="27D361A7" w14:textId="1F5BD250" w:rsidR="00CE7477" w:rsidRDefault="00000000">
            <w:pPr>
              <w:spacing w:after="0"/>
            </w:pPr>
            <w:r>
              <w:t>Date: __________________</w:t>
            </w:r>
          </w:p>
        </w:tc>
      </w:tr>
      <w:tr w:rsidR="00CE7477" w14:paraId="48151EE1" w14:textId="77777777">
        <w:tc>
          <w:tcPr>
            <w:tcW w:w="5256" w:type="dxa"/>
            <w:tcMar>
              <w:top w:w="60" w:type="dxa"/>
              <w:left w:w="60" w:type="dxa"/>
              <w:bottom w:w="60" w:type="dxa"/>
              <w:right w:w="60" w:type="dxa"/>
            </w:tcMar>
          </w:tcPr>
          <w:p w14:paraId="7D3E1E7F" w14:textId="77777777" w:rsidR="00ED53C3" w:rsidRDefault="00ED53C3">
            <w:pPr>
              <w:spacing w:after="0"/>
            </w:pPr>
          </w:p>
          <w:p w14:paraId="49B6D5E6" w14:textId="58C0F32E" w:rsidR="00CE7477" w:rsidRDefault="00000000">
            <w:pPr>
              <w:spacing w:after="0"/>
            </w:pPr>
            <w:r>
              <w:t>For Huntsburg Township:______________________</w:t>
            </w:r>
            <w:r w:rsidR="00ED53C3">
              <w:t>_______</w:t>
            </w:r>
            <w:r>
              <w:t>__</w:t>
            </w:r>
          </w:p>
        </w:tc>
        <w:tc>
          <w:tcPr>
            <w:tcW w:w="5256" w:type="dxa"/>
            <w:tcMar>
              <w:top w:w="60" w:type="dxa"/>
              <w:left w:w="60" w:type="dxa"/>
              <w:bottom w:w="60" w:type="dxa"/>
              <w:right w:w="60" w:type="dxa"/>
            </w:tcMar>
          </w:tcPr>
          <w:p w14:paraId="0A304A5E" w14:textId="77777777" w:rsidR="00A74265" w:rsidRDefault="00A74265">
            <w:pPr>
              <w:spacing w:after="0"/>
            </w:pPr>
          </w:p>
          <w:p w14:paraId="0638B219" w14:textId="38C21F1C" w:rsidR="00CE7477" w:rsidRDefault="00000000">
            <w:pPr>
              <w:spacing w:after="0"/>
            </w:pPr>
            <w:r>
              <w:t>Date: __________________</w:t>
            </w:r>
          </w:p>
        </w:tc>
      </w:tr>
    </w:tbl>
    <w:p w14:paraId="5E9262BA" w14:textId="77777777" w:rsidR="00ED53C3" w:rsidRDefault="00ED53C3">
      <w:pPr>
        <w:spacing w:before="40" w:after="0"/>
        <w:jc w:val="center"/>
        <w:rPr>
          <w:sz w:val="16"/>
        </w:rPr>
      </w:pPr>
    </w:p>
    <w:p w14:paraId="6AE4EC61" w14:textId="77777777" w:rsidR="00ED53C3" w:rsidRDefault="00ED53C3">
      <w:pPr>
        <w:spacing w:before="40" w:after="0"/>
        <w:jc w:val="center"/>
        <w:rPr>
          <w:sz w:val="16"/>
        </w:rPr>
      </w:pPr>
    </w:p>
    <w:p w14:paraId="06E83CF6" w14:textId="0F056F7A" w:rsidR="00CE7477" w:rsidRDefault="00000000">
      <w:pPr>
        <w:spacing w:before="40" w:after="0"/>
        <w:jc w:val="center"/>
        <w:rPr>
          <w:sz w:val="16"/>
        </w:rPr>
      </w:pPr>
      <w:r>
        <w:rPr>
          <w:sz w:val="16"/>
        </w:rPr>
        <w:t>Huntsburg Township  |  440-636-5486</w:t>
      </w:r>
    </w:p>
    <w:p w14:paraId="763F0DF6" w14:textId="72187220" w:rsidR="00ED53C3" w:rsidRDefault="00ED53C3">
      <w:pPr>
        <w:spacing w:before="40" w:after="0"/>
        <w:jc w:val="center"/>
        <w:rPr>
          <w:sz w:val="16"/>
        </w:rPr>
      </w:pPr>
      <w:r>
        <w:rPr>
          <w:sz w:val="16"/>
        </w:rPr>
        <w:t>P.O. BOX 280</w:t>
      </w:r>
    </w:p>
    <w:p w14:paraId="414C8F48" w14:textId="7CF50DF5" w:rsidR="00ED53C3" w:rsidRDefault="00ED53C3">
      <w:pPr>
        <w:spacing w:before="40" w:after="0"/>
        <w:jc w:val="center"/>
      </w:pPr>
      <w:r>
        <w:rPr>
          <w:sz w:val="16"/>
        </w:rPr>
        <w:t>Huntsburg, Ohio 44046</w:t>
      </w:r>
    </w:p>
    <w:sectPr w:rsidR="00ED53C3" w:rsidSect="00034616">
      <w:pgSz w:w="12240" w:h="15840"/>
      <w:pgMar w:top="432" w:right="864"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0251028">
    <w:abstractNumId w:val="8"/>
  </w:num>
  <w:num w:numId="2" w16cid:durableId="1219510013">
    <w:abstractNumId w:val="6"/>
  </w:num>
  <w:num w:numId="3" w16cid:durableId="238097232">
    <w:abstractNumId w:val="5"/>
  </w:num>
  <w:num w:numId="4" w16cid:durableId="483359212">
    <w:abstractNumId w:val="4"/>
  </w:num>
  <w:num w:numId="5" w16cid:durableId="317199591">
    <w:abstractNumId w:val="7"/>
  </w:num>
  <w:num w:numId="6" w16cid:durableId="77481486">
    <w:abstractNumId w:val="3"/>
  </w:num>
  <w:num w:numId="7" w16cid:durableId="80565967">
    <w:abstractNumId w:val="2"/>
  </w:num>
  <w:num w:numId="8" w16cid:durableId="1879778564">
    <w:abstractNumId w:val="1"/>
  </w:num>
  <w:num w:numId="9" w16cid:durableId="572547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FF8"/>
    <w:rsid w:val="0015074B"/>
    <w:rsid w:val="0029639D"/>
    <w:rsid w:val="00326F90"/>
    <w:rsid w:val="00A74265"/>
    <w:rsid w:val="00AA1D8D"/>
    <w:rsid w:val="00AA2EF8"/>
    <w:rsid w:val="00B47730"/>
    <w:rsid w:val="00CB0664"/>
    <w:rsid w:val="00CE7477"/>
    <w:rsid w:val="00ED53C3"/>
    <w:rsid w:val="00FC693F"/>
    <w:rsid w:val="00FD5A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B53770"/>
  <w14:defaultImageDpi w14:val="300"/>
  <w15:docId w15:val="{C7A83A28-B791-4E0F-B8F0-7E2C555E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Nancy Saunders</cp:lastModifiedBy>
  <cp:revision>4</cp:revision>
  <cp:lastPrinted>2026-09-23T17:22:00Z</cp:lastPrinted>
  <dcterms:created xsi:type="dcterms:W3CDTF">2013-12-23T23:15:00Z</dcterms:created>
  <dcterms:modified xsi:type="dcterms:W3CDTF">2026-09-23T17:24:00Z</dcterms:modified>
  <cp:category/>
</cp:coreProperties>
</file>