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960D13E" w14:textId="77777777" w:rsidR="00203F7E" w:rsidRDefault="00000000">
      <w:pPr>
        <w:pStyle w:val="Heading1"/>
      </w:pPr>
      <w:r>
        <w:t>Three Hour Tour Marketing Partnership Plan</w:t>
      </w:r>
    </w:p>
    <w:p w14:paraId="124825F9" w14:textId="77777777" w:rsidR="00203F7E" w:rsidRDefault="00000000">
      <w:r>
        <w:rPr>
          <w:b/>
        </w:rPr>
        <w:t>South Shore LobsterFest 2026</w:t>
      </w:r>
      <w:r>
        <w:rPr>
          <w:b/>
        </w:rPr>
        <w:br/>
      </w:r>
      <w:r>
        <w:t>Marshfield, Massachusetts</w:t>
      </w:r>
      <w:r>
        <w:br/>
      </w:r>
      <w:r>
        <w:br/>
      </w:r>
    </w:p>
    <w:p w14:paraId="74E56AE4" w14:textId="77777777" w:rsidR="00203F7E" w:rsidRDefault="00000000">
      <w:pPr>
        <w:pStyle w:val="Heading2"/>
      </w:pPr>
      <w:r>
        <w:t>Objectives</w:t>
      </w:r>
    </w:p>
    <w:p w14:paraId="204297D4" w14:textId="77777777" w:rsidR="00203F7E" w:rsidRDefault="00000000">
      <w:pPr>
        <w:pStyle w:val="ListBullet"/>
      </w:pPr>
      <w:r>
        <w:t>Increase attendance at South Shore LobsterFest</w:t>
      </w:r>
    </w:p>
    <w:p w14:paraId="35C7622E" w14:textId="77777777" w:rsidR="00203F7E" w:rsidRDefault="00000000">
      <w:pPr>
        <w:pStyle w:val="ListBullet"/>
      </w:pPr>
      <w:r>
        <w:t>Promote LobsterFest as a premier South Shore summer event</w:t>
      </w:r>
    </w:p>
    <w:p w14:paraId="3D0E4119" w14:textId="77777777" w:rsidR="00203F7E" w:rsidRDefault="00000000">
      <w:pPr>
        <w:pStyle w:val="ListBullet"/>
      </w:pPr>
      <w:r>
        <w:t>Drive traffic to the official LobsterFest website</w:t>
      </w:r>
    </w:p>
    <w:p w14:paraId="66E4335F" w14:textId="77777777" w:rsidR="00203F7E" w:rsidRDefault="00000000">
      <w:pPr>
        <w:pStyle w:val="ListBullet"/>
      </w:pPr>
      <w:r>
        <w:t>Cross-promote South Shore LobsterFest and Three Hour Tour</w:t>
      </w:r>
    </w:p>
    <w:p w14:paraId="5B93B4CD" w14:textId="77777777" w:rsidR="00203F7E" w:rsidRDefault="00000000">
      <w:pPr>
        <w:pStyle w:val="ListBullet"/>
      </w:pPr>
      <w:r>
        <w:t>Showcase live music while supporting the overall festival experience</w:t>
      </w:r>
    </w:p>
    <w:p w14:paraId="4C8C0EE3" w14:textId="77777777" w:rsidR="00203F7E" w:rsidRDefault="00000000">
      <w:pPr>
        <w:pStyle w:val="Heading2"/>
      </w:pPr>
      <w:r>
        <w:t>8 Weeks Before</w:t>
      </w:r>
    </w:p>
    <w:p w14:paraId="34240251" w14:textId="77777777" w:rsidR="00203F7E" w:rsidRDefault="00000000">
      <w:pPr>
        <w:pStyle w:val="ListBullet"/>
      </w:pPr>
      <w:r>
        <w:t>Website: Add LobsterFest to Upcoming Shows and feature on homepage.</w:t>
      </w:r>
    </w:p>
    <w:p w14:paraId="6479ADD2" w14:textId="77777777" w:rsidR="00203F7E" w:rsidRDefault="00000000">
      <w:pPr>
        <w:pStyle w:val="ListBullet"/>
      </w:pPr>
      <w:r>
        <w:t>Social: Event announcement, tag LobsterFest, share official graphics.</w:t>
      </w:r>
    </w:p>
    <w:p w14:paraId="2B0E4DAC" w14:textId="1FD81750" w:rsidR="00203F7E" w:rsidRDefault="00000000">
      <w:pPr>
        <w:pStyle w:val="ListBullet"/>
      </w:pPr>
      <w:r>
        <w:t>Event Listings: Facebook Events</w:t>
      </w:r>
      <w:r w:rsidR="00EB585F">
        <w:t xml:space="preserve"> and multiple platforms</w:t>
      </w:r>
    </w:p>
    <w:p w14:paraId="5EC6870A" w14:textId="77777777" w:rsidR="00203F7E" w:rsidRDefault="00000000">
      <w:pPr>
        <w:pStyle w:val="Heading2"/>
      </w:pPr>
      <w:r>
        <w:t>6 Weeks Before</w:t>
      </w:r>
    </w:p>
    <w:p w14:paraId="01377662" w14:textId="70E177A1" w:rsidR="00203F7E" w:rsidRDefault="00000000">
      <w:pPr>
        <w:pStyle w:val="ListBullet"/>
      </w:pPr>
      <w:r>
        <w:t>Share 'Why We're Excited' band video</w:t>
      </w:r>
      <w:r w:rsidR="00EB585F">
        <w:t xml:space="preserve"> or content</w:t>
      </w:r>
      <w:r>
        <w:t>.</w:t>
      </w:r>
    </w:p>
    <w:p w14:paraId="47C548B8" w14:textId="77777777" w:rsidR="00203F7E" w:rsidRDefault="00000000">
      <w:pPr>
        <w:pStyle w:val="ListBullet"/>
      </w:pPr>
      <w:r>
        <w:t>Begin countdown posts.</w:t>
      </w:r>
    </w:p>
    <w:p w14:paraId="7683A0BF" w14:textId="77777777" w:rsidR="00203F7E" w:rsidRDefault="00000000">
      <w:pPr>
        <w:pStyle w:val="ListBullet"/>
      </w:pPr>
      <w:r>
        <w:t>Highlight food, vendors, family activities, sponsors and attractions.</w:t>
      </w:r>
    </w:p>
    <w:p w14:paraId="32BAA5E4" w14:textId="77777777" w:rsidR="00203F7E" w:rsidRDefault="00000000">
      <w:pPr>
        <w:pStyle w:val="ListBullet"/>
      </w:pPr>
      <w:r>
        <w:t>Publish website news post.</w:t>
      </w:r>
    </w:p>
    <w:p w14:paraId="3D7AE1E3" w14:textId="77777777" w:rsidR="00203F7E" w:rsidRDefault="00000000">
      <w:pPr>
        <w:pStyle w:val="Heading2"/>
      </w:pPr>
      <w:r>
        <w:t>5 Weeks Before</w:t>
      </w:r>
    </w:p>
    <w:p w14:paraId="2E3894F0" w14:textId="77777777" w:rsidR="00203F7E" w:rsidRDefault="00000000">
      <w:pPr>
        <w:pStyle w:val="ListBullet"/>
      </w:pPr>
      <w:r>
        <w:t>Email Newsletter #1 – We're Heading to South Shore LobsterFest!</w:t>
      </w:r>
    </w:p>
    <w:p w14:paraId="4BB67C00" w14:textId="77777777" w:rsidR="00203F7E" w:rsidRDefault="00000000">
      <w:pPr>
        <w:pStyle w:val="ListBullet"/>
      </w:pPr>
      <w:r>
        <w:t>Link to official event website and encourage attendance.</w:t>
      </w:r>
    </w:p>
    <w:p w14:paraId="32BFEA69" w14:textId="77777777" w:rsidR="00203F7E" w:rsidRDefault="00000000">
      <w:pPr>
        <w:pStyle w:val="Heading2"/>
      </w:pPr>
      <w:r>
        <w:t>4 Weeks Before</w:t>
      </w:r>
    </w:p>
    <w:p w14:paraId="079092E4" w14:textId="77777777" w:rsidR="00203F7E" w:rsidRDefault="00000000">
      <w:pPr>
        <w:pStyle w:val="ListBullet"/>
      </w:pPr>
      <w:r>
        <w:t>Reveal event merchandise (shirt, can cooler, hats).</w:t>
      </w:r>
    </w:p>
    <w:p w14:paraId="505FF903" w14:textId="77777777" w:rsidR="00203F7E" w:rsidRDefault="00000000">
      <w:pPr>
        <w:pStyle w:val="ListBullet"/>
      </w:pPr>
      <w:r>
        <w:t>Share rehearsal and behind-the-scenes content.</w:t>
      </w:r>
    </w:p>
    <w:p w14:paraId="0CE0CD2C" w14:textId="77777777" w:rsidR="00203F7E" w:rsidRDefault="00000000">
      <w:pPr>
        <w:pStyle w:val="Heading2"/>
      </w:pPr>
      <w:r>
        <w:t>3 Weeks Before</w:t>
      </w:r>
    </w:p>
    <w:p w14:paraId="272BC5BC" w14:textId="77777777" w:rsidR="00203F7E" w:rsidRDefault="00000000">
      <w:pPr>
        <w:pStyle w:val="ListBullet"/>
      </w:pPr>
      <w:r>
        <w:t>Promote original music and invite fans to hear it live.</w:t>
      </w:r>
    </w:p>
    <w:p w14:paraId="554D9257" w14:textId="77777777" w:rsidR="00203F7E" w:rsidRDefault="00000000">
      <w:pPr>
        <w:pStyle w:val="ListBullet"/>
      </w:pPr>
      <w:r>
        <w:t>Three-week countdown posts.</w:t>
      </w:r>
    </w:p>
    <w:p w14:paraId="1BF3F3AB" w14:textId="77777777" w:rsidR="00203F7E" w:rsidRDefault="00000000">
      <w:pPr>
        <w:pStyle w:val="Heading2"/>
      </w:pPr>
      <w:r>
        <w:t>2 Weeks Before</w:t>
      </w:r>
    </w:p>
    <w:p w14:paraId="78D79559" w14:textId="77777777" w:rsidR="00203F7E" w:rsidRDefault="00000000">
      <w:pPr>
        <w:pStyle w:val="ListBullet"/>
      </w:pPr>
      <w:r>
        <w:t>Email Newsletter #2 with event details, parking, schedule and merchandise.</w:t>
      </w:r>
    </w:p>
    <w:p w14:paraId="01897A50" w14:textId="77777777" w:rsidR="00203F7E" w:rsidRDefault="00000000">
      <w:pPr>
        <w:pStyle w:val="ListBullet"/>
      </w:pPr>
      <w:r>
        <w:t>Increase stories, reels and rehearsal updates.</w:t>
      </w:r>
    </w:p>
    <w:p w14:paraId="1225EFA9" w14:textId="77777777" w:rsidR="00203F7E" w:rsidRDefault="00000000">
      <w:pPr>
        <w:pStyle w:val="Heading2"/>
      </w:pPr>
      <w:r>
        <w:lastRenderedPageBreak/>
        <w:t>1 Week Before</w:t>
      </w:r>
    </w:p>
    <w:p w14:paraId="5467DA65" w14:textId="77777777" w:rsidR="00203F7E" w:rsidRDefault="00000000">
      <w:pPr>
        <w:pStyle w:val="ListBullet"/>
      </w:pPr>
      <w:r>
        <w:t>Daily countdown posts.</w:t>
      </w:r>
    </w:p>
    <w:p w14:paraId="2F323C48" w14:textId="77777777" w:rsidR="00203F7E" w:rsidRDefault="00000000">
      <w:pPr>
        <w:pStyle w:val="ListBullet"/>
      </w:pPr>
      <w:r>
        <w:t>Band introductions.</w:t>
      </w:r>
    </w:p>
    <w:p w14:paraId="353F6163" w14:textId="77777777" w:rsidR="00203F7E" w:rsidRDefault="00000000">
      <w:pPr>
        <w:pStyle w:val="ListBullet"/>
      </w:pPr>
      <w:r>
        <w:t>Merchandise previews.</w:t>
      </w:r>
    </w:p>
    <w:p w14:paraId="5B87D487" w14:textId="77777777" w:rsidR="00203F7E" w:rsidRDefault="00000000">
      <w:pPr>
        <w:pStyle w:val="ListBullet"/>
      </w:pPr>
      <w:r>
        <w:t>Festival reminders.</w:t>
      </w:r>
    </w:p>
    <w:p w14:paraId="04F1166A" w14:textId="77777777" w:rsidR="00203F7E" w:rsidRDefault="00000000">
      <w:pPr>
        <w:pStyle w:val="Heading2"/>
      </w:pPr>
      <w:r>
        <w:t>Event Week</w:t>
      </w:r>
    </w:p>
    <w:p w14:paraId="2FF58C0B" w14:textId="77777777" w:rsidR="00203F7E" w:rsidRDefault="00000000">
      <w:pPr>
        <w:pStyle w:val="ListBullet"/>
      </w:pPr>
      <w:r>
        <w:t>Feature LobsterFest on website homepage.</w:t>
      </w:r>
    </w:p>
    <w:p w14:paraId="7A0A49ED" w14:textId="77777777" w:rsidR="00203F7E" w:rsidRDefault="00000000">
      <w:pPr>
        <w:pStyle w:val="ListBullet"/>
      </w:pPr>
      <w:r>
        <w:t>Daily social updates, setup, sponsors, food and festival atmosphere.</w:t>
      </w:r>
    </w:p>
    <w:p w14:paraId="77C2F152" w14:textId="77777777" w:rsidR="00203F7E" w:rsidRDefault="00000000">
      <w:pPr>
        <w:pStyle w:val="ListBullet"/>
      </w:pPr>
      <w:r>
        <w:t>Share short Facebook Live / Instagram Stories and Reels.</w:t>
      </w:r>
    </w:p>
    <w:p w14:paraId="0CB0CA1B" w14:textId="77777777" w:rsidR="00203F7E" w:rsidRDefault="00000000">
      <w:pPr>
        <w:pStyle w:val="Heading2"/>
      </w:pPr>
      <w:r>
        <w:t>Event Day</w:t>
      </w:r>
    </w:p>
    <w:p w14:paraId="75463643" w14:textId="77777777" w:rsidR="00203F7E" w:rsidRDefault="00000000">
      <w:pPr>
        <w:pStyle w:val="ListBullet"/>
      </w:pPr>
      <w:r>
        <w:t>Morning travel and festival updates.</w:t>
      </w:r>
    </w:p>
    <w:p w14:paraId="219C9AFB" w14:textId="77777777" w:rsidR="00203F7E" w:rsidRDefault="00000000">
      <w:pPr>
        <w:pStyle w:val="ListBullet"/>
      </w:pPr>
      <w:r>
        <w:t>Load-in and soundcheck photos.</w:t>
      </w:r>
    </w:p>
    <w:p w14:paraId="0FF26594" w14:textId="77777777" w:rsidR="00203F7E" w:rsidRDefault="00000000">
      <w:pPr>
        <w:pStyle w:val="ListBullet"/>
      </w:pPr>
      <w:r>
        <w:t>Pre-show reminder.</w:t>
      </w:r>
    </w:p>
    <w:p w14:paraId="612FA2CC" w14:textId="77777777" w:rsidR="00203F7E" w:rsidRDefault="00000000">
      <w:pPr>
        <w:pStyle w:val="ListBullet"/>
      </w:pPr>
      <w:r>
        <w:t>Performance photos and short videos.</w:t>
      </w:r>
    </w:p>
    <w:p w14:paraId="7B85699C" w14:textId="77777777" w:rsidR="00203F7E" w:rsidRDefault="00000000">
      <w:pPr>
        <w:pStyle w:val="Heading2"/>
      </w:pPr>
      <w:r>
        <w:t>After the Festival</w:t>
      </w:r>
    </w:p>
    <w:p w14:paraId="48318F64" w14:textId="77777777" w:rsidR="00203F7E" w:rsidRDefault="00000000">
      <w:pPr>
        <w:pStyle w:val="ListBullet"/>
      </w:pPr>
      <w:r>
        <w:t>Thank-you campaign recognizing organizers, volunteers, sponsors and attendees.</w:t>
      </w:r>
    </w:p>
    <w:p w14:paraId="3056C3A0" w14:textId="77777777" w:rsidR="00203F7E" w:rsidRDefault="00000000">
      <w:pPr>
        <w:pStyle w:val="ListBullet"/>
      </w:pPr>
      <w:r>
        <w:t>Highlight video and photo gallery.</w:t>
      </w:r>
    </w:p>
    <w:p w14:paraId="0B9B91DE" w14:textId="77777777" w:rsidR="00203F7E" w:rsidRDefault="00000000">
      <w:pPr>
        <w:pStyle w:val="ListBullet"/>
      </w:pPr>
      <w:r>
        <w:t>Email recap and promote upcoming Three Hour Tour shows.</w:t>
      </w:r>
    </w:p>
    <w:p w14:paraId="6A37A2B9" w14:textId="77777777" w:rsidR="00203F7E" w:rsidRDefault="00000000">
      <w:pPr>
        <w:pStyle w:val="Heading2"/>
      </w:pPr>
      <w:r>
        <w:t>Promotional Assets We'll Provide</w:t>
      </w:r>
    </w:p>
    <w:p w14:paraId="736A926F" w14:textId="77777777" w:rsidR="00203F7E" w:rsidRDefault="00000000">
      <w:pPr>
        <w:pStyle w:val="ListBullet"/>
      </w:pPr>
      <w:r>
        <w:t>Band logos</w:t>
      </w:r>
    </w:p>
    <w:p w14:paraId="5A80967F" w14:textId="77777777" w:rsidR="00203F7E" w:rsidRDefault="00000000">
      <w:pPr>
        <w:pStyle w:val="ListBullet"/>
      </w:pPr>
      <w:r>
        <w:t>High-resolution photos</w:t>
      </w:r>
    </w:p>
    <w:p w14:paraId="121A6ED1" w14:textId="77777777" w:rsidR="00203F7E" w:rsidRDefault="00000000">
      <w:pPr>
        <w:pStyle w:val="ListBullet"/>
      </w:pPr>
      <w:r>
        <w:t>Social graphics</w:t>
      </w:r>
    </w:p>
    <w:p w14:paraId="1B19F1E3" w14:textId="77777777" w:rsidR="00203F7E" w:rsidRDefault="00000000">
      <w:pPr>
        <w:pStyle w:val="ListBullet"/>
      </w:pPr>
      <w:r>
        <w:t>Website graphics</w:t>
      </w:r>
    </w:p>
    <w:p w14:paraId="4D616084" w14:textId="77777777" w:rsidR="00203F7E" w:rsidRDefault="00000000">
      <w:pPr>
        <w:pStyle w:val="ListBullet"/>
      </w:pPr>
      <w:r>
        <w:t>Promotional copy</w:t>
      </w:r>
    </w:p>
    <w:p w14:paraId="2BC073A2" w14:textId="77777777" w:rsidR="00203F7E" w:rsidRDefault="00000000">
      <w:pPr>
        <w:pStyle w:val="ListBullet"/>
      </w:pPr>
      <w:r>
        <w:t>Merchandise mockups</w:t>
      </w:r>
    </w:p>
    <w:p w14:paraId="1120D2DD" w14:textId="77777777" w:rsidR="00203F7E" w:rsidRDefault="00000000">
      <w:pPr>
        <w:pStyle w:val="ListBullet"/>
      </w:pPr>
      <w:r>
        <w:t>Press kit</w:t>
      </w:r>
    </w:p>
    <w:p w14:paraId="334626ED" w14:textId="14B73D1F" w:rsidR="00203F7E" w:rsidRDefault="00000000">
      <w:pPr>
        <w:pStyle w:val="ListBullet"/>
      </w:pPr>
      <w:r>
        <w:t xml:space="preserve">Stage plot/input list </w:t>
      </w:r>
    </w:p>
    <w:p w14:paraId="2550263E" w14:textId="77777777" w:rsidR="00203F7E" w:rsidRDefault="00000000">
      <w:pPr>
        <w:pStyle w:val="Heading2"/>
      </w:pPr>
      <w:r>
        <w:t>Collaboration Opportunities</w:t>
      </w:r>
    </w:p>
    <w:p w14:paraId="0ED7F1B1" w14:textId="77777777" w:rsidR="00203F7E" w:rsidRDefault="00000000">
      <w:pPr>
        <w:pStyle w:val="ListBullet"/>
      </w:pPr>
      <w:r>
        <w:t>Cross-tagging social posts</w:t>
      </w:r>
    </w:p>
    <w:p w14:paraId="0D5FCCA0" w14:textId="77777777" w:rsidR="00203F7E" w:rsidRDefault="00000000">
      <w:pPr>
        <w:pStyle w:val="ListBullet"/>
      </w:pPr>
      <w:r>
        <w:t>Sponsor recognition</w:t>
      </w:r>
    </w:p>
    <w:p w14:paraId="2F39C7E1" w14:textId="77777777" w:rsidR="00203F7E" w:rsidRDefault="00000000">
      <w:pPr>
        <w:pStyle w:val="ListBullet"/>
      </w:pPr>
      <w:r>
        <w:t>Joint giveaways (if desired)</w:t>
      </w:r>
    </w:p>
    <w:p w14:paraId="56B5CD97" w14:textId="77777777" w:rsidR="00203F7E" w:rsidRDefault="00000000">
      <w:pPr>
        <w:pStyle w:val="ListBullet"/>
      </w:pPr>
      <w:r>
        <w:t>Live social coverage</w:t>
      </w:r>
    </w:p>
    <w:p w14:paraId="179D054E" w14:textId="77777777" w:rsidR="00203F7E" w:rsidRDefault="00000000">
      <w:pPr>
        <w:pStyle w:val="ListBullet"/>
      </w:pPr>
      <w:r>
        <w:t>Photo/video assets for future promotions</w:t>
      </w:r>
    </w:p>
    <w:p w14:paraId="7DE146F1" w14:textId="77777777" w:rsidR="00203F7E" w:rsidRDefault="00000000">
      <w:pPr>
        <w:pStyle w:val="Heading2"/>
      </w:pPr>
      <w:r>
        <w:t>Success Metrics</w:t>
      </w:r>
    </w:p>
    <w:p w14:paraId="466B81F0" w14:textId="77777777" w:rsidR="00203F7E" w:rsidRDefault="00000000">
      <w:pPr>
        <w:pStyle w:val="ListBullet"/>
      </w:pPr>
      <w:r>
        <w:t>Website traffic</w:t>
      </w:r>
    </w:p>
    <w:p w14:paraId="2564ADBB" w14:textId="77777777" w:rsidR="00203F7E" w:rsidRDefault="00000000">
      <w:pPr>
        <w:pStyle w:val="ListBullet"/>
      </w:pPr>
      <w:r>
        <w:t>Social engagement</w:t>
      </w:r>
    </w:p>
    <w:p w14:paraId="226994BC" w14:textId="77777777" w:rsidR="00203F7E" w:rsidRDefault="00000000">
      <w:pPr>
        <w:pStyle w:val="ListBullet"/>
      </w:pPr>
      <w:r>
        <w:lastRenderedPageBreak/>
        <w:t>Email performance</w:t>
      </w:r>
    </w:p>
    <w:p w14:paraId="477BB3CF" w14:textId="77777777" w:rsidR="00203F7E" w:rsidRDefault="00000000">
      <w:pPr>
        <w:pStyle w:val="ListBullet"/>
      </w:pPr>
      <w:r>
        <w:t>Merchandise sales</w:t>
      </w:r>
    </w:p>
    <w:p w14:paraId="6FADD8EC" w14:textId="77777777" w:rsidR="00203F7E" w:rsidRDefault="00000000">
      <w:pPr>
        <w:pStyle w:val="ListBullet"/>
      </w:pPr>
      <w:r>
        <w:t>Video views</w:t>
      </w:r>
    </w:p>
    <w:p w14:paraId="7B67D5EF" w14:textId="77777777" w:rsidR="00203F7E" w:rsidRDefault="00000000">
      <w:pPr>
        <w:pStyle w:val="ListBullet"/>
      </w:pPr>
      <w:r>
        <w:t>Spotify streaming after the event</w:t>
      </w:r>
    </w:p>
    <w:p w14:paraId="598729EF" w14:textId="77777777" w:rsidR="00203F7E" w:rsidRDefault="00000000">
      <w:pPr>
        <w:pStyle w:val="Heading2"/>
      </w:pPr>
      <w:r>
        <w:t>Closing Statement</w:t>
      </w:r>
    </w:p>
    <w:p w14:paraId="31609642" w14:textId="77777777" w:rsidR="00203F7E" w:rsidRDefault="00000000">
      <w:pPr>
        <w:pStyle w:val="ListBullet"/>
      </w:pPr>
      <w:r>
        <w:t>Three Hour Tour is committed to making South Shore LobsterFest a success. We view this as a partnership and will actively promote the festival across our website, email newsletters and social media channels to help generate excitement, increase attendance and create a memorable experience for everyone involved.</w:t>
      </w:r>
    </w:p>
    <w:sectPr w:rsidR="00203F7E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66348016">
    <w:abstractNumId w:val="8"/>
  </w:num>
  <w:num w:numId="2" w16cid:durableId="1648584668">
    <w:abstractNumId w:val="6"/>
  </w:num>
  <w:num w:numId="3" w16cid:durableId="1474979913">
    <w:abstractNumId w:val="5"/>
  </w:num>
  <w:num w:numId="4" w16cid:durableId="751969554">
    <w:abstractNumId w:val="4"/>
  </w:num>
  <w:num w:numId="5" w16cid:durableId="1148745368">
    <w:abstractNumId w:val="7"/>
  </w:num>
  <w:num w:numId="6" w16cid:durableId="1173298866">
    <w:abstractNumId w:val="3"/>
  </w:num>
  <w:num w:numId="7" w16cid:durableId="472211155">
    <w:abstractNumId w:val="2"/>
  </w:num>
  <w:num w:numId="8" w16cid:durableId="100804140">
    <w:abstractNumId w:val="1"/>
  </w:num>
  <w:num w:numId="9" w16cid:durableId="145733426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4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03F7E"/>
    <w:rsid w:val="0029639D"/>
    <w:rsid w:val="00326F90"/>
    <w:rsid w:val="00AA1D8D"/>
    <w:rsid w:val="00B47730"/>
    <w:rsid w:val="00BC28C3"/>
    <w:rsid w:val="00CB0664"/>
    <w:rsid w:val="00EB585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B8106F5"/>
  <w14:defaultImageDpi w14:val="300"/>
  <w15:docId w15:val="{AA18334B-B102-4441-8929-76507CEAA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398</Words>
  <Characters>2272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2665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Rick Welch</cp:lastModifiedBy>
  <cp:revision>2</cp:revision>
  <dcterms:created xsi:type="dcterms:W3CDTF">2026-07-27T18:20:00Z</dcterms:created>
  <dcterms:modified xsi:type="dcterms:W3CDTF">2026-07-27T18:20:00Z</dcterms:modified>
  <cp:category/>
</cp:coreProperties>
</file>