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A928C" w14:textId="77777777" w:rsidR="004C541F" w:rsidRDefault="00FC53B5">
      <w:pPr>
        <w:jc w:val="center"/>
      </w:pPr>
      <w:r>
        <w:rPr>
          <w:noProof/>
        </w:rPr>
        <w:drawing>
          <wp:inline distT="0" distB="0" distL="0" distR="0" wp14:anchorId="1C2B99DC" wp14:editId="01CF3A51">
            <wp:extent cx="1944624" cy="1944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1944624" cy="1944624"/>
                    </a:xfrm>
                    <a:prstGeom prst="rect">
                      <a:avLst/>
                    </a:prstGeom>
                  </pic:spPr>
                </pic:pic>
              </a:graphicData>
            </a:graphic>
          </wp:inline>
        </w:drawing>
      </w:r>
    </w:p>
    <w:p w14:paraId="7B34DEB0" w14:textId="77777777" w:rsidR="004C541F" w:rsidRDefault="00FC53B5">
      <w:pPr>
        <w:pStyle w:val="Title"/>
        <w:jc w:val="center"/>
      </w:pPr>
      <w:r>
        <w:t>PS FLIGHT 7v7 FOOTBALL</w:t>
      </w:r>
    </w:p>
    <w:p w14:paraId="38B1D1AF" w14:textId="1662F471" w:rsidR="004C541F" w:rsidRDefault="00FC53B5" w:rsidP="004C7D78">
      <w:pPr>
        <w:jc w:val="center"/>
      </w:pPr>
      <w:r>
        <w:t>Letter of Intent – Player Acceptance</w:t>
      </w:r>
    </w:p>
    <w:p w14:paraId="4DD53C0B" w14:textId="77777777" w:rsidR="00BB5789" w:rsidRDefault="00FC53B5">
      <w:r>
        <w:t xml:space="preserve">Congratulations! You have </w:t>
      </w:r>
      <w:bookmarkStart w:id="0" w:name="_Int_v4wSYDTM"/>
      <w:r>
        <w:t>been selected</w:t>
      </w:r>
      <w:bookmarkEnd w:id="0"/>
      <w:r>
        <w:t xml:space="preserve"> to join PS Flight 7v7 Football for the upcoming season. This letter serves as your official Letter of Intent, confirming your commitment to the program and outlining expectations for all team members.</w:t>
      </w:r>
      <w:r>
        <w:br/>
      </w:r>
      <w:r>
        <w:br/>
        <w:t>PROGRAM EXPECTATIONS</w:t>
      </w:r>
      <w:r>
        <w:br/>
        <w:t>1. Attendance &amp; Commitment</w:t>
      </w:r>
      <w:r>
        <w:br/>
        <w:t xml:space="preserve">   - Players </w:t>
      </w:r>
      <w:bookmarkStart w:id="1" w:name="_Int_G3AC6ddN"/>
      <w:r>
        <w:t>are expected</w:t>
      </w:r>
      <w:bookmarkEnd w:id="1"/>
      <w:r>
        <w:t xml:space="preserve"> to attend all scheduled practices, team training sessions, and tournament events.</w:t>
      </w:r>
      <w:r>
        <w:br/>
        <w:t xml:space="preserve">   - Consistent participation is critical for player development, team chemistry, and overall success.</w:t>
      </w:r>
      <w:r>
        <w:br/>
        <w:t xml:space="preserve">   - Any absence must </w:t>
      </w:r>
      <w:bookmarkStart w:id="2" w:name="_Int_yE08ba0c"/>
      <w:r>
        <w:t>be communicated</w:t>
      </w:r>
      <w:bookmarkEnd w:id="2"/>
      <w:r>
        <w:t xml:space="preserve"> directly to the coaching staff in advance</w:t>
      </w:r>
    </w:p>
    <w:p w14:paraId="5A31908B" w14:textId="60CDAF91" w:rsidR="00FA7F64" w:rsidRDefault="00FC53B5">
      <w:r>
        <w:t>2. Conduct &amp; Representation</w:t>
      </w:r>
      <w:r>
        <w:br/>
        <w:t xml:space="preserve">   - Players </w:t>
      </w:r>
      <w:bookmarkStart w:id="3" w:name="_Int_u0c4YIQU"/>
      <w:r>
        <w:t>are expected</w:t>
      </w:r>
      <w:bookmarkEnd w:id="3"/>
      <w:r>
        <w:t xml:space="preserve"> to uphold the highest standards of sportsmanship, effort, and respect on and off the field.</w:t>
      </w:r>
      <w:r>
        <w:br/>
        <w:t xml:space="preserve">   - You </w:t>
      </w:r>
      <w:bookmarkStart w:id="4" w:name="_Int_3V1V8S6L"/>
      <w:r>
        <w:t>represent</w:t>
      </w:r>
      <w:bookmarkEnd w:id="4"/>
      <w:r>
        <w:t xml:space="preserve"> PS Flight, your teammates, and our community—your actions reflect our program</w:t>
      </w:r>
      <w:r w:rsidR="00FA7F64">
        <w:t>.</w:t>
      </w:r>
    </w:p>
    <w:p w14:paraId="18C60AD5" w14:textId="537F93FB" w:rsidR="004C541F" w:rsidRDefault="00FA7F64">
      <w:r>
        <w:t xml:space="preserve"> 3. Player Dues</w:t>
      </w:r>
      <w:r>
        <w:br/>
        <w:t xml:space="preserve">   - The player fee is $</w:t>
      </w:r>
      <w:r w:rsidR="004C7D78">
        <w:t>70</w:t>
      </w:r>
      <w:r>
        <w:t>0, which covers:</w:t>
      </w:r>
      <w:r>
        <w:br/>
        <w:t xml:space="preserve">     • Team uniforms and warmups</w:t>
      </w:r>
      <w:r>
        <w:br/>
        <w:t xml:space="preserve">     • Insurance</w:t>
      </w:r>
      <w:r>
        <w:br/>
        <w:t xml:space="preserve">     • Helmet</w:t>
      </w:r>
      <w:r>
        <w:br/>
        <w:t xml:space="preserve">     • Tournament entry fees</w:t>
      </w:r>
      <w:r>
        <w:br/>
        <w:t xml:space="preserve">     • Field rentals</w:t>
      </w:r>
      <w:r>
        <w:br/>
        <w:t xml:space="preserve">     • Player dues and administrative costs</w:t>
      </w:r>
      <w:r>
        <w:br/>
        <w:t xml:space="preserve">   - All payments must be </w:t>
      </w:r>
      <w:bookmarkStart w:id="5" w:name="_Int_gImD0hlr"/>
      <w:r>
        <w:t>submitted</w:t>
      </w:r>
      <w:bookmarkEnd w:id="5"/>
      <w:r>
        <w:t xml:space="preserve"> no later than </w:t>
      </w:r>
      <w:r w:rsidR="00C207A1">
        <w:t xml:space="preserve">January </w:t>
      </w:r>
      <w:r>
        <w:t>23, 202</w:t>
      </w:r>
      <w:r w:rsidR="001144B1">
        <w:t>6, and are non refundable</w:t>
      </w:r>
      <w:r w:rsidR="00753C73">
        <w:t>.</w:t>
      </w:r>
      <w:r>
        <w:t>.</w:t>
      </w:r>
      <w:r>
        <w:br/>
        <w:t xml:space="preserve">   - Failure to </w:t>
      </w:r>
      <w:bookmarkStart w:id="6" w:name="_Int_GDwQL2dW"/>
      <w:r>
        <w:t>submit</w:t>
      </w:r>
      <w:bookmarkEnd w:id="6"/>
      <w:r>
        <w:t xml:space="preserve"> dues on time may result in forfeiture of your roster spot.</w:t>
      </w:r>
      <w:r>
        <w:br/>
      </w:r>
      <w:r>
        <w:br/>
        <w:t>COMMITMENT AGREEMENT</w:t>
      </w:r>
      <w:r>
        <w:br/>
        <w:t>By signing below, I acknowledge that I have read and understand the expectations outlined above. I accept the invitation to join PS Flight 7v7 Football and agree to uphold the standards and responsibilities required of me as a team member.</w:t>
      </w:r>
      <w:r>
        <w:br/>
      </w:r>
      <w:r>
        <w:br/>
      </w:r>
    </w:p>
    <w:p w14:paraId="009A4235" w14:textId="77777777" w:rsidR="004C541F" w:rsidRDefault="00FC53B5">
      <w:r>
        <w:t>Player Name: ___________________________________________</w:t>
      </w:r>
      <w:r>
        <w:br/>
        <w:t>Parent/Guardian Name (if under 18): ________________________</w:t>
      </w:r>
      <w:r>
        <w:br/>
        <w:t>Player Signature: _________________________________________</w:t>
      </w:r>
      <w:r>
        <w:br/>
        <w:t>Parent/Guardian Signature: ________________________________</w:t>
      </w:r>
      <w:r>
        <w:br/>
        <w:t>Date: ___________________</w:t>
      </w:r>
      <w:r>
        <w:br/>
      </w:r>
      <w:r>
        <w:br/>
      </w:r>
    </w:p>
    <w:p w14:paraId="38EAA0E7" w14:textId="1DD307AB" w:rsidR="004C541F" w:rsidRDefault="00FC53B5">
      <w:r>
        <w:t>Welcome to PS Flight!</w:t>
      </w:r>
      <w:r>
        <w:br/>
        <w:t>We look forward to an exciting season of growth, competition, and teamwork.</w:t>
      </w:r>
      <w:r>
        <w:br/>
      </w:r>
      <w:r>
        <w:br/>
        <w:t>Respectfully,</w:t>
      </w:r>
      <w:r>
        <w:br/>
        <w:t xml:space="preserve">Coach </w:t>
      </w:r>
      <w:r w:rsidR="00C207A1">
        <w:t>Chris Rice</w:t>
      </w:r>
      <w:r>
        <w:br/>
        <w:t>PS Flight 7v7 Football</w:t>
      </w:r>
      <w:r>
        <w:br/>
      </w:r>
    </w:p>
    <w:sectPr w:rsidR="004C541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B0604020202020204"/>
    <w:charset w:val="00"/>
    <w:family w:val="auto"/>
    <w:pitch w:val="variable"/>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bookmark int2:bookmarkName="_Int_yE08ba0c" int2:invalidationBookmarkName="" int2:hashCode="FX4ZoX0EXWoGns" int2:id="3jD3KqNA">
      <int2:state int2:value="Rejected" int2:type="style"/>
    </int2:bookmark>
    <int2:bookmark int2:bookmarkName="_Int_G3AC6ddN" int2:invalidationBookmarkName="" int2:hashCode="uGf8FrOvW5kuk/" int2:id="bgOK9mpq">
      <int2:state int2:value="Rejected" int2:type="style"/>
    </int2:bookmark>
    <int2:bookmark int2:bookmarkName="_Int_v4wSYDTM" int2:invalidationBookmarkName="" int2:hashCode="7b9R+PLb60D9gG" int2:id="JIt353hM">
      <int2:state int2:value="Rejected" int2:type="style"/>
    </int2:bookmark>
    <int2:bookmark int2:bookmarkName="_Int_u0c4YIQU" int2:invalidationBookmarkName="" int2:hashCode="uGf8FrOvW5kuk/" int2:id="TGODyfbn">
      <int2:state int2:value="Rejected" int2:type="style"/>
    </int2:bookmark>
    <int2:bookmark int2:bookmarkName="_Int_3V1V8S6L" int2:invalidationBookmarkName="" int2:hashCode="fmqXxWQsmD6pjn" int2:id="TK6a7OBM">
      <int2:state int2:value="Rejected" int2:type="style"/>
    </int2:bookmark>
    <int2:bookmark int2:bookmarkName="_Int_gImD0hlr" int2:invalidationBookmarkName="" int2:hashCode="/aQ3g76OCz+SBq" int2:id="DcCldpTG">
      <int2:state int2:value="Rejected" int2:type="style"/>
    </int2:bookmark>
    <int2:bookmark int2:bookmarkName="_Int_GDwQL2dW" int2:invalidationBookmarkName="" int2:hashCode="P6QFTyFPD4Bj2P" int2:id="WW72ixoa">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100174967">
    <w:abstractNumId w:val="8"/>
  </w:num>
  <w:num w:numId="2" w16cid:durableId="1205338208">
    <w:abstractNumId w:val="6"/>
  </w:num>
  <w:num w:numId="3" w16cid:durableId="1815638070">
    <w:abstractNumId w:val="5"/>
  </w:num>
  <w:num w:numId="4" w16cid:durableId="1875801038">
    <w:abstractNumId w:val="4"/>
  </w:num>
  <w:num w:numId="5" w16cid:durableId="1126702012">
    <w:abstractNumId w:val="7"/>
  </w:num>
  <w:num w:numId="6" w16cid:durableId="999847514">
    <w:abstractNumId w:val="3"/>
  </w:num>
  <w:num w:numId="7" w16cid:durableId="1694259842">
    <w:abstractNumId w:val="2"/>
  </w:num>
  <w:num w:numId="8" w16cid:durableId="1621764638">
    <w:abstractNumId w:val="1"/>
  </w:num>
  <w:num w:numId="9" w16cid:durableId="205044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revisionView w:inkAnnotation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E6BB4"/>
    <w:rsid w:val="001144B1"/>
    <w:rsid w:val="0015074B"/>
    <w:rsid w:val="001902DF"/>
    <w:rsid w:val="00256A6C"/>
    <w:rsid w:val="0029639D"/>
    <w:rsid w:val="00326F90"/>
    <w:rsid w:val="004C541F"/>
    <w:rsid w:val="004C7D78"/>
    <w:rsid w:val="006F00FA"/>
    <w:rsid w:val="00753C73"/>
    <w:rsid w:val="009459DD"/>
    <w:rsid w:val="00AA1D8D"/>
    <w:rsid w:val="00B47730"/>
    <w:rsid w:val="00BB5789"/>
    <w:rsid w:val="00C207A1"/>
    <w:rsid w:val="00CB0664"/>
    <w:rsid w:val="00FA7F64"/>
    <w:rsid w:val="00FC53B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7A6102"/>
  <w14:defaultImageDpi w14:val="300"/>
  <w15:docId w15:val="{8366C195-EDDA-2F43-9991-E3E6B8B3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Christopher Rice</cp:lastModifiedBy>
  <cp:revision>9</cp:revision>
  <dcterms:created xsi:type="dcterms:W3CDTF">2025-11-04T06:14:00Z</dcterms:created>
  <dcterms:modified xsi:type="dcterms:W3CDTF">2026-01-12T20:24:00Z</dcterms:modified>
  <cp:category/>
</cp:coreProperties>
</file>