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79C0F" w14:textId="77777777" w:rsidR="00A17180" w:rsidRDefault="00A133B6">
      <w:pPr>
        <w:jc w:val="center"/>
      </w:pPr>
      <w:r>
        <w:rPr>
          <w:noProof/>
        </w:rPr>
        <w:drawing>
          <wp:inline distT="0" distB="0" distL="0" distR="0" wp14:anchorId="73A9C2EB" wp14:editId="3BFDD357">
            <wp:extent cx="1944624" cy="19446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a:fillRect/>
                    </a:stretch>
                  </pic:blipFill>
                  <pic:spPr>
                    <a:xfrm>
                      <a:off x="0" y="0"/>
                      <a:ext cx="1944624" cy="1944624"/>
                    </a:xfrm>
                    <a:prstGeom prst="rect">
                      <a:avLst/>
                    </a:prstGeom>
                  </pic:spPr>
                </pic:pic>
              </a:graphicData>
            </a:graphic>
          </wp:inline>
        </w:drawing>
      </w:r>
    </w:p>
    <w:p w14:paraId="099AA55F" w14:textId="77777777" w:rsidR="00A17180" w:rsidRDefault="00A133B6">
      <w:pPr>
        <w:pStyle w:val="Title"/>
        <w:jc w:val="center"/>
      </w:pPr>
      <w:r>
        <w:t>PS FLIGHT 7v7 FOOTBALL</w:t>
      </w:r>
    </w:p>
    <w:p w14:paraId="74A4C875" w14:textId="77777777" w:rsidR="0082029B" w:rsidRDefault="00A133B6" w:rsidP="0082029B">
      <w:pPr>
        <w:jc w:val="center"/>
      </w:pPr>
      <w:r>
        <w:t>Player Code of Conduct Agreement</w:t>
      </w:r>
    </w:p>
    <w:p w14:paraId="470AE08E" w14:textId="78D09303" w:rsidR="00A17180" w:rsidRDefault="00A133B6" w:rsidP="0082029B">
      <w:pPr>
        <w:jc w:val="center"/>
      </w:pPr>
      <w:r>
        <w:br/>
        <w:t>Welcome to PS Flight 7v7 Football! We are proud to have you represent our program. As part of this elite team, every athlete is expected to uphold a high standard of discipline, sportsmanship, and accountability both on and off the field. This Code of Conduct Agreement outlines the expectations for all players in our organization.</w:t>
      </w:r>
      <w:r>
        <w:br/>
      </w:r>
      <w:r>
        <w:br/>
        <w:t>PLAYER EXPECTATIONS</w:t>
      </w:r>
      <w:r>
        <w:br/>
      </w:r>
      <w:r>
        <w:br/>
        <w:t>1. Respect &amp; Sportsmanship</w:t>
      </w:r>
      <w:r>
        <w:br/>
        <w:t xml:space="preserve">   - Treat all coaches, teammates, opponents, and officials with respect at all times.</w:t>
      </w:r>
      <w:r>
        <w:br/>
        <w:t xml:space="preserve">   - Display good sportsmanship in victory and defeat.</w:t>
      </w:r>
      <w:r>
        <w:br/>
        <w:t xml:space="preserve">   - Avoid negative talk, taunting, or unsportsmanlike behavior during practices, games, or online.</w:t>
      </w:r>
      <w:r>
        <w:br/>
      </w:r>
      <w:r>
        <w:br/>
        <w:t>2. Effort &amp; Accountability</w:t>
      </w:r>
      <w:r>
        <w:br/>
        <w:t xml:space="preserve">   - Give full effort during every practice, training session, and competition.</w:t>
      </w:r>
      <w:r>
        <w:br/>
        <w:t xml:space="preserve">   - Arrive on time, ready to participate, and with a positive attitude.</w:t>
      </w:r>
      <w:r>
        <w:br/>
        <w:t xml:space="preserve">   - Take responsibility for your actions, performance, and attitude.</w:t>
      </w:r>
      <w:r>
        <w:br/>
      </w:r>
      <w:r>
        <w:br/>
        <w:t>3. Attendance &amp; Communication</w:t>
      </w:r>
      <w:r>
        <w:br/>
        <w:t xml:space="preserve">   - Attendance at all practices, training sessions, and tournaments is mandatory.</w:t>
      </w:r>
      <w:r>
        <w:br/>
        <w:t xml:space="preserve">   - Notify your coach in advance of any unavoidable absence.</w:t>
      </w:r>
      <w:r>
        <w:br/>
        <w:t xml:space="preserve">   - Consistent tardiness or absences may result in loss of playing time or dismissal from the team.</w:t>
      </w:r>
      <w:r>
        <w:br/>
      </w:r>
      <w:r>
        <w:br/>
        <w:t>4. Social Media Conduct</w:t>
      </w:r>
      <w:r>
        <w:br/>
        <w:t xml:space="preserve">   - Use social media responsibly.</w:t>
      </w:r>
      <w:r>
        <w:br/>
      </w:r>
      <w:r>
        <w:lastRenderedPageBreak/>
        <w:t xml:space="preserve">   - Do not post or share content that reflects poorly on PS Flight, your teammates, or yourself.</w:t>
      </w:r>
      <w:r>
        <w:br/>
        <w:t xml:space="preserve">   - Represent the program with pride and professionalism online and in public.</w:t>
      </w:r>
      <w:r>
        <w:br/>
      </w:r>
      <w:r>
        <w:br/>
        <w:t>5. Team Representation</w:t>
      </w:r>
      <w:r>
        <w:br/>
        <w:t xml:space="preserve">   - Wear your team gear with pride and maintain it in good condition.</w:t>
      </w:r>
      <w:r>
        <w:br/>
        <w:t xml:space="preserve">   - Be a positive example in your community, at school, and during all PS Flight events.</w:t>
      </w:r>
      <w:r>
        <w:br/>
        <w:t xml:space="preserve">   - Remember—you represent more than yourself; you represent the entire PS Flight family.</w:t>
      </w:r>
      <w:r>
        <w:br/>
      </w:r>
      <w:r>
        <w:br/>
        <w:t>6. Zero Tolerance Policy</w:t>
      </w:r>
      <w:r>
        <w:br/>
        <w:t xml:space="preserve">   - PS Flight has a zero tolerance for fighting, bullying, harassment, or substance use.</w:t>
      </w:r>
      <w:r>
        <w:br/>
        <w:t xml:space="preserve">   - Any violation of this policy may lead to immediate removal from the program without refund.</w:t>
      </w:r>
      <w:r>
        <w:br/>
      </w:r>
      <w:r>
        <w:br/>
        <w:t>PLAYER &amp; PARENT AGREEMENT</w:t>
      </w:r>
      <w:r>
        <w:br/>
      </w:r>
      <w:r>
        <w:br/>
        <w:t>By signing below, the player and parent/guardian acknowledge that they have read, understand, and agree to the expectations outlined in this PS Flight Code of Conduct Agreement. They understand that failure to follow this code may result in disciplinary action, including suspension or dismissal from the team.</w:t>
      </w:r>
      <w:r>
        <w:br/>
      </w:r>
      <w:r>
        <w:br/>
      </w:r>
    </w:p>
    <w:p w14:paraId="07556FAC" w14:textId="52172C3D" w:rsidR="00A17180" w:rsidRDefault="00A133B6">
      <w:r>
        <w:t>Player Name: ___________________________________________</w:t>
      </w:r>
      <w:r>
        <w:br/>
        <w:t>Parent/Guardian Name (if under 18): ________________________</w:t>
      </w:r>
      <w:r>
        <w:br/>
        <w:t>Player Signature: _________________________________________</w:t>
      </w:r>
      <w:r>
        <w:br/>
        <w:t>Parent/Guardian Signature: ________________________________</w:t>
      </w:r>
      <w:r>
        <w:br/>
        <w:t>Date: ___________________</w:t>
      </w:r>
      <w:r>
        <w:br/>
      </w:r>
      <w:r>
        <w:br/>
        <w:t xml:space="preserve">Coach </w:t>
      </w:r>
      <w:r w:rsidR="00A4338E">
        <w:t>Chris Rice</w:t>
      </w:r>
      <w:r>
        <w:br/>
        <w:t>PS Flight 7v7 Football</w:t>
      </w:r>
      <w:r>
        <w:br/>
      </w:r>
    </w:p>
    <w:sectPr w:rsidR="00A17180"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panose1 w:val="020B0609070205080204"/>
    <w:charset w:val="80"/>
    <w:family w:val="modern"/>
    <w:pitch w:val="fixed"/>
    <w:sig w:usb0="E00002FF" w:usb1="6AC7FDFB" w:usb2="08000012" w:usb3="00000000" w:csb0="0002009F" w:csb1="00000000"/>
  </w:font>
  <w:font w:name="Courier">
    <w:panose1 w:val="020B060402020202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866358962">
    <w:abstractNumId w:val="8"/>
  </w:num>
  <w:num w:numId="2" w16cid:durableId="557404280">
    <w:abstractNumId w:val="6"/>
  </w:num>
  <w:num w:numId="3" w16cid:durableId="1467773335">
    <w:abstractNumId w:val="5"/>
  </w:num>
  <w:num w:numId="4" w16cid:durableId="1901358986">
    <w:abstractNumId w:val="4"/>
  </w:num>
  <w:num w:numId="5" w16cid:durableId="1519538207">
    <w:abstractNumId w:val="7"/>
  </w:num>
  <w:num w:numId="6" w16cid:durableId="1161433606">
    <w:abstractNumId w:val="3"/>
  </w:num>
  <w:num w:numId="7" w16cid:durableId="1318025846">
    <w:abstractNumId w:val="2"/>
  </w:num>
  <w:num w:numId="8" w16cid:durableId="1388143279">
    <w:abstractNumId w:val="1"/>
  </w:num>
  <w:num w:numId="9" w16cid:durableId="1539388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revisionView w:inkAnnotation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E6BB4"/>
    <w:rsid w:val="0015074B"/>
    <w:rsid w:val="0029639D"/>
    <w:rsid w:val="00326F90"/>
    <w:rsid w:val="003827AC"/>
    <w:rsid w:val="00581094"/>
    <w:rsid w:val="0082029B"/>
    <w:rsid w:val="009459DD"/>
    <w:rsid w:val="00A133B6"/>
    <w:rsid w:val="00A17180"/>
    <w:rsid w:val="00A4338E"/>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C06E4A"/>
  <w14:defaultImageDpi w14:val="300"/>
  <w15:docId w15:val="{8366C195-EDDA-2F43-9991-E3E6B8B3E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385</Words>
  <Characters>2200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Christopher Rice</cp:lastModifiedBy>
  <cp:revision>2</cp:revision>
  <dcterms:created xsi:type="dcterms:W3CDTF">2026-06-05T14:16:00Z</dcterms:created>
  <dcterms:modified xsi:type="dcterms:W3CDTF">2026-06-05T14:16:00Z</dcterms:modified>
  <cp:category/>
</cp:coreProperties>
</file>