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A21F" w14:textId="77777777" w:rsidR="00A11C9D" w:rsidRDefault="00E31282">
      <w:pPr>
        <w:jc w:val="center"/>
      </w:pPr>
      <w:r>
        <w:rPr>
          <w:b/>
          <w:color w:val="115230"/>
          <w:sz w:val="42"/>
        </w:rPr>
        <w:t>Holiday Season Banners 2026</w:t>
      </w:r>
    </w:p>
    <w:p w14:paraId="16C1629F" w14:textId="77777777" w:rsidR="00A11C9D" w:rsidRDefault="00E31282">
      <w:pPr>
        <w:jc w:val="center"/>
      </w:pPr>
      <w:r>
        <w:rPr>
          <w:b/>
        </w:rPr>
        <w:t>Designed by Connellsville Area Elementary Students</w:t>
      </w:r>
    </w:p>
    <w:p w14:paraId="13F11BB2" w14:textId="77777777" w:rsidR="00A11C9D" w:rsidRDefault="00E31282">
      <w:pPr>
        <w:jc w:val="center"/>
      </w:pPr>
      <w:r>
        <w:rPr>
          <w:noProof/>
        </w:rPr>
        <w:drawing>
          <wp:inline distT="0" distB="0" distL="0" distR="0" wp14:anchorId="7B495BDC" wp14:editId="48560015">
            <wp:extent cx="3300879" cy="3794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istmas_design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0879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03C67" w14:textId="77777777" w:rsidR="00A11C9D" w:rsidRDefault="00E31282">
      <w:pPr>
        <w:jc w:val="center"/>
      </w:pPr>
      <w:r>
        <w:rPr>
          <w:b/>
          <w:sz w:val="22"/>
        </w:rPr>
        <w:t>Sponsor a festive street banner in Downtown Connellsville!</w:t>
      </w:r>
    </w:p>
    <w:p w14:paraId="20DA12DD" w14:textId="77777777" w:rsidR="00A11C9D" w:rsidRDefault="00E31282">
      <w:pPr>
        <w:spacing w:after="100"/>
      </w:pPr>
      <w:r>
        <w:t>These street banners will be displayed on the smaller decorative lamp posts along Crawford Avenue from Pittsburgh Street to 8th Street. Each banner measures 18” × 36” and features one of four student-designed holiday illustrations. Designs will be randomly assigned to sponsors. The sponsor’s name will be printed on both sides of the banner.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</w:tblGrid>
      <w:tr w:rsidR="00A11C9D" w14:paraId="0EE72F67" w14:textId="77777777">
        <w:trPr>
          <w:jc w:val="center"/>
        </w:trPr>
        <w:tc>
          <w:tcPr>
            <w:tcW w:w="5083" w:type="dxa"/>
          </w:tcPr>
          <w:p w14:paraId="69125AC9" w14:textId="77777777" w:rsidR="00A11C9D" w:rsidRDefault="00E31282">
            <w:pPr>
              <w:jc w:val="center"/>
            </w:pPr>
            <w:r>
              <w:rPr>
                <w:b/>
                <w:color w:val="115230"/>
              </w:rPr>
              <w:t>CHAMBER MEMBERS  $130</w:t>
            </w:r>
          </w:p>
        </w:tc>
        <w:tc>
          <w:tcPr>
            <w:tcW w:w="5083" w:type="dxa"/>
          </w:tcPr>
          <w:p w14:paraId="0031BB32" w14:textId="77777777" w:rsidR="00A11C9D" w:rsidRDefault="00E31282">
            <w:pPr>
              <w:jc w:val="center"/>
            </w:pPr>
            <w:r>
              <w:rPr>
                <w:b/>
                <w:color w:val="115230"/>
              </w:rPr>
              <w:t>NON-CHAMBER MEMBERS  $160</w:t>
            </w:r>
          </w:p>
        </w:tc>
      </w:tr>
    </w:tbl>
    <w:p w14:paraId="56124BC6" w14:textId="6CEBD3B5" w:rsidR="00A11C9D" w:rsidRDefault="00E31282">
      <w:pPr>
        <w:spacing w:before="140"/>
      </w:pPr>
      <w:r>
        <w:t>To sponsor a banner, return this form with payment to the Greater Connellsville Chamber of Commerce, 308 W Crawford Ave, Connellsville, PA 15425. Make checks payable to Greater Connellsville Chamber of Commerce.</w:t>
      </w:r>
      <w:r w:rsidR="00523283">
        <w:t xml:space="preserve"> Pay online at </w:t>
      </w:r>
      <w:hyperlink r:id="rId7" w:history="1">
        <w:r w:rsidR="00523283" w:rsidRPr="0099199D">
          <w:rPr>
            <w:rStyle w:val="Hyperlink"/>
          </w:rPr>
          <w:t>www.paypal.me/connellsvillechamber</w:t>
        </w:r>
      </w:hyperlink>
      <w:r w:rsidR="00523283">
        <w:t xml:space="preserve">  </w:t>
      </w:r>
      <w:r>
        <w:t xml:space="preserve"> For questions, call 724-628-5500.</w:t>
      </w:r>
    </w:p>
    <w:p w14:paraId="16F1CC78" w14:textId="77777777" w:rsidR="00A11C9D" w:rsidRDefault="00E31282">
      <w:r>
        <w:rPr>
          <w:b/>
          <w:color w:val="115230"/>
          <w:sz w:val="24"/>
        </w:rPr>
        <w:t>ORDER FORM</w:t>
      </w:r>
    </w:p>
    <w:p w14:paraId="553DE5F8" w14:textId="77777777" w:rsidR="00A11C9D" w:rsidRDefault="00E31282">
      <w:pPr>
        <w:spacing w:after="140"/>
      </w:pPr>
      <w:r>
        <w:t>Name / Business: ______________________________________________________________</w:t>
      </w:r>
    </w:p>
    <w:p w14:paraId="42AC34C8" w14:textId="77777777" w:rsidR="00A11C9D" w:rsidRDefault="00E31282">
      <w:pPr>
        <w:spacing w:after="140"/>
      </w:pPr>
      <w:r>
        <w:t>Number of banners: __________   Amount enclosed: $____________   Phone: __________________</w:t>
      </w:r>
    </w:p>
    <w:p w14:paraId="6371C6C1" w14:textId="77777777" w:rsidR="00A11C9D" w:rsidRDefault="00E31282">
      <w:pPr>
        <w:spacing w:after="140"/>
      </w:pPr>
      <w:r>
        <w:t>Desired sponsor lettering: ________________________________________________________</w:t>
      </w:r>
    </w:p>
    <w:p w14:paraId="1EE2BBBF" w14:textId="77777777" w:rsidR="00A11C9D" w:rsidRDefault="00E31282">
      <w:pPr>
        <w:spacing w:after="140"/>
      </w:pPr>
      <w:r>
        <w:t>Email: _________________________________________________________________________</w:t>
      </w:r>
    </w:p>
    <w:sectPr w:rsidR="00A11C9D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2649528">
    <w:abstractNumId w:val="8"/>
  </w:num>
  <w:num w:numId="2" w16cid:durableId="1329598087">
    <w:abstractNumId w:val="6"/>
  </w:num>
  <w:num w:numId="3" w16cid:durableId="999313159">
    <w:abstractNumId w:val="5"/>
  </w:num>
  <w:num w:numId="4" w16cid:durableId="1172839999">
    <w:abstractNumId w:val="4"/>
  </w:num>
  <w:num w:numId="5" w16cid:durableId="1047800464">
    <w:abstractNumId w:val="7"/>
  </w:num>
  <w:num w:numId="6" w16cid:durableId="608660054">
    <w:abstractNumId w:val="3"/>
  </w:num>
  <w:num w:numId="7" w16cid:durableId="2005014486">
    <w:abstractNumId w:val="2"/>
  </w:num>
  <w:num w:numId="8" w16cid:durableId="410783853">
    <w:abstractNumId w:val="1"/>
  </w:num>
  <w:num w:numId="9" w16cid:durableId="23999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3630"/>
    <w:rsid w:val="004B3041"/>
    <w:rsid w:val="00523283"/>
    <w:rsid w:val="00A11C9D"/>
    <w:rsid w:val="00AA1D8D"/>
    <w:rsid w:val="00B47730"/>
    <w:rsid w:val="00CB0664"/>
    <w:rsid w:val="00D34AE0"/>
    <w:rsid w:val="00E31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6B6EC1"/>
  <w14:defaultImageDpi w14:val="300"/>
  <w15:docId w15:val="{0DCDC650-9CE9-4D2E-9B98-AE112C002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232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aypal.me/connellsvillechamb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Brooke Deason</cp:lastModifiedBy>
  <cp:revision>3</cp:revision>
  <dcterms:created xsi:type="dcterms:W3CDTF">2026-10-15T13:45:00Z</dcterms:created>
  <dcterms:modified xsi:type="dcterms:W3CDTF">2026-10-15T14:24:00Z</dcterms:modified>
  <cp:category/>
</cp:coreProperties>
</file>