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rial" w:hAnsi="Arial"/>
          <w:b/>
          <w:color w:val="111111"/>
          <w:sz w:val="44"/>
        </w:rPr>
        <w:t>CLIENT-FACING KITCHEN REMODEL COST GUIDE</w:t>
      </w:r>
    </w:p>
    <w:p>
      <w:pPr>
        <w:spacing w:after="240"/>
        <w:jc w:val="center"/>
      </w:pPr>
      <w:r>
        <w:rPr>
          <w:rFonts w:ascii="Arial" w:hAnsi="Arial"/>
          <w:b/>
          <w:color w:val="B48A2C"/>
          <w:sz w:val="26"/>
        </w:rPr>
        <w:t>2026 Market Pricing Reference | Walk-Through Handout</w:t>
      </w:r>
    </w:p>
    <w:p>
      <w:pPr>
        <w:spacing w:after="60"/>
        <w:pBdr>
          <w:bottom w:val="single" w:sz="10" w:space="1" w:color="B48A2C"/>
        </w:pBdr>
      </w:pPr>
    </w:p>
    <w:p>
      <w:pPr>
        <w:spacing w:after="100" w:line="259" w:lineRule="auto"/>
        <w:jc w:val="center"/>
      </w:pPr>
      <w:r>
        <w:rPr>
          <w:rFonts w:ascii="Arial" w:hAnsi="Arial"/>
          <w:b w:val="0"/>
          <w:i w:val="0"/>
          <w:color w:val="333333"/>
          <w:sz w:val="20"/>
        </w:rPr>
        <w:t>Prepared as a homeowner-facing pricing guide for kitchen remodel conversations, preliminary budget reviews, and project walk-throughs.</w:t>
      </w:r>
    </w:p>
    <w:tbl>
      <w:tblPr>
        <w:tblW w:type="auto" w:w="0"/>
        <w:tblLook w:firstColumn="1" w:firstRow="1" w:lastColumn="0" w:lastRow="0" w:noHBand="0" w:noVBand="1" w:val="04A0"/>
      </w:tblPr>
      <w:tblGrid>
        <w:gridCol w:w="10656"/>
      </w:tblGrid>
      <w:tr>
        <w:tc>
          <w:tcPr>
            <w:tcW w:type="dxa" w:w="10656"/>
            <w:shd w:fill="F6F0E3"/>
            <w:tcBorders>
              <w:top w:sz="8" w:val="single" w:color="B48A2C"/>
              <w:left w:sz="8" w:val="single" w:color="B48A2C"/>
              <w:bottom w:sz="8" w:val="single" w:color="B48A2C"/>
              <w:right w:sz="8" w:val="single" w:color="B48A2C"/>
            </w:tcBorders>
          </w:tcPr>
          <w:p>
            <w:pPr>
              <w:spacing w:after="60"/>
            </w:pPr>
            <w:r>
              <w:rPr>
                <w:rFonts w:ascii="Arial" w:hAnsi="Arial"/>
                <w:b/>
                <w:color w:val="111111"/>
                <w:sz w:val="21"/>
              </w:rPr>
              <w:t>Important Note for Homeowners</w:t>
            </w:r>
          </w:p>
          <w:p>
            <w:pPr>
              <w:spacing w:after="0"/>
            </w:pPr>
            <w:r>
              <w:rPr>
                <w:rFonts w:ascii="Arial" w:hAnsi="Arial"/>
                <w:color w:val="333333"/>
                <w:sz w:val="18"/>
              </w:rPr>
              <w:t>This guide is meant to explain realistic kitchen remodel pricing in today's market. Final pricing depends on field measurements, existing conditions, layout changes, cabinetry selection, countertops, appliances, plumbing, electrical, flooring, structural requirements, permits, material availability, and finish expectations. This is not a final estimate or contract amount. A formal proposal should be prepared after an on-site walkthrough and confirmed project scope.</w:t>
            </w:r>
          </w:p>
        </w:tc>
      </w:tr>
    </w:tbl>
    <w:p/>
    <w:p>
      <w:pPr>
        <w:pStyle w:val="Heading1"/>
      </w:pPr>
      <w:r>
        <w:rPr>
          <w:rFonts w:ascii="Arial" w:hAnsi="Arial"/>
          <w:color w:val="111111"/>
          <w:sz w:val="28"/>
        </w:rPr>
        <w:t>Executive Summary</w:t>
      </w:r>
    </w:p>
    <w:p>
      <w:pPr>
        <w:spacing w:after="100" w:line="259" w:lineRule="auto"/>
      </w:pPr>
      <w:r>
        <w:rPr>
          <w:rFonts w:ascii="Arial" w:hAnsi="Arial"/>
          <w:b w:val="0"/>
          <w:i w:val="0"/>
          <w:color w:val="333333"/>
          <w:sz w:val="19"/>
        </w:rPr>
        <w:t>Kitchen remodels are among the most expensive interior remodeling projects because cabinetry, countertops, appliances, electrical, plumbing, flooring, drywall, paint, trim, lighting, finish hardware, and project coordination all come together in one high-use space.</w:t>
      </w:r>
    </w:p>
    <w:p>
      <w:pPr>
        <w:spacing w:after="100" w:line="259" w:lineRule="auto"/>
      </w:pPr>
      <w:r>
        <w:rPr>
          <w:rFonts w:ascii="Arial" w:hAnsi="Arial"/>
          <w:b w:val="0"/>
          <w:i w:val="0"/>
          <w:color w:val="333333"/>
          <w:sz w:val="19"/>
        </w:rPr>
        <w:t>Online cost guides often show broad national averages, but a professionally managed kitchen remodel with quality finishes, cabinet installation, countertop fabrication, lighting upgrades, and proper project protection usually lands higher than the lowest advertised numbers. The larger the kitchen and the more the layout changes, the faster the total investment increases.</w:t>
      </w:r>
    </w:p>
    <w:p>
      <w:pPr>
        <w:spacing w:after="100" w:line="259" w:lineRule="auto"/>
      </w:pPr>
      <w:r>
        <w:rPr>
          <w:rFonts w:ascii="Arial" w:hAnsi="Arial"/>
          <w:b w:val="0"/>
          <w:i w:val="0"/>
          <w:color w:val="333333"/>
          <w:sz w:val="19"/>
        </w:rPr>
        <w:t>In today's market, realistic client-facing budget ranges are commonly:</w:t>
      </w:r>
    </w:p>
    <w:p>
      <w:pPr>
        <w:pStyle w:val="ListBullet"/>
        <w:spacing w:after="40"/>
      </w:pPr>
      <w:r>
        <w:rPr>
          <w:rFonts w:ascii="Arial" w:hAnsi="Arial"/>
          <w:color w:val="333333"/>
          <w:sz w:val="18"/>
        </w:rPr>
        <w:t>Small cosmetic kitchen refresh: $8,000 - $25,000+</w:t>
      </w:r>
    </w:p>
    <w:p>
      <w:pPr>
        <w:pStyle w:val="ListBullet"/>
        <w:spacing w:after="40"/>
      </w:pPr>
      <w:r>
        <w:rPr>
          <w:rFonts w:ascii="Arial" w:hAnsi="Arial"/>
          <w:color w:val="333333"/>
          <w:sz w:val="18"/>
        </w:rPr>
        <w:t>Small kitchen remodel: $20,000 - $45,000+</w:t>
      </w:r>
    </w:p>
    <w:p>
      <w:pPr>
        <w:pStyle w:val="ListBullet"/>
        <w:spacing w:after="40"/>
      </w:pPr>
      <w:r>
        <w:rPr>
          <w:rFonts w:ascii="Arial" w:hAnsi="Arial"/>
          <w:color w:val="333333"/>
          <w:sz w:val="18"/>
        </w:rPr>
        <w:t>Standard full kitchen remodel: $45,000 - $85,000+</w:t>
      </w:r>
    </w:p>
    <w:p>
      <w:pPr>
        <w:pStyle w:val="ListBullet"/>
        <w:spacing w:after="40"/>
      </w:pPr>
      <w:r>
        <w:rPr>
          <w:rFonts w:ascii="Arial" w:hAnsi="Arial"/>
          <w:color w:val="333333"/>
          <w:sz w:val="18"/>
        </w:rPr>
        <w:t>Premium custom kitchen remodel: $85,000 - $140,000+</w:t>
      </w:r>
    </w:p>
    <w:p>
      <w:pPr>
        <w:pStyle w:val="ListBullet"/>
        <w:spacing w:after="40"/>
      </w:pPr>
      <w:r>
        <w:rPr>
          <w:rFonts w:ascii="Arial" w:hAnsi="Arial"/>
          <w:color w:val="333333"/>
          <w:sz w:val="18"/>
        </w:rPr>
        <w:t>Luxury or open-concept kitchen remodel: $140,000 - $225,000+</w:t>
      </w:r>
    </w:p>
    <w:p>
      <w:pPr>
        <w:pStyle w:val="ListBullet"/>
        <w:spacing w:after="40"/>
      </w:pPr>
      <w:r>
        <w:rPr>
          <w:rFonts w:ascii="Arial" w:hAnsi="Arial"/>
          <w:color w:val="333333"/>
          <w:sz w:val="18"/>
        </w:rPr>
        <w:t>Kitchen expansion, wall removal, or major structural redesign: $175,000 - $300,000+ depending on scope.</w:t>
      </w:r>
    </w:p>
    <w:tbl>
      <w:tblPr>
        <w:tblW w:type="auto" w:w="0"/>
        <w:tblLook w:firstColumn="1" w:firstRow="1" w:lastColumn="0" w:lastRow="0" w:noHBand="0" w:noVBand="1" w:val="04A0"/>
      </w:tblPr>
      <w:tblGrid>
        <w:gridCol w:w="10656"/>
      </w:tblGrid>
      <w:tr>
        <w:tc>
          <w:tcPr>
            <w:tcW w:type="dxa" w:w="10656"/>
            <w:shd w:fill="F6F0E3"/>
            <w:tcBorders>
              <w:top w:sz="8" w:val="single" w:color="B48A2C"/>
              <w:left w:sz="8" w:val="single" w:color="B48A2C"/>
              <w:bottom w:sz="8" w:val="single" w:color="B48A2C"/>
              <w:right w:sz="8" w:val="single" w:color="B48A2C"/>
            </w:tcBorders>
          </w:tcPr>
          <w:p>
            <w:pPr>
              <w:spacing w:after="60"/>
            </w:pPr>
            <w:r>
              <w:rPr>
                <w:rFonts w:ascii="Arial" w:hAnsi="Arial"/>
                <w:b/>
                <w:color w:val="111111"/>
                <w:sz w:val="21"/>
              </w:rPr>
              <w:t>Simple Walk-Through Explanation</w:t>
            </w:r>
          </w:p>
          <w:p>
            <w:pPr>
              <w:spacing w:after="0"/>
            </w:pPr>
            <w:r>
              <w:rPr>
                <w:rFonts w:ascii="Arial" w:hAnsi="Arial"/>
                <w:color w:val="333333"/>
                <w:sz w:val="18"/>
              </w:rPr>
              <w:t>A kitchen is not priced only by square footage. Cabinets, countertops, appliances, electrical layout, lighting, plumbing, flooring, drywall, trim, structural changes, and finish selections usually matter more than the room size alone.</w:t>
            </w:r>
          </w:p>
        </w:tc>
      </w:tr>
    </w:tbl>
    <w:p/>
    <w:p>
      <w:pPr>
        <w:pStyle w:val="Heading1"/>
      </w:pPr>
      <w:r>
        <w:rPr>
          <w:rFonts w:ascii="Arial" w:hAnsi="Arial"/>
          <w:color w:val="111111"/>
          <w:sz w:val="28"/>
        </w:rPr>
        <w:t>Kitchen Remodel Cost by Size</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244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Kitchen Type</w:t>
            </w:r>
          </w:p>
        </w:tc>
        <w:tc>
          <w:tcPr>
            <w:tcW w:type="dxa" w:w="1440"/>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Size</w:t>
            </w:r>
          </w:p>
        </w:tc>
        <w:tc>
          <w:tcPr>
            <w:tcW w:type="dxa" w:w="1944"/>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Light / Partial Update</w:t>
            </w:r>
          </w:p>
        </w:tc>
        <w:tc>
          <w:tcPr>
            <w:tcW w:type="dxa" w:w="1944"/>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Standard Full Remodel</w:t>
            </w:r>
          </w:p>
        </w:tc>
        <w:tc>
          <w:tcPr>
            <w:tcW w:type="dxa" w:w="208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Custom / Premium Remodel</w:t>
            </w:r>
          </w:p>
        </w:tc>
      </w:tr>
      <w:tr>
        <w:tc>
          <w:tcPr>
            <w:tcW w:type="dxa" w:w="244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Small galley or apartment kitchen</w:t>
            </w:r>
          </w:p>
        </w:tc>
        <w:tc>
          <w:tcPr>
            <w:tcW w:type="dxa" w:w="1440"/>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60 - 90 sq. ft.</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$22,000</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$22,000 - $45,000</w:t>
            </w:r>
          </w:p>
        </w:tc>
        <w:tc>
          <w:tcPr>
            <w:tcW w:type="dxa" w:w="208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$45,000 - $75,000+</w:t>
            </w:r>
          </w:p>
        </w:tc>
      </w:tr>
      <w:tr>
        <w:tc>
          <w:tcPr>
            <w:tcW w:type="dxa" w:w="244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 x 10 kitchen</w:t>
            </w:r>
          </w:p>
        </w:tc>
        <w:tc>
          <w:tcPr>
            <w:tcW w:type="dxa" w:w="1440"/>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90 - 120 sq. ft.</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$12,000 - $30,000</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$35,000 - $65,000</w:t>
            </w:r>
          </w:p>
        </w:tc>
        <w:tc>
          <w:tcPr>
            <w:tcW w:type="dxa" w:w="208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$65,000 - $95,000+</w:t>
            </w:r>
          </w:p>
        </w:tc>
      </w:tr>
      <w:tr>
        <w:tc>
          <w:tcPr>
            <w:tcW w:type="dxa" w:w="244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Average family kitchen</w:t>
            </w:r>
          </w:p>
        </w:tc>
        <w:tc>
          <w:tcPr>
            <w:tcW w:type="dxa" w:w="1440"/>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120 - 180 sq. ft.</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$18,000 - $40,000</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$45,000 - $85,000</w:t>
            </w:r>
          </w:p>
        </w:tc>
        <w:tc>
          <w:tcPr>
            <w:tcW w:type="dxa" w:w="208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$85,000 - $130,000+</w:t>
            </w:r>
          </w:p>
        </w:tc>
      </w:tr>
      <w:tr>
        <w:tc>
          <w:tcPr>
            <w:tcW w:type="dxa" w:w="244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Large kitchen with island</w:t>
            </w:r>
          </w:p>
        </w:tc>
        <w:tc>
          <w:tcPr>
            <w:tcW w:type="dxa" w:w="1440"/>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180 - 250 sq. ft.</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$30,000 - $55,000</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$65,000 - $110,000</w:t>
            </w:r>
          </w:p>
        </w:tc>
        <w:tc>
          <w:tcPr>
            <w:tcW w:type="dxa" w:w="208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$110,000 - $175,000+</w:t>
            </w:r>
          </w:p>
        </w:tc>
      </w:tr>
      <w:tr>
        <w:tc>
          <w:tcPr>
            <w:tcW w:type="dxa" w:w="244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Kitchen + dining/open concept area</w:t>
            </w:r>
          </w:p>
        </w:tc>
        <w:tc>
          <w:tcPr>
            <w:tcW w:type="dxa" w:w="1440"/>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250 - 400 sq. ft.</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$45,000 - $85,000</w:t>
            </w:r>
          </w:p>
        </w:tc>
        <w:tc>
          <w:tcPr>
            <w:tcW w:type="dxa" w:w="1944"/>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$90,000 - $150,000</w:t>
            </w:r>
          </w:p>
        </w:tc>
        <w:tc>
          <w:tcPr>
            <w:tcW w:type="dxa" w:w="208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$150,000 - $250,000+</w:t>
            </w:r>
          </w:p>
        </w:tc>
      </w:tr>
      <w:tr>
        <w:tc>
          <w:tcPr>
            <w:tcW w:type="dxa" w:w="244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Luxury expanded kitchen</w:t>
            </w:r>
          </w:p>
        </w:tc>
        <w:tc>
          <w:tcPr>
            <w:tcW w:type="dxa" w:w="1440"/>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400+ sq. ft.</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$75,000 - $125,000</w:t>
            </w:r>
          </w:p>
        </w:tc>
        <w:tc>
          <w:tcPr>
            <w:tcW w:type="dxa" w:w="1944"/>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$125,000 - $200,000</w:t>
            </w:r>
          </w:p>
        </w:tc>
        <w:tc>
          <w:tcPr>
            <w:tcW w:type="dxa" w:w="208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$200,000 - $300,000+</w:t>
            </w:r>
          </w:p>
        </w:tc>
      </w:tr>
    </w:tbl>
    <w:p/>
    <w:p>
      <w:pPr>
        <w:spacing w:after="100" w:line="259" w:lineRule="auto"/>
      </w:pPr>
      <w:r>
        <w:rPr>
          <w:rFonts w:ascii="Arial" w:hAnsi="Arial"/>
          <w:b w:val="0"/>
          <w:i w:val="0"/>
          <w:color w:val="333333"/>
          <w:sz w:val="19"/>
        </w:rPr>
        <w:t>Important: A small kitchen can still be expensive because the major cost categories remain the same: cabinets, countertops, appliances, plumbing, electrical, flooring, backsplash, drywall, paint, trim, and project management.</w:t>
      </w:r>
    </w:p>
    <w:p>
      <w:pPr>
        <w:pStyle w:val="Heading1"/>
      </w:pPr>
      <w:r>
        <w:rPr>
          <w:rFonts w:ascii="Arial" w:hAnsi="Arial"/>
          <w:color w:val="111111"/>
          <w:sz w:val="28"/>
        </w:rPr>
        <w:t>Remodel Level 1 - Cosmetic Kitchen Refresh</w:t>
      </w:r>
    </w:p>
    <w:p>
      <w:pPr>
        <w:spacing w:after="100" w:line="259" w:lineRule="auto"/>
      </w:pPr>
      <w:r>
        <w:rPr>
          <w:rFonts w:ascii="Arial" w:hAnsi="Arial"/>
          <w:b w:val="0"/>
          <w:i w:val="0"/>
          <w:color w:val="333333"/>
          <w:sz w:val="19"/>
        </w:rPr>
        <w:t>Estimated Range: $8,000 - $25,000</w:t>
      </w:r>
    </w:p>
    <w:p>
      <w:pPr>
        <w:spacing w:after="100" w:line="259" w:lineRule="auto"/>
      </w:pPr>
      <w:r>
        <w:rPr>
          <w:rFonts w:ascii="Arial" w:hAnsi="Arial"/>
          <w:b w:val="0"/>
          <w:i w:val="0"/>
          <w:color w:val="333333"/>
          <w:sz w:val="19"/>
        </w:rPr>
        <w:t>Typical Size: 60 - 180 sq. ft.</w:t>
      </w:r>
    </w:p>
    <w:p>
      <w:pPr>
        <w:spacing w:after="100" w:line="259" w:lineRule="auto"/>
      </w:pPr>
      <w:r>
        <w:rPr>
          <w:rFonts w:ascii="Arial" w:hAnsi="Arial"/>
          <w:b w:val="0"/>
          <w:i w:val="0"/>
          <w:color w:val="333333"/>
          <w:sz w:val="19"/>
        </w:rPr>
        <w:t>This level is best for a kitchen that functions well but looks dated. The layout stays the same, cabinets may be painted or refaced, and the goal is to improve appearance without a full gut remodel.</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Scope Item</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Cabinet hardware replacement</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$300 - $1,500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Cabinet painting or refinishing</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Cabinet refacing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$6,000 - $15,000+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New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New sink and faucet</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$750 - $2,500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Basic lighting updates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$750 - $3,000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Paint walls/ceiling/trim touch-ups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Basic countertop replacement</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Minor flooring update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$8,000</w:t>
            </w:r>
          </w:p>
        </w:tc>
      </w:tr>
    </w:tbl>
    <w:p/>
    <w:p>
      <w:pPr>
        <w:spacing w:after="100" w:line="259" w:lineRule="auto"/>
      </w:pPr>
      <w:r>
        <w:rPr>
          <w:rFonts w:ascii="Arial" w:hAnsi="Arial"/>
          <w:b w:val="0"/>
          <w:i w:val="0"/>
          <w:color w:val="333333"/>
          <w:sz w:val="19"/>
        </w:rPr>
        <w:t>Best fit: rental properties, resale prep, budget-conscious updates, or homeowners who like the existing layout but want a cleaner, more current look.</w:t>
      </w:r>
    </w:p>
    <w:p>
      <w:pPr>
        <w:pStyle w:val="Heading1"/>
      </w:pPr>
      <w:r>
        <w:rPr>
          <w:rFonts w:ascii="Arial" w:hAnsi="Arial"/>
          <w:color w:val="111111"/>
          <w:sz w:val="28"/>
        </w:rPr>
        <w:t>Remodel Level 2 - Small Kitchen Remodel</w:t>
      </w:r>
    </w:p>
    <w:p>
      <w:pPr>
        <w:spacing w:after="100" w:line="259" w:lineRule="auto"/>
      </w:pPr>
      <w:r>
        <w:rPr>
          <w:rFonts w:ascii="Arial" w:hAnsi="Arial"/>
          <w:b w:val="0"/>
          <w:i w:val="0"/>
          <w:color w:val="333333"/>
          <w:sz w:val="19"/>
        </w:rPr>
        <w:t>Estimated Range: $20,000 - $45,000</w:t>
      </w:r>
    </w:p>
    <w:p>
      <w:pPr>
        <w:spacing w:after="100" w:line="259" w:lineRule="auto"/>
      </w:pPr>
      <w:r>
        <w:rPr>
          <w:rFonts w:ascii="Arial" w:hAnsi="Arial"/>
          <w:b w:val="0"/>
          <w:i w:val="0"/>
          <w:color w:val="333333"/>
          <w:sz w:val="19"/>
        </w:rPr>
        <w:t>Typical Size: 60 - 120 sq. ft.</w:t>
      </w:r>
    </w:p>
    <w:p>
      <w:pPr>
        <w:spacing w:after="100" w:line="259" w:lineRule="auto"/>
      </w:pPr>
      <w:r>
        <w:rPr>
          <w:rFonts w:ascii="Arial" w:hAnsi="Arial"/>
          <w:b w:val="0"/>
          <w:i w:val="0"/>
          <w:color w:val="333333"/>
          <w:sz w:val="19"/>
        </w:rPr>
        <w:t>This level typically keeps the existing kitchen footprint but replaces more of the visible finishes. It may include stock or semi-custom cabinets, new countertops, backsplash, sink/faucet, basic appliances, lighting, flooring, drywall repairs, and paint.</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Scope Item</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Demo and debris removal</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$4,000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Stock or entry-level semi-custom cabinets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$18,000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Countertops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Tile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$2,000 - $6,000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Appliance allowance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$4,000 - $10,000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Sink, faucet, disposal, plumbing tie-ins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$4,000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Lighting, outlets, switches, electrical updates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$7,500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Flooring</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$9,000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Drywall, trim, paint, finish work</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$2,000 - $6,000</w:t>
            </w:r>
          </w:p>
        </w:tc>
      </w:tr>
    </w:tbl>
    <w:p/>
    <w:p>
      <w:pPr>
        <w:spacing w:after="100" w:line="259" w:lineRule="auto"/>
      </w:pPr>
      <w:r>
        <w:rPr>
          <w:rFonts w:ascii="Arial" w:hAnsi="Arial"/>
          <w:b w:val="0"/>
          <w:i w:val="0"/>
          <w:color w:val="333333"/>
          <w:sz w:val="19"/>
        </w:rPr>
        <w:t>Best fit: smaller kitchens, budget-managed remodels, and projects where the homeowner wants most finishes replaced but does not want major layout changes.</w:t>
      </w:r>
    </w:p>
    <w:p>
      <w:pPr>
        <w:pStyle w:val="Heading1"/>
      </w:pPr>
      <w:r>
        <w:rPr>
          <w:rFonts w:ascii="Arial" w:hAnsi="Arial"/>
          <w:color w:val="111111"/>
          <w:sz w:val="28"/>
        </w:rPr>
        <w:t>Remodel Level 3 - Standard Full Kitchen Remodel</w:t>
      </w:r>
    </w:p>
    <w:p>
      <w:pPr>
        <w:spacing w:after="100" w:line="259" w:lineRule="auto"/>
      </w:pPr>
      <w:r>
        <w:rPr>
          <w:rFonts w:ascii="Arial" w:hAnsi="Arial"/>
          <w:b w:val="0"/>
          <w:i w:val="0"/>
          <w:color w:val="333333"/>
          <w:sz w:val="19"/>
        </w:rPr>
        <w:t>Estimated Range: $45,000 - $85,000</w:t>
      </w:r>
    </w:p>
    <w:p>
      <w:pPr>
        <w:spacing w:after="100" w:line="259" w:lineRule="auto"/>
      </w:pPr>
      <w:r>
        <w:rPr>
          <w:rFonts w:ascii="Arial" w:hAnsi="Arial"/>
          <w:b w:val="0"/>
          <w:i w:val="0"/>
          <w:color w:val="333333"/>
          <w:sz w:val="19"/>
        </w:rPr>
        <w:t>Typical Size: 100 - 200 sq. ft.</w:t>
      </w:r>
    </w:p>
    <w:p>
      <w:pPr>
        <w:spacing w:after="100" w:line="259" w:lineRule="auto"/>
      </w:pPr>
      <w:r>
        <w:rPr>
          <w:rFonts w:ascii="Arial" w:hAnsi="Arial"/>
          <w:b w:val="0"/>
          <w:i w:val="0"/>
          <w:color w:val="333333"/>
          <w:sz w:val="19"/>
        </w:rPr>
        <w:t>This is the range where many professional full kitchen remodels land when the layout is mostly the same, but the project includes new cabinetry, countertops, backsplash, appliances, sink/faucet, flooring, lighting, drywall/paint, trim, and proper project management.</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Scope Item</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Full demo and jobsite protection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Semi-custom cabinet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$18,000 - $35,000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Quartz, granite, or solid-surface countertops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$12,000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Tile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Appliance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$7,500 - $18,000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Kitchen sink, faucet, disposal, plumbing</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$2,000 - $6,000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Electrical, recessed lighting, under-cabinet lighting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$12,000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Flooring</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$14,000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Drywall, paint, trim, caulk, finish details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$4,000 - $10,000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Project management, coordination, cleanup</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$12,000</w:t>
            </w:r>
          </w:p>
        </w:tc>
      </w:tr>
    </w:tbl>
    <w:p/>
    <w:p>
      <w:pPr>
        <w:spacing w:after="100" w:line="259" w:lineRule="auto"/>
      </w:pPr>
      <w:r>
        <w:rPr>
          <w:rFonts w:ascii="Arial" w:hAnsi="Arial"/>
          <w:b w:val="0"/>
          <w:i w:val="0"/>
          <w:color w:val="333333"/>
          <w:sz w:val="19"/>
        </w:rPr>
        <w:t>Best fit: homeowners wanting a durable, attractive, professionally installed kitchen without moving major walls or significantly relocating plumbing/gas/electrical systems.</w:t>
      </w:r>
    </w:p>
    <w:p>
      <w:pPr>
        <w:pStyle w:val="Heading1"/>
      </w:pPr>
      <w:r>
        <w:rPr>
          <w:rFonts w:ascii="Arial" w:hAnsi="Arial"/>
          <w:color w:val="111111"/>
          <w:sz w:val="28"/>
        </w:rPr>
        <w:t>Remodel Level 4 - Premium Custom Kitchen Remodel</w:t>
      </w:r>
    </w:p>
    <w:p>
      <w:pPr>
        <w:spacing w:after="100" w:line="259" w:lineRule="auto"/>
      </w:pPr>
      <w:r>
        <w:rPr>
          <w:rFonts w:ascii="Arial" w:hAnsi="Arial"/>
          <w:b w:val="0"/>
          <w:i w:val="0"/>
          <w:color w:val="333333"/>
          <w:sz w:val="19"/>
        </w:rPr>
        <w:t>Estimated Range: $85,000 - $140,000</w:t>
      </w:r>
    </w:p>
    <w:p>
      <w:pPr>
        <w:spacing w:after="100" w:line="259" w:lineRule="auto"/>
      </w:pPr>
      <w:r>
        <w:rPr>
          <w:rFonts w:ascii="Arial" w:hAnsi="Arial"/>
          <w:b w:val="0"/>
          <w:i w:val="0"/>
          <w:color w:val="333333"/>
          <w:sz w:val="19"/>
        </w:rPr>
        <w:t>Typical Size: 160 - 300 sq. ft.</w:t>
      </w:r>
    </w:p>
    <w:p>
      <w:pPr>
        <w:spacing w:after="100" w:line="259" w:lineRule="auto"/>
      </w:pPr>
      <w:r>
        <w:rPr>
          <w:rFonts w:ascii="Arial" w:hAnsi="Arial"/>
          <w:b w:val="0"/>
          <w:i w:val="0"/>
          <w:color w:val="333333"/>
          <w:sz w:val="19"/>
        </w:rPr>
        <w:t>This level includes higher-end cabinetry, more detailed electrical and lighting plans, larger islands, upgraded appliances, premium countertops, higher-end backsplash options, custom range hoods, beverage/coffee stations, pantry improvements, and more detailed finish carpentry.</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Scope Item</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Demo to framing/subfloor where needed</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$12,000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Custom or upgraded semi-custom cabinetry</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$35,000 - $65,000+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Large island or custom island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Premium quartz/quartzite/granite countertops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$10,000 - $25,000+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Full-height tile or slab backsplash</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$6,000 - $18,000+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Premium appliance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$18,000 - $45,000+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Pot filler, sink upgrades, plumbing/gas line work</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$4,000 - $15,000+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Electrical redesign, recessed/pendant/undercabinet lighting</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Premium flooring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Custom hood, trim, paneling, finish carpentry</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$18,000+</w:t>
            </w:r>
          </w:p>
        </w:tc>
      </w:tr>
    </w:tbl>
    <w:p/>
    <w:p>
      <w:pPr>
        <w:spacing w:after="100" w:line="259" w:lineRule="auto"/>
      </w:pPr>
      <w:r>
        <w:rPr>
          <w:rFonts w:ascii="Arial" w:hAnsi="Arial"/>
          <w:b w:val="0"/>
          <w:i w:val="0"/>
          <w:color w:val="333333"/>
          <w:sz w:val="19"/>
        </w:rPr>
        <w:t>Best fit: homeowners wanting a high-end kitchen with custom storage, a strong design presence, better workflow, upgraded appliances, and premium finishes.</w:t>
      </w:r>
    </w:p>
    <w:p>
      <w:pPr>
        <w:pStyle w:val="Heading1"/>
      </w:pPr>
      <w:r>
        <w:rPr>
          <w:rFonts w:ascii="Arial" w:hAnsi="Arial"/>
          <w:color w:val="111111"/>
          <w:sz w:val="28"/>
        </w:rPr>
        <w:t>Remodel Level 5 - Luxury / Open-Concept Kitchen Remodel</w:t>
      </w:r>
    </w:p>
    <w:p>
      <w:pPr>
        <w:spacing w:after="100" w:line="259" w:lineRule="auto"/>
      </w:pPr>
      <w:r>
        <w:rPr>
          <w:rFonts w:ascii="Arial" w:hAnsi="Arial"/>
          <w:b w:val="0"/>
          <w:i w:val="0"/>
          <w:color w:val="333333"/>
          <w:sz w:val="19"/>
        </w:rPr>
        <w:t>Estimated Range: $140,000 - $225,000+</w:t>
      </w:r>
    </w:p>
    <w:p>
      <w:pPr>
        <w:spacing w:after="100" w:line="259" w:lineRule="auto"/>
      </w:pPr>
      <w:r>
        <w:rPr>
          <w:rFonts w:ascii="Arial" w:hAnsi="Arial"/>
          <w:b w:val="0"/>
          <w:i w:val="0"/>
          <w:color w:val="333333"/>
          <w:sz w:val="19"/>
        </w:rPr>
        <w:t>Typical Size: 250 - 500+ sq. ft.</w:t>
      </w:r>
    </w:p>
    <w:p>
      <w:pPr>
        <w:spacing w:after="100" w:line="259" w:lineRule="auto"/>
      </w:pPr>
      <w:r>
        <w:rPr>
          <w:rFonts w:ascii="Arial" w:hAnsi="Arial"/>
          <w:b w:val="0"/>
          <w:i w:val="0"/>
          <w:color w:val="333333"/>
          <w:sz w:val="19"/>
        </w:rPr>
        <w:t>This level usually includes a larger kitchen footprint, possible wall removal, structural work, luxury cabinetry, large islands, panel-ready appliances, premium appliance packages, custom hood details, designer lighting, walk-in pantry improvements, and highly detailed finish work.</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Feature / Scope Item</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Impact</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Wall removal or open-concept conversion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$10,000 - $50,000+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Load-bearing beam / LVL / structural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$35,000+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Architectural or engineering support</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$10,000+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Luxury custom cabinetry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$60,000 - $100,000+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Large island with seating/storage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$15,000 - $40,000+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Panel-ready refrigerator/dishwasher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$20,000 - $60,000+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Professional-grade range/hood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$12,000 - $35,000+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Stone slab backsplash or premium full-height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$12,000 - $35,000+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Butler pantry, coffee bar, or beverage station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$35,000+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Major flooring continuity into adjacent rooms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$12,000 - $40,000+</w:t>
            </w:r>
          </w:p>
        </w:tc>
      </w:tr>
    </w:tbl>
    <w:p/>
    <w:p>
      <w:pPr>
        <w:spacing w:after="100" w:line="259" w:lineRule="auto"/>
      </w:pPr>
      <w:r>
        <w:rPr>
          <w:rFonts w:ascii="Arial" w:hAnsi="Arial"/>
          <w:b w:val="0"/>
          <w:i w:val="0"/>
          <w:color w:val="333333"/>
          <w:sz w:val="19"/>
        </w:rPr>
        <w:t>Best fit: large homes, major redesigns, high-end entertaining kitchens, open-concept conversions, and homeowners who want the kitchen to become the main showpiece of the home.</w:t>
      </w:r>
    </w:p>
    <w:p>
      <w:pPr>
        <w:pStyle w:val="Heading1"/>
      </w:pPr>
      <w:r>
        <w:rPr>
          <w:rFonts w:ascii="Arial" w:hAnsi="Arial"/>
          <w:color w:val="111111"/>
          <w:sz w:val="28"/>
        </w:rPr>
        <w:t>Remodel Level 6 - Kitchen Expansion / Addition / Structural Redesign</w:t>
      </w:r>
    </w:p>
    <w:p>
      <w:pPr>
        <w:spacing w:after="100" w:line="259" w:lineRule="auto"/>
      </w:pPr>
      <w:r>
        <w:rPr>
          <w:rFonts w:ascii="Arial" w:hAnsi="Arial"/>
          <w:b w:val="0"/>
          <w:i w:val="0"/>
          <w:color w:val="333333"/>
          <w:sz w:val="19"/>
        </w:rPr>
        <w:t>Estimated Range: $175,000 - $300,000+</w:t>
      </w:r>
    </w:p>
    <w:p>
      <w:pPr>
        <w:spacing w:after="100" w:line="259" w:lineRule="auto"/>
      </w:pPr>
      <w:r>
        <w:rPr>
          <w:rFonts w:ascii="Arial" w:hAnsi="Arial"/>
          <w:b w:val="0"/>
          <w:i w:val="0"/>
          <w:color w:val="333333"/>
          <w:sz w:val="19"/>
        </w:rPr>
        <w:t>Typical Size: Existing kitchen plus 100 - 500+ sq. ft. of affected area</w:t>
      </w:r>
    </w:p>
    <w:p>
      <w:pPr>
        <w:spacing w:after="100" w:line="259" w:lineRule="auto"/>
      </w:pPr>
      <w:r>
        <w:rPr>
          <w:rFonts w:ascii="Arial" w:hAnsi="Arial"/>
          <w:b w:val="0"/>
          <w:i w:val="0"/>
          <w:color w:val="333333"/>
          <w:sz w:val="19"/>
        </w:rPr>
        <w:t>This is not just a kitchen remodel. This level may include home layout changes, exterior wall changes, bump-outs, foundation work, roof tie-ins, major structural engineering, HVAC changes, plumbing/electrical/gas relocation, new windows/doors, and finish continuity into nearby rooms.</w:t>
      </w:r>
    </w:p>
    <w:p>
      <w:pPr>
        <w:pStyle w:val="ListBullet"/>
        <w:spacing w:after="40"/>
      </w:pPr>
      <w:r>
        <w:rPr>
          <w:rFonts w:ascii="Arial" w:hAnsi="Arial"/>
          <w:color w:val="333333"/>
          <w:sz w:val="18"/>
        </w:rPr>
        <w:t>Kitchen bump-out or expanded footprint</w:t>
      </w:r>
    </w:p>
    <w:p>
      <w:pPr>
        <w:pStyle w:val="ListBullet"/>
        <w:spacing w:after="40"/>
      </w:pPr>
      <w:r>
        <w:rPr>
          <w:rFonts w:ascii="Arial" w:hAnsi="Arial"/>
          <w:color w:val="333333"/>
          <w:sz w:val="18"/>
        </w:rPr>
        <w:t>Exterior wall or roofline changes</w:t>
      </w:r>
    </w:p>
    <w:p>
      <w:pPr>
        <w:pStyle w:val="ListBullet"/>
        <w:spacing w:after="40"/>
      </w:pPr>
      <w:r>
        <w:rPr>
          <w:rFonts w:ascii="Arial" w:hAnsi="Arial"/>
          <w:color w:val="333333"/>
          <w:sz w:val="18"/>
        </w:rPr>
        <w:t>Foundation, framing, insulation, roofing, siding, or masonry work</w:t>
      </w:r>
    </w:p>
    <w:p>
      <w:pPr>
        <w:pStyle w:val="ListBullet"/>
        <w:spacing w:after="40"/>
      </w:pPr>
      <w:r>
        <w:rPr>
          <w:rFonts w:ascii="Arial" w:hAnsi="Arial"/>
          <w:color w:val="333333"/>
          <w:sz w:val="18"/>
        </w:rPr>
        <w:t>Major load-bearing wall removal</w:t>
      </w:r>
    </w:p>
    <w:p>
      <w:pPr>
        <w:pStyle w:val="ListBullet"/>
        <w:spacing w:after="40"/>
      </w:pPr>
      <w:r>
        <w:rPr>
          <w:rFonts w:ascii="Arial" w:hAnsi="Arial"/>
          <w:color w:val="333333"/>
          <w:sz w:val="18"/>
        </w:rPr>
        <w:t>HVAC changes or new ducting</w:t>
      </w:r>
    </w:p>
    <w:p>
      <w:pPr>
        <w:pStyle w:val="ListBullet"/>
        <w:spacing w:after="40"/>
      </w:pPr>
      <w:r>
        <w:rPr>
          <w:rFonts w:ascii="Arial" w:hAnsi="Arial"/>
          <w:color w:val="333333"/>
          <w:sz w:val="18"/>
        </w:rPr>
        <w:t>New windows, patio doors, or exterior doors</w:t>
      </w:r>
    </w:p>
    <w:p>
      <w:pPr>
        <w:pStyle w:val="ListBullet"/>
        <w:spacing w:after="40"/>
      </w:pPr>
      <w:r>
        <w:rPr>
          <w:rFonts w:ascii="Arial" w:hAnsi="Arial"/>
          <w:color w:val="333333"/>
          <w:sz w:val="18"/>
        </w:rPr>
        <w:t>Large-format flooring continuation through living/dining areas</w:t>
      </w:r>
    </w:p>
    <w:p>
      <w:pPr>
        <w:pStyle w:val="ListBullet"/>
        <w:spacing w:after="40"/>
      </w:pPr>
      <w:r>
        <w:rPr>
          <w:rFonts w:ascii="Arial" w:hAnsi="Arial"/>
          <w:color w:val="333333"/>
          <w:sz w:val="18"/>
        </w:rPr>
        <w:t>Full custom cabinet package and premium appliances</w:t>
      </w:r>
    </w:p>
    <w:p>
      <w:pPr>
        <w:pStyle w:val="ListBullet"/>
        <w:spacing w:after="40"/>
      </w:pPr>
      <w:r>
        <w:rPr>
          <w:rFonts w:ascii="Arial" w:hAnsi="Arial"/>
          <w:color w:val="333333"/>
          <w:sz w:val="18"/>
        </w:rPr>
        <w:t>Design, engineering, permitting, inspections, and extended project management</w:t>
      </w:r>
    </w:p>
    <w:p>
      <w:pPr>
        <w:spacing w:after="100" w:line="259" w:lineRule="auto"/>
      </w:pPr>
      <w:r>
        <w:rPr>
          <w:rFonts w:ascii="Arial" w:hAnsi="Arial"/>
          <w:b w:val="0"/>
          <w:i w:val="0"/>
          <w:color w:val="333333"/>
          <w:sz w:val="19"/>
        </w:rPr>
        <w:t>Best fit: homeowners who are changing the home, not just the kitchen.</w:t>
      </w:r>
    </w:p>
    <w:p>
      <w:pPr>
        <w:pStyle w:val="Heading1"/>
      </w:pPr>
      <w:r>
        <w:rPr>
          <w:rFonts w:ascii="Arial" w:hAnsi="Arial"/>
          <w:color w:val="111111"/>
          <w:sz w:val="28"/>
        </w:rPr>
        <w:t>Common Kitchen Remodel Cost Categories</w:t>
      </w:r>
    </w:p>
    <w:p>
      <w:pPr>
        <w:pStyle w:val="Heading2"/>
      </w:pPr>
      <w:r>
        <w:rPr>
          <w:rFonts w:ascii="Arial" w:hAnsi="Arial"/>
          <w:color w:val="333333"/>
          <w:sz w:val="24"/>
        </w:rPr>
        <w:t>1. Demolition and Jobsite Protection</w:t>
      </w:r>
    </w:p>
    <w:p>
      <w:pPr>
        <w:spacing w:after="100" w:line="259" w:lineRule="auto"/>
      </w:pPr>
      <w:r>
        <w:rPr>
          <w:rFonts w:ascii="Arial" w:hAnsi="Arial"/>
          <w:b w:val="0"/>
          <w:i w:val="0"/>
          <w:color w:val="333333"/>
          <w:sz w:val="19"/>
        </w:rPr>
        <w:t>Typical Range: $1,500 - $12,000+</w:t>
      </w:r>
    </w:p>
    <w:p>
      <w:pPr>
        <w:spacing w:after="100" w:line="259" w:lineRule="auto"/>
      </w:pPr>
      <w:r>
        <w:rPr>
          <w:rFonts w:ascii="Arial" w:hAnsi="Arial"/>
          <w:b w:val="0"/>
          <w:i w:val="0"/>
          <w:color w:val="333333"/>
          <w:sz w:val="19"/>
        </w:rPr>
        <w:t>Includes floor protection, dust control, temporary plastic, removal of cabinets, countertops, backsplash, appliances, flooring, sink/faucet, drywall where needed, trim, and debris disposal. Heavy tile, mud-bed floors, plaster walls, multi-layer flooring, second-floor access, and tight staging areas increase cost.</w:t>
      </w:r>
    </w:p>
    <w:p>
      <w:pPr>
        <w:pStyle w:val="Heading2"/>
      </w:pPr>
      <w:r>
        <w:rPr>
          <w:rFonts w:ascii="Arial" w:hAnsi="Arial"/>
          <w:color w:val="333333"/>
          <w:sz w:val="24"/>
        </w:rPr>
        <w:t>2. Cabinets and Storage</w:t>
      </w:r>
    </w:p>
    <w:p>
      <w:pPr>
        <w:spacing w:after="100" w:line="259" w:lineRule="auto"/>
      </w:pPr>
      <w:r>
        <w:rPr>
          <w:rFonts w:ascii="Arial" w:hAnsi="Arial"/>
          <w:b w:val="0"/>
          <w:i w:val="0"/>
          <w:color w:val="333333"/>
          <w:sz w:val="19"/>
        </w:rPr>
        <w:t>Typical Range: $8,000 - $100,000+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Cabinet Option</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Paint existing cabinets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Refinish existing cabinets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$9,000+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Reface cabinet doors/drawer fronts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$6,000 - $15,000+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Stock cabinet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$22,000+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Semi-custom cabinet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$18,000 - $45,000+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Custom cabinet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$35,000 - $100,000+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Built-in pantry or wall pantry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$25,000+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Custom wood hood / appliance panels / specialty millwork</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$25,000+</w:t>
            </w:r>
          </w:p>
        </w:tc>
      </w:tr>
    </w:tbl>
    <w:p/>
    <w:p>
      <w:pPr>
        <w:spacing w:after="100" w:line="259" w:lineRule="auto"/>
      </w:pPr>
      <w:r>
        <w:rPr>
          <w:rFonts w:ascii="Arial" w:hAnsi="Arial"/>
          <w:b w:val="0"/>
          <w:i w:val="0"/>
          <w:color w:val="333333"/>
          <w:sz w:val="19"/>
        </w:rPr>
        <w:t>Cabinet cost depends on linear footage, layout, cabinet height, drawer banks, finish, wood species, soft-close hardware, interior organizers, pantry systems, appliance panels, custom hood details, and installation complexity. Cabinets are often the largest cost category in a kitchen remodel.</w:t>
      </w:r>
    </w:p>
    <w:p>
      <w:pPr>
        <w:pStyle w:val="Heading2"/>
      </w:pPr>
      <w:r>
        <w:rPr>
          <w:rFonts w:ascii="Arial" w:hAnsi="Arial"/>
          <w:color w:val="333333"/>
          <w:sz w:val="24"/>
        </w:rPr>
        <w:t>3. Countertops</w:t>
      </w:r>
    </w:p>
    <w:p>
      <w:pPr>
        <w:spacing w:after="100" w:line="259" w:lineRule="auto"/>
      </w:pPr>
      <w:r>
        <w:rPr>
          <w:rFonts w:ascii="Arial" w:hAnsi="Arial"/>
          <w:b w:val="0"/>
          <w:i w:val="0"/>
          <w:color w:val="333333"/>
          <w:sz w:val="19"/>
        </w:rPr>
        <w:t>Typical Range: $3,000 - $35,000+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Countertop Type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Installed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Laminate / budget surface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Butcher block / wood tops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Solid surface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$3,500 - $10,000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Granite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$4,500 - $14,000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Quartz</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Quartzite / premium natural stone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$30,000+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Porcelain slab / specialty slab</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$10,000 - $35,000+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Waterfall island edge upgrade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$10,000+ additional</w:t>
            </w:r>
          </w:p>
        </w:tc>
      </w:tr>
    </w:tbl>
    <w:p/>
    <w:p>
      <w:pPr>
        <w:spacing w:after="100" w:line="259" w:lineRule="auto"/>
      </w:pPr>
      <w:r>
        <w:rPr>
          <w:rFonts w:ascii="Arial" w:hAnsi="Arial"/>
          <w:b w:val="0"/>
          <w:i w:val="0"/>
          <w:color w:val="333333"/>
          <w:sz w:val="19"/>
        </w:rPr>
        <w:t>Countertop pricing depends on slab material, square footage, edge profile, sink cutouts, cooktop cutouts, seam layout, backsplash pieces, island size, waterfall panels, and install access.</w:t>
      </w:r>
    </w:p>
    <w:p>
      <w:pPr>
        <w:pStyle w:val="Heading2"/>
      </w:pPr>
      <w:r>
        <w:rPr>
          <w:rFonts w:ascii="Arial" w:hAnsi="Arial"/>
          <w:color w:val="333333"/>
          <w:sz w:val="24"/>
        </w:rPr>
        <w:t>4. Backsplash</w:t>
      </w:r>
    </w:p>
    <w:p>
      <w:pPr>
        <w:spacing w:after="100" w:line="259" w:lineRule="auto"/>
      </w:pPr>
      <w:r>
        <w:rPr>
          <w:rFonts w:ascii="Arial" w:hAnsi="Arial"/>
          <w:b w:val="0"/>
          <w:i w:val="0"/>
          <w:color w:val="333333"/>
          <w:sz w:val="19"/>
        </w:rPr>
        <w:t>Typical Range: $1,500 - $18,000+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Backsplash Type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Basic subway tile backsplash</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$4,500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Mid-range tile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Designer tile / patterned tile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$12,000+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Full-height tile backsplash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$6,000 - $15,000+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Quartz/quartzite/stone slab backsplash</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$25,000+</w:t>
            </w:r>
          </w:p>
        </w:tc>
      </w:tr>
    </w:tbl>
    <w:p/>
    <w:p>
      <w:pPr>
        <w:spacing w:after="100" w:line="259" w:lineRule="auto"/>
      </w:pPr>
      <w:r>
        <w:rPr>
          <w:rFonts w:ascii="Arial" w:hAnsi="Arial"/>
          <w:b w:val="0"/>
          <w:i w:val="0"/>
          <w:color w:val="333333"/>
          <w:sz w:val="19"/>
        </w:rPr>
        <w:t>Backsplash cost depends on material, pattern, wall prep, outlet/switch cuts, range hood area, height, grout selection, and whether it runs full height to the ceiling.</w:t>
      </w:r>
    </w:p>
    <w:p>
      <w:pPr>
        <w:pStyle w:val="Heading2"/>
      </w:pPr>
      <w:r>
        <w:rPr>
          <w:rFonts w:ascii="Arial" w:hAnsi="Arial"/>
          <w:color w:val="333333"/>
          <w:sz w:val="24"/>
        </w:rPr>
        <w:t>5. Appliances</w:t>
      </w:r>
    </w:p>
    <w:p>
      <w:pPr>
        <w:spacing w:after="100" w:line="259" w:lineRule="auto"/>
      </w:pPr>
      <w:r>
        <w:rPr>
          <w:rFonts w:ascii="Arial" w:hAnsi="Arial"/>
          <w:b w:val="0"/>
          <w:i w:val="0"/>
          <w:color w:val="333333"/>
          <w:sz w:val="19"/>
        </w:rPr>
        <w:t>Typical Range: $4,000 - $75,000+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Appliance Package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Budget replacement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$4,000 -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Mid-range appliance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$18,000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Premium appliance package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$18,000 - $45,000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Luxury/pro-style appliance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$45,000 - $75,000+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Panel-ready refrigerator/dishwasher upgrade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$25,000+ additional</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Professional range and hood upgrade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$35,000+</w:t>
            </w:r>
          </w:p>
        </w:tc>
      </w:tr>
    </w:tbl>
    <w:p/>
    <w:p>
      <w:pPr>
        <w:spacing w:after="100" w:line="259" w:lineRule="auto"/>
      </w:pPr>
      <w:r>
        <w:rPr>
          <w:rFonts w:ascii="Arial" w:hAnsi="Arial"/>
          <w:b w:val="0"/>
          <w:i w:val="0"/>
          <w:color w:val="333333"/>
          <w:sz w:val="19"/>
        </w:rPr>
        <w:t>Appliance cost depends on brand, size, fuel type, built-in vs. slide-in, panel-ready design, electrical/gas requirements, ventilation, and whether the layout changes.</w:t>
      </w:r>
    </w:p>
    <w:p>
      <w:pPr>
        <w:pStyle w:val="Heading2"/>
      </w:pPr>
      <w:r>
        <w:rPr>
          <w:rFonts w:ascii="Arial" w:hAnsi="Arial"/>
          <w:color w:val="333333"/>
          <w:sz w:val="24"/>
        </w:rPr>
        <w:t>6. Kitchen Island</w:t>
      </w:r>
    </w:p>
    <w:p>
      <w:pPr>
        <w:spacing w:after="100" w:line="259" w:lineRule="auto"/>
      </w:pPr>
      <w:r>
        <w:rPr>
          <w:rFonts w:ascii="Arial" w:hAnsi="Arial"/>
          <w:b w:val="0"/>
          <w:i w:val="0"/>
          <w:color w:val="333333"/>
          <w:sz w:val="19"/>
        </w:rPr>
        <w:t>Typical Range: $5,000 - $40,000+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Island Scope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Simple prefab or cabinet-based island</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Semi-custom island with top</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$18,000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Large custom island with seating/storage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$15,000 - $35,000+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Island with sink, disposal, dishwasher, or cooktop</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$20,000 - $50,000+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Waterfall countertop upgrade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$10,000+ additional</w:t>
            </w:r>
          </w:p>
        </w:tc>
      </w:tr>
    </w:tbl>
    <w:p/>
    <w:p>
      <w:pPr>
        <w:spacing w:after="100" w:line="259" w:lineRule="auto"/>
      </w:pPr>
      <w:r>
        <w:rPr>
          <w:rFonts w:ascii="Arial" w:hAnsi="Arial"/>
          <w:b w:val="0"/>
          <w:i w:val="0"/>
          <w:color w:val="333333"/>
          <w:sz w:val="19"/>
        </w:rPr>
        <w:t>Islands become more expensive when they include plumbing, electrical, a dishwasher, outlets, specialty storage, large slabs, waterfall panels, seating, or structural floor/ceiling work for lighting and venting.</w:t>
      </w:r>
    </w:p>
    <w:p>
      <w:pPr>
        <w:pStyle w:val="Heading2"/>
      </w:pPr>
      <w:r>
        <w:rPr>
          <w:rFonts w:ascii="Arial" w:hAnsi="Arial"/>
          <w:color w:val="333333"/>
          <w:sz w:val="24"/>
        </w:rPr>
        <w:t>7. Plumbing, Sink, Faucet, Disposal, and Gas</w:t>
      </w:r>
    </w:p>
    <w:p>
      <w:pPr>
        <w:spacing w:after="100" w:line="259" w:lineRule="auto"/>
      </w:pPr>
      <w:r>
        <w:rPr>
          <w:rFonts w:ascii="Arial" w:hAnsi="Arial"/>
          <w:b w:val="0"/>
          <w:i w:val="0"/>
          <w:color w:val="333333"/>
          <w:sz w:val="19"/>
        </w:rPr>
        <w:t>Typical Range: $2,000 - $25,000+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Plumbing / Gas Scope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Replace sink, faucet, disposal with same layout</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$4,000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Upgrade to workstation sink and premium faucet</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$7,500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Move sink or dishwasher location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$3,500 - $12,000+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Add pot filler</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Move or add gas line</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Major plumbing/gas relocation</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$25,000+</w:t>
            </w:r>
          </w:p>
        </w:tc>
      </w:tr>
    </w:tbl>
    <w:p/>
    <w:p>
      <w:pPr>
        <w:spacing w:after="100" w:line="259" w:lineRule="auto"/>
      </w:pPr>
      <w:r>
        <w:rPr>
          <w:rFonts w:ascii="Arial" w:hAnsi="Arial"/>
          <w:b w:val="0"/>
          <w:i w:val="0"/>
          <w:color w:val="333333"/>
          <w:sz w:val="19"/>
        </w:rPr>
        <w:t>Plumbing and gas costs increase when drains, water lines, gas lines, or appliances are moved. Slab homes, finished basements, limited crawlspace access, and island plumbing can increase the cost significantly.</w:t>
      </w:r>
    </w:p>
    <w:p>
      <w:pPr>
        <w:pStyle w:val="Heading2"/>
      </w:pPr>
      <w:r>
        <w:rPr>
          <w:rFonts w:ascii="Arial" w:hAnsi="Arial"/>
          <w:color w:val="333333"/>
          <w:sz w:val="24"/>
        </w:rPr>
        <w:t>8. Electrical and Lighting</w:t>
      </w:r>
    </w:p>
    <w:p>
      <w:pPr>
        <w:spacing w:after="100" w:line="259" w:lineRule="auto"/>
      </w:pPr>
      <w:r>
        <w:rPr>
          <w:rFonts w:ascii="Arial" w:hAnsi="Arial"/>
          <w:b w:val="0"/>
          <w:i w:val="0"/>
          <w:color w:val="333333"/>
          <w:sz w:val="19"/>
        </w:rPr>
        <w:t>Typical Range: $4,000 - $30,000+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Electrical / Lighting Scope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Basic fixture/switch/outlet updates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Recessed lighting package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Under-cabinet lighting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Pendant lighting over island</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$750 - $4,000+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Dedicated appliance circuits</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$1,500 - $8,000+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Electrical layout redesign</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Panel/subpanel upgrade if required</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$3,500 - $12,000+</w:t>
            </w:r>
          </w:p>
        </w:tc>
      </w:tr>
    </w:tbl>
    <w:p/>
    <w:p>
      <w:pPr>
        <w:spacing w:after="100" w:line="259" w:lineRule="auto"/>
      </w:pPr>
      <w:r>
        <w:rPr>
          <w:rFonts w:ascii="Arial" w:hAnsi="Arial"/>
          <w:b w:val="0"/>
          <w:i w:val="0"/>
          <w:color w:val="333333"/>
          <w:sz w:val="19"/>
        </w:rPr>
        <w:t>Electrical cost depends on access, number of new circuits, GFCI/AFCI requirements, appliance needs, code corrections, lighting layout, ceiling access, under-cabinet lighting, and whether walls/ceilings are opened.</w:t>
      </w:r>
    </w:p>
    <w:p>
      <w:pPr>
        <w:pStyle w:val="Heading2"/>
      </w:pPr>
      <w:r>
        <w:rPr>
          <w:rFonts w:ascii="Arial" w:hAnsi="Arial"/>
          <w:color w:val="333333"/>
          <w:sz w:val="24"/>
        </w:rPr>
        <w:t>9. Flooring</w:t>
      </w:r>
    </w:p>
    <w:p>
      <w:pPr>
        <w:spacing w:after="100" w:line="259" w:lineRule="auto"/>
      </w:pPr>
      <w:r>
        <w:rPr>
          <w:rFonts w:ascii="Arial" w:hAnsi="Arial"/>
          <w:b w:val="0"/>
          <w:i w:val="0"/>
          <w:color w:val="333333"/>
          <w:sz w:val="19"/>
        </w:rPr>
        <w:t>Typical Range: $3,000 - $40,000+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Flooring Type / Scope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LVP or laminate kitchen flooring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$10,000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Porcelain/ceramic tile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$18,000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Engineered hardwood</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Site-finished hardwood repair/refinish</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$20,000+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Natural stone flooring</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$10,000 - $35,000+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Flooring continuation into dining/living areas</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$12,000 - $40,000+</w:t>
            </w:r>
          </w:p>
        </w:tc>
      </w:tr>
    </w:tbl>
    <w:p/>
    <w:p>
      <w:pPr>
        <w:spacing w:after="100" w:line="259" w:lineRule="auto"/>
      </w:pPr>
      <w:r>
        <w:rPr>
          <w:rFonts w:ascii="Arial" w:hAnsi="Arial"/>
          <w:b w:val="0"/>
          <w:i w:val="0"/>
          <w:color w:val="333333"/>
          <w:sz w:val="19"/>
        </w:rPr>
        <w:t>Flooring cost depends on demo, subfloor condition, leveling, square footage, transitions, toe-kick work, material choice, and whether flooring continues beyond the kitchen into adjoining rooms.</w:t>
      </w:r>
    </w:p>
    <w:p>
      <w:pPr>
        <w:pStyle w:val="Heading2"/>
      </w:pPr>
      <w:r>
        <w:rPr>
          <w:rFonts w:ascii="Arial" w:hAnsi="Arial"/>
          <w:color w:val="333333"/>
          <w:sz w:val="24"/>
        </w:rPr>
        <w:t>10. Drywall, Paint, Trim, and Finish Carpentry</w:t>
      </w:r>
    </w:p>
    <w:p>
      <w:pPr>
        <w:spacing w:after="100" w:line="259" w:lineRule="auto"/>
      </w:pPr>
      <w:r>
        <w:rPr>
          <w:rFonts w:ascii="Arial" w:hAnsi="Arial"/>
          <w:b w:val="0"/>
          <w:i w:val="0"/>
          <w:color w:val="333333"/>
          <w:sz w:val="19"/>
        </w:rPr>
        <w:t>Typical Range: $3,000 - $25,000+</w:t>
      </w:r>
    </w:p>
    <w:p>
      <w:pPr>
        <w:spacing w:after="100" w:line="259" w:lineRule="auto"/>
      </w:pPr>
      <w:r>
        <w:rPr>
          <w:rFonts w:ascii="Arial" w:hAnsi="Arial"/>
          <w:b w:val="0"/>
          <w:i w:val="0"/>
          <w:color w:val="333333"/>
          <w:sz w:val="19"/>
        </w:rPr>
        <w:t>Includes drywall patching or replacement, wall/ceiling texture matching where applicable, priming, painting, baseboards, casing, crown, shoe molding, cabinet scribe/filler details, caulking, nail filling, and final touch-ups. Kitchens with wall removal, ceiling changes, plaster, or extensive trim transitions cost more.</w:t>
      </w:r>
    </w:p>
    <w:p>
      <w:pPr>
        <w:pStyle w:val="Heading2"/>
      </w:pPr>
      <w:r>
        <w:rPr>
          <w:rFonts w:ascii="Arial" w:hAnsi="Arial"/>
          <w:color w:val="333333"/>
          <w:sz w:val="24"/>
        </w:rPr>
        <w:t>11. Structural and Layout Changes</w:t>
      </w:r>
    </w:p>
    <w:p>
      <w:pPr>
        <w:spacing w:after="100" w:line="259" w:lineRule="auto"/>
      </w:pPr>
      <w:r>
        <w:rPr>
          <w:rFonts w:ascii="Arial" w:hAnsi="Arial"/>
          <w:b w:val="0"/>
          <w:i w:val="0"/>
          <w:color w:val="333333"/>
          <w:sz w:val="19"/>
        </w:rPr>
        <w:t>Typical Range: $5,000 - $75,000+</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Layout / Structural Scope</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Typical Cost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Minor layout changes without structural work</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$5,000 - $15,000+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Non-load-bearing wall removal</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$3,000 - $12,000+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Load-bearing wall removal with beam/LVL</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$10,000 - $40,000+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Engineering or architectural support</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$2,500 - $10,000+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Kitchen bump-out or small expansion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$25,000 - $100,000+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Major open-concept structural redesign</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$50,000 - $150,000+</w:t>
            </w:r>
          </w:p>
        </w:tc>
      </w:tr>
    </w:tbl>
    <w:p/>
    <w:p>
      <w:pPr>
        <w:spacing w:after="100" w:line="259" w:lineRule="auto"/>
      </w:pPr>
      <w:r>
        <w:rPr>
          <w:rFonts w:ascii="Arial" w:hAnsi="Arial"/>
          <w:b w:val="0"/>
          <w:i w:val="0"/>
          <w:color w:val="333333"/>
          <w:sz w:val="19"/>
        </w:rPr>
        <w:t>This is usually where a kitchen remodel turns into a larger home renovation. Structural work may affect framing, drywall, flooring, electrical, HVAC, plumbing, roofing, siding, insulation, engineering, permits, inspections, and timeline.</w:t>
      </w:r>
    </w:p>
    <w:p>
      <w:pPr>
        <w:pStyle w:val="Heading2"/>
      </w:pPr>
      <w:r>
        <w:rPr>
          <w:rFonts w:ascii="Arial" w:hAnsi="Arial"/>
          <w:color w:val="333333"/>
          <w:sz w:val="24"/>
        </w:rPr>
        <w:t>12. Design, Permits, Project Management, and Contingency</w:t>
      </w:r>
    </w:p>
    <w:p>
      <w:pPr>
        <w:spacing w:after="100" w:line="259" w:lineRule="auto"/>
      </w:pPr>
      <w:r>
        <w:rPr>
          <w:rFonts w:ascii="Arial" w:hAnsi="Arial"/>
          <w:b w:val="0"/>
          <w:i w:val="0"/>
          <w:color w:val="333333"/>
          <w:sz w:val="19"/>
        </w:rPr>
        <w:t>Typical Range: $5,000 - $35,000+</w:t>
      </w:r>
    </w:p>
    <w:p>
      <w:pPr>
        <w:spacing w:after="100" w:line="259" w:lineRule="auto"/>
      </w:pPr>
      <w:r>
        <w:rPr>
          <w:rFonts w:ascii="Arial" w:hAnsi="Arial"/>
          <w:b w:val="0"/>
          <w:i w:val="0"/>
          <w:color w:val="333333"/>
          <w:sz w:val="19"/>
        </w:rPr>
        <w:t>Professional kitchens require planning. Design drawings, cabinet layouts, measurements, material coordination, trade scheduling, delivery management, permits, inspections, supervision, cleanup, punch-list work, and warranty support all affect final pricing. For larger remodels, a contingency should be expected for hidden conditions and changes discovered after demo.</w:t>
      </w:r>
    </w:p>
    <w:p>
      <w:pPr>
        <w:pStyle w:val="Heading1"/>
      </w:pPr>
      <w:r>
        <w:rPr>
          <w:rFonts w:ascii="Arial" w:hAnsi="Arial"/>
          <w:color w:val="111111"/>
          <w:sz w:val="28"/>
        </w:rPr>
        <w:t>What Drives Kitchen Remodel Pricing Up?</w:t>
      </w:r>
    </w:p>
    <w:p>
      <w:pPr>
        <w:pStyle w:val="ListNumber"/>
        <w:spacing w:after="40"/>
      </w:pPr>
      <w:r>
        <w:rPr>
          <w:rFonts w:ascii="Arial" w:hAnsi="Arial"/>
          <w:color w:val="333333"/>
          <w:sz w:val="18"/>
        </w:rPr>
        <w:t>Cabinet package size and quality - more linear footage, drawer banks, pantry storage, custom heights, appliance panels, and specialty finishes increase cost.</w:t>
      </w:r>
    </w:p>
    <w:p>
      <w:pPr>
        <w:pStyle w:val="ListNumber"/>
        <w:spacing w:after="40"/>
      </w:pPr>
      <w:r>
        <w:rPr>
          <w:rFonts w:ascii="Arial" w:hAnsi="Arial"/>
          <w:color w:val="333333"/>
          <w:sz w:val="18"/>
        </w:rPr>
        <w:t>Countertop selection - quartz, quartzite, porcelain slab, natural stone, waterfall panels, and full-height backsplashes increase fabrication and installation costs.</w:t>
      </w:r>
    </w:p>
    <w:p>
      <w:pPr>
        <w:pStyle w:val="ListNumber"/>
        <w:spacing w:after="40"/>
      </w:pPr>
      <w:r>
        <w:rPr>
          <w:rFonts w:ascii="Arial" w:hAnsi="Arial"/>
          <w:color w:val="333333"/>
          <w:sz w:val="18"/>
        </w:rPr>
        <w:t>Appliances - panel-ready, professional-grade, built-in, smart, gas, or specialty appliances can change both material and trade costs.</w:t>
      </w:r>
    </w:p>
    <w:p>
      <w:pPr>
        <w:pStyle w:val="ListNumber"/>
        <w:spacing w:after="40"/>
      </w:pPr>
      <w:r>
        <w:rPr>
          <w:rFonts w:ascii="Arial" w:hAnsi="Arial"/>
          <w:color w:val="333333"/>
          <w:sz w:val="18"/>
        </w:rPr>
        <w:t>Layout changes - moving the sink, range, refrigerator, dishwasher, walls, windows, doors, gas lines, or electrical circuits adds labor and complexity.</w:t>
      </w:r>
    </w:p>
    <w:p>
      <w:pPr>
        <w:pStyle w:val="ListNumber"/>
        <w:spacing w:after="40"/>
      </w:pPr>
      <w:r>
        <w:rPr>
          <w:rFonts w:ascii="Arial" w:hAnsi="Arial"/>
          <w:color w:val="333333"/>
          <w:sz w:val="18"/>
        </w:rPr>
        <w:t>Wall removal - open-concept kitchens may require structural beams, temporary walls, engineering, permits, flooring repairs, ceiling blending, and trim work.</w:t>
      </w:r>
    </w:p>
    <w:p>
      <w:pPr>
        <w:pStyle w:val="ListNumber"/>
        <w:spacing w:after="40"/>
      </w:pPr>
      <w:r>
        <w:rPr>
          <w:rFonts w:ascii="Arial" w:hAnsi="Arial"/>
          <w:color w:val="333333"/>
          <w:sz w:val="18"/>
        </w:rPr>
        <w:t>Electrical upgrades - modern kitchens often need more outlets, dedicated circuits, lighting zones, GFCI/AFCI protection, appliance circuits, and under-cabinet lighting.</w:t>
      </w:r>
    </w:p>
    <w:p>
      <w:pPr>
        <w:pStyle w:val="ListNumber"/>
        <w:spacing w:after="40"/>
      </w:pPr>
      <w:r>
        <w:rPr>
          <w:rFonts w:ascii="Arial" w:hAnsi="Arial"/>
          <w:color w:val="333333"/>
          <w:sz w:val="18"/>
        </w:rPr>
        <w:t>Flooring continuity - extending new flooring into living rooms, dining rooms, halls, or open areas can add significant square footage.</w:t>
      </w:r>
    </w:p>
    <w:p>
      <w:pPr>
        <w:pStyle w:val="ListNumber"/>
        <w:spacing w:after="40"/>
      </w:pPr>
      <w:r>
        <w:rPr>
          <w:rFonts w:ascii="Arial" w:hAnsi="Arial"/>
          <w:color w:val="333333"/>
          <w:sz w:val="18"/>
        </w:rPr>
        <w:t>Hidden conditions - water damage, uneven floors, bad framing, old wiring, old plumbing, mold, rot, or previous poor workmanship can change the project scope.</w:t>
      </w:r>
    </w:p>
    <w:p>
      <w:pPr>
        <w:pStyle w:val="ListNumber"/>
        <w:spacing w:after="40"/>
      </w:pPr>
      <w:r>
        <w:rPr>
          <w:rFonts w:ascii="Arial" w:hAnsi="Arial"/>
          <w:color w:val="333333"/>
          <w:sz w:val="18"/>
        </w:rPr>
        <w:t>Finish expectations - premium kitchens require more time for layout, cabinet alignment, reveal lines, trim detail, touch-ups, protection, and final punch-out.</w:t>
      </w:r>
    </w:p>
    <w:p>
      <w:pPr>
        <w:pStyle w:val="ListNumber"/>
        <w:spacing w:after="40"/>
      </w:pPr>
      <w:r>
        <w:rPr>
          <w:rFonts w:ascii="Arial" w:hAnsi="Arial"/>
          <w:color w:val="333333"/>
          <w:sz w:val="18"/>
        </w:rPr>
        <w:t>Timeline pressure - rushed projects, long-lead cabinetry, special-order countertops, and appliance delays can affect scheduling and cost.</w:t>
      </w:r>
    </w:p>
    <w:p>
      <w:pPr>
        <w:pStyle w:val="Heading1"/>
      </w:pPr>
      <w:r>
        <w:rPr>
          <w:rFonts w:ascii="Arial" w:hAnsi="Arial"/>
          <w:color w:val="111111"/>
          <w:sz w:val="28"/>
        </w:rPr>
        <w:t>Budget Allowance by Project Goal</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6336"/>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Homeowner Goal</w:t>
            </w:r>
          </w:p>
        </w:tc>
        <w:tc>
          <w:tcPr>
            <w:tcW w:type="dxa" w:w="3168"/>
            <w:shd w:fill="111111"/>
            <w:tcBorders>
              <w:top w:sz="4" w:val="single" w:color="D9D9D9"/>
              <w:left w:sz="4" w:val="single" w:color="D9D9D9"/>
              <w:bottom w:sz="4" w:val="single" w:color="D9D9D9"/>
              <w:right w:sz="4" w:val="single" w:color="D9D9D9"/>
            </w:tcBorders>
            <w:vAlign w:val="center"/>
          </w:tcPr>
          <w:p>
            <w:pPr>
              <w:jc w:val="left"/>
            </w:pPr>
            <w:r/>
            <w:r>
              <w:rPr>
                <w:rFonts w:ascii="Arial" w:hAnsi="Arial"/>
                <w:b/>
                <w:color w:val="FFFFFF"/>
                <w:sz w:val="16"/>
              </w:rPr>
              <w:t>Suggested Budget Range</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just want the kitchen cleaned up and updated.</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$8,000 - $25,000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want a small kitchen remodel without moving the layout.</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$20,000 - $45,000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want a full standard kitchen remodel.</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$45,000 - $85,000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want a premium custom kitchen.</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$85,000 - $140,000</w:t>
            </w:r>
          </w:p>
        </w:tc>
      </w:tr>
      <w:tr>
        <w:tc>
          <w:tcPr>
            <w:tcW w:type="dxa" w:w="6336"/>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want a luxury/open-concept kitchen.</w:t>
            </w:r>
          </w:p>
        </w:tc>
        <w:tc>
          <w:tcPr>
            <w:tcW w:type="dxa" w:w="3168"/>
            <w:shd w:fill="F6F0E3"/>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$140,000 - $225,000+</w:t>
            </w:r>
          </w:p>
        </w:tc>
      </w:tr>
      <w:tr>
        <w:tc>
          <w:tcPr>
            <w:tcW w:type="dxa" w:w="6336"/>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I want to expand the kitchen or change the structure of the home.</w:t>
            </w:r>
          </w:p>
        </w:tc>
        <w:tc>
          <w:tcPr>
            <w:tcW w:type="dxa" w:w="3168"/>
            <w:shd w:fill="FFFFFF"/>
            <w:tcBorders>
              <w:top w:sz="4" w:val="single" w:color="D9D9D9"/>
              <w:left w:sz="4" w:val="single" w:color="D9D9D9"/>
              <w:bottom w:sz="4" w:val="single" w:color="D9D9D9"/>
              <w:right w:sz="4" w:val="single" w:color="D9D9D9"/>
            </w:tcBorders>
            <w:vAlign w:val="center"/>
          </w:tcPr>
          <w:p>
            <w:pPr>
              <w:jc w:val="left"/>
            </w:pPr>
            <w:r/>
            <w:r>
              <w:rPr>
                <w:rFonts w:ascii="Arial" w:hAnsi="Arial"/>
                <w:b w:val="0"/>
                <w:sz w:val="16"/>
              </w:rPr>
              <w:t>$175,000 - $300,000+</w:t>
            </w:r>
          </w:p>
        </w:tc>
      </w:tr>
    </w:tbl>
    <w:p/>
    <w:p>
      <w:pPr>
        <w:pStyle w:val="Heading1"/>
      </w:pPr>
      <w:r>
        <w:rPr>
          <w:rFonts w:ascii="Arial" w:hAnsi="Arial"/>
          <w:color w:val="111111"/>
          <w:sz w:val="28"/>
        </w:rPr>
        <w:t>Client Talking Points for Kitchen Walk-Throughs</w:t>
      </w:r>
    </w:p>
    <w:p>
      <w:pPr>
        <w:pStyle w:val="ListBullet"/>
        <w:spacing w:after="40"/>
      </w:pPr>
      <w:r>
        <w:rPr>
          <w:rFonts w:ascii="Arial" w:hAnsi="Arial"/>
          <w:color w:val="333333"/>
          <w:sz w:val="18"/>
        </w:rPr>
        <w:t>The layout is the first major decision. Keeping the sink, range, refrigerator, and walls in similar locations usually helps control the budget.</w:t>
      </w:r>
    </w:p>
    <w:p>
      <w:pPr>
        <w:pStyle w:val="ListBullet"/>
        <w:spacing w:after="40"/>
      </w:pPr>
      <w:r>
        <w:rPr>
          <w:rFonts w:ascii="Arial" w:hAnsi="Arial"/>
          <w:color w:val="333333"/>
          <w:sz w:val="18"/>
        </w:rPr>
        <w:t>Cabinets are usually the largest single cost category. Painting, refacing, stock cabinets, semi-custom cabinets, and custom cabinets are all very different price levels.</w:t>
      </w:r>
    </w:p>
    <w:p>
      <w:pPr>
        <w:pStyle w:val="ListBullet"/>
        <w:spacing w:after="40"/>
      </w:pPr>
      <w:r>
        <w:rPr>
          <w:rFonts w:ascii="Arial" w:hAnsi="Arial"/>
          <w:color w:val="333333"/>
          <w:sz w:val="18"/>
        </w:rPr>
        <w:t>Countertops are not only material cost. Fabrication, cutouts, edge profile, seams, backsplash pieces, waterfall panels, and install access all affect price.</w:t>
      </w:r>
    </w:p>
    <w:p>
      <w:pPr>
        <w:pStyle w:val="ListBullet"/>
        <w:spacing w:after="40"/>
      </w:pPr>
      <w:r>
        <w:rPr>
          <w:rFonts w:ascii="Arial" w:hAnsi="Arial"/>
          <w:color w:val="333333"/>
          <w:sz w:val="18"/>
        </w:rPr>
        <w:t>Appliances can change the remodel budget quickly. A basic package and a professional-grade/panel-ready package are completely different investments.</w:t>
      </w:r>
    </w:p>
    <w:p>
      <w:pPr>
        <w:pStyle w:val="ListBullet"/>
        <w:spacing w:after="40"/>
      </w:pPr>
      <w:r>
        <w:rPr>
          <w:rFonts w:ascii="Arial" w:hAnsi="Arial"/>
          <w:color w:val="333333"/>
          <w:sz w:val="18"/>
        </w:rPr>
        <w:t>Electrical work is often more involved than expected because modern kitchens need dedicated circuits, GFCI/AFCI protection, countertop outlets, appliance feeds, lighting, and code compliance.</w:t>
      </w:r>
    </w:p>
    <w:p>
      <w:pPr>
        <w:pStyle w:val="ListBullet"/>
        <w:spacing w:after="40"/>
      </w:pPr>
      <w:r>
        <w:rPr>
          <w:rFonts w:ascii="Arial" w:hAnsi="Arial"/>
          <w:color w:val="333333"/>
          <w:sz w:val="18"/>
        </w:rPr>
        <w:t>A backsplash can be a simple tile install or a major design feature if it runs full height or uses stone slabs.</w:t>
      </w:r>
    </w:p>
    <w:p>
      <w:pPr>
        <w:pStyle w:val="ListBullet"/>
        <w:spacing w:after="40"/>
      </w:pPr>
      <w:r>
        <w:rPr>
          <w:rFonts w:ascii="Arial" w:hAnsi="Arial"/>
          <w:color w:val="333333"/>
          <w:sz w:val="18"/>
        </w:rPr>
        <w:t>Wall removal can affect structure, ceiling repairs, flooring, HVAC, plumbing, electrical, permits, engineering, and timeline.</w:t>
      </w:r>
    </w:p>
    <w:p>
      <w:pPr>
        <w:pStyle w:val="ListBullet"/>
        <w:spacing w:after="40"/>
      </w:pPr>
      <w:r>
        <w:rPr>
          <w:rFonts w:ascii="Arial" w:hAnsi="Arial"/>
          <w:color w:val="333333"/>
          <w:sz w:val="18"/>
        </w:rPr>
        <w:t>Hidden damage is common once cabinets, flooring, or walls are removed. Subfloor issues, old wiring, old plumbing, water damage, and previous poor workmanship can affect final scope.</w:t>
      </w:r>
    </w:p>
    <w:p>
      <w:pPr>
        <w:pStyle w:val="ListBullet"/>
        <w:spacing w:after="40"/>
      </w:pPr>
      <w:r>
        <w:rPr>
          <w:rFonts w:ascii="Arial" w:hAnsi="Arial"/>
          <w:color w:val="333333"/>
          <w:sz w:val="18"/>
        </w:rPr>
        <w:t>A preliminary budget helps set expectations. A final estimate should be based on measurements, selections, cabinet layout, appliance specs, and confirmed construction scope.</w:t>
      </w:r>
    </w:p>
    <w:p>
      <w:pPr>
        <w:pStyle w:val="Heading1"/>
      </w:pPr>
      <w:r>
        <w:rPr>
          <w:rFonts w:ascii="Arial" w:hAnsi="Arial"/>
          <w:color w:val="111111"/>
          <w:sz w:val="28"/>
        </w:rPr>
        <w:t>What Is Usually Not Included Until Final Scope Is Confirmed</w:t>
      </w:r>
    </w:p>
    <w:p>
      <w:pPr>
        <w:pStyle w:val="ListBullet"/>
        <w:spacing w:after="40"/>
      </w:pPr>
      <w:r>
        <w:rPr>
          <w:rFonts w:ascii="Arial" w:hAnsi="Arial"/>
          <w:color w:val="333333"/>
          <w:sz w:val="18"/>
        </w:rPr>
        <w:t>Permit fees unless specifically included</w:t>
      </w:r>
    </w:p>
    <w:p>
      <w:pPr>
        <w:pStyle w:val="ListBullet"/>
        <w:spacing w:after="40"/>
      </w:pPr>
      <w:r>
        <w:rPr>
          <w:rFonts w:ascii="Arial" w:hAnsi="Arial"/>
          <w:color w:val="333333"/>
          <w:sz w:val="18"/>
        </w:rPr>
        <w:t>Engineering, architectural drawings, or structural design</w:t>
      </w:r>
    </w:p>
    <w:p>
      <w:pPr>
        <w:pStyle w:val="ListBullet"/>
        <w:spacing w:after="40"/>
      </w:pPr>
      <w:r>
        <w:rPr>
          <w:rFonts w:ascii="Arial" w:hAnsi="Arial"/>
          <w:color w:val="333333"/>
          <w:sz w:val="18"/>
        </w:rPr>
        <w:t>Load-bearing wall removal or major framing corrections</w:t>
      </w:r>
    </w:p>
    <w:p>
      <w:pPr>
        <w:pStyle w:val="ListBullet"/>
        <w:spacing w:after="40"/>
      </w:pPr>
      <w:r>
        <w:rPr>
          <w:rFonts w:ascii="Arial" w:hAnsi="Arial"/>
          <w:color w:val="333333"/>
          <w:sz w:val="18"/>
        </w:rPr>
        <w:t>Major plumbing, gas, or electrical relocation</w:t>
      </w:r>
    </w:p>
    <w:p>
      <w:pPr>
        <w:pStyle w:val="ListBullet"/>
        <w:spacing w:after="40"/>
      </w:pPr>
      <w:r>
        <w:rPr>
          <w:rFonts w:ascii="Arial" w:hAnsi="Arial"/>
          <w:color w:val="333333"/>
          <w:sz w:val="18"/>
        </w:rPr>
        <w:t>Panel upgrades or service upgrades</w:t>
      </w:r>
    </w:p>
    <w:p>
      <w:pPr>
        <w:pStyle w:val="ListBullet"/>
        <w:spacing w:after="40"/>
      </w:pPr>
      <w:r>
        <w:rPr>
          <w:rFonts w:ascii="Arial" w:hAnsi="Arial"/>
          <w:color w:val="333333"/>
          <w:sz w:val="18"/>
        </w:rPr>
        <w:t>Mold remediation, rot repair, pest damage, or hidden water damage</w:t>
      </w:r>
    </w:p>
    <w:p>
      <w:pPr>
        <w:pStyle w:val="ListBullet"/>
        <w:spacing w:after="40"/>
      </w:pPr>
      <w:r>
        <w:rPr>
          <w:rFonts w:ascii="Arial" w:hAnsi="Arial"/>
          <w:color w:val="333333"/>
          <w:sz w:val="18"/>
        </w:rPr>
        <w:t>Subfloor replacement or major floor leveling</w:t>
      </w:r>
    </w:p>
    <w:p>
      <w:pPr>
        <w:pStyle w:val="ListBullet"/>
        <w:spacing w:after="40"/>
      </w:pPr>
      <w:r>
        <w:rPr>
          <w:rFonts w:ascii="Arial" w:hAnsi="Arial"/>
          <w:color w:val="333333"/>
          <w:sz w:val="18"/>
        </w:rPr>
        <w:t>HVAC relocation, duct changes, or makeup air requirements</w:t>
      </w:r>
    </w:p>
    <w:p>
      <w:pPr>
        <w:pStyle w:val="ListBullet"/>
        <w:spacing w:after="40"/>
      </w:pPr>
      <w:r>
        <w:rPr>
          <w:rFonts w:ascii="Arial" w:hAnsi="Arial"/>
          <w:color w:val="333333"/>
          <w:sz w:val="18"/>
        </w:rPr>
        <w:t>Window or exterior door replacement unless listed</w:t>
      </w:r>
    </w:p>
    <w:p>
      <w:pPr>
        <w:pStyle w:val="ListBullet"/>
        <w:spacing w:after="40"/>
      </w:pPr>
      <w:r>
        <w:rPr>
          <w:rFonts w:ascii="Arial" w:hAnsi="Arial"/>
          <w:color w:val="333333"/>
          <w:sz w:val="18"/>
        </w:rPr>
        <w:t>Custom cabinet upgrades beyond allowance</w:t>
      </w:r>
    </w:p>
    <w:p>
      <w:pPr>
        <w:pStyle w:val="ListBullet"/>
        <w:spacing w:after="40"/>
      </w:pPr>
      <w:r>
        <w:rPr>
          <w:rFonts w:ascii="Arial" w:hAnsi="Arial"/>
          <w:color w:val="333333"/>
          <w:sz w:val="18"/>
        </w:rPr>
        <w:t>Countertop upgrades beyond allowance</w:t>
      </w:r>
    </w:p>
    <w:p>
      <w:pPr>
        <w:pStyle w:val="ListBullet"/>
        <w:spacing w:after="40"/>
      </w:pPr>
      <w:r>
        <w:rPr>
          <w:rFonts w:ascii="Arial" w:hAnsi="Arial"/>
          <w:color w:val="333333"/>
          <w:sz w:val="18"/>
        </w:rPr>
        <w:t>Appliance upgrades beyond allowance</w:t>
      </w:r>
    </w:p>
    <w:p>
      <w:pPr>
        <w:pStyle w:val="ListBullet"/>
        <w:spacing w:after="40"/>
      </w:pPr>
      <w:r>
        <w:rPr>
          <w:rFonts w:ascii="Arial" w:hAnsi="Arial"/>
          <w:color w:val="333333"/>
          <w:sz w:val="18"/>
        </w:rPr>
        <w:t>Specialty tile, slab backsplash, or waterfall panels unless listed</w:t>
      </w:r>
    </w:p>
    <w:p>
      <w:pPr>
        <w:pStyle w:val="ListBullet"/>
        <w:spacing w:after="40"/>
      </w:pPr>
      <w:r>
        <w:rPr>
          <w:rFonts w:ascii="Arial" w:hAnsi="Arial"/>
          <w:color w:val="333333"/>
          <w:sz w:val="18"/>
        </w:rPr>
        <w:t>Temporary kitchen setup, furniture moving, or off-site storage</w:t>
      </w:r>
    </w:p>
    <w:p>
      <w:pPr>
        <w:pStyle w:val="ListBullet"/>
        <w:spacing w:after="40"/>
      </w:pPr>
      <w:r>
        <w:rPr>
          <w:rFonts w:ascii="Arial" w:hAnsi="Arial"/>
          <w:color w:val="333333"/>
          <w:sz w:val="18"/>
        </w:rPr>
        <w:t>Client-added scope, change orders, or unforeseen conditions discovered after demo</w:t>
      </w:r>
    </w:p>
    <w:p>
      <w:pPr>
        <w:pStyle w:val="Heading1"/>
      </w:pPr>
      <w:r>
        <w:rPr>
          <w:rFonts w:ascii="Arial" w:hAnsi="Arial"/>
          <w:color w:val="111111"/>
          <w:sz w:val="28"/>
        </w:rPr>
        <w:t>Practical Ways to Control the Budget</w:t>
      </w:r>
    </w:p>
    <w:p>
      <w:pPr>
        <w:pStyle w:val="ListBullet"/>
        <w:spacing w:after="40"/>
      </w:pPr>
      <w:r>
        <w:rPr>
          <w:rFonts w:ascii="Arial" w:hAnsi="Arial"/>
          <w:color w:val="333333"/>
          <w:sz w:val="18"/>
        </w:rPr>
        <w:t>Keep the existing layout when possible.</w:t>
      </w:r>
    </w:p>
    <w:p>
      <w:pPr>
        <w:pStyle w:val="ListBullet"/>
        <w:spacing w:after="40"/>
      </w:pPr>
      <w:r>
        <w:rPr>
          <w:rFonts w:ascii="Arial" w:hAnsi="Arial"/>
          <w:color w:val="333333"/>
          <w:sz w:val="18"/>
        </w:rPr>
        <w:t>Avoid moving the sink, dishwasher, range, refrigerator, or gas line unless the improvement is worth the added cost.</w:t>
      </w:r>
    </w:p>
    <w:p>
      <w:pPr>
        <w:pStyle w:val="ListBullet"/>
        <w:spacing w:after="40"/>
      </w:pPr>
      <w:r>
        <w:rPr>
          <w:rFonts w:ascii="Arial" w:hAnsi="Arial"/>
          <w:color w:val="333333"/>
          <w:sz w:val="18"/>
        </w:rPr>
        <w:t>Consider refinishing or refacing cabinets if the cabinet boxes are in good condition.</w:t>
      </w:r>
    </w:p>
    <w:p>
      <w:pPr>
        <w:pStyle w:val="ListBullet"/>
        <w:spacing w:after="40"/>
      </w:pPr>
      <w:r>
        <w:rPr>
          <w:rFonts w:ascii="Arial" w:hAnsi="Arial"/>
          <w:color w:val="333333"/>
          <w:sz w:val="18"/>
        </w:rPr>
        <w:t>Use semi-custom cabinetry instead of full custom when budget matters.</w:t>
      </w:r>
    </w:p>
    <w:p>
      <w:pPr>
        <w:pStyle w:val="ListBullet"/>
        <w:spacing w:after="40"/>
      </w:pPr>
      <w:r>
        <w:rPr>
          <w:rFonts w:ascii="Arial" w:hAnsi="Arial"/>
          <w:color w:val="333333"/>
          <w:sz w:val="18"/>
        </w:rPr>
        <w:t>Choose a durable mid-range countertop instead of the most expensive slab option.</w:t>
      </w:r>
    </w:p>
    <w:p>
      <w:pPr>
        <w:pStyle w:val="ListBullet"/>
        <w:spacing w:after="40"/>
      </w:pPr>
      <w:r>
        <w:rPr>
          <w:rFonts w:ascii="Arial" w:hAnsi="Arial"/>
          <w:color w:val="333333"/>
          <w:sz w:val="18"/>
        </w:rPr>
        <w:t>Limit full-height backsplash or slab backsplash to feature areas if needed.</w:t>
      </w:r>
    </w:p>
    <w:p>
      <w:pPr>
        <w:pStyle w:val="ListBullet"/>
        <w:spacing w:after="40"/>
      </w:pPr>
      <w:r>
        <w:rPr>
          <w:rFonts w:ascii="Arial" w:hAnsi="Arial"/>
          <w:color w:val="333333"/>
          <w:sz w:val="18"/>
        </w:rPr>
        <w:t>Select appliances early so cabinet layout, electrical, gas, plumbing, and ventilation can be planned correctly.</w:t>
      </w:r>
    </w:p>
    <w:p>
      <w:pPr>
        <w:pStyle w:val="ListBullet"/>
        <w:spacing w:after="40"/>
      </w:pPr>
      <w:r>
        <w:rPr>
          <w:rFonts w:ascii="Arial" w:hAnsi="Arial"/>
          <w:color w:val="333333"/>
          <w:sz w:val="18"/>
        </w:rPr>
        <w:t>Avoid starting before all major selections are confirmed.</w:t>
      </w:r>
    </w:p>
    <w:p>
      <w:pPr>
        <w:pStyle w:val="ListBullet"/>
        <w:spacing w:after="40"/>
      </w:pPr>
      <w:r>
        <w:rPr>
          <w:rFonts w:ascii="Arial" w:hAnsi="Arial"/>
          <w:color w:val="333333"/>
          <w:sz w:val="18"/>
        </w:rPr>
        <w:t>Set aside a contingency for hidden conditions, especially in older homes.</w:t>
      </w:r>
    </w:p>
    <w:p>
      <w:pPr>
        <w:pStyle w:val="ListBullet"/>
        <w:spacing w:after="40"/>
      </w:pPr>
      <w:r>
        <w:rPr>
          <w:rFonts w:ascii="Arial" w:hAnsi="Arial"/>
          <w:color w:val="333333"/>
          <w:sz w:val="18"/>
        </w:rPr>
        <w:t>Make decisions before construction starts; changes during construction are usually more expensive.</w:t>
      </w:r>
    </w:p>
    <w:p>
      <w:pPr>
        <w:pStyle w:val="Heading1"/>
      </w:pPr>
      <w:r>
        <w:rPr>
          <w:rFonts w:ascii="Arial" w:hAnsi="Arial"/>
          <w:color w:val="111111"/>
          <w:sz w:val="28"/>
        </w:rPr>
        <w:t>Source List / Fact-Check References</w:t>
      </w:r>
    </w:p>
    <w:p>
      <w:pPr>
        <w:spacing w:after="100" w:line="259" w:lineRule="auto"/>
      </w:pPr>
      <w:r>
        <w:rPr>
          <w:rFonts w:ascii="Arial" w:hAnsi="Arial"/>
          <w:b w:val="0"/>
          <w:i w:val="0"/>
          <w:color w:val="333333"/>
          <w:sz w:val="19"/>
        </w:rPr>
        <w:t>The pricing ranges in this handout were benchmarked against current remodeling cost guides, national Cost vs. Value data, and kitchen/cabinetry market references. Pricing was then organized into practical client-facing ranges for contractor walk-through conversations.</w:t>
      </w:r>
    </w:p>
    <w:p>
      <w:pPr>
        <w:spacing w:after="40"/>
      </w:pPr>
      <w:r>
        <w:rPr>
          <w:rFonts w:ascii="Arial" w:hAnsi="Arial"/>
          <w:b/>
          <w:color w:val="111111"/>
          <w:sz w:val="18"/>
        </w:rPr>
        <w:t>1. JLC / Remodeling Magazine - 2025 Cost vs. Value Report</w:t>
      </w:r>
    </w:p>
    <w:p>
      <w:pPr>
        <w:spacing w:after="20"/>
        <w:ind w:left="259"/>
      </w:pPr>
      <w:r>
        <w:rPr>
          <w:rFonts w:ascii="Arial" w:hAnsi="Arial"/>
          <w:color w:val="333333"/>
          <w:sz w:val="17"/>
        </w:rPr>
        <w:t>Used for national benchmark pricing on minor kitchen remodels, major midrange kitchen remodels, and major upscale kitchen remodels.</w:t>
      </w:r>
    </w:p>
    <w:p>
      <w:pPr>
        <w:spacing w:after="80"/>
        <w:ind w:left="259"/>
      </w:pPr>
      <w:r>
        <w:rPr>
          <w:rFonts w:ascii="Arial" w:hAnsi="Arial"/>
          <w:color w:val="1F4E79"/>
          <w:sz w:val="16"/>
        </w:rPr>
        <w:t>https://www.jlconline.com/cost-vs-value/2025/</w:t>
      </w:r>
    </w:p>
    <w:p>
      <w:pPr>
        <w:spacing w:after="40"/>
      </w:pPr>
      <w:r>
        <w:rPr>
          <w:rFonts w:ascii="Arial" w:hAnsi="Arial"/>
          <w:b/>
          <w:color w:val="111111"/>
          <w:sz w:val="18"/>
        </w:rPr>
        <w:t>2. HomeGuide - Kitchen Remodel Cost 2026</w:t>
      </w:r>
    </w:p>
    <w:p>
      <w:pPr>
        <w:spacing w:after="20"/>
        <w:ind w:left="259"/>
      </w:pPr>
      <w:r>
        <w:rPr>
          <w:rFonts w:ascii="Arial" w:hAnsi="Arial"/>
          <w:color w:val="333333"/>
          <w:sz w:val="17"/>
        </w:rPr>
        <w:t>Used for kitchen remodel cost per square foot, size-based ranges, project-level cost categories, cabinet/countertop/appliance examples, and budget percentages.</w:t>
      </w:r>
    </w:p>
    <w:p>
      <w:pPr>
        <w:spacing w:after="80"/>
        <w:ind w:left="259"/>
      </w:pPr>
      <w:r>
        <w:rPr>
          <w:rFonts w:ascii="Arial" w:hAnsi="Arial"/>
          <w:color w:val="1F4E79"/>
          <w:sz w:val="16"/>
        </w:rPr>
        <w:t>https://homeguide.com/costs/kitchen-remodel-cost</w:t>
      </w:r>
    </w:p>
    <w:p>
      <w:pPr>
        <w:spacing w:after="40"/>
      </w:pPr>
      <w:r>
        <w:rPr>
          <w:rFonts w:ascii="Arial" w:hAnsi="Arial"/>
          <w:b/>
          <w:color w:val="111111"/>
          <w:sz w:val="18"/>
        </w:rPr>
        <w:t>3. HomeAdvisor - Kitchen Remodel Cost 2025</w:t>
      </w:r>
    </w:p>
    <w:p>
      <w:pPr>
        <w:spacing w:after="20"/>
        <w:ind w:left="259"/>
      </w:pPr>
      <w:r>
        <w:rPr>
          <w:rFonts w:ascii="Arial" w:hAnsi="Arial"/>
          <w:color w:val="333333"/>
          <w:sz w:val="17"/>
        </w:rPr>
        <w:t>Used for average kitchen remodel range, cost per square foot, cabinet/countertop/flooring/electrical/plumbing references, permits, and scope-based pricing.</w:t>
      </w:r>
    </w:p>
    <w:p>
      <w:pPr>
        <w:spacing w:after="80"/>
        <w:ind w:left="259"/>
      </w:pPr>
      <w:r>
        <w:rPr>
          <w:rFonts w:ascii="Arial" w:hAnsi="Arial"/>
          <w:color w:val="1F4E79"/>
          <w:sz w:val="16"/>
        </w:rPr>
        <w:t>https://www.homeadvisor.com/cost/kitchens/remodel-a-kitchen/</w:t>
      </w:r>
    </w:p>
    <w:p>
      <w:pPr>
        <w:spacing w:after="40"/>
      </w:pPr>
      <w:r>
        <w:rPr>
          <w:rFonts w:ascii="Arial" w:hAnsi="Arial"/>
          <w:b/>
          <w:color w:val="111111"/>
          <w:sz w:val="18"/>
        </w:rPr>
        <w:t>4. The Spruce - Average 12x12 Kitchen Remodel Cost</w:t>
      </w:r>
    </w:p>
    <w:p>
      <w:pPr>
        <w:spacing w:after="20"/>
        <w:ind w:left="259"/>
      </w:pPr>
      <w:r>
        <w:rPr>
          <w:rFonts w:ascii="Arial" w:hAnsi="Arial"/>
          <w:color w:val="333333"/>
          <w:sz w:val="17"/>
        </w:rPr>
        <w:t>Used for a 12x12 kitchen cost comparison and major line-item references for cabinets, countertops, appliances, backsplash, flooring, plumbing, and electrical.</w:t>
      </w:r>
    </w:p>
    <w:p>
      <w:pPr>
        <w:spacing w:after="80"/>
        <w:ind w:left="259"/>
      </w:pPr>
      <w:r>
        <w:rPr>
          <w:rFonts w:ascii="Arial" w:hAnsi="Arial"/>
          <w:color w:val="1F4E79"/>
          <w:sz w:val="16"/>
        </w:rPr>
        <w:t>https://www.thespruce.com/average-kitchen-remodel-cost-8426653</w:t>
      </w:r>
    </w:p>
    <w:p>
      <w:pPr>
        <w:spacing w:after="40"/>
      </w:pPr>
      <w:r>
        <w:rPr>
          <w:rFonts w:ascii="Arial" w:hAnsi="Arial"/>
          <w:b/>
          <w:color w:val="111111"/>
          <w:sz w:val="18"/>
        </w:rPr>
        <w:t>5. Better Homes &amp; Gardens - Cost of Kitchen Cabinets in 2025</w:t>
      </w:r>
    </w:p>
    <w:p>
      <w:pPr>
        <w:spacing w:after="20"/>
        <w:ind w:left="259"/>
      </w:pPr>
      <w:r>
        <w:rPr>
          <w:rFonts w:ascii="Arial" w:hAnsi="Arial"/>
          <w:color w:val="333333"/>
          <w:sz w:val="17"/>
        </w:rPr>
        <w:t>Used for cabinetry cost context and the role of cabinetry as a large portion of a kitchen remodel budget.</w:t>
      </w:r>
    </w:p>
    <w:p>
      <w:pPr>
        <w:spacing w:after="80"/>
        <w:ind w:left="259"/>
      </w:pPr>
      <w:r>
        <w:rPr>
          <w:rFonts w:ascii="Arial" w:hAnsi="Arial"/>
          <w:color w:val="1F4E79"/>
          <w:sz w:val="16"/>
        </w:rPr>
        <w:t>https://www.bhg.com/cost-of-kitchen-cabinets-in-2025-8767337</w:t>
      </w:r>
    </w:p>
    <w:p>
      <w:pPr>
        <w:spacing w:after="40"/>
      </w:pPr>
      <w:r>
        <w:rPr>
          <w:rFonts w:ascii="Arial" w:hAnsi="Arial"/>
          <w:b/>
          <w:color w:val="111111"/>
          <w:sz w:val="18"/>
        </w:rPr>
        <w:t>6. Real Simple / NKBA 2026 Kitchen Trends Report coverage</w:t>
      </w:r>
    </w:p>
    <w:p>
      <w:pPr>
        <w:spacing w:after="20"/>
        <w:ind w:left="259"/>
      </w:pPr>
      <w:r>
        <w:rPr>
          <w:rFonts w:ascii="Arial" w:hAnsi="Arial"/>
          <w:color w:val="333333"/>
          <w:sz w:val="17"/>
        </w:rPr>
        <w:t>Used for current kitchen trend context including quartz/quartzite countertops, white oak cabinetry, panel-ready appliances, and functional kitchen zones.</w:t>
      </w:r>
    </w:p>
    <w:p>
      <w:pPr>
        <w:spacing w:after="80"/>
        <w:ind w:left="259"/>
      </w:pPr>
      <w:r>
        <w:rPr>
          <w:rFonts w:ascii="Arial" w:hAnsi="Arial"/>
          <w:color w:val="1F4E79"/>
          <w:sz w:val="16"/>
        </w:rPr>
        <w:t>https://www.realsimple.com/nkba-2026-kitchen-trends-report-11813491</w:t>
      </w:r>
    </w:p>
    <w:p>
      <w:pPr>
        <w:spacing w:after="40"/>
      </w:pPr>
      <w:r>
        <w:rPr>
          <w:rFonts w:ascii="Arial" w:hAnsi="Arial"/>
          <w:b/>
          <w:color w:val="111111"/>
          <w:sz w:val="18"/>
        </w:rPr>
        <w:t>7. Architectural Digest - Kitchen Trends 2025</w:t>
      </w:r>
    </w:p>
    <w:p>
      <w:pPr>
        <w:spacing w:after="20"/>
        <w:ind w:left="259"/>
      </w:pPr>
      <w:r>
        <w:rPr>
          <w:rFonts w:ascii="Arial" w:hAnsi="Arial"/>
          <w:color w:val="333333"/>
          <w:sz w:val="17"/>
        </w:rPr>
        <w:t>Used for current kitchen design context, including bespoke layouts, natural materials, integrated appliances, entertaining kitchens, and personalized functionality.</w:t>
      </w:r>
    </w:p>
    <w:p>
      <w:pPr>
        <w:spacing w:after="80"/>
        <w:ind w:left="259"/>
      </w:pPr>
      <w:r>
        <w:rPr>
          <w:rFonts w:ascii="Arial" w:hAnsi="Arial"/>
          <w:color w:val="1F4E79"/>
          <w:sz w:val="16"/>
        </w:rPr>
        <w:t>https://www.architecturaldigest.com/story/kitchen-trends-2025</w:t>
      </w:r>
    </w:p>
    <w:p>
      <w:pPr>
        <w:pStyle w:val="Heading1"/>
      </w:pPr>
      <w:r>
        <w:rPr>
          <w:rFonts w:ascii="Arial" w:hAnsi="Arial"/>
          <w:color w:val="111111"/>
          <w:sz w:val="28"/>
        </w:rPr>
        <w:t>Final Note</w:t>
      </w:r>
    </w:p>
    <w:p>
      <w:pPr>
        <w:spacing w:after="100" w:line="259" w:lineRule="auto"/>
      </w:pPr>
      <w:r>
        <w:rPr>
          <w:rFonts w:ascii="Arial" w:hAnsi="Arial"/>
          <w:b w:val="0"/>
          <w:i w:val="0"/>
          <w:color w:val="333333"/>
          <w:sz w:val="19"/>
        </w:rPr>
        <w:t>This guide is designed to help homeowners understand realistic pricing before final design and selections are complete. The most accurate estimate comes after confirming the kitchen layout, field measurements, cabinet design, appliance specs, countertop selection, backsplash choice, plumbing/electrical needs, flooring transitions, hidden conditions, and full written scope.</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333333"/>
        <w:sz w:val="15"/>
      </w:rPr>
      <w:t>Client-facing budget guide - final pricing requires site review, selections, and written scope confirmation.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333333"/>
        <w:sz w:val="16"/>
      </w:rPr>
      <w:t>Kitchen Remodel Cost Guide | 2026 Market Pricing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1111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1111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1111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