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AC73" w14:textId="1CF31FC3" w:rsidR="00D56A8E" w:rsidRDefault="00E87593" w:rsidP="0032079E">
      <w:pPr>
        <w:adjustRightInd w:val="0"/>
        <w:snapToGrid w:val="0"/>
        <w:spacing w:line="240" w:lineRule="auto"/>
        <w:rPr>
          <w:b/>
          <w:sz w:val="31"/>
        </w:rPr>
      </w:pPr>
      <w:r>
        <w:rPr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BD1862E" wp14:editId="6D878E3F">
            <wp:simplePos x="0" y="0"/>
            <wp:positionH relativeFrom="column">
              <wp:posOffset>-1270</wp:posOffset>
            </wp:positionH>
            <wp:positionV relativeFrom="paragraph">
              <wp:posOffset>125128</wp:posOffset>
            </wp:positionV>
            <wp:extent cx="2290812" cy="463617"/>
            <wp:effectExtent l="0" t="0" r="0" b="0"/>
            <wp:wrapNone/>
            <wp:docPr id="1381610997" name="Picture 1" descr="A blue and red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610997" name="Picture 1" descr="A blue and red logo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0812" cy="463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13FC8" w14:textId="473D7D0C" w:rsidR="00D56A8E" w:rsidRDefault="00D56A8E" w:rsidP="0032079E">
      <w:pPr>
        <w:adjustRightInd w:val="0"/>
        <w:snapToGrid w:val="0"/>
        <w:spacing w:line="240" w:lineRule="auto"/>
        <w:rPr>
          <w:b/>
          <w:sz w:val="31"/>
        </w:rPr>
      </w:pPr>
    </w:p>
    <w:p w14:paraId="7D2846F2" w14:textId="6F932C41" w:rsidR="00D56A8E" w:rsidRDefault="00D56A8E" w:rsidP="0032079E">
      <w:pPr>
        <w:adjustRightInd w:val="0"/>
        <w:snapToGrid w:val="0"/>
        <w:spacing w:line="240" w:lineRule="auto"/>
        <w:rPr>
          <w:b/>
          <w:sz w:val="31"/>
        </w:rPr>
      </w:pPr>
    </w:p>
    <w:p w14:paraId="176A8BC1" w14:textId="77E364CD" w:rsidR="00F44648" w:rsidRPr="0032079E" w:rsidRDefault="00000000" w:rsidP="0032079E">
      <w:pPr>
        <w:adjustRightInd w:val="0"/>
        <w:snapToGrid w:val="0"/>
        <w:spacing w:line="240" w:lineRule="auto"/>
        <w:rPr>
          <w:b/>
          <w:sz w:val="31"/>
        </w:rPr>
      </w:pPr>
      <w:r>
        <w:rPr>
          <w:b/>
          <w:sz w:val="31"/>
        </w:rPr>
        <w:t xml:space="preserve">Informed Consent </w:t>
      </w:r>
      <w:r w:rsidR="00E87593">
        <w:rPr>
          <w:b/>
          <w:sz w:val="31"/>
        </w:rPr>
        <w:br/>
      </w:r>
      <w:r w:rsidRPr="00E87593">
        <w:rPr>
          <w:bCs/>
          <w:sz w:val="31"/>
        </w:rPr>
        <w:t>for Injection</w:t>
      </w:r>
      <w:r w:rsidR="0032079E" w:rsidRPr="00E87593">
        <w:rPr>
          <w:bCs/>
          <w:sz w:val="31"/>
        </w:rPr>
        <w:t xml:space="preserve"> of </w:t>
      </w:r>
      <w:r w:rsidR="001102F6" w:rsidRPr="00E87593">
        <w:rPr>
          <w:bCs/>
          <w:sz w:val="31"/>
        </w:rPr>
        <w:t>PRP</w:t>
      </w:r>
      <w:r w:rsidR="00320294" w:rsidRPr="00E87593">
        <w:rPr>
          <w:bCs/>
          <w:sz w:val="31"/>
        </w:rPr>
        <w:t xml:space="preserve"> or Prolotherapy</w:t>
      </w:r>
      <w:r w:rsidR="00F07836" w:rsidRPr="00E87593">
        <w:rPr>
          <w:bCs/>
          <w:sz w:val="31"/>
        </w:rPr>
        <w:t xml:space="preserve"> to</w:t>
      </w:r>
      <w:r w:rsidR="0048361A" w:rsidRPr="00E87593">
        <w:rPr>
          <w:bCs/>
          <w:sz w:val="31"/>
        </w:rPr>
        <w:t>:</w:t>
      </w:r>
    </w:p>
    <w:p w14:paraId="0895F6EC" w14:textId="3A83DAF4" w:rsidR="00F44648" w:rsidRPr="00E87593" w:rsidRDefault="00F44648" w:rsidP="00F44648">
      <w:pPr>
        <w:pBdr>
          <w:bottom w:val="single" w:sz="4" w:space="1" w:color="auto"/>
        </w:pBdr>
        <w:adjustRightInd w:val="0"/>
        <w:snapToGrid w:val="0"/>
        <w:spacing w:line="240" w:lineRule="auto"/>
        <w:rPr>
          <w:sz w:val="10"/>
          <w:szCs w:val="10"/>
        </w:rPr>
      </w:pPr>
    </w:p>
    <w:p w14:paraId="1ACC6F0B" w14:textId="281C3BFA" w:rsidR="00F44648" w:rsidRPr="00F63C37" w:rsidRDefault="0032079E" w:rsidP="00F07836">
      <w:pPr>
        <w:adjustRightInd w:val="0"/>
        <w:snapToGrid w:val="0"/>
        <w:spacing w:line="240" w:lineRule="auto"/>
        <w:rPr>
          <w:b/>
          <w:sz w:val="24"/>
          <w:szCs w:val="24"/>
          <w:u w:val="single"/>
        </w:rPr>
      </w:pPr>
      <w:r w:rsidRPr="0048361A">
        <w:rPr>
          <w:b/>
          <w:sz w:val="24"/>
          <w:szCs w:val="24"/>
        </w:rPr>
        <w:t>CHECK ALL</w:t>
      </w:r>
      <w:r w:rsidR="00D47DD3">
        <w:rPr>
          <w:b/>
          <w:sz w:val="24"/>
          <w:szCs w:val="24"/>
          <w:u w:val="single"/>
        </w:rPr>
        <w:t xml:space="preserve"> </w:t>
      </w:r>
      <w:r w:rsidR="00F44648" w:rsidRPr="0048361A">
        <w:rPr>
          <w:b/>
          <w:sz w:val="24"/>
          <w:szCs w:val="24"/>
        </w:rPr>
        <w:t>ALLERGIES</w:t>
      </w:r>
    </w:p>
    <w:p w14:paraId="38B12ABE" w14:textId="77777777" w:rsidR="00F63C37" w:rsidRPr="00F07836" w:rsidRDefault="00F63C37" w:rsidP="00F07836">
      <w:pPr>
        <w:adjustRightInd w:val="0"/>
        <w:snapToGrid w:val="0"/>
        <w:spacing w:line="240" w:lineRule="auto"/>
        <w:rPr>
          <w:b/>
          <w:sz w:val="22"/>
        </w:rPr>
      </w:pPr>
    </w:p>
    <w:p w14:paraId="559266BF" w14:textId="0037FD14" w:rsidR="00F44648" w:rsidRPr="00F07836" w:rsidRDefault="00F44648" w:rsidP="00F07836">
      <w:pPr>
        <w:tabs>
          <w:tab w:val="left" w:pos="2835"/>
          <w:tab w:val="left" w:pos="5387"/>
          <w:tab w:val="left" w:pos="8505"/>
        </w:tabs>
        <w:adjustRightInd w:val="0"/>
        <w:snapToGrid w:val="0"/>
        <w:spacing w:line="300" w:lineRule="exact"/>
        <w:rPr>
          <w:sz w:val="20"/>
          <w:szCs w:val="20"/>
        </w:rPr>
      </w:pPr>
      <w:bookmarkStart w:id="0" w:name="_Hlk234073174"/>
      <w:r w:rsidRPr="00F07836">
        <w:rPr>
          <w:sz w:val="36"/>
          <w:szCs w:val="36"/>
        </w:rPr>
        <w:t>□</w:t>
      </w:r>
      <w:bookmarkEnd w:id="0"/>
      <w:r w:rsidRPr="00F07836">
        <w:rPr>
          <w:sz w:val="28"/>
          <w:szCs w:val="28"/>
        </w:rPr>
        <w:t xml:space="preserve"> </w:t>
      </w:r>
      <w:r w:rsidRPr="00F07836">
        <w:rPr>
          <w:sz w:val="22"/>
        </w:rPr>
        <w:t>Latex</w:t>
      </w:r>
      <w:r w:rsidR="00F07836" w:rsidRPr="00F07836">
        <w:rPr>
          <w:sz w:val="22"/>
        </w:rPr>
        <w:t xml:space="preserve"> or Nitrile Gloves</w:t>
      </w:r>
      <w:r w:rsidRPr="00F07836">
        <w:rPr>
          <w:sz w:val="20"/>
          <w:szCs w:val="20"/>
        </w:rPr>
        <w:tab/>
      </w:r>
      <w:r w:rsidR="00F07836" w:rsidRPr="00F07836">
        <w:rPr>
          <w:sz w:val="36"/>
          <w:szCs w:val="36"/>
        </w:rPr>
        <w:t>□</w:t>
      </w:r>
      <w:r w:rsidR="0048361A">
        <w:rPr>
          <w:sz w:val="36"/>
          <w:szCs w:val="36"/>
        </w:rPr>
        <w:t xml:space="preserve"> </w:t>
      </w:r>
      <w:r w:rsidR="00F07836" w:rsidRPr="00F07836">
        <w:rPr>
          <w:sz w:val="22"/>
        </w:rPr>
        <w:t>Sodium Citrate</w:t>
      </w:r>
      <w:r w:rsidRPr="00F07836">
        <w:rPr>
          <w:sz w:val="20"/>
          <w:szCs w:val="20"/>
        </w:rPr>
        <w:tab/>
      </w:r>
      <w:r w:rsidR="00F07836" w:rsidRPr="00F07836">
        <w:rPr>
          <w:sz w:val="36"/>
          <w:szCs w:val="36"/>
        </w:rPr>
        <w:t>□</w:t>
      </w:r>
      <w:r w:rsidR="0048361A">
        <w:rPr>
          <w:sz w:val="36"/>
          <w:szCs w:val="36"/>
        </w:rPr>
        <w:t xml:space="preserve"> </w:t>
      </w:r>
      <w:r w:rsidRPr="00F07836">
        <w:rPr>
          <w:sz w:val="22"/>
        </w:rPr>
        <w:t>Rubbing Alcohol</w:t>
      </w:r>
      <w:r w:rsidRPr="00F07836">
        <w:rPr>
          <w:sz w:val="20"/>
          <w:szCs w:val="20"/>
        </w:rPr>
        <w:tab/>
      </w:r>
      <w:r w:rsidR="00F07836" w:rsidRPr="00F07836">
        <w:rPr>
          <w:sz w:val="36"/>
          <w:szCs w:val="36"/>
        </w:rPr>
        <w:t>□</w:t>
      </w:r>
      <w:r w:rsidR="0048361A">
        <w:rPr>
          <w:sz w:val="36"/>
          <w:szCs w:val="36"/>
        </w:rPr>
        <w:t xml:space="preserve"> </w:t>
      </w:r>
      <w:r w:rsidRPr="00F07836">
        <w:rPr>
          <w:sz w:val="22"/>
        </w:rPr>
        <w:t>Iodine</w:t>
      </w:r>
      <w:r w:rsidRPr="00F07836">
        <w:rPr>
          <w:sz w:val="20"/>
          <w:szCs w:val="20"/>
        </w:rPr>
        <w:tab/>
      </w:r>
    </w:p>
    <w:p w14:paraId="21722FD1" w14:textId="7EF49658" w:rsidR="00FE42AE" w:rsidRPr="00F07836" w:rsidRDefault="00F07836" w:rsidP="00F07836">
      <w:pPr>
        <w:tabs>
          <w:tab w:val="left" w:pos="2835"/>
          <w:tab w:val="left" w:pos="5387"/>
          <w:tab w:val="left" w:pos="8505"/>
        </w:tabs>
        <w:adjustRightInd w:val="0"/>
        <w:snapToGrid w:val="0"/>
        <w:spacing w:line="300" w:lineRule="exact"/>
        <w:rPr>
          <w:szCs w:val="21"/>
        </w:rPr>
      </w:pPr>
      <w:r w:rsidRPr="00F07836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proofErr w:type="spellStart"/>
      <w:r w:rsidR="0032079E" w:rsidRPr="00F07836">
        <w:rPr>
          <w:sz w:val="22"/>
        </w:rPr>
        <w:t>Stanhexidine</w:t>
      </w:r>
      <w:proofErr w:type="spellEnd"/>
      <w:r w:rsidR="00F44648" w:rsidRPr="00F07836">
        <w:rPr>
          <w:sz w:val="20"/>
          <w:szCs w:val="20"/>
        </w:rPr>
        <w:tab/>
      </w:r>
      <w:r w:rsidRPr="00F07836">
        <w:rPr>
          <w:sz w:val="36"/>
          <w:szCs w:val="36"/>
        </w:rPr>
        <w:t>□</w:t>
      </w:r>
      <w:r w:rsidR="0048361A">
        <w:rPr>
          <w:sz w:val="36"/>
          <w:szCs w:val="36"/>
        </w:rPr>
        <w:t xml:space="preserve"> </w:t>
      </w:r>
      <w:r w:rsidR="0032079E" w:rsidRPr="00F07836">
        <w:rPr>
          <w:sz w:val="22"/>
        </w:rPr>
        <w:t>Lidocaine</w:t>
      </w:r>
      <w:r w:rsidR="00F44648" w:rsidRPr="00F07836">
        <w:rPr>
          <w:sz w:val="20"/>
          <w:szCs w:val="20"/>
        </w:rPr>
        <w:tab/>
      </w:r>
      <w:r w:rsidRPr="00F07836">
        <w:rPr>
          <w:sz w:val="36"/>
          <w:szCs w:val="36"/>
        </w:rPr>
        <w:t>□</w:t>
      </w:r>
      <w:r w:rsidR="0048361A">
        <w:rPr>
          <w:sz w:val="36"/>
          <w:szCs w:val="36"/>
        </w:rPr>
        <w:t xml:space="preserve"> </w:t>
      </w:r>
      <w:r w:rsidR="0032079E" w:rsidRPr="00F07836">
        <w:rPr>
          <w:sz w:val="22"/>
        </w:rPr>
        <w:t>Cortisone</w:t>
      </w:r>
      <w:r w:rsidR="00F44648" w:rsidRPr="00F07836">
        <w:rPr>
          <w:sz w:val="20"/>
          <w:szCs w:val="20"/>
        </w:rPr>
        <w:tab/>
      </w:r>
      <w:r w:rsidRPr="00F07836">
        <w:rPr>
          <w:sz w:val="36"/>
          <w:szCs w:val="36"/>
        </w:rPr>
        <w:t>□</w:t>
      </w:r>
      <w:r w:rsidR="0048361A">
        <w:rPr>
          <w:sz w:val="36"/>
          <w:szCs w:val="36"/>
        </w:rPr>
        <w:t xml:space="preserve"> </w:t>
      </w:r>
      <w:r w:rsidR="0032079E" w:rsidRPr="00F07836">
        <w:rPr>
          <w:sz w:val="22"/>
        </w:rPr>
        <w:t>Band</w:t>
      </w:r>
      <w:r w:rsidR="002A60BC" w:rsidRPr="00F07836">
        <w:rPr>
          <w:sz w:val="22"/>
        </w:rPr>
        <w:t>-A</w:t>
      </w:r>
      <w:r w:rsidR="0032079E" w:rsidRPr="00F07836">
        <w:rPr>
          <w:sz w:val="22"/>
        </w:rPr>
        <w:t>ids</w:t>
      </w:r>
    </w:p>
    <w:p w14:paraId="1E8B90C8" w14:textId="23EB14C3" w:rsidR="00F44648" w:rsidRDefault="00F44648" w:rsidP="00F44648">
      <w:pPr>
        <w:pBdr>
          <w:bottom w:val="single" w:sz="4" w:space="1" w:color="auto"/>
        </w:pBdr>
        <w:tabs>
          <w:tab w:val="left" w:pos="851"/>
          <w:tab w:val="left" w:pos="1701"/>
          <w:tab w:val="left" w:pos="3402"/>
          <w:tab w:val="left" w:pos="4253"/>
          <w:tab w:val="left" w:pos="5103"/>
          <w:tab w:val="left" w:pos="5954"/>
          <w:tab w:val="left" w:pos="6804"/>
          <w:tab w:val="left" w:pos="7655"/>
          <w:tab w:val="left" w:pos="8789"/>
        </w:tabs>
        <w:adjustRightInd w:val="0"/>
        <w:snapToGrid w:val="0"/>
        <w:spacing w:line="240" w:lineRule="auto"/>
      </w:pPr>
    </w:p>
    <w:p w14:paraId="5F150833" w14:textId="18A817EC" w:rsidR="00F44648" w:rsidRPr="0048361A" w:rsidRDefault="0032079E" w:rsidP="00F07836">
      <w:pPr>
        <w:adjustRightInd w:val="0"/>
        <w:snapToGrid w:val="0"/>
        <w:spacing w:line="240" w:lineRule="auto"/>
        <w:rPr>
          <w:b/>
          <w:sz w:val="22"/>
        </w:rPr>
      </w:pPr>
      <w:r w:rsidRPr="0048361A">
        <w:rPr>
          <w:b/>
          <w:sz w:val="22"/>
        </w:rPr>
        <w:t>ANSWER ALL QUESTIONS</w:t>
      </w:r>
    </w:p>
    <w:p w14:paraId="51233C8D" w14:textId="77777777" w:rsidR="00F63C37" w:rsidRPr="00F07836" w:rsidRDefault="00F63C37" w:rsidP="00F07836">
      <w:pPr>
        <w:adjustRightInd w:val="0"/>
        <w:snapToGrid w:val="0"/>
        <w:spacing w:line="240" w:lineRule="auto"/>
        <w:rPr>
          <w:b/>
          <w:sz w:val="22"/>
        </w:rPr>
      </w:pPr>
    </w:p>
    <w:p w14:paraId="34A11F39" w14:textId="2907EEAB" w:rsidR="00FE42AE" w:rsidRPr="00F07836" w:rsidRDefault="00000000" w:rsidP="00D56A8E">
      <w:pPr>
        <w:tabs>
          <w:tab w:val="left" w:pos="5400"/>
          <w:tab w:val="left" w:pos="5812"/>
          <w:tab w:val="left" w:pos="6300"/>
        </w:tabs>
        <w:adjustRightInd w:val="0"/>
        <w:snapToGrid w:val="0"/>
        <w:spacing w:line="300" w:lineRule="exact"/>
        <w:rPr>
          <w:sz w:val="22"/>
        </w:rPr>
      </w:pPr>
      <w:r w:rsidRPr="00F07836">
        <w:rPr>
          <w:sz w:val="24"/>
          <w:szCs w:val="24"/>
        </w:rPr>
        <w:t xml:space="preserve">Have you ever fainted due </w:t>
      </w:r>
      <w:proofErr w:type="spellStart"/>
      <w:r w:rsidR="00F07836" w:rsidRPr="00F07836">
        <w:rPr>
          <w:sz w:val="24"/>
          <w:szCs w:val="24"/>
        </w:rPr>
        <w:t>due</w:t>
      </w:r>
      <w:proofErr w:type="spellEnd"/>
      <w:r w:rsidR="00F07836" w:rsidRPr="00F07836">
        <w:rPr>
          <w:sz w:val="24"/>
          <w:szCs w:val="24"/>
        </w:rPr>
        <w:t xml:space="preserve"> to a </w:t>
      </w:r>
      <w:r w:rsidRPr="00F07836">
        <w:rPr>
          <w:sz w:val="24"/>
          <w:szCs w:val="24"/>
        </w:rPr>
        <w:t>procedure?</w:t>
      </w:r>
      <w:bookmarkStart w:id="1" w:name="_Hlk234073017"/>
      <w:r w:rsidR="00F07836">
        <w:rPr>
          <w:sz w:val="24"/>
          <w:szCs w:val="24"/>
        </w:rPr>
        <w:t xml:space="preserve">     </w:t>
      </w:r>
      <w:r w:rsidR="00D56A8E">
        <w:rPr>
          <w:sz w:val="24"/>
          <w:szCs w:val="24"/>
        </w:rPr>
        <w:tab/>
      </w:r>
      <w:r w:rsidR="002A60BC" w:rsidRPr="00F07836">
        <w:rPr>
          <w:sz w:val="44"/>
          <w:szCs w:val="44"/>
        </w:rPr>
        <w:t>□</w:t>
      </w:r>
      <w:bookmarkEnd w:id="1"/>
      <w:r w:rsidR="002A60BC" w:rsidRPr="00F07836">
        <w:rPr>
          <w:sz w:val="22"/>
        </w:rPr>
        <w:t xml:space="preserve"> </w:t>
      </w:r>
      <w:r w:rsidR="00F07836" w:rsidRPr="00F07836">
        <w:rPr>
          <w:sz w:val="24"/>
          <w:szCs w:val="24"/>
        </w:rPr>
        <w:t>NO</w:t>
      </w:r>
      <w:r w:rsidR="00F07836">
        <w:rPr>
          <w:sz w:val="24"/>
          <w:szCs w:val="24"/>
        </w:rPr>
        <w:t xml:space="preserve">   </w:t>
      </w:r>
      <w:r w:rsidR="00D56A8E">
        <w:rPr>
          <w:sz w:val="24"/>
          <w:szCs w:val="24"/>
        </w:rPr>
        <w:tab/>
      </w:r>
      <w:r w:rsidR="00F07836" w:rsidRPr="00F07836">
        <w:rPr>
          <w:sz w:val="44"/>
          <w:szCs w:val="44"/>
        </w:rPr>
        <w:t>□</w:t>
      </w:r>
      <w:r w:rsidR="002A60BC" w:rsidRPr="00F07836">
        <w:rPr>
          <w:sz w:val="22"/>
        </w:rPr>
        <w:t xml:space="preserve"> </w:t>
      </w:r>
      <w:r w:rsidR="00F07836" w:rsidRPr="00F07836">
        <w:rPr>
          <w:sz w:val="24"/>
          <w:szCs w:val="24"/>
        </w:rPr>
        <w:t>YES</w:t>
      </w:r>
      <w:r w:rsidR="0032198E" w:rsidRPr="00F07836">
        <w:rPr>
          <w:sz w:val="22"/>
        </w:rPr>
        <w:tab/>
      </w:r>
      <w:r w:rsidR="00D56A8E">
        <w:rPr>
          <w:sz w:val="22"/>
        </w:rPr>
        <w:t xml:space="preserve">   </w:t>
      </w:r>
      <w:r w:rsidRPr="00F07836">
        <w:rPr>
          <w:sz w:val="20"/>
          <w:szCs w:val="20"/>
        </w:rPr>
        <w:t xml:space="preserve">If yes, lie down for 5mins </w:t>
      </w:r>
    </w:p>
    <w:p w14:paraId="24378D53" w14:textId="6F7614D7" w:rsidR="00FE42AE" w:rsidRPr="00F07836" w:rsidRDefault="00000000" w:rsidP="00D56A8E">
      <w:pPr>
        <w:tabs>
          <w:tab w:val="left" w:pos="5400"/>
          <w:tab w:val="left" w:pos="5812"/>
          <w:tab w:val="left" w:pos="6300"/>
        </w:tabs>
        <w:adjustRightInd w:val="0"/>
        <w:snapToGrid w:val="0"/>
        <w:spacing w:line="300" w:lineRule="exact"/>
        <w:rPr>
          <w:sz w:val="22"/>
        </w:rPr>
      </w:pPr>
      <w:r w:rsidRPr="00F07836">
        <w:rPr>
          <w:sz w:val="24"/>
          <w:szCs w:val="24"/>
        </w:rPr>
        <w:t>Are you on blood thinners? (</w:t>
      </w:r>
      <w:proofErr w:type="spellStart"/>
      <w:r w:rsidRPr="00F07836">
        <w:rPr>
          <w:sz w:val="24"/>
          <w:szCs w:val="24"/>
        </w:rPr>
        <w:t>e</w:t>
      </w:r>
      <w:r w:rsidR="00F07836">
        <w:rPr>
          <w:sz w:val="24"/>
          <w:szCs w:val="24"/>
        </w:rPr>
        <w:t>g</w:t>
      </w:r>
      <w:proofErr w:type="spellEnd"/>
      <w:r w:rsidR="0032079E" w:rsidRPr="00F07836">
        <w:rPr>
          <w:sz w:val="24"/>
          <w:szCs w:val="24"/>
        </w:rPr>
        <w:t>:</w:t>
      </w:r>
      <w:r w:rsidRPr="00F07836">
        <w:rPr>
          <w:sz w:val="24"/>
          <w:szCs w:val="24"/>
        </w:rPr>
        <w:t xml:space="preserve"> Aspirin, Warfarin)</w:t>
      </w:r>
      <w:r w:rsidR="00F07836">
        <w:rPr>
          <w:sz w:val="24"/>
          <w:szCs w:val="24"/>
        </w:rPr>
        <w:t xml:space="preserve"> </w:t>
      </w:r>
      <w:r w:rsidR="00D56A8E">
        <w:rPr>
          <w:sz w:val="24"/>
          <w:szCs w:val="24"/>
        </w:rPr>
        <w:tab/>
      </w:r>
      <w:r w:rsidR="00F07836" w:rsidRPr="00F07836">
        <w:rPr>
          <w:sz w:val="44"/>
          <w:szCs w:val="44"/>
        </w:rPr>
        <w:t>□</w:t>
      </w:r>
      <w:r w:rsidR="002A60BC" w:rsidRPr="00F07836">
        <w:rPr>
          <w:sz w:val="22"/>
        </w:rPr>
        <w:t xml:space="preserve"> </w:t>
      </w:r>
      <w:r w:rsidR="00F07836" w:rsidRPr="00F07836">
        <w:rPr>
          <w:sz w:val="24"/>
          <w:szCs w:val="24"/>
        </w:rPr>
        <w:t>NO</w:t>
      </w:r>
      <w:r w:rsidR="00F07836">
        <w:rPr>
          <w:sz w:val="24"/>
          <w:szCs w:val="24"/>
        </w:rPr>
        <w:t xml:space="preserve"> </w:t>
      </w:r>
      <w:r w:rsidR="00D56A8E">
        <w:rPr>
          <w:sz w:val="24"/>
          <w:szCs w:val="24"/>
        </w:rPr>
        <w:tab/>
      </w:r>
      <w:r w:rsidR="00F07836" w:rsidRPr="00F07836">
        <w:rPr>
          <w:sz w:val="44"/>
          <w:szCs w:val="44"/>
        </w:rPr>
        <w:t>□</w:t>
      </w:r>
      <w:r w:rsidR="002A60BC" w:rsidRPr="00F07836">
        <w:rPr>
          <w:sz w:val="22"/>
        </w:rPr>
        <w:t xml:space="preserve"> </w:t>
      </w:r>
      <w:r w:rsidR="00F07836" w:rsidRPr="00F07836">
        <w:rPr>
          <w:sz w:val="24"/>
          <w:szCs w:val="24"/>
        </w:rPr>
        <w:t>YES</w:t>
      </w:r>
      <w:r w:rsidR="00D56A8E">
        <w:rPr>
          <w:sz w:val="24"/>
          <w:szCs w:val="24"/>
        </w:rPr>
        <w:t xml:space="preserve">   </w:t>
      </w:r>
      <w:r w:rsidR="0032198E" w:rsidRPr="00F07836">
        <w:rPr>
          <w:sz w:val="22"/>
        </w:rPr>
        <w:tab/>
      </w:r>
      <w:r w:rsidRPr="00F07836">
        <w:rPr>
          <w:sz w:val="20"/>
          <w:szCs w:val="20"/>
        </w:rPr>
        <w:t>If yes, hold pressure for 5mins injection</w:t>
      </w:r>
    </w:p>
    <w:p w14:paraId="5568B010" w14:textId="26D3B806" w:rsidR="00FE42AE" w:rsidRPr="00F07836" w:rsidRDefault="00000000" w:rsidP="00D56A8E">
      <w:pPr>
        <w:tabs>
          <w:tab w:val="left" w:pos="5400"/>
          <w:tab w:val="left" w:pos="5812"/>
          <w:tab w:val="left" w:pos="6300"/>
        </w:tabs>
        <w:adjustRightInd w:val="0"/>
        <w:snapToGrid w:val="0"/>
        <w:spacing w:line="300" w:lineRule="exact"/>
        <w:rPr>
          <w:iCs/>
          <w:sz w:val="22"/>
        </w:rPr>
      </w:pPr>
      <w:r w:rsidRPr="00F07836">
        <w:rPr>
          <w:sz w:val="24"/>
          <w:szCs w:val="24"/>
        </w:rPr>
        <w:t>Do you have diabetes?</w:t>
      </w:r>
      <w:r w:rsidR="00D56A8E">
        <w:rPr>
          <w:sz w:val="24"/>
          <w:szCs w:val="24"/>
        </w:rPr>
        <w:tab/>
      </w:r>
      <w:r w:rsidR="00F07836" w:rsidRPr="00F07836">
        <w:rPr>
          <w:sz w:val="44"/>
          <w:szCs w:val="44"/>
        </w:rPr>
        <w:t>□</w:t>
      </w:r>
      <w:r w:rsidR="002A60BC" w:rsidRPr="00F07836">
        <w:rPr>
          <w:sz w:val="22"/>
        </w:rPr>
        <w:t xml:space="preserve"> </w:t>
      </w:r>
      <w:r w:rsidR="00F07836" w:rsidRPr="00F07836">
        <w:rPr>
          <w:sz w:val="24"/>
          <w:szCs w:val="24"/>
        </w:rPr>
        <w:t>NO</w:t>
      </w:r>
      <w:r w:rsidR="00F07836">
        <w:rPr>
          <w:sz w:val="24"/>
          <w:szCs w:val="24"/>
        </w:rPr>
        <w:t xml:space="preserve"> </w:t>
      </w:r>
      <w:r w:rsidR="00D56A8E">
        <w:rPr>
          <w:sz w:val="24"/>
          <w:szCs w:val="24"/>
        </w:rPr>
        <w:tab/>
      </w:r>
      <w:r w:rsidR="00F07836" w:rsidRPr="00F07836">
        <w:rPr>
          <w:sz w:val="44"/>
          <w:szCs w:val="44"/>
        </w:rPr>
        <w:t>□</w:t>
      </w:r>
      <w:r w:rsidR="002A60BC" w:rsidRPr="00F07836">
        <w:rPr>
          <w:sz w:val="22"/>
        </w:rPr>
        <w:t xml:space="preserve"> </w:t>
      </w:r>
      <w:r w:rsidR="00F07836" w:rsidRPr="00F07836">
        <w:rPr>
          <w:sz w:val="24"/>
          <w:szCs w:val="24"/>
        </w:rPr>
        <w:t>YES</w:t>
      </w:r>
      <w:r w:rsidR="0032198E" w:rsidRPr="00F07836">
        <w:rPr>
          <w:sz w:val="22"/>
        </w:rPr>
        <w:tab/>
      </w:r>
      <w:r w:rsidR="00D56A8E">
        <w:rPr>
          <w:sz w:val="22"/>
        </w:rPr>
        <w:t xml:space="preserve">   </w:t>
      </w:r>
      <w:r w:rsidRPr="00F07836">
        <w:rPr>
          <w:sz w:val="20"/>
          <w:szCs w:val="20"/>
        </w:rPr>
        <w:t>If yes, monitor</w:t>
      </w:r>
      <w:r w:rsidRPr="00F07836">
        <w:rPr>
          <w:iCs/>
          <w:sz w:val="20"/>
          <w:szCs w:val="20"/>
        </w:rPr>
        <w:t xml:space="preserve"> glucose 8x in the next</w:t>
      </w:r>
      <w:r w:rsidR="00D56A8E">
        <w:rPr>
          <w:iCs/>
          <w:sz w:val="20"/>
          <w:szCs w:val="20"/>
        </w:rPr>
        <w:t xml:space="preserve"> </w:t>
      </w:r>
      <w:r w:rsidRPr="00F07836">
        <w:rPr>
          <w:iCs/>
          <w:sz w:val="20"/>
          <w:szCs w:val="20"/>
        </w:rPr>
        <w:t>48h</w:t>
      </w:r>
      <w:r w:rsidR="00D56A8E">
        <w:rPr>
          <w:iCs/>
          <w:sz w:val="20"/>
          <w:szCs w:val="20"/>
        </w:rPr>
        <w:t xml:space="preserve"> </w:t>
      </w:r>
      <w:r w:rsidRPr="00F07836">
        <w:rPr>
          <w:iCs/>
          <w:sz w:val="24"/>
          <w:szCs w:val="24"/>
        </w:rPr>
        <w:t>Do you think you have any infections today?</w:t>
      </w:r>
      <w:r w:rsidR="00D56A8E">
        <w:rPr>
          <w:iCs/>
          <w:sz w:val="24"/>
          <w:szCs w:val="24"/>
        </w:rPr>
        <w:tab/>
      </w:r>
      <w:r w:rsidR="00F07836" w:rsidRPr="00F07836">
        <w:rPr>
          <w:sz w:val="44"/>
          <w:szCs w:val="44"/>
        </w:rPr>
        <w:t>□</w:t>
      </w:r>
      <w:r w:rsidR="002A60BC" w:rsidRPr="00F07836">
        <w:rPr>
          <w:sz w:val="22"/>
        </w:rPr>
        <w:t xml:space="preserve"> </w:t>
      </w:r>
      <w:r w:rsidR="00F07836" w:rsidRPr="00F07836">
        <w:rPr>
          <w:iCs/>
          <w:sz w:val="24"/>
          <w:szCs w:val="24"/>
        </w:rPr>
        <w:t>NO</w:t>
      </w:r>
      <w:r w:rsidR="00D56A8E">
        <w:rPr>
          <w:iCs/>
          <w:sz w:val="24"/>
          <w:szCs w:val="24"/>
        </w:rPr>
        <w:t xml:space="preserve"> </w:t>
      </w:r>
      <w:r w:rsidR="00D56A8E">
        <w:rPr>
          <w:iCs/>
          <w:sz w:val="24"/>
          <w:szCs w:val="24"/>
        </w:rPr>
        <w:tab/>
      </w:r>
      <w:r w:rsidR="00F07836" w:rsidRPr="00F07836">
        <w:rPr>
          <w:sz w:val="44"/>
          <w:szCs w:val="44"/>
        </w:rPr>
        <w:t>□</w:t>
      </w:r>
      <w:r w:rsidR="002A60BC" w:rsidRPr="00F07836">
        <w:rPr>
          <w:sz w:val="22"/>
        </w:rPr>
        <w:t xml:space="preserve"> </w:t>
      </w:r>
      <w:r w:rsidR="00F07836" w:rsidRPr="00F07836">
        <w:rPr>
          <w:sz w:val="24"/>
          <w:szCs w:val="24"/>
        </w:rPr>
        <w:t>YES</w:t>
      </w:r>
      <w:r w:rsidR="0032198E" w:rsidRPr="00F07836">
        <w:rPr>
          <w:sz w:val="22"/>
        </w:rPr>
        <w:tab/>
      </w:r>
      <w:r w:rsidR="00D56A8E">
        <w:rPr>
          <w:sz w:val="22"/>
        </w:rPr>
        <w:t xml:space="preserve">   </w:t>
      </w:r>
      <w:r w:rsidRPr="00F07836">
        <w:rPr>
          <w:iCs/>
          <w:sz w:val="20"/>
          <w:szCs w:val="20"/>
        </w:rPr>
        <w:t xml:space="preserve">If yes, we may need to postpone </w:t>
      </w:r>
    </w:p>
    <w:p w14:paraId="2C373A5F" w14:textId="43C6A6A0" w:rsidR="00FE42AE" w:rsidRPr="00F07836" w:rsidRDefault="00000000" w:rsidP="00D56A8E">
      <w:pPr>
        <w:tabs>
          <w:tab w:val="left" w:pos="5400"/>
          <w:tab w:val="left" w:pos="5812"/>
          <w:tab w:val="left" w:pos="6300"/>
        </w:tabs>
        <w:adjustRightInd w:val="0"/>
        <w:snapToGrid w:val="0"/>
        <w:spacing w:line="300" w:lineRule="exact"/>
        <w:rPr>
          <w:iCs/>
          <w:sz w:val="22"/>
        </w:rPr>
      </w:pPr>
      <w:r w:rsidRPr="00F07836">
        <w:rPr>
          <w:iCs/>
          <w:sz w:val="24"/>
          <w:szCs w:val="24"/>
        </w:rPr>
        <w:t>Have you had a vaccination in the last 30 days?</w:t>
      </w:r>
      <w:r w:rsidR="00D56A8E">
        <w:rPr>
          <w:iCs/>
          <w:sz w:val="24"/>
          <w:szCs w:val="24"/>
        </w:rPr>
        <w:t xml:space="preserve">    </w:t>
      </w:r>
      <w:r w:rsidR="00D56A8E">
        <w:rPr>
          <w:iCs/>
          <w:sz w:val="24"/>
          <w:szCs w:val="24"/>
        </w:rPr>
        <w:tab/>
      </w:r>
      <w:r w:rsidR="00F07836" w:rsidRPr="00F07836">
        <w:rPr>
          <w:sz w:val="44"/>
          <w:szCs w:val="44"/>
        </w:rPr>
        <w:t>□</w:t>
      </w:r>
      <w:r w:rsidR="002A60BC" w:rsidRPr="00F07836">
        <w:rPr>
          <w:sz w:val="22"/>
        </w:rPr>
        <w:t xml:space="preserve"> </w:t>
      </w:r>
      <w:proofErr w:type="gramStart"/>
      <w:r w:rsidR="00F07836" w:rsidRPr="00F07836">
        <w:rPr>
          <w:iCs/>
          <w:sz w:val="24"/>
          <w:szCs w:val="24"/>
        </w:rPr>
        <w:t>N</w:t>
      </w:r>
      <w:r w:rsidR="00D56A8E">
        <w:rPr>
          <w:iCs/>
          <w:sz w:val="24"/>
          <w:szCs w:val="24"/>
        </w:rPr>
        <w:t xml:space="preserve">O  </w:t>
      </w:r>
      <w:r w:rsidR="00D56A8E">
        <w:rPr>
          <w:iCs/>
          <w:sz w:val="24"/>
          <w:szCs w:val="24"/>
        </w:rPr>
        <w:tab/>
      </w:r>
      <w:proofErr w:type="gramEnd"/>
      <w:r w:rsidR="00F07836" w:rsidRPr="00F07836">
        <w:rPr>
          <w:sz w:val="44"/>
          <w:szCs w:val="44"/>
        </w:rPr>
        <w:t>□</w:t>
      </w:r>
      <w:r w:rsidR="002A60BC" w:rsidRPr="00F07836">
        <w:rPr>
          <w:sz w:val="22"/>
        </w:rPr>
        <w:t xml:space="preserve"> </w:t>
      </w:r>
      <w:bookmarkStart w:id="2" w:name="_Hlk234073068"/>
      <w:r w:rsidR="00F07836" w:rsidRPr="00F07836">
        <w:rPr>
          <w:sz w:val="24"/>
          <w:szCs w:val="24"/>
        </w:rPr>
        <w:t>YES</w:t>
      </w:r>
      <w:bookmarkEnd w:id="2"/>
      <w:r w:rsidR="0032198E" w:rsidRPr="00F07836">
        <w:rPr>
          <w:sz w:val="22"/>
        </w:rPr>
        <w:tab/>
      </w:r>
      <w:r w:rsidR="00D56A8E">
        <w:rPr>
          <w:sz w:val="22"/>
        </w:rPr>
        <w:t xml:space="preserve">   </w:t>
      </w:r>
      <w:r w:rsidRPr="00F07836">
        <w:rPr>
          <w:iCs/>
          <w:sz w:val="20"/>
          <w:szCs w:val="20"/>
        </w:rPr>
        <w:t xml:space="preserve">If yes, we may need to postpone </w:t>
      </w:r>
    </w:p>
    <w:p w14:paraId="02221E94" w14:textId="77777777" w:rsidR="00F44648" w:rsidRDefault="00F44648" w:rsidP="00F44648">
      <w:pPr>
        <w:pBdr>
          <w:bottom w:val="single" w:sz="4" w:space="1" w:color="auto"/>
        </w:pBdr>
        <w:adjustRightInd w:val="0"/>
        <w:snapToGrid w:val="0"/>
        <w:spacing w:line="240" w:lineRule="auto"/>
      </w:pPr>
    </w:p>
    <w:p w14:paraId="5DC70FD9" w14:textId="74111D31" w:rsidR="00FE42AE" w:rsidRPr="00F07836" w:rsidRDefault="00000000" w:rsidP="00F44648">
      <w:pPr>
        <w:adjustRightInd w:val="0"/>
        <w:snapToGrid w:val="0"/>
        <w:spacing w:line="240" w:lineRule="auto"/>
        <w:rPr>
          <w:rFonts w:cs="Times New Roman (Body CS)"/>
          <w:b/>
          <w:bCs/>
          <w:caps/>
          <w:sz w:val="22"/>
          <w:szCs w:val="23"/>
        </w:rPr>
      </w:pPr>
      <w:r w:rsidRPr="00F07836">
        <w:rPr>
          <w:rFonts w:cs="Times New Roman (Body CS)"/>
          <w:b/>
          <w:bCs/>
          <w:caps/>
          <w:sz w:val="22"/>
          <w:szCs w:val="23"/>
        </w:rPr>
        <w:t>list any medical conditions or surgeries you have had</w:t>
      </w:r>
    </w:p>
    <w:p w14:paraId="0173A117" w14:textId="77777777" w:rsidR="00F44648" w:rsidRPr="002A60BC" w:rsidRDefault="00F44648" w:rsidP="00F44648">
      <w:pPr>
        <w:adjustRightInd w:val="0"/>
        <w:snapToGrid w:val="0"/>
        <w:spacing w:line="240" w:lineRule="auto"/>
        <w:rPr>
          <w:szCs w:val="21"/>
          <w:bdr w:val="single" w:sz="4" w:space="0" w:color="auto"/>
        </w:rPr>
      </w:pPr>
    </w:p>
    <w:p w14:paraId="293A2C27" w14:textId="77777777" w:rsidR="001102F6" w:rsidRPr="002A60BC" w:rsidRDefault="001102F6" w:rsidP="00F44648">
      <w:pPr>
        <w:adjustRightInd w:val="0"/>
        <w:snapToGrid w:val="0"/>
        <w:spacing w:line="240" w:lineRule="auto"/>
        <w:rPr>
          <w:szCs w:val="21"/>
          <w:bdr w:val="single" w:sz="4" w:space="0" w:color="auto"/>
        </w:rPr>
      </w:pPr>
    </w:p>
    <w:p w14:paraId="4891D067" w14:textId="77777777" w:rsidR="00F44648" w:rsidRPr="002A60BC" w:rsidRDefault="00F44648" w:rsidP="00F44648">
      <w:pPr>
        <w:adjustRightInd w:val="0"/>
        <w:snapToGrid w:val="0"/>
        <w:spacing w:line="240" w:lineRule="auto"/>
        <w:rPr>
          <w:szCs w:val="21"/>
          <w:bdr w:val="single" w:sz="4" w:space="0" w:color="auto"/>
        </w:rPr>
      </w:pPr>
    </w:p>
    <w:p w14:paraId="66769BFE" w14:textId="77777777" w:rsidR="00F44648" w:rsidRPr="002A60BC" w:rsidRDefault="00F44648" w:rsidP="00F44648">
      <w:pPr>
        <w:pBdr>
          <w:bottom w:val="single" w:sz="4" w:space="1" w:color="auto"/>
        </w:pBdr>
        <w:adjustRightInd w:val="0"/>
        <w:snapToGrid w:val="0"/>
        <w:spacing w:line="240" w:lineRule="auto"/>
        <w:rPr>
          <w:rFonts w:cs="Times New Roman (Body CS)"/>
          <w:caps/>
          <w:szCs w:val="21"/>
          <w:bdr w:val="single" w:sz="4" w:space="0" w:color="auto"/>
        </w:rPr>
      </w:pPr>
    </w:p>
    <w:p w14:paraId="064AE30F" w14:textId="4BFAEADE" w:rsidR="00FE42AE" w:rsidRPr="00F07836" w:rsidRDefault="00000000" w:rsidP="00F44648">
      <w:pPr>
        <w:adjustRightInd w:val="0"/>
        <w:snapToGrid w:val="0"/>
        <w:spacing w:line="240" w:lineRule="auto"/>
        <w:rPr>
          <w:rFonts w:cs="Times New Roman (Body CS)"/>
          <w:b/>
          <w:bCs/>
          <w:caps/>
          <w:sz w:val="22"/>
          <w:szCs w:val="23"/>
        </w:rPr>
      </w:pPr>
      <w:r w:rsidRPr="00F07836">
        <w:rPr>
          <w:rFonts w:cs="Times New Roman (Body CS)"/>
          <w:b/>
          <w:bCs/>
          <w:caps/>
          <w:sz w:val="22"/>
          <w:szCs w:val="23"/>
        </w:rPr>
        <w:t>list any medications or vitamins / supplements you have taken in the past 7 days</w:t>
      </w:r>
    </w:p>
    <w:p w14:paraId="41E960CB" w14:textId="77777777" w:rsidR="00F44648" w:rsidRPr="002A60BC" w:rsidRDefault="00F44648" w:rsidP="00F44648">
      <w:pPr>
        <w:adjustRightInd w:val="0"/>
        <w:snapToGrid w:val="0"/>
        <w:spacing w:line="240" w:lineRule="auto"/>
        <w:rPr>
          <w:szCs w:val="21"/>
        </w:rPr>
      </w:pPr>
    </w:p>
    <w:p w14:paraId="128BF94A" w14:textId="77777777" w:rsidR="00F44648" w:rsidRDefault="00F44648" w:rsidP="00F44648">
      <w:pPr>
        <w:adjustRightInd w:val="0"/>
        <w:snapToGrid w:val="0"/>
        <w:spacing w:line="240" w:lineRule="auto"/>
        <w:rPr>
          <w:szCs w:val="21"/>
        </w:rPr>
      </w:pPr>
    </w:p>
    <w:p w14:paraId="7A1CB52D" w14:textId="77777777" w:rsidR="00F44648" w:rsidRPr="002A60BC" w:rsidRDefault="00F44648" w:rsidP="00F44648">
      <w:pPr>
        <w:adjustRightInd w:val="0"/>
        <w:snapToGrid w:val="0"/>
        <w:spacing w:line="240" w:lineRule="auto"/>
        <w:rPr>
          <w:szCs w:val="21"/>
        </w:rPr>
      </w:pPr>
    </w:p>
    <w:p w14:paraId="271D8D9D" w14:textId="77777777" w:rsidR="00F44648" w:rsidRPr="002A60BC" w:rsidRDefault="00F44648" w:rsidP="00F44648">
      <w:pPr>
        <w:pBdr>
          <w:bottom w:val="single" w:sz="4" w:space="1" w:color="auto"/>
        </w:pBdr>
        <w:adjustRightInd w:val="0"/>
        <w:snapToGrid w:val="0"/>
        <w:spacing w:line="240" w:lineRule="auto"/>
        <w:rPr>
          <w:szCs w:val="21"/>
        </w:rPr>
      </w:pPr>
    </w:p>
    <w:p w14:paraId="3EFD4507" w14:textId="77777777" w:rsidR="00F63C37" w:rsidRDefault="00F63C37" w:rsidP="00F63C37">
      <w:pPr>
        <w:adjustRightInd w:val="0"/>
        <w:snapToGrid w:val="0"/>
        <w:spacing w:line="300" w:lineRule="exact"/>
        <w:rPr>
          <w:b/>
          <w:bCs/>
          <w:sz w:val="24"/>
          <w:szCs w:val="24"/>
        </w:rPr>
      </w:pPr>
    </w:p>
    <w:p w14:paraId="569A71FB" w14:textId="7FC18AF8" w:rsidR="00F44648" w:rsidRPr="0048361A" w:rsidRDefault="00F44648" w:rsidP="00F63C37">
      <w:pPr>
        <w:adjustRightInd w:val="0"/>
        <w:snapToGrid w:val="0"/>
        <w:spacing w:line="300" w:lineRule="exact"/>
        <w:rPr>
          <w:b/>
          <w:bCs/>
          <w:sz w:val="24"/>
          <w:szCs w:val="24"/>
        </w:rPr>
      </w:pPr>
      <w:r w:rsidRPr="0048361A">
        <w:rPr>
          <w:b/>
          <w:bCs/>
          <w:sz w:val="24"/>
          <w:szCs w:val="24"/>
        </w:rPr>
        <w:t>RISK OF INJECTIONS</w:t>
      </w:r>
    </w:p>
    <w:p w14:paraId="32B26159" w14:textId="77777777" w:rsidR="00F63C37" w:rsidRPr="00F63C37" w:rsidRDefault="00F63C37" w:rsidP="00F63C37">
      <w:pPr>
        <w:adjustRightInd w:val="0"/>
        <w:snapToGrid w:val="0"/>
        <w:spacing w:line="300" w:lineRule="exact"/>
        <w:rPr>
          <w:b/>
          <w:bCs/>
          <w:sz w:val="24"/>
          <w:szCs w:val="24"/>
        </w:rPr>
      </w:pPr>
    </w:p>
    <w:p w14:paraId="55ECF61D" w14:textId="154DFDD4" w:rsidR="00FE42AE" w:rsidRPr="00F07836" w:rsidRDefault="00000000" w:rsidP="00F63C37">
      <w:pPr>
        <w:adjustRightInd w:val="0"/>
        <w:snapToGrid w:val="0"/>
        <w:spacing w:after="60" w:line="300" w:lineRule="exact"/>
        <w:rPr>
          <w:sz w:val="22"/>
        </w:rPr>
      </w:pPr>
      <w:r w:rsidRPr="00F07836">
        <w:rPr>
          <w:b/>
          <w:sz w:val="22"/>
        </w:rPr>
        <w:t>90% MINOR ACHING AT THE INJECTION SITE:</w:t>
      </w:r>
      <w:r w:rsidRPr="00F07836">
        <w:rPr>
          <w:sz w:val="22"/>
        </w:rPr>
        <w:t xml:space="preserve"> This is </w:t>
      </w:r>
      <w:proofErr w:type="gramStart"/>
      <w:r w:rsidRPr="00F07836">
        <w:rPr>
          <w:sz w:val="22"/>
        </w:rPr>
        <w:t>similar to</w:t>
      </w:r>
      <w:proofErr w:type="gramEnd"/>
      <w:r w:rsidRPr="00F07836">
        <w:rPr>
          <w:sz w:val="22"/>
        </w:rPr>
        <w:t xml:space="preserve"> the feeling of the ache from any injection.</w:t>
      </w:r>
    </w:p>
    <w:p w14:paraId="7EAAAC9E" w14:textId="23965D2B" w:rsidR="00FE42AE" w:rsidRPr="00F07836" w:rsidRDefault="00F07836" w:rsidP="00F63C37">
      <w:pPr>
        <w:adjustRightInd w:val="0"/>
        <w:snapToGrid w:val="0"/>
        <w:spacing w:after="60" w:line="300" w:lineRule="exact"/>
        <w:rPr>
          <w:sz w:val="22"/>
        </w:rPr>
      </w:pPr>
      <w:r>
        <w:rPr>
          <w:b/>
          <w:sz w:val="22"/>
        </w:rPr>
        <w:t>30</w:t>
      </w:r>
      <w:r w:rsidRPr="00F07836">
        <w:rPr>
          <w:b/>
          <w:sz w:val="22"/>
        </w:rPr>
        <w:t>% SEVERE PAIN FLAREUP:</w:t>
      </w:r>
      <w:r w:rsidRPr="00F07836">
        <w:rPr>
          <w:sz w:val="22"/>
        </w:rPr>
        <w:t xml:space="preserve"> It is a simple immune system reaction.  Use ice and take</w:t>
      </w:r>
      <w:r>
        <w:rPr>
          <w:sz w:val="22"/>
        </w:rPr>
        <w:t xml:space="preserve"> </w:t>
      </w:r>
      <w:r w:rsidRPr="00F07836">
        <w:rPr>
          <w:sz w:val="22"/>
        </w:rPr>
        <w:t>Tylenol</w:t>
      </w:r>
      <w:r>
        <w:rPr>
          <w:sz w:val="22"/>
        </w:rPr>
        <w:t xml:space="preserve"> or Codeine.</w:t>
      </w:r>
    </w:p>
    <w:p w14:paraId="16D140F3" w14:textId="69BA8AF8" w:rsidR="00FE42AE" w:rsidRPr="00F07836" w:rsidRDefault="00000000" w:rsidP="00F63C37">
      <w:pPr>
        <w:adjustRightInd w:val="0"/>
        <w:snapToGrid w:val="0"/>
        <w:spacing w:after="60" w:line="300" w:lineRule="exact"/>
        <w:rPr>
          <w:sz w:val="22"/>
        </w:rPr>
      </w:pPr>
      <w:r w:rsidRPr="00F07836">
        <w:rPr>
          <w:b/>
          <w:sz w:val="22"/>
        </w:rPr>
        <w:t xml:space="preserve">10% FAILURE </w:t>
      </w:r>
      <w:r w:rsidR="00F07836">
        <w:rPr>
          <w:b/>
          <w:sz w:val="22"/>
        </w:rPr>
        <w:t>TO IMPROVE SYMPOMS</w:t>
      </w:r>
      <w:r w:rsidRPr="00F07836">
        <w:rPr>
          <w:b/>
          <w:sz w:val="22"/>
        </w:rPr>
        <w:t>:</w:t>
      </w:r>
      <w:r w:rsidRPr="00F07836">
        <w:rPr>
          <w:sz w:val="22"/>
        </w:rPr>
        <w:t xml:space="preserve"> </w:t>
      </w:r>
      <w:r w:rsidR="00F07836">
        <w:rPr>
          <w:sz w:val="22"/>
        </w:rPr>
        <w:t>It will most likely make things worse for a period of 1 – 4 weeks</w:t>
      </w:r>
    </w:p>
    <w:p w14:paraId="6D25436C" w14:textId="29408044" w:rsidR="00FE42AE" w:rsidRPr="00F07836" w:rsidRDefault="00000000" w:rsidP="00F63C37">
      <w:pPr>
        <w:adjustRightInd w:val="0"/>
        <w:snapToGrid w:val="0"/>
        <w:spacing w:after="60" w:line="300" w:lineRule="exact"/>
        <w:rPr>
          <w:sz w:val="22"/>
        </w:rPr>
      </w:pPr>
      <w:r w:rsidRPr="00F07836">
        <w:rPr>
          <w:b/>
          <w:sz w:val="22"/>
        </w:rPr>
        <w:t>5% TISSUE INJURY OR DAMAGE:</w:t>
      </w:r>
      <w:r w:rsidRPr="00F07836">
        <w:rPr>
          <w:sz w:val="22"/>
        </w:rPr>
        <w:t xml:space="preserve"> </w:t>
      </w:r>
      <w:r w:rsidR="00F07836">
        <w:rPr>
          <w:sz w:val="22"/>
        </w:rPr>
        <w:t>No</w:t>
      </w:r>
      <w:r w:rsidRPr="00F07836">
        <w:rPr>
          <w:sz w:val="22"/>
        </w:rPr>
        <w:t xml:space="preserve"> intense activity for 7 days to reduce this risk, but it still may occur later.</w:t>
      </w:r>
    </w:p>
    <w:p w14:paraId="3E173FBB" w14:textId="03B4B66B" w:rsidR="00FE42AE" w:rsidRPr="00F07836" w:rsidRDefault="00F07836" w:rsidP="00F63C37">
      <w:pPr>
        <w:adjustRightInd w:val="0"/>
        <w:snapToGrid w:val="0"/>
        <w:spacing w:after="60" w:line="300" w:lineRule="exact"/>
        <w:rPr>
          <w:sz w:val="22"/>
        </w:rPr>
      </w:pPr>
      <w:r>
        <w:rPr>
          <w:b/>
          <w:sz w:val="22"/>
        </w:rPr>
        <w:t>2</w:t>
      </w:r>
      <w:r w:rsidRPr="00F07836">
        <w:rPr>
          <w:b/>
          <w:sz w:val="22"/>
        </w:rPr>
        <w:t>% FAINTING:</w:t>
      </w:r>
      <w:r w:rsidRPr="00F07836">
        <w:rPr>
          <w:sz w:val="22"/>
        </w:rPr>
        <w:t xml:space="preserve"> Some people may faint.  Please tell us if this has happened to you before.</w:t>
      </w:r>
    </w:p>
    <w:p w14:paraId="1CF4B224" w14:textId="77777777" w:rsidR="00FE42AE" w:rsidRPr="00F07836" w:rsidRDefault="00000000" w:rsidP="00F63C37">
      <w:pPr>
        <w:adjustRightInd w:val="0"/>
        <w:snapToGrid w:val="0"/>
        <w:spacing w:after="60" w:line="300" w:lineRule="exact"/>
        <w:rPr>
          <w:sz w:val="22"/>
        </w:rPr>
      </w:pPr>
      <w:r w:rsidRPr="00F07836">
        <w:rPr>
          <w:b/>
          <w:sz w:val="22"/>
        </w:rPr>
        <w:t>1% NERVE INJURY OR DAMAGE:</w:t>
      </w:r>
      <w:r w:rsidRPr="00F07836">
        <w:rPr>
          <w:sz w:val="22"/>
        </w:rPr>
        <w:t xml:space="preserve"> Report any nerve pain during or after the injection immediately.</w:t>
      </w:r>
    </w:p>
    <w:p w14:paraId="7262D44F" w14:textId="58625B18" w:rsidR="00FE42AE" w:rsidRPr="00F07836" w:rsidRDefault="00000000" w:rsidP="00F63C37">
      <w:pPr>
        <w:adjustRightInd w:val="0"/>
        <w:snapToGrid w:val="0"/>
        <w:spacing w:after="60" w:line="300" w:lineRule="exact"/>
        <w:rPr>
          <w:sz w:val="22"/>
        </w:rPr>
      </w:pPr>
      <w:r w:rsidRPr="00F07836">
        <w:rPr>
          <w:b/>
          <w:sz w:val="22"/>
        </w:rPr>
        <w:t>0.1% INFECTION:</w:t>
      </w:r>
      <w:r w:rsidRPr="00F07836">
        <w:rPr>
          <w:sz w:val="22"/>
        </w:rPr>
        <w:t xml:space="preserve"> If you develop fever, chills, redness or heat in the injected area, go to Urgent Care/ER</w:t>
      </w:r>
      <w:r w:rsidR="00F07836">
        <w:rPr>
          <w:sz w:val="22"/>
        </w:rPr>
        <w:t>.</w:t>
      </w:r>
    </w:p>
    <w:p w14:paraId="5477D49B" w14:textId="77777777" w:rsidR="00FE42AE" w:rsidRPr="00F07836" w:rsidRDefault="00000000" w:rsidP="00F63C37">
      <w:pPr>
        <w:adjustRightInd w:val="0"/>
        <w:snapToGrid w:val="0"/>
        <w:spacing w:after="60" w:line="300" w:lineRule="exact"/>
        <w:rPr>
          <w:sz w:val="22"/>
        </w:rPr>
      </w:pPr>
      <w:r w:rsidRPr="00F07836">
        <w:rPr>
          <w:b/>
          <w:sz w:val="22"/>
        </w:rPr>
        <w:t>0.1% ALLERGIC REACTION:</w:t>
      </w:r>
      <w:r w:rsidRPr="00F07836">
        <w:rPr>
          <w:sz w:val="22"/>
        </w:rPr>
        <w:t xml:space="preserve"> You may have an unexpected allergic reaction to an injection.</w:t>
      </w:r>
    </w:p>
    <w:p w14:paraId="47689B09" w14:textId="1961A546" w:rsidR="00F44648" w:rsidRPr="00F07836" w:rsidRDefault="00000000" w:rsidP="00F63C37">
      <w:pPr>
        <w:adjustRightInd w:val="0"/>
        <w:snapToGrid w:val="0"/>
        <w:spacing w:after="60" w:line="300" w:lineRule="exact"/>
        <w:rPr>
          <w:sz w:val="22"/>
        </w:rPr>
      </w:pPr>
      <w:r w:rsidRPr="00F07836">
        <w:rPr>
          <w:b/>
          <w:sz w:val="22"/>
        </w:rPr>
        <w:t>0.1% OTHER ADVERSE EFFECTS:</w:t>
      </w:r>
      <w:r w:rsidRPr="00F07836">
        <w:rPr>
          <w:sz w:val="22"/>
        </w:rPr>
        <w:t xml:space="preserve"> Other reactions to injections cannot be ruled out, such as tissue death.</w:t>
      </w:r>
    </w:p>
    <w:p w14:paraId="7170F879" w14:textId="77777777" w:rsidR="002A60BC" w:rsidRDefault="002A60BC" w:rsidP="00F44648">
      <w:pPr>
        <w:pBdr>
          <w:bottom w:val="single" w:sz="4" w:space="1" w:color="auto"/>
        </w:pBdr>
        <w:adjustRightInd w:val="0"/>
        <w:snapToGrid w:val="0"/>
        <w:spacing w:line="240" w:lineRule="auto"/>
      </w:pPr>
    </w:p>
    <w:p w14:paraId="3C6CB258" w14:textId="77777777" w:rsidR="001102F6" w:rsidRDefault="001102F6" w:rsidP="00F44648">
      <w:pPr>
        <w:pBdr>
          <w:bottom w:val="single" w:sz="4" w:space="1" w:color="auto"/>
        </w:pBdr>
        <w:adjustRightInd w:val="0"/>
        <w:snapToGrid w:val="0"/>
        <w:spacing w:line="240" w:lineRule="auto"/>
      </w:pPr>
    </w:p>
    <w:p w14:paraId="64ABA322" w14:textId="77777777" w:rsidR="00E87593" w:rsidRDefault="00E87593" w:rsidP="00F44648">
      <w:pPr>
        <w:pBdr>
          <w:bottom w:val="single" w:sz="4" w:space="1" w:color="auto"/>
        </w:pBdr>
        <w:adjustRightInd w:val="0"/>
        <w:snapToGrid w:val="0"/>
        <w:spacing w:line="240" w:lineRule="auto"/>
      </w:pPr>
    </w:p>
    <w:p w14:paraId="4C40A5D5" w14:textId="77777777" w:rsidR="001102F6" w:rsidRDefault="001102F6" w:rsidP="00F44648">
      <w:pPr>
        <w:pBdr>
          <w:bottom w:val="single" w:sz="4" w:space="1" w:color="auto"/>
        </w:pBdr>
        <w:adjustRightInd w:val="0"/>
        <w:snapToGrid w:val="0"/>
        <w:spacing w:line="240" w:lineRule="auto"/>
      </w:pPr>
    </w:p>
    <w:p w14:paraId="1105F903" w14:textId="77777777" w:rsidR="002A60BC" w:rsidRDefault="002A60BC" w:rsidP="00F44648">
      <w:pPr>
        <w:pBdr>
          <w:bottom w:val="single" w:sz="4" w:space="1" w:color="auto"/>
        </w:pBdr>
        <w:adjustRightInd w:val="0"/>
        <w:snapToGrid w:val="0"/>
        <w:spacing w:line="240" w:lineRule="auto"/>
      </w:pPr>
    </w:p>
    <w:p w14:paraId="4ACD184D" w14:textId="3827DCE9" w:rsidR="00FE42AE" w:rsidRPr="00F63C37" w:rsidRDefault="00F44648" w:rsidP="00F44648">
      <w:pPr>
        <w:tabs>
          <w:tab w:val="left" w:pos="4111"/>
          <w:tab w:val="left" w:pos="7513"/>
        </w:tabs>
        <w:adjustRightInd w:val="0"/>
        <w:snapToGrid w:val="0"/>
        <w:spacing w:line="240" w:lineRule="auto"/>
        <w:rPr>
          <w:b/>
          <w:bCs/>
          <w:sz w:val="24"/>
          <w:szCs w:val="24"/>
        </w:rPr>
      </w:pPr>
      <w:r w:rsidRPr="00F63C37">
        <w:rPr>
          <w:b/>
          <w:bCs/>
          <w:sz w:val="24"/>
          <w:szCs w:val="24"/>
        </w:rPr>
        <w:t>PRINT NAME</w:t>
      </w:r>
      <w:r w:rsidRPr="00F63C37">
        <w:rPr>
          <w:b/>
          <w:bCs/>
          <w:sz w:val="24"/>
          <w:szCs w:val="24"/>
        </w:rPr>
        <w:tab/>
        <w:t>DATE</w:t>
      </w:r>
      <w:r w:rsidRPr="00F63C37">
        <w:rPr>
          <w:b/>
          <w:bCs/>
          <w:sz w:val="24"/>
          <w:szCs w:val="24"/>
        </w:rPr>
        <w:tab/>
        <w:t>SIGNATURE</w:t>
      </w:r>
    </w:p>
    <w:p w14:paraId="3C9B259E" w14:textId="77777777" w:rsidR="0032198E" w:rsidRDefault="0032198E" w:rsidP="00F44648">
      <w:pPr>
        <w:adjustRightInd w:val="0"/>
        <w:snapToGrid w:val="0"/>
        <w:spacing w:line="240" w:lineRule="auto"/>
        <w:rPr>
          <w:b/>
          <w:bCs/>
          <w:sz w:val="24"/>
          <w:szCs w:val="24"/>
        </w:rPr>
      </w:pPr>
    </w:p>
    <w:p w14:paraId="2C3C4509" w14:textId="3D8E2CDA" w:rsidR="0032079E" w:rsidRPr="002A60BC" w:rsidRDefault="00000000" w:rsidP="002A60BC">
      <w:pPr>
        <w:adjustRightInd w:val="0"/>
        <w:snapToGrid w:val="0"/>
        <w:spacing w:line="240" w:lineRule="auto"/>
        <w:rPr>
          <w:b/>
          <w:bCs/>
          <w:sz w:val="24"/>
          <w:szCs w:val="24"/>
        </w:rPr>
      </w:pPr>
      <w:r w:rsidRPr="0032079E">
        <w:rPr>
          <w:b/>
          <w:bCs/>
          <w:sz w:val="24"/>
          <w:szCs w:val="24"/>
        </w:rPr>
        <w:t>The cost of the medicine is not covered by Alberta Health Care</w:t>
      </w:r>
    </w:p>
    <w:p w14:paraId="6A628843" w14:textId="350F13FA" w:rsidR="00B17839" w:rsidRPr="00603FAA" w:rsidRDefault="00B17839" w:rsidP="0048361A">
      <w:pPr>
        <w:tabs>
          <w:tab w:val="right" w:pos="4253"/>
          <w:tab w:val="right" w:pos="5954"/>
          <w:tab w:val="right" w:pos="7371"/>
          <w:tab w:val="right" w:pos="9072"/>
          <w:tab w:val="right" w:pos="10773"/>
        </w:tabs>
        <w:adjustRightInd w:val="0"/>
        <w:snapToGrid w:val="0"/>
        <w:spacing w:line="240" w:lineRule="auto"/>
        <w:rPr>
          <w:sz w:val="18"/>
          <w:szCs w:val="18"/>
        </w:rPr>
      </w:pPr>
      <w:bookmarkStart w:id="3" w:name="_Hlk234074889"/>
      <w:r w:rsidRPr="00603FAA">
        <w:rPr>
          <w:b/>
          <w:bCs/>
          <w:sz w:val="18"/>
          <w:szCs w:val="18"/>
        </w:rPr>
        <w:t>Hyaluronic Acid</w:t>
      </w:r>
      <w:r w:rsidR="0048361A"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SportVis</w:t>
      </w:r>
      <w:proofErr w:type="spellEnd"/>
      <w:r>
        <w:rPr>
          <w:sz w:val="18"/>
          <w:szCs w:val="18"/>
        </w:rPr>
        <w:t xml:space="preserve"> $200</w:t>
      </w:r>
      <w:r w:rsidR="0048361A">
        <w:rPr>
          <w:sz w:val="18"/>
          <w:szCs w:val="18"/>
        </w:rPr>
        <w:tab/>
      </w:r>
      <w:proofErr w:type="spellStart"/>
      <w:r w:rsidRPr="00603FAA">
        <w:rPr>
          <w:sz w:val="18"/>
          <w:szCs w:val="18"/>
        </w:rPr>
        <w:t>Orthovisc</w:t>
      </w:r>
      <w:proofErr w:type="spellEnd"/>
      <w:r>
        <w:rPr>
          <w:sz w:val="18"/>
          <w:szCs w:val="18"/>
        </w:rPr>
        <w:t xml:space="preserve"> </w:t>
      </w:r>
      <w:r w:rsidRPr="00603FAA">
        <w:rPr>
          <w:sz w:val="18"/>
          <w:szCs w:val="18"/>
        </w:rPr>
        <w:t>$2</w:t>
      </w:r>
      <w:r>
        <w:rPr>
          <w:sz w:val="18"/>
          <w:szCs w:val="18"/>
        </w:rPr>
        <w:t>50</w:t>
      </w:r>
      <w:r w:rsidRPr="00603FAA">
        <w:rPr>
          <w:sz w:val="18"/>
          <w:szCs w:val="18"/>
        </w:rPr>
        <w:tab/>
      </w:r>
      <w:proofErr w:type="spellStart"/>
      <w:r w:rsidRPr="00603FAA">
        <w:rPr>
          <w:sz w:val="18"/>
          <w:szCs w:val="18"/>
        </w:rPr>
        <w:t>Durolane</w:t>
      </w:r>
      <w:proofErr w:type="spellEnd"/>
      <w:r>
        <w:rPr>
          <w:sz w:val="18"/>
          <w:szCs w:val="18"/>
        </w:rPr>
        <w:t xml:space="preserve"> $525</w:t>
      </w:r>
      <w:r w:rsidR="0048361A">
        <w:rPr>
          <w:sz w:val="18"/>
          <w:szCs w:val="18"/>
        </w:rPr>
        <w:tab/>
      </w:r>
      <w:proofErr w:type="spellStart"/>
      <w:r w:rsidRPr="00603FAA">
        <w:rPr>
          <w:sz w:val="18"/>
          <w:szCs w:val="18"/>
        </w:rPr>
        <w:t>Monovisc</w:t>
      </w:r>
      <w:proofErr w:type="spellEnd"/>
      <w:r>
        <w:rPr>
          <w:sz w:val="18"/>
          <w:szCs w:val="18"/>
        </w:rPr>
        <w:t xml:space="preserve"> </w:t>
      </w:r>
      <w:r w:rsidRPr="00603FAA">
        <w:rPr>
          <w:sz w:val="18"/>
          <w:szCs w:val="18"/>
        </w:rPr>
        <w:t>$525</w:t>
      </w:r>
      <w:r w:rsidR="0048361A">
        <w:rPr>
          <w:sz w:val="18"/>
          <w:szCs w:val="18"/>
        </w:rPr>
        <w:tab/>
      </w:r>
      <w:proofErr w:type="spellStart"/>
      <w:proofErr w:type="gramStart"/>
      <w:r w:rsidRPr="00603FAA">
        <w:rPr>
          <w:sz w:val="18"/>
          <w:szCs w:val="18"/>
        </w:rPr>
        <w:t>Cingal</w:t>
      </w:r>
      <w:proofErr w:type="spellEnd"/>
      <w:r w:rsidRPr="00603FAA">
        <w:rPr>
          <w:sz w:val="18"/>
          <w:szCs w:val="18"/>
        </w:rPr>
        <w:t xml:space="preserve">  $</w:t>
      </w:r>
      <w:proofErr w:type="gramEnd"/>
      <w:r w:rsidRPr="00603FAA">
        <w:rPr>
          <w:sz w:val="18"/>
          <w:szCs w:val="18"/>
        </w:rPr>
        <w:t>575</w:t>
      </w:r>
      <w:r>
        <w:rPr>
          <w:sz w:val="18"/>
          <w:szCs w:val="18"/>
        </w:rPr>
        <w:t xml:space="preserve">      </w:t>
      </w:r>
    </w:p>
    <w:bookmarkEnd w:id="3"/>
    <w:p w14:paraId="00FD4EBE" w14:textId="75995DE4" w:rsidR="00FE42AE" w:rsidRPr="00603FAA" w:rsidRDefault="00000000" w:rsidP="00603FAA">
      <w:pPr>
        <w:tabs>
          <w:tab w:val="right" w:pos="7371"/>
          <w:tab w:val="right" w:pos="8222"/>
          <w:tab w:val="right" w:pos="9072"/>
          <w:tab w:val="right" w:pos="9923"/>
          <w:tab w:val="right" w:pos="10773"/>
        </w:tabs>
        <w:adjustRightInd w:val="0"/>
        <w:snapToGrid w:val="0"/>
        <w:spacing w:line="240" w:lineRule="auto"/>
        <w:rPr>
          <w:sz w:val="18"/>
          <w:szCs w:val="18"/>
        </w:rPr>
      </w:pPr>
      <w:r w:rsidRPr="00603FAA">
        <w:rPr>
          <w:b/>
          <w:bCs/>
          <w:sz w:val="18"/>
          <w:szCs w:val="18"/>
        </w:rPr>
        <w:t>Prolotherapy</w:t>
      </w:r>
      <w:r w:rsidRPr="0032198E">
        <w:rPr>
          <w:sz w:val="18"/>
          <w:szCs w:val="18"/>
        </w:rPr>
        <w:t>: a</w:t>
      </w:r>
      <w:r w:rsidRPr="00603FAA">
        <w:rPr>
          <w:sz w:val="18"/>
          <w:szCs w:val="18"/>
        </w:rPr>
        <w:t xml:space="preserve"> dextrose and lidocaine injection to stimulate healing in soft tissue</w:t>
      </w:r>
      <w:r w:rsidR="00603FAA" w:rsidRPr="00603FAA">
        <w:rPr>
          <w:sz w:val="18"/>
          <w:szCs w:val="18"/>
        </w:rPr>
        <w:tab/>
      </w:r>
      <w:r w:rsidR="006665FD">
        <w:rPr>
          <w:sz w:val="18"/>
          <w:szCs w:val="18"/>
          <w:vertAlign w:val="superscript"/>
        </w:rPr>
        <w:t>20</w:t>
      </w:r>
      <w:r w:rsidRPr="00603FAA">
        <w:rPr>
          <w:sz w:val="18"/>
          <w:szCs w:val="18"/>
        </w:rPr>
        <w:t>$1</w:t>
      </w:r>
      <w:r w:rsidR="002A60BC">
        <w:rPr>
          <w:sz w:val="18"/>
          <w:szCs w:val="18"/>
        </w:rPr>
        <w:t>50</w:t>
      </w:r>
      <w:r w:rsidR="00603FAA" w:rsidRPr="00603FAA">
        <w:rPr>
          <w:sz w:val="18"/>
          <w:szCs w:val="18"/>
        </w:rPr>
        <w:tab/>
      </w:r>
      <w:r w:rsidR="006665FD">
        <w:rPr>
          <w:sz w:val="18"/>
          <w:szCs w:val="18"/>
          <w:vertAlign w:val="superscript"/>
        </w:rPr>
        <w:t>30</w:t>
      </w:r>
      <w:r w:rsidRPr="00603FAA">
        <w:rPr>
          <w:sz w:val="18"/>
          <w:szCs w:val="18"/>
        </w:rPr>
        <w:t>$2</w:t>
      </w:r>
      <w:r w:rsidR="006665FD">
        <w:rPr>
          <w:sz w:val="18"/>
          <w:szCs w:val="18"/>
        </w:rPr>
        <w:t>50</w:t>
      </w:r>
      <w:r w:rsidR="00603FAA" w:rsidRPr="00603FAA">
        <w:rPr>
          <w:sz w:val="18"/>
          <w:szCs w:val="18"/>
        </w:rPr>
        <w:tab/>
      </w:r>
      <w:r w:rsidR="006665FD">
        <w:rPr>
          <w:sz w:val="18"/>
          <w:szCs w:val="18"/>
          <w:vertAlign w:val="superscript"/>
        </w:rPr>
        <w:t>30</w:t>
      </w:r>
      <w:r w:rsidRPr="00603FAA">
        <w:rPr>
          <w:sz w:val="18"/>
          <w:szCs w:val="18"/>
        </w:rPr>
        <w:t>$3</w:t>
      </w:r>
      <w:r w:rsidR="002A60BC">
        <w:rPr>
          <w:sz w:val="18"/>
          <w:szCs w:val="18"/>
        </w:rPr>
        <w:t>50</w:t>
      </w:r>
      <w:r w:rsidR="0032079E" w:rsidRPr="00603FAA">
        <w:rPr>
          <w:sz w:val="18"/>
          <w:szCs w:val="18"/>
        </w:rPr>
        <w:tab/>
      </w:r>
      <w:r w:rsidRPr="00603FAA">
        <w:rPr>
          <w:sz w:val="18"/>
          <w:szCs w:val="18"/>
          <w:vertAlign w:val="superscript"/>
        </w:rPr>
        <w:t>50</w:t>
      </w:r>
      <w:r w:rsidRPr="00603FAA">
        <w:rPr>
          <w:sz w:val="18"/>
          <w:szCs w:val="18"/>
        </w:rPr>
        <w:t>$4</w:t>
      </w:r>
      <w:r w:rsidR="002A60BC">
        <w:rPr>
          <w:sz w:val="18"/>
          <w:szCs w:val="18"/>
        </w:rPr>
        <w:t>50</w:t>
      </w:r>
      <w:r w:rsidR="00603FAA" w:rsidRPr="00603FAA">
        <w:rPr>
          <w:sz w:val="18"/>
          <w:szCs w:val="18"/>
        </w:rPr>
        <w:tab/>
      </w:r>
      <w:r w:rsidRPr="00603FAA">
        <w:rPr>
          <w:sz w:val="18"/>
          <w:szCs w:val="18"/>
          <w:vertAlign w:val="superscript"/>
        </w:rPr>
        <w:t>60</w:t>
      </w:r>
      <w:r w:rsidRPr="00603FAA">
        <w:rPr>
          <w:sz w:val="18"/>
          <w:szCs w:val="18"/>
        </w:rPr>
        <w:t>$5</w:t>
      </w:r>
      <w:r w:rsidR="002A60BC">
        <w:rPr>
          <w:sz w:val="18"/>
          <w:szCs w:val="18"/>
        </w:rPr>
        <w:t>50</w:t>
      </w:r>
    </w:p>
    <w:p w14:paraId="10C26DF9" w14:textId="0C4B4B90" w:rsidR="00FE42AE" w:rsidRPr="00603FAA" w:rsidRDefault="00000000" w:rsidP="00603FAA">
      <w:pPr>
        <w:tabs>
          <w:tab w:val="right" w:pos="7371"/>
          <w:tab w:val="right" w:pos="8222"/>
          <w:tab w:val="right" w:pos="9072"/>
          <w:tab w:val="right" w:pos="9923"/>
          <w:tab w:val="right" w:pos="10773"/>
        </w:tabs>
        <w:adjustRightInd w:val="0"/>
        <w:snapToGrid w:val="0"/>
        <w:spacing w:line="240" w:lineRule="auto"/>
        <w:rPr>
          <w:sz w:val="18"/>
          <w:szCs w:val="18"/>
        </w:rPr>
      </w:pPr>
      <w:r w:rsidRPr="00603FAA">
        <w:rPr>
          <w:b/>
          <w:bCs/>
          <w:sz w:val="18"/>
          <w:szCs w:val="18"/>
        </w:rPr>
        <w:t>PRP</w:t>
      </w:r>
      <w:r w:rsidRPr="00603FAA">
        <w:rPr>
          <w:sz w:val="18"/>
          <w:szCs w:val="18"/>
        </w:rPr>
        <w:t>: growth factors from your own blood to stimulate healing in soft tissue &amp; joints</w:t>
      </w:r>
      <w:r w:rsidR="00603FAA" w:rsidRPr="00603FAA">
        <w:rPr>
          <w:sz w:val="18"/>
          <w:szCs w:val="18"/>
        </w:rPr>
        <w:tab/>
      </w:r>
      <w:r w:rsidR="006665FD">
        <w:rPr>
          <w:sz w:val="18"/>
          <w:szCs w:val="18"/>
          <w:vertAlign w:val="superscript"/>
        </w:rPr>
        <w:t>1</w:t>
      </w:r>
      <w:r w:rsidRPr="00603FAA">
        <w:rPr>
          <w:sz w:val="18"/>
          <w:szCs w:val="18"/>
        </w:rPr>
        <w:t>$</w:t>
      </w:r>
      <w:r w:rsidR="002A60BC">
        <w:rPr>
          <w:sz w:val="18"/>
          <w:szCs w:val="18"/>
        </w:rPr>
        <w:t>500</w:t>
      </w:r>
      <w:r w:rsidR="00603FAA" w:rsidRPr="00603FAA">
        <w:rPr>
          <w:sz w:val="18"/>
          <w:szCs w:val="18"/>
        </w:rPr>
        <w:tab/>
      </w:r>
      <w:r w:rsidR="006665FD">
        <w:rPr>
          <w:sz w:val="18"/>
          <w:szCs w:val="18"/>
          <w:vertAlign w:val="superscript"/>
        </w:rPr>
        <w:t>2</w:t>
      </w:r>
      <w:r w:rsidRPr="00603FAA">
        <w:rPr>
          <w:sz w:val="18"/>
          <w:szCs w:val="18"/>
        </w:rPr>
        <w:t>$</w:t>
      </w:r>
      <w:r w:rsidR="002A60BC">
        <w:rPr>
          <w:sz w:val="18"/>
          <w:szCs w:val="18"/>
        </w:rPr>
        <w:t>750</w:t>
      </w:r>
      <w:r w:rsidR="00603FAA" w:rsidRPr="00603FAA">
        <w:rPr>
          <w:sz w:val="18"/>
          <w:szCs w:val="18"/>
        </w:rPr>
        <w:tab/>
      </w:r>
      <w:bookmarkStart w:id="4" w:name="_Hlk234073814"/>
      <w:r w:rsidR="006665FD">
        <w:rPr>
          <w:sz w:val="18"/>
          <w:szCs w:val="18"/>
          <w:vertAlign w:val="superscript"/>
        </w:rPr>
        <w:t>3</w:t>
      </w:r>
      <w:r w:rsidRPr="00603FAA">
        <w:rPr>
          <w:sz w:val="18"/>
          <w:szCs w:val="18"/>
        </w:rPr>
        <w:t>$</w:t>
      </w:r>
      <w:r w:rsidR="002A60BC">
        <w:rPr>
          <w:sz w:val="18"/>
          <w:szCs w:val="18"/>
        </w:rPr>
        <w:t>1000</w:t>
      </w:r>
      <w:bookmarkEnd w:id="4"/>
      <w:r w:rsidR="006665FD">
        <w:rPr>
          <w:sz w:val="18"/>
          <w:szCs w:val="18"/>
        </w:rPr>
        <w:tab/>
      </w:r>
      <w:r w:rsidR="006665FD">
        <w:rPr>
          <w:sz w:val="18"/>
          <w:szCs w:val="18"/>
          <w:vertAlign w:val="superscript"/>
        </w:rPr>
        <w:t>4</w:t>
      </w:r>
      <w:r w:rsidR="006665FD" w:rsidRPr="00603FAA">
        <w:rPr>
          <w:sz w:val="18"/>
          <w:szCs w:val="18"/>
        </w:rPr>
        <w:t>$</w:t>
      </w:r>
      <w:r w:rsidR="006665FD">
        <w:rPr>
          <w:sz w:val="18"/>
          <w:szCs w:val="18"/>
        </w:rPr>
        <w:t>1000</w:t>
      </w:r>
      <w:r w:rsidR="00603FAA" w:rsidRPr="00603FAA">
        <w:rPr>
          <w:sz w:val="18"/>
          <w:szCs w:val="18"/>
        </w:rPr>
        <w:tab/>
      </w:r>
    </w:p>
    <w:sectPr w:rsidR="00FE42AE" w:rsidRPr="00603FAA" w:rsidSect="00E87593">
      <w:headerReference w:type="default" r:id="rId9"/>
      <w:pgSz w:w="12240" w:h="15840"/>
      <w:pgMar w:top="407" w:right="624" w:bottom="289" w:left="624" w:header="1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E5985" w14:textId="77777777" w:rsidR="00E56A3B" w:rsidRDefault="00E56A3B">
      <w:pPr>
        <w:spacing w:line="240" w:lineRule="auto"/>
      </w:pPr>
      <w:r>
        <w:separator/>
      </w:r>
    </w:p>
  </w:endnote>
  <w:endnote w:type="continuationSeparator" w:id="0">
    <w:p w14:paraId="0FD42972" w14:textId="77777777" w:rsidR="00E56A3B" w:rsidRDefault="00E56A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 (Body CS)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F4C62" w14:textId="77777777" w:rsidR="00E56A3B" w:rsidRDefault="00E56A3B">
      <w:pPr>
        <w:spacing w:line="240" w:lineRule="auto"/>
      </w:pPr>
      <w:r>
        <w:separator/>
      </w:r>
    </w:p>
  </w:footnote>
  <w:footnote w:type="continuationSeparator" w:id="0">
    <w:p w14:paraId="4D555F4D" w14:textId="77777777" w:rsidR="00E56A3B" w:rsidRDefault="00E56A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337B3" w14:textId="4F164373" w:rsidR="00FE42AE" w:rsidRDefault="00000000">
    <w:pPr>
      <w:pStyle w:val="Header"/>
      <w:jc w:val="right"/>
    </w:pPr>
    <w:r>
      <w:rPr>
        <w:color w:val="919191"/>
        <w:sz w:val="14"/>
      </w:rPr>
      <w:t>Version 202</w:t>
    </w:r>
    <w:r w:rsidR="00F07836">
      <w:rPr>
        <w:color w:val="919191"/>
        <w:sz w:val="14"/>
      </w:rPr>
      <w:t>6</w:t>
    </w:r>
    <w:r>
      <w:rPr>
        <w:color w:val="919191"/>
        <w:sz w:val="14"/>
      </w:rPr>
      <w:t>-0</w:t>
    </w:r>
    <w:r w:rsidR="00F07836">
      <w:rPr>
        <w:color w:val="919191"/>
        <w:sz w:val="14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523141">
    <w:abstractNumId w:val="8"/>
  </w:num>
  <w:num w:numId="2" w16cid:durableId="1991593195">
    <w:abstractNumId w:val="6"/>
  </w:num>
  <w:num w:numId="3" w16cid:durableId="1946764197">
    <w:abstractNumId w:val="5"/>
  </w:num>
  <w:num w:numId="4" w16cid:durableId="469369000">
    <w:abstractNumId w:val="4"/>
  </w:num>
  <w:num w:numId="5" w16cid:durableId="1420904938">
    <w:abstractNumId w:val="7"/>
  </w:num>
  <w:num w:numId="6" w16cid:durableId="342829683">
    <w:abstractNumId w:val="3"/>
  </w:num>
  <w:num w:numId="7" w16cid:durableId="2086755331">
    <w:abstractNumId w:val="2"/>
  </w:num>
  <w:num w:numId="8" w16cid:durableId="1428110919">
    <w:abstractNumId w:val="1"/>
  </w:num>
  <w:num w:numId="9" w16cid:durableId="184684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54B"/>
    <w:rsid w:val="0006063C"/>
    <w:rsid w:val="001102F6"/>
    <w:rsid w:val="001138DE"/>
    <w:rsid w:val="0015074B"/>
    <w:rsid w:val="0029639D"/>
    <w:rsid w:val="002A60BC"/>
    <w:rsid w:val="00320294"/>
    <w:rsid w:val="0032079E"/>
    <w:rsid w:val="0032198E"/>
    <w:rsid w:val="00326F90"/>
    <w:rsid w:val="003C03F6"/>
    <w:rsid w:val="00463066"/>
    <w:rsid w:val="0048361A"/>
    <w:rsid w:val="00603FAA"/>
    <w:rsid w:val="006665FD"/>
    <w:rsid w:val="008373C6"/>
    <w:rsid w:val="009259EB"/>
    <w:rsid w:val="00A46E84"/>
    <w:rsid w:val="00AA1D8D"/>
    <w:rsid w:val="00B17839"/>
    <w:rsid w:val="00B350FD"/>
    <w:rsid w:val="00B47730"/>
    <w:rsid w:val="00C92ADB"/>
    <w:rsid w:val="00CB0664"/>
    <w:rsid w:val="00CC73A2"/>
    <w:rsid w:val="00D47DD3"/>
    <w:rsid w:val="00D56A8E"/>
    <w:rsid w:val="00DE53D8"/>
    <w:rsid w:val="00DF4A40"/>
    <w:rsid w:val="00E56A3B"/>
    <w:rsid w:val="00E576E8"/>
    <w:rsid w:val="00E87593"/>
    <w:rsid w:val="00F07836"/>
    <w:rsid w:val="00F16FF8"/>
    <w:rsid w:val="00F44648"/>
    <w:rsid w:val="00F63C37"/>
    <w:rsid w:val="00F81C49"/>
    <w:rsid w:val="00FC693F"/>
    <w:rsid w:val="00FE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9718F7"/>
  <w14:defaultImageDpi w14:val="300"/>
  <w15:docId w15:val="{6DB6AB6B-1892-5444-8918-5B53B493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Charles Johnson</cp:lastModifiedBy>
  <cp:revision>4</cp:revision>
  <dcterms:created xsi:type="dcterms:W3CDTF">2026-07-05T14:35:00Z</dcterms:created>
  <dcterms:modified xsi:type="dcterms:W3CDTF">2026-09-02T19:30:00Z</dcterms:modified>
  <cp:category/>
</cp:coreProperties>
</file>