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1A096A" w14:textId="5A70BEBE" w:rsidR="00581079" w:rsidRPr="008D4AAC" w:rsidRDefault="00000000" w:rsidP="008D4AAC">
      <w:pPr>
        <w:pStyle w:val="Title"/>
        <w:ind w:left="-142"/>
        <w:rPr>
          <w:rFonts w:ascii="Comic Sans MS" w:hAnsi="Comic Sans MS"/>
        </w:rPr>
      </w:pPr>
      <w:r w:rsidRPr="008D4AAC">
        <w:rPr>
          <w:rFonts w:ascii="Comic Sans MS" w:hAnsi="Comic Sans MS"/>
        </w:rPr>
        <w:t xml:space="preserve">Nursery-Inspired Family Recipe Book </w:t>
      </w:r>
    </w:p>
    <w:p w14:paraId="53C22DED" w14:textId="43184862" w:rsidR="00581079" w:rsidRPr="008D4AAC" w:rsidRDefault="00000000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Day 1 – Lunch – Chicken &amp; Vegetable Pasta Bake with Fruit Yoghurt</w:t>
      </w:r>
    </w:p>
    <w:p w14:paraId="5B68C65F" w14:textId="77777777" w:rsidR="00581079" w:rsidRPr="008D4AAC" w:rsidRDefault="00000000">
      <w:pPr>
        <w:pStyle w:val="Heading2"/>
        <w:rPr>
          <w:rFonts w:ascii="Comic Sans MS" w:hAnsi="Comic Sans MS"/>
        </w:rPr>
      </w:pPr>
      <w:r w:rsidRPr="008D4AAC">
        <w:rPr>
          <w:rFonts w:ascii="Comic Sans MS" w:hAnsi="Comic Sans MS"/>
        </w:rPr>
        <w:t>Ingredients</w:t>
      </w:r>
    </w:p>
    <w:p w14:paraId="5D8F0C37" w14:textId="77777777" w:rsidR="00581079" w:rsidRPr="008D4AAC" w:rsidRDefault="00000000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Chicken breast – 330 g</w:t>
      </w:r>
    </w:p>
    <w:p w14:paraId="53D494C9" w14:textId="77777777" w:rsidR="00581079" w:rsidRPr="008D4AAC" w:rsidRDefault="00000000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Wholewheat pasta – 290 g</w:t>
      </w:r>
    </w:p>
    <w:p w14:paraId="1D5CD80F" w14:textId="77777777" w:rsidR="00581079" w:rsidRPr="008D4AAC" w:rsidRDefault="00000000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Carrots – 75 g</w:t>
      </w:r>
    </w:p>
    <w:p w14:paraId="0DD986A7" w14:textId="77777777" w:rsidR="00581079" w:rsidRPr="008D4AAC" w:rsidRDefault="00000000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Peas – 100 g</w:t>
      </w:r>
    </w:p>
    <w:p w14:paraId="6D0F67EB" w14:textId="77777777" w:rsidR="00581079" w:rsidRPr="008D4AAC" w:rsidRDefault="00000000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 xml:space="preserve">• Low-fat crème </w:t>
      </w:r>
      <w:proofErr w:type="spellStart"/>
      <w:r w:rsidRPr="008D4AAC">
        <w:rPr>
          <w:rFonts w:ascii="Comic Sans MS" w:hAnsi="Comic Sans MS"/>
        </w:rPr>
        <w:t>fraîche</w:t>
      </w:r>
      <w:proofErr w:type="spellEnd"/>
      <w:r w:rsidRPr="008D4AAC">
        <w:rPr>
          <w:rFonts w:ascii="Comic Sans MS" w:hAnsi="Comic Sans MS"/>
        </w:rPr>
        <w:t xml:space="preserve"> or natural yoghurt – 100 g</w:t>
      </w:r>
    </w:p>
    <w:p w14:paraId="03128581" w14:textId="77777777" w:rsidR="00581079" w:rsidRPr="008D4AAC" w:rsidRDefault="00000000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Grated cheese – 60 g</w:t>
      </w:r>
    </w:p>
    <w:p w14:paraId="78986553" w14:textId="77777777" w:rsidR="00581079" w:rsidRPr="008D4AAC" w:rsidRDefault="00000000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Natural yoghurt – 200 g</w:t>
      </w:r>
    </w:p>
    <w:p w14:paraId="09741B97" w14:textId="77777777" w:rsidR="00581079" w:rsidRPr="008D4AAC" w:rsidRDefault="00000000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Fruit puree – 70 g</w:t>
      </w:r>
    </w:p>
    <w:p w14:paraId="465332C4" w14:textId="77777777" w:rsidR="00581079" w:rsidRPr="008D4AAC" w:rsidRDefault="00000000">
      <w:pPr>
        <w:pStyle w:val="Heading2"/>
        <w:rPr>
          <w:rFonts w:ascii="Comic Sans MS" w:hAnsi="Comic Sans MS"/>
        </w:rPr>
      </w:pPr>
      <w:r w:rsidRPr="008D4AAC">
        <w:rPr>
          <w:rFonts w:ascii="Comic Sans MS" w:hAnsi="Comic Sans MS"/>
        </w:rPr>
        <w:t>Method</w:t>
      </w:r>
    </w:p>
    <w:p w14:paraId="00CF6AEA" w14:textId="77777777" w:rsidR="00581079" w:rsidRPr="008D4AAC" w:rsidRDefault="00000000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1. Cook pasta until tender; drain.</w:t>
      </w:r>
    </w:p>
    <w:p w14:paraId="30454117" w14:textId="77777777" w:rsidR="00581079" w:rsidRPr="008D4AAC" w:rsidRDefault="00000000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2. Dice chicken and cook thoroughly in a pan until no pink remains.</w:t>
      </w:r>
    </w:p>
    <w:p w14:paraId="6BDEDE07" w14:textId="77777777" w:rsidR="00581079" w:rsidRPr="008D4AAC" w:rsidRDefault="00000000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3. Add chopped carrots and peas, cook until soft.</w:t>
      </w:r>
    </w:p>
    <w:p w14:paraId="5FF8B39B" w14:textId="77777777" w:rsidR="00581079" w:rsidRPr="008D4AAC" w:rsidRDefault="00000000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 xml:space="preserve">4. Combine with crème </w:t>
      </w:r>
      <w:proofErr w:type="spellStart"/>
      <w:r w:rsidRPr="008D4AAC">
        <w:rPr>
          <w:rFonts w:ascii="Comic Sans MS" w:hAnsi="Comic Sans MS"/>
        </w:rPr>
        <w:t>fraîche</w:t>
      </w:r>
      <w:proofErr w:type="spellEnd"/>
      <w:r w:rsidRPr="008D4AAC">
        <w:rPr>
          <w:rFonts w:ascii="Comic Sans MS" w:hAnsi="Comic Sans MS"/>
        </w:rPr>
        <w:t xml:space="preserve"> and half the cheese, then bake for 20 minutes at 180°C until golden.</w:t>
      </w:r>
    </w:p>
    <w:p w14:paraId="630F29AF" w14:textId="77777777" w:rsidR="00581079" w:rsidRPr="008D4AAC" w:rsidRDefault="00000000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5. Serve with fruit yoghurt for dessert.</w:t>
      </w:r>
    </w:p>
    <w:p w14:paraId="57BEF963" w14:textId="77777777" w:rsidR="00581079" w:rsidRPr="008D4AAC" w:rsidRDefault="00000000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br/>
        <w:t>Portion sizes: Approx. 300 g pasta bake per adult, 200 g per child.</w:t>
      </w:r>
    </w:p>
    <w:p w14:paraId="54722A7F" w14:textId="77777777" w:rsidR="00581079" w:rsidRPr="008D4AAC" w:rsidRDefault="00000000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Allergen &amp; Substitution Notes: Contains: Milk, Gluten. Substitutions: Use gluten-free pasta and dairy-free yoghurt/cheese if needed.</w:t>
      </w:r>
    </w:p>
    <w:p w14:paraId="3AD53AAE" w14:textId="77777777" w:rsidR="00581079" w:rsidRPr="008D4AAC" w:rsidRDefault="00000000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Storage Guidance: Cool quickly and refrigerate within 90 mins. Consume within 2 days or freeze for up to 1 month.</w:t>
      </w:r>
    </w:p>
    <w:p w14:paraId="2138F84F" w14:textId="77777777" w:rsidR="00581079" w:rsidRPr="008D4AAC" w:rsidRDefault="00000000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br w:type="page"/>
      </w:r>
    </w:p>
    <w:p w14:paraId="219AB309" w14:textId="77777777" w:rsidR="00581079" w:rsidRPr="008D4AAC" w:rsidRDefault="00000000">
      <w:pPr>
        <w:pStyle w:val="Heading1"/>
        <w:rPr>
          <w:rFonts w:ascii="Comic Sans MS" w:hAnsi="Comic Sans MS"/>
        </w:rPr>
      </w:pPr>
      <w:r w:rsidRPr="008D4AAC">
        <w:rPr>
          <w:rFonts w:ascii="Comic Sans MS" w:hAnsi="Comic Sans MS"/>
        </w:rPr>
        <w:lastRenderedPageBreak/>
        <w:t>Day 1 – Tea – Vegetable Soup with Bread &amp; Banana</w:t>
      </w:r>
    </w:p>
    <w:p w14:paraId="46D32CEC" w14:textId="77777777" w:rsidR="00581079" w:rsidRPr="008D4AAC" w:rsidRDefault="00000000">
      <w:pPr>
        <w:pStyle w:val="Heading2"/>
        <w:rPr>
          <w:rFonts w:ascii="Comic Sans MS" w:hAnsi="Comic Sans MS"/>
        </w:rPr>
      </w:pPr>
      <w:r w:rsidRPr="008D4AAC">
        <w:rPr>
          <w:rFonts w:ascii="Comic Sans MS" w:hAnsi="Comic Sans MS"/>
        </w:rPr>
        <w:t>Ingredients</w:t>
      </w:r>
    </w:p>
    <w:p w14:paraId="2E6F2C9B" w14:textId="77777777" w:rsidR="00581079" w:rsidRPr="008D4AAC" w:rsidRDefault="00000000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Mixed vegetables (carrot, potato, leek) – 500 g</w:t>
      </w:r>
    </w:p>
    <w:p w14:paraId="7A0F0C19" w14:textId="77777777" w:rsidR="00581079" w:rsidRPr="008D4AAC" w:rsidRDefault="00000000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Low-salt stock – 600 ml</w:t>
      </w:r>
    </w:p>
    <w:p w14:paraId="2E501A76" w14:textId="77777777" w:rsidR="00581079" w:rsidRPr="008D4AAC" w:rsidRDefault="00000000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 xml:space="preserve">• </w:t>
      </w:r>
      <w:proofErr w:type="spellStart"/>
      <w:r w:rsidRPr="008D4AAC">
        <w:rPr>
          <w:rFonts w:ascii="Comic Sans MS" w:hAnsi="Comic Sans MS"/>
        </w:rPr>
        <w:t>Wholemeal</w:t>
      </w:r>
      <w:proofErr w:type="spellEnd"/>
      <w:r w:rsidRPr="008D4AAC">
        <w:rPr>
          <w:rFonts w:ascii="Comic Sans MS" w:hAnsi="Comic Sans MS"/>
        </w:rPr>
        <w:t xml:space="preserve"> bread – 4 slices</w:t>
      </w:r>
    </w:p>
    <w:p w14:paraId="5213F29D" w14:textId="77777777" w:rsidR="00581079" w:rsidRPr="008D4AAC" w:rsidRDefault="00000000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Bananas – 2</w:t>
      </w:r>
    </w:p>
    <w:p w14:paraId="624F5164" w14:textId="77777777" w:rsidR="00581079" w:rsidRPr="008D4AAC" w:rsidRDefault="00000000">
      <w:pPr>
        <w:pStyle w:val="Heading2"/>
        <w:rPr>
          <w:rFonts w:ascii="Comic Sans MS" w:hAnsi="Comic Sans MS"/>
        </w:rPr>
      </w:pPr>
      <w:r w:rsidRPr="008D4AAC">
        <w:rPr>
          <w:rFonts w:ascii="Comic Sans MS" w:hAnsi="Comic Sans MS"/>
        </w:rPr>
        <w:t>Method</w:t>
      </w:r>
    </w:p>
    <w:p w14:paraId="17F259CC" w14:textId="77777777" w:rsidR="00581079" w:rsidRPr="008D4AAC" w:rsidRDefault="00000000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1. Dice vegetables and simmer in stock for 20–25 minutes until soft.</w:t>
      </w:r>
    </w:p>
    <w:p w14:paraId="476BB33D" w14:textId="77777777" w:rsidR="00581079" w:rsidRPr="008D4AAC" w:rsidRDefault="00000000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2. Blend to a smooth texture and serve warm with bread and banana on the side.</w:t>
      </w:r>
    </w:p>
    <w:p w14:paraId="09C7F39F" w14:textId="77777777" w:rsidR="00581079" w:rsidRPr="008D4AAC" w:rsidRDefault="00000000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br/>
        <w:t>Portion sizes: Approx. 250 ml soup per person.</w:t>
      </w:r>
    </w:p>
    <w:p w14:paraId="56D9C0AD" w14:textId="77777777" w:rsidR="00581079" w:rsidRPr="008D4AAC" w:rsidRDefault="00000000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Allergen &amp; Substitution Notes: Contains: Gluten. Substitutions: Use gluten-free bread if required.</w:t>
      </w:r>
    </w:p>
    <w:p w14:paraId="7AC1833D" w14:textId="77777777" w:rsidR="00581079" w:rsidRPr="008D4AAC" w:rsidRDefault="00000000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Storage Guidance: Cool quickly and refrigerate within 90 mins. Consume within 2 days.</w:t>
      </w:r>
    </w:p>
    <w:p w14:paraId="6CD4A58E" w14:textId="77777777" w:rsidR="00581079" w:rsidRPr="008D4AAC" w:rsidRDefault="00000000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br w:type="page"/>
      </w:r>
    </w:p>
    <w:p w14:paraId="34E03618" w14:textId="77777777" w:rsidR="00581079" w:rsidRPr="008D4AAC" w:rsidRDefault="00000000">
      <w:pPr>
        <w:pStyle w:val="Heading1"/>
        <w:rPr>
          <w:rFonts w:ascii="Comic Sans MS" w:hAnsi="Comic Sans MS"/>
        </w:rPr>
      </w:pPr>
      <w:r w:rsidRPr="008D4AAC">
        <w:rPr>
          <w:rFonts w:ascii="Comic Sans MS" w:hAnsi="Comic Sans MS"/>
        </w:rPr>
        <w:lastRenderedPageBreak/>
        <w:t>Day 2 – Lunch – Beef &amp; Vegetable Stew with Mashed Potato; Stewed Apple</w:t>
      </w:r>
    </w:p>
    <w:p w14:paraId="1887F3CA" w14:textId="77777777" w:rsidR="00581079" w:rsidRPr="008D4AAC" w:rsidRDefault="00000000">
      <w:pPr>
        <w:pStyle w:val="Heading2"/>
        <w:rPr>
          <w:rFonts w:ascii="Comic Sans MS" w:hAnsi="Comic Sans MS"/>
        </w:rPr>
      </w:pPr>
      <w:r w:rsidRPr="008D4AAC">
        <w:rPr>
          <w:rFonts w:ascii="Comic Sans MS" w:hAnsi="Comic Sans MS"/>
        </w:rPr>
        <w:t>Ingredients</w:t>
      </w:r>
    </w:p>
    <w:p w14:paraId="32A04149" w14:textId="77777777" w:rsidR="00581079" w:rsidRPr="008D4AAC" w:rsidRDefault="00000000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Lean diced beef – 400 g</w:t>
      </w:r>
    </w:p>
    <w:p w14:paraId="48F54A23" w14:textId="77777777" w:rsidR="00581079" w:rsidRPr="008D4AAC" w:rsidRDefault="00000000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Carrots – 150 g</w:t>
      </w:r>
    </w:p>
    <w:p w14:paraId="0529F889" w14:textId="77777777" w:rsidR="00581079" w:rsidRPr="008D4AAC" w:rsidRDefault="00000000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Parsnips – 100 g</w:t>
      </w:r>
    </w:p>
    <w:p w14:paraId="36304EC0" w14:textId="77777777" w:rsidR="00581079" w:rsidRPr="008D4AAC" w:rsidRDefault="00000000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Onion – 75 g</w:t>
      </w:r>
    </w:p>
    <w:p w14:paraId="7649F151" w14:textId="77777777" w:rsidR="00581079" w:rsidRPr="008D4AAC" w:rsidRDefault="00000000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Low-salt stock – 600 ml</w:t>
      </w:r>
    </w:p>
    <w:p w14:paraId="0DBB9AE7" w14:textId="77777777" w:rsidR="00581079" w:rsidRPr="008D4AAC" w:rsidRDefault="00000000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Potatoes – 600 g</w:t>
      </w:r>
    </w:p>
    <w:p w14:paraId="713247BD" w14:textId="77777777" w:rsidR="00581079" w:rsidRPr="008D4AAC" w:rsidRDefault="00000000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Milk – 150 ml</w:t>
      </w:r>
    </w:p>
    <w:p w14:paraId="30F703DD" w14:textId="77777777" w:rsidR="00581079" w:rsidRPr="008D4AAC" w:rsidRDefault="00000000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Butter or dairy-free spread – 30 g</w:t>
      </w:r>
    </w:p>
    <w:p w14:paraId="0F5C05D6" w14:textId="77777777" w:rsidR="00581079" w:rsidRPr="008D4AAC" w:rsidRDefault="00000000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Apples – 300 g</w:t>
      </w:r>
    </w:p>
    <w:p w14:paraId="5858A055" w14:textId="77777777" w:rsidR="00581079" w:rsidRPr="008D4AAC" w:rsidRDefault="00000000">
      <w:pPr>
        <w:pStyle w:val="Heading2"/>
        <w:rPr>
          <w:rFonts w:ascii="Comic Sans MS" w:hAnsi="Comic Sans MS"/>
        </w:rPr>
      </w:pPr>
      <w:r w:rsidRPr="008D4AAC">
        <w:rPr>
          <w:rFonts w:ascii="Comic Sans MS" w:hAnsi="Comic Sans MS"/>
        </w:rPr>
        <w:t>Method</w:t>
      </w:r>
    </w:p>
    <w:p w14:paraId="5B0BC28E" w14:textId="77777777" w:rsidR="00581079" w:rsidRPr="008D4AAC" w:rsidRDefault="00000000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1. Brown beef, add vegetables and stock, and simmer gently for 1 hour until tender.</w:t>
      </w:r>
    </w:p>
    <w:p w14:paraId="6D33AE14" w14:textId="77777777" w:rsidR="00581079" w:rsidRPr="008D4AAC" w:rsidRDefault="00000000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2. Boil and mash potatoes with milk and butter/spread.</w:t>
      </w:r>
    </w:p>
    <w:p w14:paraId="72AA3611" w14:textId="77777777" w:rsidR="00581079" w:rsidRPr="008D4AAC" w:rsidRDefault="00000000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3. Serve stew with mash and stewed apple for dessert.</w:t>
      </w:r>
    </w:p>
    <w:p w14:paraId="06E90D4F" w14:textId="77777777" w:rsidR="00581079" w:rsidRPr="008D4AAC" w:rsidRDefault="00000000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br/>
        <w:t>Portion sizes: Approx. 250 g stew + 150 g mash per person.</w:t>
      </w:r>
    </w:p>
    <w:p w14:paraId="35B04F2A" w14:textId="77777777" w:rsidR="00581079" w:rsidRPr="008D4AAC" w:rsidRDefault="00000000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Allergen &amp; Substitution Notes: Contains: Milk. Substitutions: Use dairy-free milk/spread if required.</w:t>
      </w:r>
    </w:p>
    <w:p w14:paraId="47D9D254" w14:textId="77777777" w:rsidR="00581079" w:rsidRPr="008D4AAC" w:rsidRDefault="00000000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Storage Guidance: Cool quickly and refrigerate within 90 mins. Consume within 2 days or freeze for up to 1 month.</w:t>
      </w:r>
    </w:p>
    <w:p w14:paraId="0A66B2B7" w14:textId="77777777" w:rsidR="00581079" w:rsidRPr="008D4AAC" w:rsidRDefault="00000000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br w:type="page"/>
      </w:r>
    </w:p>
    <w:p w14:paraId="20E2D3ED" w14:textId="77777777" w:rsidR="00581079" w:rsidRPr="008D4AAC" w:rsidRDefault="00000000">
      <w:pPr>
        <w:pStyle w:val="Heading1"/>
        <w:rPr>
          <w:rFonts w:ascii="Comic Sans MS" w:hAnsi="Comic Sans MS"/>
        </w:rPr>
      </w:pPr>
      <w:r w:rsidRPr="008D4AAC">
        <w:rPr>
          <w:rFonts w:ascii="Comic Sans MS" w:hAnsi="Comic Sans MS"/>
        </w:rPr>
        <w:lastRenderedPageBreak/>
        <w:t>Day 2 – Tea – Tuna &amp; Sweetcorn Sandwiches with Fruit Salad</w:t>
      </w:r>
    </w:p>
    <w:p w14:paraId="38E8DC7A" w14:textId="77777777" w:rsidR="00581079" w:rsidRPr="008D4AAC" w:rsidRDefault="00000000">
      <w:pPr>
        <w:pStyle w:val="Heading2"/>
        <w:rPr>
          <w:rFonts w:ascii="Comic Sans MS" w:hAnsi="Comic Sans MS"/>
        </w:rPr>
      </w:pPr>
      <w:r w:rsidRPr="008D4AAC">
        <w:rPr>
          <w:rFonts w:ascii="Comic Sans MS" w:hAnsi="Comic Sans MS"/>
        </w:rPr>
        <w:t>Ingredients</w:t>
      </w:r>
    </w:p>
    <w:p w14:paraId="585F02B2" w14:textId="77777777" w:rsidR="00581079" w:rsidRPr="008D4AAC" w:rsidRDefault="00000000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Tinned tuna in water – 150 g (drained)</w:t>
      </w:r>
    </w:p>
    <w:p w14:paraId="4FF7405A" w14:textId="77777777" w:rsidR="00581079" w:rsidRPr="008D4AAC" w:rsidRDefault="00000000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Sweetcorn – 100 g</w:t>
      </w:r>
    </w:p>
    <w:p w14:paraId="5B6CA6CB" w14:textId="77777777" w:rsidR="00581079" w:rsidRPr="008D4AAC" w:rsidRDefault="00000000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Low-fat mayo – 40 g</w:t>
      </w:r>
    </w:p>
    <w:p w14:paraId="72479B60" w14:textId="77777777" w:rsidR="00581079" w:rsidRPr="008D4AAC" w:rsidRDefault="00000000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 xml:space="preserve">• </w:t>
      </w:r>
      <w:proofErr w:type="spellStart"/>
      <w:r w:rsidRPr="008D4AAC">
        <w:rPr>
          <w:rFonts w:ascii="Comic Sans MS" w:hAnsi="Comic Sans MS"/>
        </w:rPr>
        <w:t>Wholemeal</w:t>
      </w:r>
      <w:proofErr w:type="spellEnd"/>
      <w:r w:rsidRPr="008D4AAC">
        <w:rPr>
          <w:rFonts w:ascii="Comic Sans MS" w:hAnsi="Comic Sans MS"/>
        </w:rPr>
        <w:t xml:space="preserve"> bread – 8 slices</w:t>
      </w:r>
    </w:p>
    <w:p w14:paraId="4020A5B7" w14:textId="77777777" w:rsidR="00581079" w:rsidRPr="008D4AAC" w:rsidRDefault="00000000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Mixed fruit salad – 400 g</w:t>
      </w:r>
    </w:p>
    <w:p w14:paraId="3F82306D" w14:textId="77777777" w:rsidR="00581079" w:rsidRPr="008D4AAC" w:rsidRDefault="00000000">
      <w:pPr>
        <w:pStyle w:val="Heading2"/>
        <w:rPr>
          <w:rFonts w:ascii="Comic Sans MS" w:hAnsi="Comic Sans MS"/>
        </w:rPr>
      </w:pPr>
      <w:r w:rsidRPr="008D4AAC">
        <w:rPr>
          <w:rFonts w:ascii="Comic Sans MS" w:hAnsi="Comic Sans MS"/>
        </w:rPr>
        <w:t>Method</w:t>
      </w:r>
    </w:p>
    <w:p w14:paraId="0088A25D" w14:textId="77777777" w:rsidR="00581079" w:rsidRPr="008D4AAC" w:rsidRDefault="00000000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1. Mix tuna, sweetcorn, and mayo together.</w:t>
      </w:r>
    </w:p>
    <w:p w14:paraId="14C97852" w14:textId="77777777" w:rsidR="00581079" w:rsidRPr="008D4AAC" w:rsidRDefault="00000000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2. Spread on bread and serve with fruit salad.</w:t>
      </w:r>
    </w:p>
    <w:p w14:paraId="10198D8D" w14:textId="77777777" w:rsidR="00581079" w:rsidRPr="008D4AAC" w:rsidRDefault="00000000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br/>
        <w:t>Portion sizes: One sandwich per person.</w:t>
      </w:r>
    </w:p>
    <w:p w14:paraId="3F581C33" w14:textId="77777777" w:rsidR="00581079" w:rsidRPr="008D4AAC" w:rsidRDefault="00000000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Allergen &amp; Substitution Notes: Contains: Fish, Egg, Gluten. Substitutions: Use gluten-free bread and egg-free mayo if required.</w:t>
      </w:r>
    </w:p>
    <w:p w14:paraId="323E94AD" w14:textId="77777777" w:rsidR="00581079" w:rsidRPr="008D4AAC" w:rsidRDefault="00000000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Storage Guidance: Keep chilled and consume within 24 hrs.</w:t>
      </w:r>
    </w:p>
    <w:p w14:paraId="25DA7F39" w14:textId="77777777" w:rsidR="00581079" w:rsidRPr="008D4AAC" w:rsidRDefault="00000000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br w:type="page"/>
      </w:r>
    </w:p>
    <w:p w14:paraId="4A4F8765" w14:textId="77777777" w:rsidR="00581079" w:rsidRPr="008D4AAC" w:rsidRDefault="00000000">
      <w:pPr>
        <w:pStyle w:val="Heading1"/>
        <w:rPr>
          <w:rFonts w:ascii="Comic Sans MS" w:hAnsi="Comic Sans MS"/>
        </w:rPr>
      </w:pPr>
      <w:r w:rsidRPr="008D4AAC">
        <w:rPr>
          <w:rFonts w:ascii="Comic Sans MS" w:hAnsi="Comic Sans MS"/>
        </w:rPr>
        <w:lastRenderedPageBreak/>
        <w:t>Day 3 – Lunch – Turkey Meatballs with Tomato Sauce &amp; Rice Pudding</w:t>
      </w:r>
    </w:p>
    <w:p w14:paraId="680A17CA" w14:textId="77777777" w:rsidR="00581079" w:rsidRPr="008D4AAC" w:rsidRDefault="00000000">
      <w:pPr>
        <w:pStyle w:val="Heading2"/>
        <w:rPr>
          <w:rFonts w:ascii="Comic Sans MS" w:hAnsi="Comic Sans MS"/>
        </w:rPr>
      </w:pPr>
      <w:r w:rsidRPr="008D4AAC">
        <w:rPr>
          <w:rFonts w:ascii="Comic Sans MS" w:hAnsi="Comic Sans MS"/>
        </w:rPr>
        <w:t>Ingredients</w:t>
      </w:r>
    </w:p>
    <w:p w14:paraId="663F8203" w14:textId="77777777" w:rsidR="00581079" w:rsidRPr="008D4AAC" w:rsidRDefault="00000000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Minced turkey – 350 g</w:t>
      </w:r>
    </w:p>
    <w:p w14:paraId="2D6BA0EE" w14:textId="77777777" w:rsidR="00581079" w:rsidRPr="008D4AAC" w:rsidRDefault="00000000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Carrots – 100 g</w:t>
      </w:r>
    </w:p>
    <w:p w14:paraId="15099D42" w14:textId="77777777" w:rsidR="00581079" w:rsidRPr="008D4AAC" w:rsidRDefault="00000000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Onion – 75 g</w:t>
      </w:r>
    </w:p>
    <w:p w14:paraId="2CE2BBCD" w14:textId="77777777" w:rsidR="00581079" w:rsidRPr="008D4AAC" w:rsidRDefault="00000000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Chopped tomatoes – 500 ml</w:t>
      </w:r>
    </w:p>
    <w:p w14:paraId="114B849D" w14:textId="77777777" w:rsidR="00581079" w:rsidRPr="008D4AAC" w:rsidRDefault="00000000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Garlic – 1 clove</w:t>
      </w:r>
    </w:p>
    <w:p w14:paraId="192B260C" w14:textId="77777777" w:rsidR="00581079" w:rsidRPr="008D4AAC" w:rsidRDefault="00000000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Rice – 120 g</w:t>
      </w:r>
    </w:p>
    <w:p w14:paraId="275F57E1" w14:textId="77777777" w:rsidR="00581079" w:rsidRPr="008D4AAC" w:rsidRDefault="00000000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Milk – 600 ml</w:t>
      </w:r>
    </w:p>
    <w:p w14:paraId="0FBB0B16" w14:textId="77777777" w:rsidR="00581079" w:rsidRPr="008D4AAC" w:rsidRDefault="00000000">
      <w:pPr>
        <w:pStyle w:val="Heading2"/>
        <w:rPr>
          <w:rFonts w:ascii="Comic Sans MS" w:hAnsi="Comic Sans MS"/>
        </w:rPr>
      </w:pPr>
      <w:r w:rsidRPr="008D4AAC">
        <w:rPr>
          <w:rFonts w:ascii="Comic Sans MS" w:hAnsi="Comic Sans MS"/>
        </w:rPr>
        <w:t>Method</w:t>
      </w:r>
    </w:p>
    <w:p w14:paraId="15A51540" w14:textId="77777777" w:rsidR="00581079" w:rsidRPr="008D4AAC" w:rsidRDefault="00000000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1. Combine minced turkey with grated carrot, form into small balls, and bake for 20–25 mins at 180°C.</w:t>
      </w:r>
    </w:p>
    <w:p w14:paraId="792CEBF3" w14:textId="77777777" w:rsidR="00581079" w:rsidRPr="008D4AAC" w:rsidRDefault="00000000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2. Simmer chopped tomatoes, onion, and garlic for 15 mins to make the sauce.</w:t>
      </w:r>
    </w:p>
    <w:p w14:paraId="4B64AFDB" w14:textId="77777777" w:rsidR="00581079" w:rsidRPr="008D4AAC" w:rsidRDefault="00000000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3. Serve meatballs in sauce with rice pudding for dessert.</w:t>
      </w:r>
    </w:p>
    <w:p w14:paraId="70BB31A8" w14:textId="77777777" w:rsidR="00581079" w:rsidRPr="008D4AAC" w:rsidRDefault="00000000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br/>
        <w:t>Portion sizes: Approx. 3 meatballs + 100 g rice pudding per person.</w:t>
      </w:r>
    </w:p>
    <w:p w14:paraId="586CF6B6" w14:textId="77777777" w:rsidR="00581079" w:rsidRPr="008D4AAC" w:rsidRDefault="00000000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Allergen &amp; Substitution Notes: Contains: Milk. Substitutions: Use dairy-free milk if required.</w:t>
      </w:r>
    </w:p>
    <w:p w14:paraId="6741878C" w14:textId="77777777" w:rsidR="00581079" w:rsidRPr="008D4AAC" w:rsidRDefault="00000000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Storage Guidance: Cool and refrigerate within 90 mins. Consume within 2 days or freeze.</w:t>
      </w:r>
    </w:p>
    <w:p w14:paraId="57F9E11F" w14:textId="77777777" w:rsidR="00581079" w:rsidRPr="008D4AAC" w:rsidRDefault="00000000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br w:type="page"/>
      </w:r>
    </w:p>
    <w:p w14:paraId="283E453E" w14:textId="77777777" w:rsidR="00581079" w:rsidRPr="008D4AAC" w:rsidRDefault="00000000">
      <w:pPr>
        <w:pStyle w:val="Heading1"/>
        <w:rPr>
          <w:rFonts w:ascii="Comic Sans MS" w:hAnsi="Comic Sans MS"/>
        </w:rPr>
      </w:pPr>
      <w:r w:rsidRPr="008D4AAC">
        <w:rPr>
          <w:rFonts w:ascii="Comic Sans MS" w:hAnsi="Comic Sans MS"/>
        </w:rPr>
        <w:lastRenderedPageBreak/>
        <w:t>Day 3 – Tea – Cheese &amp; Tomato Wraps with Apple Slices</w:t>
      </w:r>
    </w:p>
    <w:p w14:paraId="77F33356" w14:textId="77777777" w:rsidR="00581079" w:rsidRPr="008D4AAC" w:rsidRDefault="00000000">
      <w:pPr>
        <w:pStyle w:val="Heading2"/>
        <w:rPr>
          <w:rFonts w:ascii="Comic Sans MS" w:hAnsi="Comic Sans MS"/>
        </w:rPr>
      </w:pPr>
      <w:r w:rsidRPr="008D4AAC">
        <w:rPr>
          <w:rFonts w:ascii="Comic Sans MS" w:hAnsi="Comic Sans MS"/>
        </w:rPr>
        <w:t>Ingredients</w:t>
      </w:r>
    </w:p>
    <w:p w14:paraId="480565F3" w14:textId="77777777" w:rsidR="00581079" w:rsidRPr="008D4AAC" w:rsidRDefault="00000000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 xml:space="preserve">• Mini </w:t>
      </w:r>
      <w:proofErr w:type="spellStart"/>
      <w:r w:rsidRPr="008D4AAC">
        <w:rPr>
          <w:rFonts w:ascii="Comic Sans MS" w:hAnsi="Comic Sans MS"/>
        </w:rPr>
        <w:t>wholemeal</w:t>
      </w:r>
      <w:proofErr w:type="spellEnd"/>
      <w:r w:rsidRPr="008D4AAC">
        <w:rPr>
          <w:rFonts w:ascii="Comic Sans MS" w:hAnsi="Comic Sans MS"/>
        </w:rPr>
        <w:t xml:space="preserve"> wraps – 4</w:t>
      </w:r>
    </w:p>
    <w:p w14:paraId="1224F0EC" w14:textId="77777777" w:rsidR="00581079" w:rsidRPr="008D4AAC" w:rsidRDefault="00000000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Grated cheese – 100 g</w:t>
      </w:r>
    </w:p>
    <w:p w14:paraId="2E3B58D0" w14:textId="77777777" w:rsidR="00581079" w:rsidRPr="008D4AAC" w:rsidRDefault="00000000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Tomatoes – 150 g</w:t>
      </w:r>
    </w:p>
    <w:p w14:paraId="35CAFD8D" w14:textId="77777777" w:rsidR="00581079" w:rsidRPr="008D4AAC" w:rsidRDefault="00000000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Apples – 2</w:t>
      </w:r>
    </w:p>
    <w:p w14:paraId="476DE9D5" w14:textId="77777777" w:rsidR="00581079" w:rsidRPr="008D4AAC" w:rsidRDefault="00000000">
      <w:pPr>
        <w:pStyle w:val="Heading2"/>
        <w:rPr>
          <w:rFonts w:ascii="Comic Sans MS" w:hAnsi="Comic Sans MS"/>
        </w:rPr>
      </w:pPr>
      <w:r w:rsidRPr="008D4AAC">
        <w:rPr>
          <w:rFonts w:ascii="Comic Sans MS" w:hAnsi="Comic Sans MS"/>
        </w:rPr>
        <w:t>Method</w:t>
      </w:r>
    </w:p>
    <w:p w14:paraId="5EB06186" w14:textId="77777777" w:rsidR="00581079" w:rsidRPr="008D4AAC" w:rsidRDefault="00000000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1. Fill wraps with cheese and sliced tomato, roll and lightly toast until warm.</w:t>
      </w:r>
    </w:p>
    <w:p w14:paraId="2F9A4705" w14:textId="77777777" w:rsidR="00581079" w:rsidRPr="008D4AAC" w:rsidRDefault="00000000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2. Serve with apple slices.</w:t>
      </w:r>
    </w:p>
    <w:p w14:paraId="4CA34F86" w14:textId="77777777" w:rsidR="00581079" w:rsidRPr="008D4AAC" w:rsidRDefault="00000000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br/>
        <w:t>Portion sizes: One wrap per person.</w:t>
      </w:r>
    </w:p>
    <w:p w14:paraId="302EB72D" w14:textId="77777777" w:rsidR="00581079" w:rsidRPr="008D4AAC" w:rsidRDefault="00000000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Allergen &amp; Substitution Notes: Contains: Milk, Gluten. Substitutions: Use dairy-free cheese and gluten-free wraps if needed.</w:t>
      </w:r>
    </w:p>
    <w:p w14:paraId="0B35F79E" w14:textId="77777777" w:rsidR="00581079" w:rsidRPr="008D4AAC" w:rsidRDefault="00000000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Storage Guidance: Best served fresh. Refrigerate and consume within 24 hrs.</w:t>
      </w:r>
    </w:p>
    <w:p w14:paraId="306919B4" w14:textId="77777777" w:rsidR="00581079" w:rsidRPr="008D4AAC" w:rsidRDefault="00000000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br w:type="page"/>
      </w:r>
    </w:p>
    <w:p w14:paraId="4B0BD5CC" w14:textId="77777777" w:rsidR="00581079" w:rsidRPr="008D4AAC" w:rsidRDefault="00000000">
      <w:pPr>
        <w:pStyle w:val="Heading1"/>
        <w:rPr>
          <w:rFonts w:ascii="Comic Sans MS" w:hAnsi="Comic Sans MS"/>
        </w:rPr>
      </w:pPr>
      <w:r w:rsidRPr="008D4AAC">
        <w:rPr>
          <w:rFonts w:ascii="Comic Sans MS" w:hAnsi="Comic Sans MS"/>
        </w:rPr>
        <w:lastRenderedPageBreak/>
        <w:t>Day 4 – Lunch – Fish Pie with Peas &amp; Sweetcorn; Yoghurt with Fruit</w:t>
      </w:r>
    </w:p>
    <w:p w14:paraId="2015D0EC" w14:textId="77777777" w:rsidR="00581079" w:rsidRPr="008D4AAC" w:rsidRDefault="00000000">
      <w:pPr>
        <w:pStyle w:val="Heading2"/>
        <w:rPr>
          <w:rFonts w:ascii="Comic Sans MS" w:hAnsi="Comic Sans MS"/>
        </w:rPr>
      </w:pPr>
      <w:r w:rsidRPr="008D4AAC">
        <w:rPr>
          <w:rFonts w:ascii="Comic Sans MS" w:hAnsi="Comic Sans MS"/>
        </w:rPr>
        <w:t>Ingredients</w:t>
      </w:r>
    </w:p>
    <w:p w14:paraId="7FFCB117" w14:textId="77777777" w:rsidR="00581079" w:rsidRPr="008D4AAC" w:rsidRDefault="00000000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White fish fillets – 330 g</w:t>
      </w:r>
    </w:p>
    <w:p w14:paraId="1C22CAE0" w14:textId="77777777" w:rsidR="00581079" w:rsidRPr="008D4AAC" w:rsidRDefault="00000000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Potatoes – 600 g</w:t>
      </w:r>
    </w:p>
    <w:p w14:paraId="7DCDAF3D" w14:textId="77777777" w:rsidR="00581079" w:rsidRPr="008D4AAC" w:rsidRDefault="00000000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Peas – 150 g</w:t>
      </w:r>
    </w:p>
    <w:p w14:paraId="56C8BC62" w14:textId="77777777" w:rsidR="00581079" w:rsidRPr="008D4AAC" w:rsidRDefault="00000000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Sweetcorn – 150 g</w:t>
      </w:r>
    </w:p>
    <w:p w14:paraId="6DEFD3F1" w14:textId="77777777" w:rsidR="00581079" w:rsidRPr="008D4AAC" w:rsidRDefault="00000000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Milk – 300 ml</w:t>
      </w:r>
    </w:p>
    <w:p w14:paraId="24A2A450" w14:textId="77777777" w:rsidR="00581079" w:rsidRPr="008D4AAC" w:rsidRDefault="00000000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Butter or dairy-free spread – 30 g</w:t>
      </w:r>
    </w:p>
    <w:p w14:paraId="0E8649F0" w14:textId="77777777" w:rsidR="00581079" w:rsidRPr="008D4AAC" w:rsidRDefault="00000000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Natural yoghurt – 200 g</w:t>
      </w:r>
    </w:p>
    <w:p w14:paraId="50CF2A7E" w14:textId="77777777" w:rsidR="00581079" w:rsidRPr="008D4AAC" w:rsidRDefault="00000000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Fruit puree – 70 g</w:t>
      </w:r>
    </w:p>
    <w:p w14:paraId="369E075B" w14:textId="77777777" w:rsidR="00581079" w:rsidRPr="008D4AAC" w:rsidRDefault="00000000">
      <w:pPr>
        <w:pStyle w:val="Heading2"/>
        <w:rPr>
          <w:rFonts w:ascii="Comic Sans MS" w:hAnsi="Comic Sans MS"/>
        </w:rPr>
      </w:pPr>
      <w:r w:rsidRPr="008D4AAC">
        <w:rPr>
          <w:rFonts w:ascii="Comic Sans MS" w:hAnsi="Comic Sans MS"/>
        </w:rPr>
        <w:t>Method</w:t>
      </w:r>
    </w:p>
    <w:p w14:paraId="678CF0E4" w14:textId="77777777" w:rsidR="00581079" w:rsidRPr="008D4AAC" w:rsidRDefault="00000000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1. Poach fish in milk, flake into pieces and mix with vegetables.</w:t>
      </w:r>
    </w:p>
    <w:p w14:paraId="25025BEE" w14:textId="77777777" w:rsidR="00581079" w:rsidRPr="008D4AAC" w:rsidRDefault="00000000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2. Prepare mashed potato with milk and butter/spread.</w:t>
      </w:r>
    </w:p>
    <w:p w14:paraId="668D9206" w14:textId="77777777" w:rsidR="00581079" w:rsidRPr="008D4AAC" w:rsidRDefault="00000000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3. Assemble in dish and bake for 20 minutes until golden.</w:t>
      </w:r>
    </w:p>
    <w:p w14:paraId="6027E4D7" w14:textId="77777777" w:rsidR="00581079" w:rsidRPr="008D4AAC" w:rsidRDefault="00000000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4. Serve with fruit yoghurt.</w:t>
      </w:r>
    </w:p>
    <w:p w14:paraId="75830530" w14:textId="77777777" w:rsidR="00581079" w:rsidRPr="008D4AAC" w:rsidRDefault="00000000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br/>
        <w:t>Portion sizes: Approx. 250 g fish pie per person.</w:t>
      </w:r>
    </w:p>
    <w:p w14:paraId="3E6AF0A8" w14:textId="77777777" w:rsidR="00581079" w:rsidRPr="008D4AAC" w:rsidRDefault="00000000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Allergen &amp; Substitution Notes: Contains: Fish, Milk. Substitutions: Use dairy-free milk/spread and plant-based yoghurt if required.</w:t>
      </w:r>
    </w:p>
    <w:p w14:paraId="279F3E5D" w14:textId="77777777" w:rsidR="00581079" w:rsidRPr="008D4AAC" w:rsidRDefault="00000000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Storage Guidance: Cool and refrigerate within 90 mins. Consume within 2 days or freeze.</w:t>
      </w:r>
    </w:p>
    <w:p w14:paraId="23284DC1" w14:textId="77777777" w:rsidR="00581079" w:rsidRPr="008D4AAC" w:rsidRDefault="00000000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br w:type="page"/>
      </w:r>
    </w:p>
    <w:p w14:paraId="5C3BA207" w14:textId="77777777" w:rsidR="00581079" w:rsidRPr="008D4AAC" w:rsidRDefault="00000000">
      <w:pPr>
        <w:pStyle w:val="Heading1"/>
        <w:rPr>
          <w:rFonts w:ascii="Comic Sans MS" w:hAnsi="Comic Sans MS"/>
        </w:rPr>
      </w:pPr>
      <w:r w:rsidRPr="008D4AAC">
        <w:rPr>
          <w:rFonts w:ascii="Comic Sans MS" w:hAnsi="Comic Sans MS"/>
        </w:rPr>
        <w:lastRenderedPageBreak/>
        <w:t>Day 4 – Tea – Vegetable Couscous with Fruit Jelly</w:t>
      </w:r>
    </w:p>
    <w:p w14:paraId="76C3DA3B" w14:textId="77777777" w:rsidR="00581079" w:rsidRPr="008D4AAC" w:rsidRDefault="00000000">
      <w:pPr>
        <w:pStyle w:val="Heading2"/>
        <w:rPr>
          <w:rFonts w:ascii="Comic Sans MS" w:hAnsi="Comic Sans MS"/>
        </w:rPr>
      </w:pPr>
      <w:r w:rsidRPr="008D4AAC">
        <w:rPr>
          <w:rFonts w:ascii="Comic Sans MS" w:hAnsi="Comic Sans MS"/>
        </w:rPr>
        <w:t>Ingredients</w:t>
      </w:r>
    </w:p>
    <w:p w14:paraId="5297F4A8" w14:textId="77777777" w:rsidR="00581079" w:rsidRPr="008D4AAC" w:rsidRDefault="00000000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Couscous – 150 g</w:t>
      </w:r>
    </w:p>
    <w:p w14:paraId="2A91A82D" w14:textId="77777777" w:rsidR="00581079" w:rsidRPr="008D4AAC" w:rsidRDefault="00000000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Mixed vegetables – 300 g</w:t>
      </w:r>
    </w:p>
    <w:p w14:paraId="30ED8357" w14:textId="77777777" w:rsidR="00581079" w:rsidRPr="008D4AAC" w:rsidRDefault="00000000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Olive oil – 20 ml</w:t>
      </w:r>
    </w:p>
    <w:p w14:paraId="22D474E7" w14:textId="77777777" w:rsidR="00581079" w:rsidRPr="008D4AAC" w:rsidRDefault="00000000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Fruit jelly – 300 ml</w:t>
      </w:r>
    </w:p>
    <w:p w14:paraId="4B9582A8" w14:textId="77777777" w:rsidR="00581079" w:rsidRPr="008D4AAC" w:rsidRDefault="00000000">
      <w:pPr>
        <w:pStyle w:val="Heading2"/>
        <w:rPr>
          <w:rFonts w:ascii="Comic Sans MS" w:hAnsi="Comic Sans MS"/>
        </w:rPr>
      </w:pPr>
      <w:r w:rsidRPr="008D4AAC">
        <w:rPr>
          <w:rFonts w:ascii="Comic Sans MS" w:hAnsi="Comic Sans MS"/>
        </w:rPr>
        <w:t>Method</w:t>
      </w:r>
    </w:p>
    <w:p w14:paraId="41C23E79" w14:textId="77777777" w:rsidR="00581079" w:rsidRPr="008D4AAC" w:rsidRDefault="00000000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1. Steam vegetables until soft.</w:t>
      </w:r>
    </w:p>
    <w:p w14:paraId="53E380D2" w14:textId="77777777" w:rsidR="00581079" w:rsidRPr="008D4AAC" w:rsidRDefault="00000000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2. Prepare couscous with boiling water, stir in oil and vegetables.</w:t>
      </w:r>
    </w:p>
    <w:p w14:paraId="59D1E276" w14:textId="77777777" w:rsidR="00581079" w:rsidRPr="008D4AAC" w:rsidRDefault="00000000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3. Serve warm with fruit jelly.</w:t>
      </w:r>
    </w:p>
    <w:p w14:paraId="63E9B177" w14:textId="77777777" w:rsidR="00581079" w:rsidRPr="008D4AAC" w:rsidRDefault="00000000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br/>
        <w:t>Portion sizes: Approx. 200 g per person.</w:t>
      </w:r>
    </w:p>
    <w:p w14:paraId="174A11F4" w14:textId="77777777" w:rsidR="00581079" w:rsidRPr="008D4AAC" w:rsidRDefault="00000000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Allergen &amp; Substitution Notes: Contains: Gluten. Substitutions: Use gluten-free couscous (corn or quinoa-based) if required.</w:t>
      </w:r>
    </w:p>
    <w:p w14:paraId="0F9F6A73" w14:textId="77777777" w:rsidR="00581079" w:rsidRPr="008D4AAC" w:rsidRDefault="00000000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Storage Guidance: Cool and refrigerate within 90 mins. Consume within 2 days.</w:t>
      </w:r>
    </w:p>
    <w:p w14:paraId="3CB321C0" w14:textId="77777777" w:rsidR="008D4AAC" w:rsidRPr="008D4AAC" w:rsidRDefault="008D4AAC">
      <w:pPr>
        <w:rPr>
          <w:rFonts w:ascii="Comic Sans MS" w:hAnsi="Comic Sans MS"/>
        </w:rPr>
      </w:pPr>
    </w:p>
    <w:p w14:paraId="2DB8C036" w14:textId="77777777" w:rsidR="008D4AAC" w:rsidRPr="008D4AAC" w:rsidRDefault="008D4AAC">
      <w:pPr>
        <w:rPr>
          <w:rFonts w:ascii="Comic Sans MS" w:hAnsi="Comic Sans MS"/>
        </w:rPr>
      </w:pPr>
    </w:p>
    <w:p w14:paraId="15C52FEB" w14:textId="77777777" w:rsidR="008D4AAC" w:rsidRPr="008D4AAC" w:rsidRDefault="008D4AAC">
      <w:pPr>
        <w:rPr>
          <w:rFonts w:ascii="Comic Sans MS" w:hAnsi="Comic Sans MS"/>
        </w:rPr>
      </w:pPr>
    </w:p>
    <w:p w14:paraId="53D66B03" w14:textId="77777777" w:rsidR="008D4AAC" w:rsidRPr="008D4AAC" w:rsidRDefault="008D4AAC">
      <w:pPr>
        <w:rPr>
          <w:rFonts w:ascii="Comic Sans MS" w:hAnsi="Comic Sans MS"/>
        </w:rPr>
      </w:pPr>
    </w:p>
    <w:p w14:paraId="60CDD6CA" w14:textId="77777777" w:rsidR="008D4AAC" w:rsidRPr="008D4AAC" w:rsidRDefault="008D4AAC">
      <w:pPr>
        <w:rPr>
          <w:rFonts w:ascii="Comic Sans MS" w:hAnsi="Comic Sans MS"/>
        </w:rPr>
      </w:pPr>
    </w:p>
    <w:p w14:paraId="0792103B" w14:textId="77777777" w:rsidR="008D4AAC" w:rsidRPr="008D4AAC" w:rsidRDefault="008D4AAC">
      <w:pPr>
        <w:rPr>
          <w:rFonts w:ascii="Comic Sans MS" w:hAnsi="Comic Sans MS"/>
        </w:rPr>
      </w:pPr>
    </w:p>
    <w:p w14:paraId="5B0ED90D" w14:textId="77777777" w:rsidR="008D4AAC" w:rsidRPr="008D4AAC" w:rsidRDefault="008D4AAC">
      <w:pPr>
        <w:rPr>
          <w:rFonts w:ascii="Comic Sans MS" w:hAnsi="Comic Sans MS"/>
        </w:rPr>
      </w:pPr>
    </w:p>
    <w:p w14:paraId="6349E4E5" w14:textId="77777777" w:rsidR="008D4AAC" w:rsidRDefault="008D4AAC">
      <w:pPr>
        <w:rPr>
          <w:rFonts w:ascii="Comic Sans MS" w:hAnsi="Comic Sans MS"/>
        </w:rPr>
      </w:pPr>
    </w:p>
    <w:p w14:paraId="15443F0E" w14:textId="77777777" w:rsidR="008D4AAC" w:rsidRPr="008D4AAC" w:rsidRDefault="008D4AAC">
      <w:pPr>
        <w:rPr>
          <w:rFonts w:ascii="Comic Sans MS" w:hAnsi="Comic Sans MS"/>
        </w:rPr>
      </w:pPr>
    </w:p>
    <w:p w14:paraId="7954A1D1" w14:textId="77777777" w:rsidR="008D4AAC" w:rsidRPr="008D4AAC" w:rsidRDefault="008D4AAC" w:rsidP="008D4AAC">
      <w:pPr>
        <w:pStyle w:val="Heading1"/>
        <w:rPr>
          <w:rFonts w:ascii="Comic Sans MS" w:hAnsi="Comic Sans MS"/>
        </w:rPr>
      </w:pPr>
      <w:r w:rsidRPr="008D4AAC">
        <w:rPr>
          <w:rFonts w:ascii="Comic Sans MS" w:hAnsi="Comic Sans MS"/>
        </w:rPr>
        <w:t>Day 5 – Lunch – Lentil &amp; Vegetable Cottage Pie with Berries &amp; Cream</w:t>
      </w:r>
    </w:p>
    <w:p w14:paraId="3ED0BC79" w14:textId="77777777" w:rsidR="008D4AAC" w:rsidRPr="008D4AAC" w:rsidRDefault="008D4AAC" w:rsidP="008D4AAC">
      <w:pPr>
        <w:pStyle w:val="Heading2"/>
        <w:rPr>
          <w:rFonts w:ascii="Comic Sans MS" w:hAnsi="Comic Sans MS"/>
        </w:rPr>
      </w:pPr>
      <w:r w:rsidRPr="008D4AAC">
        <w:rPr>
          <w:rFonts w:ascii="Comic Sans MS" w:hAnsi="Comic Sans MS"/>
        </w:rPr>
        <w:t>Ingredients</w:t>
      </w:r>
    </w:p>
    <w:p w14:paraId="68DB3703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Red lentils – 180 g</w:t>
      </w:r>
    </w:p>
    <w:p w14:paraId="3CDA4BC0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Carrots – 100 g</w:t>
      </w:r>
    </w:p>
    <w:p w14:paraId="1D98E08A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Celery – 75 g</w:t>
      </w:r>
    </w:p>
    <w:p w14:paraId="0CEAD52B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Onion – 75 g</w:t>
      </w:r>
    </w:p>
    <w:p w14:paraId="28008D97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Tomato puree – 30 g</w:t>
      </w:r>
    </w:p>
    <w:p w14:paraId="3844B1D2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Potatoes – 600 g</w:t>
      </w:r>
    </w:p>
    <w:p w14:paraId="3E66A892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Milk – 150 ml</w:t>
      </w:r>
    </w:p>
    <w:p w14:paraId="035DB65E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Butter or dairy-free spread – 30 g</w:t>
      </w:r>
    </w:p>
    <w:p w14:paraId="3D29F902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Mixed berries – 200 g</w:t>
      </w:r>
    </w:p>
    <w:p w14:paraId="0E4298CC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Low-fat cream or yoghurt – 100 g</w:t>
      </w:r>
    </w:p>
    <w:p w14:paraId="2BEC8022" w14:textId="77777777" w:rsidR="008D4AAC" w:rsidRPr="008D4AAC" w:rsidRDefault="008D4AAC" w:rsidP="008D4AAC">
      <w:pPr>
        <w:pStyle w:val="Heading2"/>
        <w:rPr>
          <w:rFonts w:ascii="Comic Sans MS" w:hAnsi="Comic Sans MS"/>
        </w:rPr>
      </w:pPr>
      <w:r w:rsidRPr="008D4AAC">
        <w:rPr>
          <w:rFonts w:ascii="Comic Sans MS" w:hAnsi="Comic Sans MS"/>
        </w:rPr>
        <w:t>Method</w:t>
      </w:r>
    </w:p>
    <w:p w14:paraId="2AFC70C5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1. Simmer lentils with diced vegetables and tomato puree in 400 ml water until soft.</w:t>
      </w:r>
    </w:p>
    <w:p w14:paraId="317EF5EE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2. Boil and mash potatoes with milk and butter/spread.</w:t>
      </w:r>
    </w:p>
    <w:p w14:paraId="6EAD866C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3. Spoon lentil mixture into a dish, top with mash, and bake for 20 minutes at 180°C until golden.</w:t>
      </w:r>
    </w:p>
    <w:p w14:paraId="120ACAB5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4. Serve with berries and cream for dessert.</w:t>
      </w:r>
    </w:p>
    <w:p w14:paraId="430F43C4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br/>
        <w:t>Portion sizes: Approx. 300 g cottage pie per person.</w:t>
      </w:r>
    </w:p>
    <w:p w14:paraId="3BA79104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Allergen &amp; Substitution Notes: Contains: Milk. Substitute with dairy-free milk/spread if required.</w:t>
      </w:r>
    </w:p>
    <w:p w14:paraId="267325FD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Storage Guidance: Cool and refrigerate within 90 mins. Consume within 2 days or freeze.</w:t>
      </w:r>
    </w:p>
    <w:p w14:paraId="2A852517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br w:type="page"/>
      </w:r>
    </w:p>
    <w:p w14:paraId="50ECB673" w14:textId="77777777" w:rsidR="008D4AAC" w:rsidRPr="008D4AAC" w:rsidRDefault="008D4AAC" w:rsidP="008D4AAC">
      <w:pPr>
        <w:pStyle w:val="Heading1"/>
        <w:rPr>
          <w:rFonts w:ascii="Comic Sans MS" w:hAnsi="Comic Sans MS"/>
        </w:rPr>
      </w:pPr>
      <w:r w:rsidRPr="008D4AAC">
        <w:rPr>
          <w:rFonts w:ascii="Comic Sans MS" w:hAnsi="Comic Sans MS"/>
        </w:rPr>
        <w:lastRenderedPageBreak/>
        <w:t>Day 5 – Tea – Egg Muffins with Salad &amp; Orange Segments</w:t>
      </w:r>
    </w:p>
    <w:p w14:paraId="2420447A" w14:textId="77777777" w:rsidR="008D4AAC" w:rsidRPr="008D4AAC" w:rsidRDefault="008D4AAC" w:rsidP="008D4AAC">
      <w:pPr>
        <w:pStyle w:val="Heading2"/>
        <w:rPr>
          <w:rFonts w:ascii="Comic Sans MS" w:hAnsi="Comic Sans MS"/>
        </w:rPr>
      </w:pPr>
      <w:r w:rsidRPr="008D4AAC">
        <w:rPr>
          <w:rFonts w:ascii="Comic Sans MS" w:hAnsi="Comic Sans MS"/>
        </w:rPr>
        <w:t>Ingredients</w:t>
      </w:r>
    </w:p>
    <w:p w14:paraId="04EFC8FA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Eggs – 4</w:t>
      </w:r>
    </w:p>
    <w:p w14:paraId="7DFDCB53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Cheese (optional) – 40 g</w:t>
      </w:r>
    </w:p>
    <w:p w14:paraId="0C6E2B50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Mixed diced vegetables – 200 g</w:t>
      </w:r>
    </w:p>
    <w:p w14:paraId="79804EC9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Olive oil – 10 ml</w:t>
      </w:r>
    </w:p>
    <w:p w14:paraId="4A5B7419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Lettuce, cucumber, tomato – 150 g</w:t>
      </w:r>
    </w:p>
    <w:p w14:paraId="3181BF52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Oranges – 2</w:t>
      </w:r>
    </w:p>
    <w:p w14:paraId="59957744" w14:textId="77777777" w:rsidR="008D4AAC" w:rsidRPr="008D4AAC" w:rsidRDefault="008D4AAC" w:rsidP="008D4AAC">
      <w:pPr>
        <w:pStyle w:val="Heading2"/>
        <w:rPr>
          <w:rFonts w:ascii="Comic Sans MS" w:hAnsi="Comic Sans MS"/>
        </w:rPr>
      </w:pPr>
      <w:r w:rsidRPr="008D4AAC">
        <w:rPr>
          <w:rFonts w:ascii="Comic Sans MS" w:hAnsi="Comic Sans MS"/>
        </w:rPr>
        <w:t>Method</w:t>
      </w:r>
    </w:p>
    <w:p w14:paraId="560D5AAC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1. Whisk eggs and mix with vegetables and cheese if using.</w:t>
      </w:r>
    </w:p>
    <w:p w14:paraId="595C52B2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2. Spoon into muffin tins and bake for 15–20 minutes at 180°C until firm.</w:t>
      </w:r>
    </w:p>
    <w:p w14:paraId="45DD6B2D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3. Serve warm with salad and orange segments.</w:t>
      </w:r>
    </w:p>
    <w:p w14:paraId="5A65887E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br/>
        <w:t>Portion sizes: 2 egg muffins per adult, 1 per child.</w:t>
      </w:r>
    </w:p>
    <w:p w14:paraId="0432403D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Allergen &amp; Substitution Notes: Contains: Egg, Milk. Substitute cheese with dairy-free alternative if required.</w:t>
      </w:r>
    </w:p>
    <w:p w14:paraId="16D71E4F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Storage Guidance: Store in fridge up to 2 days. Reheat thoroughly before serving.</w:t>
      </w:r>
    </w:p>
    <w:p w14:paraId="55B26E60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br w:type="page"/>
      </w:r>
    </w:p>
    <w:p w14:paraId="39414320" w14:textId="77777777" w:rsidR="008D4AAC" w:rsidRPr="008D4AAC" w:rsidRDefault="008D4AAC" w:rsidP="008D4AAC">
      <w:pPr>
        <w:pStyle w:val="Heading1"/>
        <w:rPr>
          <w:rFonts w:ascii="Comic Sans MS" w:hAnsi="Comic Sans MS"/>
        </w:rPr>
      </w:pPr>
      <w:r w:rsidRPr="008D4AAC">
        <w:rPr>
          <w:rFonts w:ascii="Comic Sans MS" w:hAnsi="Comic Sans MS"/>
        </w:rPr>
        <w:lastRenderedPageBreak/>
        <w:t>Day 6 – Lunch – Chicken Curry with Rice; Peach Slices</w:t>
      </w:r>
    </w:p>
    <w:p w14:paraId="17B8EBD5" w14:textId="77777777" w:rsidR="008D4AAC" w:rsidRPr="008D4AAC" w:rsidRDefault="008D4AAC" w:rsidP="008D4AAC">
      <w:pPr>
        <w:pStyle w:val="Heading2"/>
        <w:rPr>
          <w:rFonts w:ascii="Comic Sans MS" w:hAnsi="Comic Sans MS"/>
        </w:rPr>
      </w:pPr>
      <w:r w:rsidRPr="008D4AAC">
        <w:rPr>
          <w:rFonts w:ascii="Comic Sans MS" w:hAnsi="Comic Sans MS"/>
        </w:rPr>
        <w:t>Ingredients</w:t>
      </w:r>
    </w:p>
    <w:p w14:paraId="2C3C0F9D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Chicken breast – 350 g</w:t>
      </w:r>
    </w:p>
    <w:p w14:paraId="172FCD95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Mild curry powder – 5 g</w:t>
      </w:r>
    </w:p>
    <w:p w14:paraId="1FEE94EA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Onion – 75 g</w:t>
      </w:r>
    </w:p>
    <w:p w14:paraId="1ED388EF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Tomatoes – 200 g</w:t>
      </w:r>
    </w:p>
    <w:p w14:paraId="34390DF2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Coconut milk – 200 ml</w:t>
      </w:r>
    </w:p>
    <w:p w14:paraId="0BD8BD95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Rice – 180 g</w:t>
      </w:r>
    </w:p>
    <w:p w14:paraId="14EDA73E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Tinned peaches – 200 g</w:t>
      </w:r>
    </w:p>
    <w:p w14:paraId="7C35AC25" w14:textId="77777777" w:rsidR="008D4AAC" w:rsidRPr="008D4AAC" w:rsidRDefault="008D4AAC" w:rsidP="008D4AAC">
      <w:pPr>
        <w:pStyle w:val="Heading2"/>
        <w:rPr>
          <w:rFonts w:ascii="Comic Sans MS" w:hAnsi="Comic Sans MS"/>
        </w:rPr>
      </w:pPr>
      <w:r w:rsidRPr="008D4AAC">
        <w:rPr>
          <w:rFonts w:ascii="Comic Sans MS" w:hAnsi="Comic Sans MS"/>
        </w:rPr>
        <w:t>Method</w:t>
      </w:r>
    </w:p>
    <w:p w14:paraId="3219F13E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1. Dice chicken and cook with onion until browned.</w:t>
      </w:r>
    </w:p>
    <w:p w14:paraId="28489D49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2. Add tomatoes, curry powder, and coconut milk, simmer for 20 mins.</w:t>
      </w:r>
    </w:p>
    <w:p w14:paraId="04C6B11F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3. Cook rice separately and serve with curry.</w:t>
      </w:r>
    </w:p>
    <w:p w14:paraId="55859D32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4. Serve peach slices for dessert.</w:t>
      </w:r>
    </w:p>
    <w:p w14:paraId="01EC6414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br/>
        <w:t>Portion sizes: Approx. 250 g curry + 100 g rice per person.</w:t>
      </w:r>
    </w:p>
    <w:p w14:paraId="64C80FBB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Allergen &amp; Substitution Notes: Contains: None common. Check coconut milk brand for nut warnings.</w:t>
      </w:r>
    </w:p>
    <w:p w14:paraId="6A10692D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Storage Guidance: Cool quickly and refrigerate within 90 mins. Consume within 2 days.</w:t>
      </w:r>
    </w:p>
    <w:p w14:paraId="129FD7F0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br w:type="page"/>
      </w:r>
    </w:p>
    <w:p w14:paraId="192BDDF1" w14:textId="77777777" w:rsidR="008D4AAC" w:rsidRPr="008D4AAC" w:rsidRDefault="008D4AAC" w:rsidP="008D4AAC">
      <w:pPr>
        <w:pStyle w:val="Heading1"/>
        <w:rPr>
          <w:rFonts w:ascii="Comic Sans MS" w:hAnsi="Comic Sans MS"/>
        </w:rPr>
      </w:pPr>
      <w:r w:rsidRPr="008D4AAC">
        <w:rPr>
          <w:rFonts w:ascii="Comic Sans MS" w:hAnsi="Comic Sans MS"/>
        </w:rPr>
        <w:lastRenderedPageBreak/>
        <w:t>Day 6 – Tea – Vegetable Stir-Fry with Noodles &amp; Pineapple</w:t>
      </w:r>
    </w:p>
    <w:p w14:paraId="42EE3287" w14:textId="77777777" w:rsidR="008D4AAC" w:rsidRPr="008D4AAC" w:rsidRDefault="008D4AAC" w:rsidP="008D4AAC">
      <w:pPr>
        <w:pStyle w:val="Heading2"/>
        <w:rPr>
          <w:rFonts w:ascii="Comic Sans MS" w:hAnsi="Comic Sans MS"/>
        </w:rPr>
      </w:pPr>
      <w:r w:rsidRPr="008D4AAC">
        <w:rPr>
          <w:rFonts w:ascii="Comic Sans MS" w:hAnsi="Comic Sans MS"/>
        </w:rPr>
        <w:t>Ingredients</w:t>
      </w:r>
    </w:p>
    <w:p w14:paraId="471545ED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Egg noodles – 200 g</w:t>
      </w:r>
    </w:p>
    <w:p w14:paraId="1628699F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Mixed vegetables (broccoli, peppers, carrots) – 300 g</w:t>
      </w:r>
    </w:p>
    <w:p w14:paraId="2768A80B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Soy sauce (low salt) – 15 ml</w:t>
      </w:r>
    </w:p>
    <w:p w14:paraId="75037912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Pineapple chunks – 200 g</w:t>
      </w:r>
    </w:p>
    <w:p w14:paraId="2148A7E5" w14:textId="77777777" w:rsidR="008D4AAC" w:rsidRPr="008D4AAC" w:rsidRDefault="008D4AAC" w:rsidP="008D4AAC">
      <w:pPr>
        <w:pStyle w:val="Heading2"/>
        <w:rPr>
          <w:rFonts w:ascii="Comic Sans MS" w:hAnsi="Comic Sans MS"/>
        </w:rPr>
      </w:pPr>
      <w:r w:rsidRPr="008D4AAC">
        <w:rPr>
          <w:rFonts w:ascii="Comic Sans MS" w:hAnsi="Comic Sans MS"/>
        </w:rPr>
        <w:t>Method</w:t>
      </w:r>
    </w:p>
    <w:p w14:paraId="7B5DB582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1. Boil noodles and drain.</w:t>
      </w:r>
    </w:p>
    <w:p w14:paraId="55093AB4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2. Stir-fry vegetables with a little oil and soy sauce for 5–7 mins.</w:t>
      </w:r>
    </w:p>
    <w:p w14:paraId="5E1DFC9B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3. Add noodles and toss together.</w:t>
      </w:r>
    </w:p>
    <w:p w14:paraId="3F70B1C2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4. Serve with pineapple chunks.</w:t>
      </w:r>
    </w:p>
    <w:p w14:paraId="61602515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br/>
        <w:t>Portion sizes: Approx. 250 g stir-fry per person.</w:t>
      </w:r>
    </w:p>
    <w:p w14:paraId="407B8D04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Allergen &amp; Substitution Notes: Contains: Gluten, Soy. Substitute with gluten-free rice noodles and tamari if needed.</w:t>
      </w:r>
    </w:p>
    <w:p w14:paraId="5EDDABFE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Storage Guidance: Cool quickly and refrigerate within 90 mins. Consume within 2 days.</w:t>
      </w:r>
    </w:p>
    <w:p w14:paraId="791C0B6F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br w:type="page"/>
      </w:r>
    </w:p>
    <w:p w14:paraId="43EF8B33" w14:textId="77777777" w:rsidR="008D4AAC" w:rsidRPr="008D4AAC" w:rsidRDefault="008D4AAC" w:rsidP="008D4AAC">
      <w:pPr>
        <w:pStyle w:val="Heading1"/>
        <w:rPr>
          <w:rFonts w:ascii="Comic Sans MS" w:hAnsi="Comic Sans MS"/>
        </w:rPr>
      </w:pPr>
      <w:r w:rsidRPr="008D4AAC">
        <w:rPr>
          <w:rFonts w:ascii="Comic Sans MS" w:hAnsi="Comic Sans MS"/>
        </w:rPr>
        <w:lastRenderedPageBreak/>
        <w:t>Day 7 – Lunch – Spaghetti Bolognese with Fruit &amp; Yoghurt</w:t>
      </w:r>
    </w:p>
    <w:p w14:paraId="57BBF054" w14:textId="77777777" w:rsidR="008D4AAC" w:rsidRPr="008D4AAC" w:rsidRDefault="008D4AAC" w:rsidP="008D4AAC">
      <w:pPr>
        <w:pStyle w:val="Heading2"/>
        <w:rPr>
          <w:rFonts w:ascii="Comic Sans MS" w:hAnsi="Comic Sans MS"/>
        </w:rPr>
      </w:pPr>
      <w:r w:rsidRPr="008D4AAC">
        <w:rPr>
          <w:rFonts w:ascii="Comic Sans MS" w:hAnsi="Comic Sans MS"/>
        </w:rPr>
        <w:t>Ingredients</w:t>
      </w:r>
    </w:p>
    <w:p w14:paraId="5FFFA752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Lean minced beef – 350 g</w:t>
      </w:r>
    </w:p>
    <w:p w14:paraId="6DC2E8B3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Chopped tomatoes – 400 ml</w:t>
      </w:r>
    </w:p>
    <w:p w14:paraId="69661B27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Onion – 75 g</w:t>
      </w:r>
    </w:p>
    <w:p w14:paraId="0D2C9863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Carrots – 100 g</w:t>
      </w:r>
    </w:p>
    <w:p w14:paraId="02DED30E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Garlic – 1 clove</w:t>
      </w:r>
    </w:p>
    <w:p w14:paraId="39535F55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Wholewheat spaghetti – 200 g</w:t>
      </w:r>
    </w:p>
    <w:p w14:paraId="4E7D0FE7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Natural yoghurt – 200 g</w:t>
      </w:r>
    </w:p>
    <w:p w14:paraId="2ED80176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Fruit puree – 70 g</w:t>
      </w:r>
    </w:p>
    <w:p w14:paraId="2FBCDEF7" w14:textId="77777777" w:rsidR="008D4AAC" w:rsidRPr="008D4AAC" w:rsidRDefault="008D4AAC" w:rsidP="008D4AAC">
      <w:pPr>
        <w:pStyle w:val="Heading2"/>
        <w:rPr>
          <w:rFonts w:ascii="Comic Sans MS" w:hAnsi="Comic Sans MS"/>
        </w:rPr>
      </w:pPr>
      <w:r w:rsidRPr="008D4AAC">
        <w:rPr>
          <w:rFonts w:ascii="Comic Sans MS" w:hAnsi="Comic Sans MS"/>
        </w:rPr>
        <w:t>Method</w:t>
      </w:r>
    </w:p>
    <w:p w14:paraId="7BC26E10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1. Cook minced beef with onion and garlic until browned.</w:t>
      </w:r>
    </w:p>
    <w:p w14:paraId="6D054ED3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2. Add tomatoes and grated carrot, simmer for 20 mins.</w:t>
      </w:r>
    </w:p>
    <w:p w14:paraId="7FADEDF5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3. Serve with cooked spaghetti and fruit yoghurt for dessert.</w:t>
      </w:r>
    </w:p>
    <w:p w14:paraId="4E8ED334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br/>
        <w:t>Portion sizes: Approx. 250 g Bolognese per person.</w:t>
      </w:r>
    </w:p>
    <w:p w14:paraId="58494DD4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Allergen &amp; Substitution Notes: Contains: Gluten, Milk. Use gluten-free pasta and dairy-free yoghurt if needed.</w:t>
      </w:r>
    </w:p>
    <w:p w14:paraId="0F3B92FD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Storage Guidance: Cool and refrigerate within 90 mins. Consume within 2 days or freeze.</w:t>
      </w:r>
    </w:p>
    <w:p w14:paraId="7B82A6A2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br w:type="page"/>
      </w:r>
    </w:p>
    <w:p w14:paraId="5E3F93EE" w14:textId="77777777" w:rsidR="008D4AAC" w:rsidRPr="008D4AAC" w:rsidRDefault="008D4AAC" w:rsidP="008D4AAC">
      <w:pPr>
        <w:pStyle w:val="Heading1"/>
        <w:rPr>
          <w:rFonts w:ascii="Comic Sans MS" w:hAnsi="Comic Sans MS"/>
        </w:rPr>
      </w:pPr>
      <w:r w:rsidRPr="008D4AAC">
        <w:rPr>
          <w:rFonts w:ascii="Comic Sans MS" w:hAnsi="Comic Sans MS"/>
        </w:rPr>
        <w:lastRenderedPageBreak/>
        <w:t>Day 7 – Tea – Mini Pitta Pizzas with Melon Cubes</w:t>
      </w:r>
    </w:p>
    <w:p w14:paraId="481AEDB3" w14:textId="77777777" w:rsidR="008D4AAC" w:rsidRPr="008D4AAC" w:rsidRDefault="008D4AAC" w:rsidP="008D4AAC">
      <w:pPr>
        <w:pStyle w:val="Heading2"/>
        <w:rPr>
          <w:rFonts w:ascii="Comic Sans MS" w:hAnsi="Comic Sans MS"/>
        </w:rPr>
      </w:pPr>
      <w:r w:rsidRPr="008D4AAC">
        <w:rPr>
          <w:rFonts w:ascii="Comic Sans MS" w:hAnsi="Comic Sans MS"/>
        </w:rPr>
        <w:t>Ingredients</w:t>
      </w:r>
    </w:p>
    <w:p w14:paraId="4C1DB681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 xml:space="preserve">• Mini </w:t>
      </w:r>
      <w:proofErr w:type="spellStart"/>
      <w:r w:rsidRPr="008D4AAC">
        <w:rPr>
          <w:rFonts w:ascii="Comic Sans MS" w:hAnsi="Comic Sans MS"/>
        </w:rPr>
        <w:t>wholemeal</w:t>
      </w:r>
      <w:proofErr w:type="spellEnd"/>
      <w:r w:rsidRPr="008D4AAC">
        <w:rPr>
          <w:rFonts w:ascii="Comic Sans MS" w:hAnsi="Comic Sans MS"/>
        </w:rPr>
        <w:t xml:space="preserve"> pittas – 4</w:t>
      </w:r>
    </w:p>
    <w:p w14:paraId="2AEF61D5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Tomato puree – 40 g</w:t>
      </w:r>
    </w:p>
    <w:p w14:paraId="3C890298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Grated cheese – 80 g</w:t>
      </w:r>
    </w:p>
    <w:p w14:paraId="6F354F5E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Mixed vegetables (sweetcorn, peppers) – 100 g</w:t>
      </w:r>
    </w:p>
    <w:p w14:paraId="6B32B44B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Melon – 200 g</w:t>
      </w:r>
    </w:p>
    <w:p w14:paraId="133B97DC" w14:textId="77777777" w:rsidR="008D4AAC" w:rsidRPr="008D4AAC" w:rsidRDefault="008D4AAC" w:rsidP="008D4AAC">
      <w:pPr>
        <w:pStyle w:val="Heading2"/>
        <w:rPr>
          <w:rFonts w:ascii="Comic Sans MS" w:hAnsi="Comic Sans MS"/>
        </w:rPr>
      </w:pPr>
      <w:r w:rsidRPr="008D4AAC">
        <w:rPr>
          <w:rFonts w:ascii="Comic Sans MS" w:hAnsi="Comic Sans MS"/>
        </w:rPr>
        <w:t>Method</w:t>
      </w:r>
    </w:p>
    <w:p w14:paraId="703D9B13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1. Spread tomato puree on pittas, top with cheese and veg.</w:t>
      </w:r>
    </w:p>
    <w:p w14:paraId="06732509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2. Bake at 180°C for 10 mins until cheese melts.</w:t>
      </w:r>
    </w:p>
    <w:p w14:paraId="0A608AF0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3. Serve with melon cubes.</w:t>
      </w:r>
    </w:p>
    <w:p w14:paraId="34BEC34C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br/>
        <w:t>Portion sizes: One pitta per person.</w:t>
      </w:r>
    </w:p>
    <w:p w14:paraId="15571799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Allergen &amp; Substitution Notes: Contains: Milk, Gluten. Use gluten-free pittas and dairy-free cheese if required.</w:t>
      </w:r>
    </w:p>
    <w:p w14:paraId="49310C04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Storage Guidance: Best served fresh. Consume within 24 hrs.</w:t>
      </w:r>
    </w:p>
    <w:p w14:paraId="79A6E192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br w:type="page"/>
      </w:r>
    </w:p>
    <w:p w14:paraId="1228A25E" w14:textId="77777777" w:rsidR="008D4AAC" w:rsidRPr="008D4AAC" w:rsidRDefault="008D4AAC" w:rsidP="008D4AAC">
      <w:pPr>
        <w:pStyle w:val="Heading1"/>
        <w:rPr>
          <w:rFonts w:ascii="Comic Sans MS" w:hAnsi="Comic Sans MS"/>
        </w:rPr>
      </w:pPr>
      <w:r w:rsidRPr="008D4AAC">
        <w:rPr>
          <w:rFonts w:ascii="Comic Sans MS" w:hAnsi="Comic Sans MS"/>
        </w:rPr>
        <w:lastRenderedPageBreak/>
        <w:t>Day 8 – Lunch – Salmon Fishcakes with Potato Wedges &amp; Peas; Apple Crumble</w:t>
      </w:r>
    </w:p>
    <w:p w14:paraId="3BE99B3C" w14:textId="77777777" w:rsidR="008D4AAC" w:rsidRPr="008D4AAC" w:rsidRDefault="008D4AAC" w:rsidP="008D4AAC">
      <w:pPr>
        <w:pStyle w:val="Heading2"/>
        <w:rPr>
          <w:rFonts w:ascii="Comic Sans MS" w:hAnsi="Comic Sans MS"/>
        </w:rPr>
      </w:pPr>
      <w:r w:rsidRPr="008D4AAC">
        <w:rPr>
          <w:rFonts w:ascii="Comic Sans MS" w:hAnsi="Comic Sans MS"/>
        </w:rPr>
        <w:t>Ingredients</w:t>
      </w:r>
    </w:p>
    <w:p w14:paraId="0BF51149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Salmon fillets – 350 g</w:t>
      </w:r>
    </w:p>
    <w:p w14:paraId="53A4D1BE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Potatoes – 600 g</w:t>
      </w:r>
    </w:p>
    <w:p w14:paraId="750F5703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Peas – 150 g</w:t>
      </w:r>
    </w:p>
    <w:p w14:paraId="688A0AFE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Butter – 30 g</w:t>
      </w:r>
    </w:p>
    <w:p w14:paraId="12D4AAB0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Flour – 40 g</w:t>
      </w:r>
    </w:p>
    <w:p w14:paraId="03A4D172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Oats – 60 g</w:t>
      </w:r>
    </w:p>
    <w:p w14:paraId="6503BC08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Apples – 300 g</w:t>
      </w:r>
    </w:p>
    <w:p w14:paraId="5B5172E5" w14:textId="77777777" w:rsidR="008D4AAC" w:rsidRPr="008D4AAC" w:rsidRDefault="008D4AAC" w:rsidP="008D4AAC">
      <w:pPr>
        <w:pStyle w:val="Heading2"/>
        <w:rPr>
          <w:rFonts w:ascii="Comic Sans MS" w:hAnsi="Comic Sans MS"/>
        </w:rPr>
      </w:pPr>
      <w:r w:rsidRPr="008D4AAC">
        <w:rPr>
          <w:rFonts w:ascii="Comic Sans MS" w:hAnsi="Comic Sans MS"/>
        </w:rPr>
        <w:t>Method</w:t>
      </w:r>
    </w:p>
    <w:p w14:paraId="5EB19BEC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1. Boil and mash potatoes. Mix with flaked cooked salmon.</w:t>
      </w:r>
    </w:p>
    <w:p w14:paraId="5EB799AE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2. Shape into fishcakes, bake 20 mins at 180°C.</w:t>
      </w:r>
    </w:p>
    <w:p w14:paraId="448F8619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3. Serve with peas and wedges.</w:t>
      </w:r>
    </w:p>
    <w:p w14:paraId="51183769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4. Prepare crumble with flour, oats, butter, and apples; bake until golden.</w:t>
      </w:r>
    </w:p>
    <w:p w14:paraId="2912982E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br/>
        <w:t>Portion sizes: 1–2 fishcakes per person.</w:t>
      </w:r>
    </w:p>
    <w:p w14:paraId="4964D8CE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Allergen &amp; Substitution Notes: Contains: Fish, Gluten, Milk. Substitute with dairy-free butter and gluten-free oats if required.</w:t>
      </w:r>
    </w:p>
    <w:p w14:paraId="3CDE243D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Storage Guidance: Cool and refrigerate within 90 mins. Consume within 2 days.</w:t>
      </w:r>
    </w:p>
    <w:p w14:paraId="312103FD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br w:type="page"/>
      </w:r>
    </w:p>
    <w:p w14:paraId="5AA2D3DB" w14:textId="77777777" w:rsidR="008D4AAC" w:rsidRPr="008D4AAC" w:rsidRDefault="008D4AAC" w:rsidP="008D4AAC">
      <w:pPr>
        <w:pStyle w:val="Heading1"/>
        <w:rPr>
          <w:rFonts w:ascii="Comic Sans MS" w:hAnsi="Comic Sans MS"/>
        </w:rPr>
      </w:pPr>
      <w:r w:rsidRPr="008D4AAC">
        <w:rPr>
          <w:rFonts w:ascii="Comic Sans MS" w:hAnsi="Comic Sans MS"/>
        </w:rPr>
        <w:lastRenderedPageBreak/>
        <w:t>Day 8 – Tea – Hummus &amp; Veggie Sticks with Breadsticks and Fruit</w:t>
      </w:r>
    </w:p>
    <w:p w14:paraId="33A65552" w14:textId="77777777" w:rsidR="008D4AAC" w:rsidRPr="008D4AAC" w:rsidRDefault="008D4AAC" w:rsidP="008D4AAC">
      <w:pPr>
        <w:pStyle w:val="Heading2"/>
        <w:rPr>
          <w:rFonts w:ascii="Comic Sans MS" w:hAnsi="Comic Sans MS"/>
        </w:rPr>
      </w:pPr>
      <w:r w:rsidRPr="008D4AAC">
        <w:rPr>
          <w:rFonts w:ascii="Comic Sans MS" w:hAnsi="Comic Sans MS"/>
        </w:rPr>
        <w:t>Ingredients</w:t>
      </w:r>
    </w:p>
    <w:p w14:paraId="0F23FFB0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Chickpeas – 200 g</w:t>
      </w:r>
    </w:p>
    <w:p w14:paraId="7314AEB1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Tahini – 20 g</w:t>
      </w:r>
    </w:p>
    <w:p w14:paraId="7B7EBF7F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Olive oil – 20 ml</w:t>
      </w:r>
    </w:p>
    <w:p w14:paraId="48856D70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Lemon juice – 10 ml</w:t>
      </w:r>
    </w:p>
    <w:p w14:paraId="41C436BB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Carrot &amp; cucumber sticks – 200 g</w:t>
      </w:r>
    </w:p>
    <w:p w14:paraId="1F7483FE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Breadsticks – 50 g</w:t>
      </w:r>
    </w:p>
    <w:p w14:paraId="53F87BDE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Fruit (grapes, apple) – 200 g</w:t>
      </w:r>
    </w:p>
    <w:p w14:paraId="7EB4D042" w14:textId="77777777" w:rsidR="008D4AAC" w:rsidRPr="008D4AAC" w:rsidRDefault="008D4AAC" w:rsidP="008D4AAC">
      <w:pPr>
        <w:pStyle w:val="Heading2"/>
        <w:rPr>
          <w:rFonts w:ascii="Comic Sans MS" w:hAnsi="Comic Sans MS"/>
        </w:rPr>
      </w:pPr>
      <w:r w:rsidRPr="008D4AAC">
        <w:rPr>
          <w:rFonts w:ascii="Comic Sans MS" w:hAnsi="Comic Sans MS"/>
        </w:rPr>
        <w:t>Method</w:t>
      </w:r>
    </w:p>
    <w:p w14:paraId="79A6614B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1. Blend chickpeas, tahini, olive oil, and lemon juice to make hummus.</w:t>
      </w:r>
    </w:p>
    <w:p w14:paraId="44505E7D" w14:textId="7633AD03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2. Serve with vegetable sticks, breadsticks, and fruit.</w:t>
      </w:r>
      <w:r w:rsidRPr="008D4AAC">
        <w:rPr>
          <w:rFonts w:ascii="Comic Sans MS" w:hAnsi="Comic Sans MS"/>
        </w:rPr>
        <w:br/>
        <w:t>Portion sizes: Approx. 80 g hummus with sides per person.</w:t>
      </w:r>
    </w:p>
    <w:p w14:paraId="5A45C73D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Allergen &amp; Substitution Notes: Contains: Sesame, Gluten. Use sesame-free hummus and gluten-free breadsticks if needed.</w:t>
      </w:r>
    </w:p>
    <w:p w14:paraId="41F9433B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Storage Guidance: Keep chilled and consume within 2 days.</w:t>
      </w:r>
    </w:p>
    <w:p w14:paraId="56FCB1C8" w14:textId="77777777" w:rsidR="008D4AAC" w:rsidRPr="008D4AAC" w:rsidRDefault="008D4AAC" w:rsidP="008D4AAC">
      <w:pPr>
        <w:pStyle w:val="Heading1"/>
        <w:rPr>
          <w:rFonts w:ascii="Comic Sans MS" w:hAnsi="Comic Sans MS"/>
        </w:rPr>
      </w:pPr>
      <w:r w:rsidRPr="008D4AAC">
        <w:rPr>
          <w:rFonts w:ascii="Comic Sans MS" w:hAnsi="Comic Sans MS"/>
        </w:rPr>
        <w:t>Day 9 – Lunch – Shepherd’s Pie with Fruit Custard</w:t>
      </w:r>
    </w:p>
    <w:p w14:paraId="373D1754" w14:textId="77777777" w:rsidR="008D4AAC" w:rsidRPr="008D4AAC" w:rsidRDefault="008D4AAC" w:rsidP="008D4AAC">
      <w:pPr>
        <w:pStyle w:val="Heading2"/>
        <w:rPr>
          <w:rFonts w:ascii="Comic Sans MS" w:hAnsi="Comic Sans MS"/>
        </w:rPr>
      </w:pPr>
      <w:r w:rsidRPr="008D4AAC">
        <w:rPr>
          <w:rFonts w:ascii="Comic Sans MS" w:hAnsi="Comic Sans MS"/>
        </w:rPr>
        <w:t>Ingredients</w:t>
      </w:r>
    </w:p>
    <w:p w14:paraId="3DB4CAE8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Lean minced lamb – 4 kg</w:t>
      </w:r>
    </w:p>
    <w:p w14:paraId="5BD8F481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Onions – 1 kg</w:t>
      </w:r>
    </w:p>
    <w:p w14:paraId="2D28EAFB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Carrots – 2 kg</w:t>
      </w:r>
    </w:p>
    <w:p w14:paraId="15CB6B2A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Peas – 1.5 kg</w:t>
      </w:r>
    </w:p>
    <w:p w14:paraId="37DAE4C7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Potatoes – 6 kg</w:t>
      </w:r>
    </w:p>
    <w:p w14:paraId="63877ACF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Milk – 2.5 L</w:t>
      </w:r>
    </w:p>
    <w:p w14:paraId="5F7F5334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Butter or dairy-free spread – 300 g</w:t>
      </w:r>
    </w:p>
    <w:p w14:paraId="32A7E355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Custard – 4 L</w:t>
      </w:r>
    </w:p>
    <w:p w14:paraId="6DC90DDE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Fruit mix – 2 kg</w:t>
      </w:r>
    </w:p>
    <w:p w14:paraId="5525DD42" w14:textId="77777777" w:rsidR="008D4AAC" w:rsidRPr="008D4AAC" w:rsidRDefault="008D4AAC" w:rsidP="008D4AAC">
      <w:pPr>
        <w:pStyle w:val="Heading2"/>
        <w:rPr>
          <w:rFonts w:ascii="Comic Sans MS" w:hAnsi="Comic Sans MS"/>
        </w:rPr>
      </w:pPr>
      <w:r w:rsidRPr="008D4AAC">
        <w:rPr>
          <w:rFonts w:ascii="Comic Sans MS" w:hAnsi="Comic Sans MS"/>
        </w:rPr>
        <w:lastRenderedPageBreak/>
        <w:t>Method</w:t>
      </w:r>
    </w:p>
    <w:p w14:paraId="28A5FE20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1. Cook minced lamb with onions and grated carrot until browned.</w:t>
      </w:r>
    </w:p>
    <w:p w14:paraId="0312E09A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2. Add peas and simmer with a little water until tender.</w:t>
      </w:r>
    </w:p>
    <w:p w14:paraId="063F38A9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3. Prepare mashed potato with milk and butter/spread, top and bake until golden.</w:t>
      </w:r>
    </w:p>
    <w:p w14:paraId="426D4E2A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4. Serve with fruit custard.</w:t>
      </w:r>
    </w:p>
    <w:p w14:paraId="765C7684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br/>
        <w:t xml:space="preserve">Portion sizes: Under 2s: ~140 g pie + 60 g custard | 2–5 </w:t>
      </w:r>
      <w:proofErr w:type="spellStart"/>
      <w:r w:rsidRPr="008D4AAC">
        <w:rPr>
          <w:rFonts w:ascii="Comic Sans MS" w:hAnsi="Comic Sans MS"/>
        </w:rPr>
        <w:t>yrs</w:t>
      </w:r>
      <w:proofErr w:type="spellEnd"/>
      <w:r w:rsidRPr="008D4AAC">
        <w:rPr>
          <w:rFonts w:ascii="Comic Sans MS" w:hAnsi="Comic Sans MS"/>
        </w:rPr>
        <w:t>: ~200 g pie + 90 g custard</w:t>
      </w:r>
    </w:p>
    <w:p w14:paraId="543B8BA1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Allergen &amp; Substitution Notes: Contains: Milk. Substitutions: Use dairy-free milk/spread and custard if required.</w:t>
      </w:r>
    </w:p>
    <w:p w14:paraId="0B688C10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 xml:space="preserve">Storage Guidance: Cool quickly and refrigerate within 90 mins. Consume within 24 </w:t>
      </w:r>
      <w:proofErr w:type="spellStart"/>
      <w:r w:rsidRPr="008D4AAC">
        <w:rPr>
          <w:rFonts w:ascii="Comic Sans MS" w:hAnsi="Comic Sans MS"/>
        </w:rPr>
        <w:t>hrs</w:t>
      </w:r>
      <w:proofErr w:type="spellEnd"/>
      <w:r w:rsidRPr="008D4AAC">
        <w:rPr>
          <w:rFonts w:ascii="Comic Sans MS" w:hAnsi="Comic Sans MS"/>
        </w:rPr>
        <w:t xml:space="preserve"> or freeze.</w:t>
      </w:r>
    </w:p>
    <w:p w14:paraId="44D1FCDB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br w:type="page"/>
      </w:r>
    </w:p>
    <w:p w14:paraId="46DE3C7E" w14:textId="77777777" w:rsidR="008D4AAC" w:rsidRPr="008D4AAC" w:rsidRDefault="008D4AAC" w:rsidP="008D4AAC">
      <w:pPr>
        <w:pStyle w:val="Heading1"/>
        <w:rPr>
          <w:rFonts w:ascii="Comic Sans MS" w:hAnsi="Comic Sans MS"/>
        </w:rPr>
      </w:pPr>
      <w:r w:rsidRPr="008D4AAC">
        <w:rPr>
          <w:rFonts w:ascii="Comic Sans MS" w:hAnsi="Comic Sans MS"/>
        </w:rPr>
        <w:lastRenderedPageBreak/>
        <w:t>Day 9 – Tea – Pasta with Tomato Sauce &amp; Fruit Salad</w:t>
      </w:r>
    </w:p>
    <w:p w14:paraId="56C38CEE" w14:textId="77777777" w:rsidR="008D4AAC" w:rsidRPr="008D4AAC" w:rsidRDefault="008D4AAC" w:rsidP="008D4AAC">
      <w:pPr>
        <w:pStyle w:val="Heading2"/>
        <w:rPr>
          <w:rFonts w:ascii="Comic Sans MS" w:hAnsi="Comic Sans MS"/>
        </w:rPr>
      </w:pPr>
      <w:r w:rsidRPr="008D4AAC">
        <w:rPr>
          <w:rFonts w:ascii="Comic Sans MS" w:hAnsi="Comic Sans MS"/>
        </w:rPr>
        <w:t>Ingredients</w:t>
      </w:r>
    </w:p>
    <w:p w14:paraId="27027A87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Wholewheat pasta – 4 kg</w:t>
      </w:r>
    </w:p>
    <w:p w14:paraId="25234E62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Chopped tomatoes – 4 L</w:t>
      </w:r>
    </w:p>
    <w:p w14:paraId="5682C810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Onions – 1 kg</w:t>
      </w:r>
    </w:p>
    <w:p w14:paraId="7241EC12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Carrots – 1 kg</w:t>
      </w:r>
    </w:p>
    <w:p w14:paraId="660A5BB5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Garlic – 40 g</w:t>
      </w:r>
    </w:p>
    <w:p w14:paraId="366D219F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Olive oil – 200 ml</w:t>
      </w:r>
    </w:p>
    <w:p w14:paraId="13AF95B3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Mixed fruit salad – 4 kg</w:t>
      </w:r>
    </w:p>
    <w:p w14:paraId="520EABB3" w14:textId="77777777" w:rsidR="008D4AAC" w:rsidRPr="008D4AAC" w:rsidRDefault="008D4AAC" w:rsidP="008D4AAC">
      <w:pPr>
        <w:pStyle w:val="Heading2"/>
        <w:rPr>
          <w:rFonts w:ascii="Comic Sans MS" w:hAnsi="Comic Sans MS"/>
        </w:rPr>
      </w:pPr>
      <w:r w:rsidRPr="008D4AAC">
        <w:rPr>
          <w:rFonts w:ascii="Comic Sans MS" w:hAnsi="Comic Sans MS"/>
        </w:rPr>
        <w:t>Method</w:t>
      </w:r>
    </w:p>
    <w:p w14:paraId="17DDCA4C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1. Cook pasta until soft, drain and set aside.</w:t>
      </w:r>
    </w:p>
    <w:p w14:paraId="32A6780A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2. Sauté onions, garlic, and grated carrots; add tomatoes and simmer until thickened.</w:t>
      </w:r>
    </w:p>
    <w:p w14:paraId="3757D47A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3. Mix sauce with pasta and serve warm with fruit salad.</w:t>
      </w:r>
    </w:p>
    <w:p w14:paraId="3F7F12AE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br/>
        <w:t xml:space="preserve">Portion sizes: Under 2s: ~120 g pasta + 60 g fruit | 2–5 </w:t>
      </w:r>
      <w:proofErr w:type="spellStart"/>
      <w:r w:rsidRPr="008D4AAC">
        <w:rPr>
          <w:rFonts w:ascii="Comic Sans MS" w:hAnsi="Comic Sans MS"/>
        </w:rPr>
        <w:t>yrs</w:t>
      </w:r>
      <w:proofErr w:type="spellEnd"/>
      <w:r w:rsidRPr="008D4AAC">
        <w:rPr>
          <w:rFonts w:ascii="Comic Sans MS" w:hAnsi="Comic Sans MS"/>
        </w:rPr>
        <w:t>: ~180 g pasta + 90 g fruit</w:t>
      </w:r>
    </w:p>
    <w:p w14:paraId="08FC6632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Allergen &amp; Substitution Notes: Contains: Gluten. Substitutions: Use gluten-free pasta if required.</w:t>
      </w:r>
    </w:p>
    <w:p w14:paraId="55E93C7E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Storage Guidance: Cool quickly and refrigerate within 90 mins. Consume within 24 hrs.</w:t>
      </w:r>
    </w:p>
    <w:p w14:paraId="6FC28DAE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br w:type="page"/>
      </w:r>
    </w:p>
    <w:p w14:paraId="15C2393C" w14:textId="77777777" w:rsidR="008D4AAC" w:rsidRPr="008D4AAC" w:rsidRDefault="008D4AAC" w:rsidP="008D4AAC">
      <w:pPr>
        <w:pStyle w:val="Heading1"/>
        <w:rPr>
          <w:rFonts w:ascii="Comic Sans MS" w:hAnsi="Comic Sans MS"/>
        </w:rPr>
      </w:pPr>
      <w:r w:rsidRPr="008D4AAC">
        <w:rPr>
          <w:rFonts w:ascii="Comic Sans MS" w:hAnsi="Comic Sans MS"/>
        </w:rPr>
        <w:lastRenderedPageBreak/>
        <w:t>Day 10 – Lunch – Mild Fish Curry with Rice; Fruit Jelly</w:t>
      </w:r>
    </w:p>
    <w:p w14:paraId="571A715C" w14:textId="77777777" w:rsidR="008D4AAC" w:rsidRPr="008D4AAC" w:rsidRDefault="008D4AAC" w:rsidP="008D4AAC">
      <w:pPr>
        <w:pStyle w:val="Heading2"/>
        <w:rPr>
          <w:rFonts w:ascii="Comic Sans MS" w:hAnsi="Comic Sans MS"/>
        </w:rPr>
      </w:pPr>
      <w:r w:rsidRPr="008D4AAC">
        <w:rPr>
          <w:rFonts w:ascii="Comic Sans MS" w:hAnsi="Comic Sans MS"/>
        </w:rPr>
        <w:t>Ingredients</w:t>
      </w:r>
    </w:p>
    <w:p w14:paraId="2C7BC9F6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White fish fillets – 4.5 kg</w:t>
      </w:r>
    </w:p>
    <w:p w14:paraId="23FFBFA8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Coconut milk – 2 L</w:t>
      </w:r>
    </w:p>
    <w:p w14:paraId="256848FB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Chopped tomatoes – 2 L</w:t>
      </w:r>
    </w:p>
    <w:p w14:paraId="2CC47A76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Onions – 1 kg</w:t>
      </w:r>
    </w:p>
    <w:p w14:paraId="089AB9F7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Carrots – 1 kg</w:t>
      </w:r>
    </w:p>
    <w:p w14:paraId="32DCFBF1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Low-salt curry powder – 60 g</w:t>
      </w:r>
    </w:p>
    <w:p w14:paraId="62BA23C4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White rice – 4 kg</w:t>
      </w:r>
    </w:p>
    <w:p w14:paraId="19FB0087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Fruit jelly – 4 L</w:t>
      </w:r>
    </w:p>
    <w:p w14:paraId="4D500B37" w14:textId="77777777" w:rsidR="008D4AAC" w:rsidRPr="008D4AAC" w:rsidRDefault="008D4AAC" w:rsidP="008D4AAC">
      <w:pPr>
        <w:pStyle w:val="Heading2"/>
        <w:rPr>
          <w:rFonts w:ascii="Comic Sans MS" w:hAnsi="Comic Sans MS"/>
        </w:rPr>
      </w:pPr>
      <w:r w:rsidRPr="008D4AAC">
        <w:rPr>
          <w:rFonts w:ascii="Comic Sans MS" w:hAnsi="Comic Sans MS"/>
        </w:rPr>
        <w:t>Method</w:t>
      </w:r>
    </w:p>
    <w:p w14:paraId="12CB2476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1. Sauté onions and carrots, add curry powder and stir for 1 min.</w:t>
      </w:r>
    </w:p>
    <w:p w14:paraId="1642706D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2. Add tomatoes, coconut milk, and diced fish; simmer until fish is cooked (~20 mins).</w:t>
      </w:r>
    </w:p>
    <w:p w14:paraId="0DDFC9DC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3. Boil rice separately, serve curry with rice and fruit jelly.</w:t>
      </w:r>
    </w:p>
    <w:p w14:paraId="5D4FC29B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br/>
        <w:t xml:space="preserve">Portion sizes: Under 2s: ~130 g | 2–5 </w:t>
      </w:r>
      <w:proofErr w:type="spellStart"/>
      <w:r w:rsidRPr="008D4AAC">
        <w:rPr>
          <w:rFonts w:ascii="Comic Sans MS" w:hAnsi="Comic Sans MS"/>
        </w:rPr>
        <w:t>yrs</w:t>
      </w:r>
      <w:proofErr w:type="spellEnd"/>
      <w:r w:rsidRPr="008D4AAC">
        <w:rPr>
          <w:rFonts w:ascii="Comic Sans MS" w:hAnsi="Comic Sans MS"/>
        </w:rPr>
        <w:t>: ~180 g</w:t>
      </w:r>
    </w:p>
    <w:p w14:paraId="57E98B4D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Allergen &amp; Substitution Notes: Contains: Fish. Substitutions: Use tofu or chickpeas for a vegetarian option.</w:t>
      </w:r>
    </w:p>
    <w:p w14:paraId="3591DE64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 xml:space="preserve">Storage Guidance: Cool quickly and refrigerate within 90 mins. Consume within 24 </w:t>
      </w:r>
      <w:proofErr w:type="spellStart"/>
      <w:r w:rsidRPr="008D4AAC">
        <w:rPr>
          <w:rFonts w:ascii="Comic Sans MS" w:hAnsi="Comic Sans MS"/>
        </w:rPr>
        <w:t>hrs</w:t>
      </w:r>
      <w:proofErr w:type="spellEnd"/>
      <w:r w:rsidRPr="008D4AAC">
        <w:rPr>
          <w:rFonts w:ascii="Comic Sans MS" w:hAnsi="Comic Sans MS"/>
        </w:rPr>
        <w:t xml:space="preserve"> or freeze.</w:t>
      </w:r>
    </w:p>
    <w:p w14:paraId="380D7EDE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br w:type="page"/>
      </w:r>
    </w:p>
    <w:p w14:paraId="78C8CAA2" w14:textId="77777777" w:rsidR="008D4AAC" w:rsidRPr="008D4AAC" w:rsidRDefault="008D4AAC" w:rsidP="008D4AAC">
      <w:pPr>
        <w:pStyle w:val="Heading1"/>
        <w:rPr>
          <w:rFonts w:ascii="Comic Sans MS" w:hAnsi="Comic Sans MS"/>
        </w:rPr>
      </w:pPr>
      <w:r w:rsidRPr="008D4AAC">
        <w:rPr>
          <w:rFonts w:ascii="Comic Sans MS" w:hAnsi="Comic Sans MS"/>
        </w:rPr>
        <w:lastRenderedPageBreak/>
        <w:t>Day 10 – Tea – Cheese &amp; Tomato Sandwiches with Yoghurt</w:t>
      </w:r>
    </w:p>
    <w:p w14:paraId="4A12ADB3" w14:textId="77777777" w:rsidR="008D4AAC" w:rsidRPr="008D4AAC" w:rsidRDefault="008D4AAC" w:rsidP="008D4AAC">
      <w:pPr>
        <w:pStyle w:val="Heading2"/>
        <w:rPr>
          <w:rFonts w:ascii="Comic Sans MS" w:hAnsi="Comic Sans MS"/>
        </w:rPr>
      </w:pPr>
      <w:r w:rsidRPr="008D4AAC">
        <w:rPr>
          <w:rFonts w:ascii="Comic Sans MS" w:hAnsi="Comic Sans MS"/>
        </w:rPr>
        <w:t>Ingredients</w:t>
      </w:r>
    </w:p>
    <w:p w14:paraId="499E87D0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 xml:space="preserve">• </w:t>
      </w:r>
      <w:proofErr w:type="spellStart"/>
      <w:r w:rsidRPr="008D4AAC">
        <w:rPr>
          <w:rFonts w:ascii="Comic Sans MS" w:hAnsi="Comic Sans MS"/>
        </w:rPr>
        <w:t>Wholemeal</w:t>
      </w:r>
      <w:proofErr w:type="spellEnd"/>
      <w:r w:rsidRPr="008D4AAC">
        <w:rPr>
          <w:rFonts w:ascii="Comic Sans MS" w:hAnsi="Comic Sans MS"/>
        </w:rPr>
        <w:t xml:space="preserve"> bread – 55 slices</w:t>
      </w:r>
    </w:p>
    <w:p w14:paraId="61CD23F5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Grated cheese – 2.5 kg</w:t>
      </w:r>
    </w:p>
    <w:p w14:paraId="15E94F57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Tomatoes – 2 kg</w:t>
      </w:r>
    </w:p>
    <w:p w14:paraId="32956E36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Natural yoghurt – 3 L</w:t>
      </w:r>
    </w:p>
    <w:p w14:paraId="29B1CA89" w14:textId="77777777" w:rsidR="008D4AAC" w:rsidRPr="008D4AAC" w:rsidRDefault="008D4AAC" w:rsidP="008D4AAC">
      <w:pPr>
        <w:pStyle w:val="Heading2"/>
        <w:rPr>
          <w:rFonts w:ascii="Comic Sans MS" w:hAnsi="Comic Sans MS"/>
        </w:rPr>
      </w:pPr>
      <w:r w:rsidRPr="008D4AAC">
        <w:rPr>
          <w:rFonts w:ascii="Comic Sans MS" w:hAnsi="Comic Sans MS"/>
        </w:rPr>
        <w:t>Method</w:t>
      </w:r>
    </w:p>
    <w:p w14:paraId="24B3B719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1. Slice tomatoes and layer with grated cheese on bread.</w:t>
      </w:r>
    </w:p>
    <w:p w14:paraId="1D83FEF2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2. Serve sandwiches with yoghurt on the side.</w:t>
      </w:r>
    </w:p>
    <w:p w14:paraId="6BD83A9D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br/>
        <w:t xml:space="preserve">Portion sizes: Under 2s: ¼ sandwich + 60 g yoghurt | 2–5 </w:t>
      </w:r>
      <w:proofErr w:type="spellStart"/>
      <w:r w:rsidRPr="008D4AAC">
        <w:rPr>
          <w:rFonts w:ascii="Comic Sans MS" w:hAnsi="Comic Sans MS"/>
        </w:rPr>
        <w:t>yrs</w:t>
      </w:r>
      <w:proofErr w:type="spellEnd"/>
      <w:r w:rsidRPr="008D4AAC">
        <w:rPr>
          <w:rFonts w:ascii="Comic Sans MS" w:hAnsi="Comic Sans MS"/>
        </w:rPr>
        <w:t>: ½ sandwich + 90 g yoghurt</w:t>
      </w:r>
    </w:p>
    <w:p w14:paraId="614D9BC9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Allergen &amp; Substitution Notes: Contains: Milk, Gluten. Substitutions: Use gluten-free bread and dairy-free cheese/yoghurt if required.</w:t>
      </w:r>
    </w:p>
    <w:p w14:paraId="795E4682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Storage Guidance: Keep chilled and consume within 24 hrs.</w:t>
      </w:r>
    </w:p>
    <w:p w14:paraId="30C3D6EC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br w:type="page"/>
      </w:r>
    </w:p>
    <w:p w14:paraId="6418F293" w14:textId="77777777" w:rsidR="008D4AAC" w:rsidRPr="008D4AAC" w:rsidRDefault="008D4AAC" w:rsidP="008D4AAC">
      <w:pPr>
        <w:pStyle w:val="Heading1"/>
        <w:rPr>
          <w:rFonts w:ascii="Comic Sans MS" w:hAnsi="Comic Sans MS"/>
        </w:rPr>
      </w:pPr>
      <w:r w:rsidRPr="008D4AAC">
        <w:rPr>
          <w:rFonts w:ascii="Comic Sans MS" w:hAnsi="Comic Sans MS"/>
        </w:rPr>
        <w:lastRenderedPageBreak/>
        <w:t>Day 11 – Lunch – Roast Chicken, Potatoes, Carrots &amp; Gravy; Fruit Crumble</w:t>
      </w:r>
    </w:p>
    <w:p w14:paraId="2C1EDF40" w14:textId="77777777" w:rsidR="008D4AAC" w:rsidRPr="008D4AAC" w:rsidRDefault="008D4AAC" w:rsidP="008D4AAC">
      <w:pPr>
        <w:pStyle w:val="Heading2"/>
        <w:rPr>
          <w:rFonts w:ascii="Comic Sans MS" w:hAnsi="Comic Sans MS"/>
        </w:rPr>
      </w:pPr>
      <w:r w:rsidRPr="008D4AAC">
        <w:rPr>
          <w:rFonts w:ascii="Comic Sans MS" w:hAnsi="Comic Sans MS"/>
        </w:rPr>
        <w:t>Ingredients</w:t>
      </w:r>
    </w:p>
    <w:p w14:paraId="376758AB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Chicken portions – 4.5 kg</w:t>
      </w:r>
    </w:p>
    <w:p w14:paraId="12C1575D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Potatoes – 5 kg</w:t>
      </w:r>
    </w:p>
    <w:p w14:paraId="1E4149F4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Carrots – 2 kg</w:t>
      </w:r>
    </w:p>
    <w:p w14:paraId="49BECDD6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Low-salt gravy – 2 L</w:t>
      </w:r>
    </w:p>
    <w:p w14:paraId="37EB6D6C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Apples – 3 kg</w:t>
      </w:r>
    </w:p>
    <w:p w14:paraId="5DD1AA8A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Oats – 1 kg</w:t>
      </w:r>
    </w:p>
    <w:p w14:paraId="4F8855F6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Flour – 500 g</w:t>
      </w:r>
    </w:p>
    <w:p w14:paraId="3C569270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Butter or dairy-free spread – 300 g</w:t>
      </w:r>
    </w:p>
    <w:p w14:paraId="603CA4E2" w14:textId="77777777" w:rsidR="008D4AAC" w:rsidRPr="008D4AAC" w:rsidRDefault="008D4AAC" w:rsidP="008D4AAC">
      <w:pPr>
        <w:pStyle w:val="Heading2"/>
        <w:rPr>
          <w:rFonts w:ascii="Comic Sans MS" w:hAnsi="Comic Sans MS"/>
        </w:rPr>
      </w:pPr>
      <w:r w:rsidRPr="008D4AAC">
        <w:rPr>
          <w:rFonts w:ascii="Comic Sans MS" w:hAnsi="Comic Sans MS"/>
        </w:rPr>
        <w:t>Method</w:t>
      </w:r>
    </w:p>
    <w:p w14:paraId="118E55E9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1. Roast chicken and potatoes until cooked through and golden.</w:t>
      </w:r>
    </w:p>
    <w:p w14:paraId="1C827D06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2. Steam carrots and prepare low-salt gravy.</w:t>
      </w:r>
    </w:p>
    <w:p w14:paraId="55031D8E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3. Make fruit crumble with cooked apples and oat topping; bake until golden.</w:t>
      </w:r>
    </w:p>
    <w:p w14:paraId="7391AA46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4. Serve chicken dinner with crumble for dessert.</w:t>
      </w:r>
    </w:p>
    <w:p w14:paraId="363E2987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br/>
        <w:t xml:space="preserve">Portion sizes: Under 2s: ~140 g roast + 60 g crumble | 2–5 </w:t>
      </w:r>
      <w:proofErr w:type="spellStart"/>
      <w:r w:rsidRPr="008D4AAC">
        <w:rPr>
          <w:rFonts w:ascii="Comic Sans MS" w:hAnsi="Comic Sans MS"/>
        </w:rPr>
        <w:t>yrs</w:t>
      </w:r>
      <w:proofErr w:type="spellEnd"/>
      <w:r w:rsidRPr="008D4AAC">
        <w:rPr>
          <w:rFonts w:ascii="Comic Sans MS" w:hAnsi="Comic Sans MS"/>
        </w:rPr>
        <w:t>: ~200 g roast + 90 g crumble</w:t>
      </w:r>
    </w:p>
    <w:p w14:paraId="09CC01AE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Allergen &amp; Substitution Notes: Contains: Gluten, Milk. Substitutions: Use gluten-free oats/flour and dairy-free spread if required.</w:t>
      </w:r>
    </w:p>
    <w:p w14:paraId="72691752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 xml:space="preserve">Storage Guidance: Cool quickly and refrigerate within 90 mins. Consume within 24 </w:t>
      </w:r>
      <w:proofErr w:type="spellStart"/>
      <w:r w:rsidRPr="008D4AAC">
        <w:rPr>
          <w:rFonts w:ascii="Comic Sans MS" w:hAnsi="Comic Sans MS"/>
        </w:rPr>
        <w:t>hrs</w:t>
      </w:r>
      <w:proofErr w:type="spellEnd"/>
      <w:r w:rsidRPr="008D4AAC">
        <w:rPr>
          <w:rFonts w:ascii="Comic Sans MS" w:hAnsi="Comic Sans MS"/>
        </w:rPr>
        <w:t xml:space="preserve"> or freeze.</w:t>
      </w:r>
    </w:p>
    <w:p w14:paraId="44B09DF3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br w:type="page"/>
      </w:r>
    </w:p>
    <w:p w14:paraId="46A8422D" w14:textId="77777777" w:rsidR="008D4AAC" w:rsidRPr="008D4AAC" w:rsidRDefault="008D4AAC" w:rsidP="008D4AAC">
      <w:pPr>
        <w:pStyle w:val="Heading1"/>
        <w:rPr>
          <w:rFonts w:ascii="Comic Sans MS" w:hAnsi="Comic Sans MS"/>
        </w:rPr>
      </w:pPr>
      <w:r w:rsidRPr="008D4AAC">
        <w:rPr>
          <w:rFonts w:ascii="Comic Sans MS" w:hAnsi="Comic Sans MS"/>
        </w:rPr>
        <w:lastRenderedPageBreak/>
        <w:t>Day 11 – Tea – Vegetable Soup with Roll &amp; Banana</w:t>
      </w:r>
    </w:p>
    <w:p w14:paraId="3FFF9C74" w14:textId="77777777" w:rsidR="008D4AAC" w:rsidRPr="008D4AAC" w:rsidRDefault="008D4AAC" w:rsidP="008D4AAC">
      <w:pPr>
        <w:pStyle w:val="Heading2"/>
        <w:rPr>
          <w:rFonts w:ascii="Comic Sans MS" w:hAnsi="Comic Sans MS"/>
        </w:rPr>
      </w:pPr>
      <w:r w:rsidRPr="008D4AAC">
        <w:rPr>
          <w:rFonts w:ascii="Comic Sans MS" w:hAnsi="Comic Sans MS"/>
        </w:rPr>
        <w:t>Ingredients</w:t>
      </w:r>
    </w:p>
    <w:p w14:paraId="4C21DB64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Mixed vegetables (carrot, parsnip, leek) – 5 kg</w:t>
      </w:r>
    </w:p>
    <w:p w14:paraId="49EA6F95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Low-salt stock – 3 L</w:t>
      </w:r>
    </w:p>
    <w:p w14:paraId="41C78251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 xml:space="preserve">• </w:t>
      </w:r>
      <w:proofErr w:type="spellStart"/>
      <w:r w:rsidRPr="008D4AAC">
        <w:rPr>
          <w:rFonts w:ascii="Comic Sans MS" w:hAnsi="Comic Sans MS"/>
        </w:rPr>
        <w:t>Wholemeal</w:t>
      </w:r>
      <w:proofErr w:type="spellEnd"/>
      <w:r w:rsidRPr="008D4AAC">
        <w:rPr>
          <w:rFonts w:ascii="Comic Sans MS" w:hAnsi="Comic Sans MS"/>
        </w:rPr>
        <w:t xml:space="preserve"> rolls – 55</w:t>
      </w:r>
    </w:p>
    <w:p w14:paraId="1DDF3971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Bananas – 3 kg</w:t>
      </w:r>
    </w:p>
    <w:p w14:paraId="17AB59A1" w14:textId="77777777" w:rsidR="008D4AAC" w:rsidRPr="008D4AAC" w:rsidRDefault="008D4AAC" w:rsidP="008D4AAC">
      <w:pPr>
        <w:pStyle w:val="Heading2"/>
        <w:rPr>
          <w:rFonts w:ascii="Comic Sans MS" w:hAnsi="Comic Sans MS"/>
        </w:rPr>
      </w:pPr>
      <w:r w:rsidRPr="008D4AAC">
        <w:rPr>
          <w:rFonts w:ascii="Comic Sans MS" w:hAnsi="Comic Sans MS"/>
        </w:rPr>
        <w:t>Method</w:t>
      </w:r>
    </w:p>
    <w:p w14:paraId="239A2419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1. Simmer vegetables in stock until soft, then blend until smooth.</w:t>
      </w:r>
    </w:p>
    <w:p w14:paraId="6B6785CE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2. Serve with roll and banana on the side.</w:t>
      </w:r>
    </w:p>
    <w:p w14:paraId="7D852EE9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br/>
        <w:t xml:space="preserve">Portion sizes: Under 2s: ~100 ml soup + ¼ roll | 2–5 </w:t>
      </w:r>
      <w:proofErr w:type="spellStart"/>
      <w:r w:rsidRPr="008D4AAC">
        <w:rPr>
          <w:rFonts w:ascii="Comic Sans MS" w:hAnsi="Comic Sans MS"/>
        </w:rPr>
        <w:t>yrs</w:t>
      </w:r>
      <w:proofErr w:type="spellEnd"/>
      <w:r w:rsidRPr="008D4AAC">
        <w:rPr>
          <w:rFonts w:ascii="Comic Sans MS" w:hAnsi="Comic Sans MS"/>
        </w:rPr>
        <w:t>: ~150 ml soup + ½ roll</w:t>
      </w:r>
    </w:p>
    <w:p w14:paraId="7965A33E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Allergen &amp; Substitution Notes: Contains: Gluten. Substitutions: Use gluten-free rolls if required.</w:t>
      </w:r>
    </w:p>
    <w:p w14:paraId="4B347271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Storage Guidance: Cool quickly and refrigerate within 90 mins. Consume within 24 hrs.</w:t>
      </w:r>
    </w:p>
    <w:p w14:paraId="361728B3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br w:type="page"/>
      </w:r>
    </w:p>
    <w:p w14:paraId="31813817" w14:textId="77777777" w:rsidR="008D4AAC" w:rsidRPr="008D4AAC" w:rsidRDefault="008D4AAC" w:rsidP="008D4AAC">
      <w:pPr>
        <w:pStyle w:val="Heading1"/>
        <w:rPr>
          <w:rFonts w:ascii="Comic Sans MS" w:hAnsi="Comic Sans MS"/>
        </w:rPr>
      </w:pPr>
      <w:r w:rsidRPr="008D4AAC">
        <w:rPr>
          <w:rFonts w:ascii="Comic Sans MS" w:hAnsi="Comic Sans MS"/>
        </w:rPr>
        <w:lastRenderedPageBreak/>
        <w:t xml:space="preserve">Day 12 – Lunch – Beef </w:t>
      </w:r>
      <w:proofErr w:type="spellStart"/>
      <w:r w:rsidRPr="008D4AAC">
        <w:rPr>
          <w:rFonts w:ascii="Comic Sans MS" w:hAnsi="Comic Sans MS"/>
        </w:rPr>
        <w:t>Lasagne</w:t>
      </w:r>
      <w:proofErr w:type="spellEnd"/>
      <w:r w:rsidRPr="008D4AAC">
        <w:rPr>
          <w:rFonts w:ascii="Comic Sans MS" w:hAnsi="Comic Sans MS"/>
        </w:rPr>
        <w:t xml:space="preserve"> with Rice Pudding</w:t>
      </w:r>
    </w:p>
    <w:p w14:paraId="455194C2" w14:textId="77777777" w:rsidR="008D4AAC" w:rsidRPr="008D4AAC" w:rsidRDefault="008D4AAC" w:rsidP="008D4AAC">
      <w:pPr>
        <w:pStyle w:val="Heading2"/>
        <w:rPr>
          <w:rFonts w:ascii="Comic Sans MS" w:hAnsi="Comic Sans MS"/>
        </w:rPr>
      </w:pPr>
      <w:r w:rsidRPr="008D4AAC">
        <w:rPr>
          <w:rFonts w:ascii="Comic Sans MS" w:hAnsi="Comic Sans MS"/>
        </w:rPr>
        <w:t>Ingredients</w:t>
      </w:r>
    </w:p>
    <w:p w14:paraId="65C4BE7A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Lean minced beef – 4 kg</w:t>
      </w:r>
    </w:p>
    <w:p w14:paraId="47CC2CA8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 xml:space="preserve">• </w:t>
      </w:r>
      <w:proofErr w:type="spellStart"/>
      <w:r w:rsidRPr="008D4AAC">
        <w:rPr>
          <w:rFonts w:ascii="Comic Sans MS" w:hAnsi="Comic Sans MS"/>
        </w:rPr>
        <w:t>Lasagne</w:t>
      </w:r>
      <w:proofErr w:type="spellEnd"/>
      <w:r w:rsidRPr="008D4AAC">
        <w:rPr>
          <w:rFonts w:ascii="Comic Sans MS" w:hAnsi="Comic Sans MS"/>
        </w:rPr>
        <w:t xml:space="preserve"> sheets – 3 kg</w:t>
      </w:r>
    </w:p>
    <w:p w14:paraId="7ED9F6CE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Chopped tomatoes – 3 L</w:t>
      </w:r>
    </w:p>
    <w:p w14:paraId="0ADE2B82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Onions – 1 kg</w:t>
      </w:r>
    </w:p>
    <w:p w14:paraId="0837D8A5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Carrots – 1 kg</w:t>
      </w:r>
    </w:p>
    <w:p w14:paraId="617EF12E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Milk – 2 L</w:t>
      </w:r>
    </w:p>
    <w:p w14:paraId="5DF7573D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Cheese – 500 g</w:t>
      </w:r>
    </w:p>
    <w:p w14:paraId="74DA9DB7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Flour – 200 g</w:t>
      </w:r>
    </w:p>
    <w:p w14:paraId="01E17E87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Butter or dairy-free spread – 200 g</w:t>
      </w:r>
    </w:p>
    <w:p w14:paraId="42BFBD10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Rice – 1.5 kg</w:t>
      </w:r>
    </w:p>
    <w:p w14:paraId="50C4D53F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Milk (for pudding) – 3 L</w:t>
      </w:r>
    </w:p>
    <w:p w14:paraId="2A35B8D7" w14:textId="77777777" w:rsidR="008D4AAC" w:rsidRPr="008D4AAC" w:rsidRDefault="008D4AAC" w:rsidP="008D4AAC">
      <w:pPr>
        <w:pStyle w:val="Heading2"/>
        <w:rPr>
          <w:rFonts w:ascii="Comic Sans MS" w:hAnsi="Comic Sans MS"/>
        </w:rPr>
      </w:pPr>
      <w:r w:rsidRPr="008D4AAC">
        <w:rPr>
          <w:rFonts w:ascii="Comic Sans MS" w:hAnsi="Comic Sans MS"/>
        </w:rPr>
        <w:t>Method</w:t>
      </w:r>
    </w:p>
    <w:p w14:paraId="6A00D99C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1. Cook beef with onion and carrot, add tomatoes and simmer 40 mins.</w:t>
      </w:r>
    </w:p>
    <w:p w14:paraId="3DA916C8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2. Make white sauce with milk, butter, and flour.</w:t>
      </w:r>
    </w:p>
    <w:p w14:paraId="1ADBB9B8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 xml:space="preserve">3. Layer meat sauce, </w:t>
      </w:r>
      <w:proofErr w:type="spellStart"/>
      <w:r w:rsidRPr="008D4AAC">
        <w:rPr>
          <w:rFonts w:ascii="Comic Sans MS" w:hAnsi="Comic Sans MS"/>
        </w:rPr>
        <w:t>lasagne</w:t>
      </w:r>
      <w:proofErr w:type="spellEnd"/>
      <w:r w:rsidRPr="008D4AAC">
        <w:rPr>
          <w:rFonts w:ascii="Comic Sans MS" w:hAnsi="Comic Sans MS"/>
        </w:rPr>
        <w:t xml:space="preserve"> sheets, and white sauce; top with cheese and bake.</w:t>
      </w:r>
    </w:p>
    <w:p w14:paraId="7A70911F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4. Serve with rice pudding for dessert.</w:t>
      </w:r>
    </w:p>
    <w:p w14:paraId="4B7C44D4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br/>
        <w:t xml:space="preserve">Portion sizes: Under 2s: ~140 g </w:t>
      </w:r>
      <w:proofErr w:type="spellStart"/>
      <w:r w:rsidRPr="008D4AAC">
        <w:rPr>
          <w:rFonts w:ascii="Comic Sans MS" w:hAnsi="Comic Sans MS"/>
        </w:rPr>
        <w:t>lasagne</w:t>
      </w:r>
      <w:proofErr w:type="spellEnd"/>
      <w:r w:rsidRPr="008D4AAC">
        <w:rPr>
          <w:rFonts w:ascii="Comic Sans MS" w:hAnsi="Comic Sans MS"/>
        </w:rPr>
        <w:t xml:space="preserve"> + 60 g pudding | 2–5 </w:t>
      </w:r>
      <w:proofErr w:type="spellStart"/>
      <w:r w:rsidRPr="008D4AAC">
        <w:rPr>
          <w:rFonts w:ascii="Comic Sans MS" w:hAnsi="Comic Sans MS"/>
        </w:rPr>
        <w:t>yrs</w:t>
      </w:r>
      <w:proofErr w:type="spellEnd"/>
      <w:r w:rsidRPr="008D4AAC">
        <w:rPr>
          <w:rFonts w:ascii="Comic Sans MS" w:hAnsi="Comic Sans MS"/>
        </w:rPr>
        <w:t xml:space="preserve">: ~200 g </w:t>
      </w:r>
      <w:proofErr w:type="spellStart"/>
      <w:r w:rsidRPr="008D4AAC">
        <w:rPr>
          <w:rFonts w:ascii="Comic Sans MS" w:hAnsi="Comic Sans MS"/>
        </w:rPr>
        <w:t>lasagne</w:t>
      </w:r>
      <w:proofErr w:type="spellEnd"/>
      <w:r w:rsidRPr="008D4AAC">
        <w:rPr>
          <w:rFonts w:ascii="Comic Sans MS" w:hAnsi="Comic Sans MS"/>
        </w:rPr>
        <w:t xml:space="preserve"> + 90 g pudding</w:t>
      </w:r>
    </w:p>
    <w:p w14:paraId="79694883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Allergen &amp; Substitution Notes: Contains: Milk, Gluten. Substitutions: Use gluten-free pasta/flour and dairy-free milk/cheese if required.</w:t>
      </w:r>
    </w:p>
    <w:p w14:paraId="570FBF14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 xml:space="preserve">Storage Guidance: Cool quickly and refrigerate within 90 mins. Consume within 24 </w:t>
      </w:r>
      <w:proofErr w:type="spellStart"/>
      <w:r w:rsidRPr="008D4AAC">
        <w:rPr>
          <w:rFonts w:ascii="Comic Sans MS" w:hAnsi="Comic Sans MS"/>
        </w:rPr>
        <w:t>hrs</w:t>
      </w:r>
      <w:proofErr w:type="spellEnd"/>
      <w:r w:rsidRPr="008D4AAC">
        <w:rPr>
          <w:rFonts w:ascii="Comic Sans MS" w:hAnsi="Comic Sans MS"/>
        </w:rPr>
        <w:t xml:space="preserve"> or freeze.</w:t>
      </w:r>
    </w:p>
    <w:p w14:paraId="122234EA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br w:type="page"/>
      </w:r>
    </w:p>
    <w:p w14:paraId="4554B5E5" w14:textId="77777777" w:rsidR="008D4AAC" w:rsidRPr="008D4AAC" w:rsidRDefault="008D4AAC" w:rsidP="008D4AAC">
      <w:pPr>
        <w:pStyle w:val="Heading1"/>
        <w:rPr>
          <w:rFonts w:ascii="Comic Sans MS" w:hAnsi="Comic Sans MS"/>
        </w:rPr>
      </w:pPr>
      <w:r w:rsidRPr="008D4AAC">
        <w:rPr>
          <w:rFonts w:ascii="Comic Sans MS" w:hAnsi="Comic Sans MS"/>
        </w:rPr>
        <w:lastRenderedPageBreak/>
        <w:t>Day 12 – Tea – Tuna Wraps with Fruit Yoghurt</w:t>
      </w:r>
    </w:p>
    <w:p w14:paraId="5DD2F791" w14:textId="77777777" w:rsidR="008D4AAC" w:rsidRPr="008D4AAC" w:rsidRDefault="008D4AAC" w:rsidP="008D4AAC">
      <w:pPr>
        <w:pStyle w:val="Heading2"/>
        <w:rPr>
          <w:rFonts w:ascii="Comic Sans MS" w:hAnsi="Comic Sans MS"/>
        </w:rPr>
      </w:pPr>
      <w:r w:rsidRPr="008D4AAC">
        <w:rPr>
          <w:rFonts w:ascii="Comic Sans MS" w:hAnsi="Comic Sans MS"/>
        </w:rPr>
        <w:t>Ingredients</w:t>
      </w:r>
    </w:p>
    <w:p w14:paraId="01706CAB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Tinned tuna – 2.5 kg (drained)</w:t>
      </w:r>
    </w:p>
    <w:p w14:paraId="51057A51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Low-fat mayo – 400 g</w:t>
      </w:r>
    </w:p>
    <w:p w14:paraId="5A3256FB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 xml:space="preserve">• Mini </w:t>
      </w:r>
      <w:proofErr w:type="spellStart"/>
      <w:r w:rsidRPr="008D4AAC">
        <w:rPr>
          <w:rFonts w:ascii="Comic Sans MS" w:hAnsi="Comic Sans MS"/>
        </w:rPr>
        <w:t>wholemeal</w:t>
      </w:r>
      <w:proofErr w:type="spellEnd"/>
      <w:r w:rsidRPr="008D4AAC">
        <w:rPr>
          <w:rFonts w:ascii="Comic Sans MS" w:hAnsi="Comic Sans MS"/>
        </w:rPr>
        <w:t xml:space="preserve"> wraps – 55</w:t>
      </w:r>
    </w:p>
    <w:p w14:paraId="583FD384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Natural yoghurt – 3 L</w:t>
      </w:r>
    </w:p>
    <w:p w14:paraId="23A26438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Fruit puree – 1 L</w:t>
      </w:r>
    </w:p>
    <w:p w14:paraId="27EB7616" w14:textId="77777777" w:rsidR="008D4AAC" w:rsidRPr="008D4AAC" w:rsidRDefault="008D4AAC" w:rsidP="008D4AAC">
      <w:pPr>
        <w:pStyle w:val="Heading2"/>
        <w:rPr>
          <w:rFonts w:ascii="Comic Sans MS" w:hAnsi="Comic Sans MS"/>
        </w:rPr>
      </w:pPr>
      <w:r w:rsidRPr="008D4AAC">
        <w:rPr>
          <w:rFonts w:ascii="Comic Sans MS" w:hAnsi="Comic Sans MS"/>
        </w:rPr>
        <w:t>Method</w:t>
      </w:r>
    </w:p>
    <w:p w14:paraId="0F1DF73F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1. Mix tuna and mayo, fill wraps and roll tightly.</w:t>
      </w:r>
    </w:p>
    <w:p w14:paraId="0BA2E9C8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2. Serve with yoghurt and fruit purée.</w:t>
      </w:r>
    </w:p>
    <w:p w14:paraId="03EF527C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br/>
        <w:t xml:space="preserve">Portion sizes: Under 2s: ½ wrap + 60 g yoghurt | 2–5 </w:t>
      </w:r>
      <w:proofErr w:type="spellStart"/>
      <w:r w:rsidRPr="008D4AAC">
        <w:rPr>
          <w:rFonts w:ascii="Comic Sans MS" w:hAnsi="Comic Sans MS"/>
        </w:rPr>
        <w:t>yrs</w:t>
      </w:r>
      <w:proofErr w:type="spellEnd"/>
      <w:r w:rsidRPr="008D4AAC">
        <w:rPr>
          <w:rFonts w:ascii="Comic Sans MS" w:hAnsi="Comic Sans MS"/>
        </w:rPr>
        <w:t>: 1 wrap + 90 g yoghurt</w:t>
      </w:r>
    </w:p>
    <w:p w14:paraId="0F3C14B3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Allergen &amp; Substitution Notes: Contains: Fish, Egg, Gluten, Milk. Substitutions: Use egg-free mayo, gluten-free wraps, and dairy-free yoghurt if needed.</w:t>
      </w:r>
    </w:p>
    <w:p w14:paraId="0EF2CC9B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Storage Guidance: Keep chilled until serving. Consume within 24 hrs.</w:t>
      </w:r>
    </w:p>
    <w:p w14:paraId="425A8704" w14:textId="77777777" w:rsidR="008D4AAC" w:rsidRPr="008D4AAC" w:rsidRDefault="008D4AAC" w:rsidP="008D4AAC">
      <w:pPr>
        <w:pStyle w:val="Heading1"/>
        <w:rPr>
          <w:rFonts w:ascii="Comic Sans MS" w:hAnsi="Comic Sans MS"/>
        </w:rPr>
      </w:pPr>
      <w:r w:rsidRPr="008D4AAC">
        <w:rPr>
          <w:rFonts w:ascii="Comic Sans MS" w:hAnsi="Comic Sans MS"/>
        </w:rPr>
        <w:t>Day 13 – Lunch – Chicken Casserole with Mash; Stewed Fruit</w:t>
      </w:r>
    </w:p>
    <w:p w14:paraId="25FA7467" w14:textId="77777777" w:rsidR="008D4AAC" w:rsidRPr="008D4AAC" w:rsidRDefault="008D4AAC" w:rsidP="008D4AAC">
      <w:pPr>
        <w:pStyle w:val="Heading2"/>
        <w:rPr>
          <w:rFonts w:ascii="Comic Sans MS" w:hAnsi="Comic Sans MS"/>
        </w:rPr>
      </w:pPr>
      <w:r w:rsidRPr="008D4AAC">
        <w:rPr>
          <w:rFonts w:ascii="Comic Sans MS" w:hAnsi="Comic Sans MS"/>
        </w:rPr>
        <w:t>Ingredients</w:t>
      </w:r>
    </w:p>
    <w:p w14:paraId="145065FE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Diced chicken breast – 4.5 kg</w:t>
      </w:r>
    </w:p>
    <w:p w14:paraId="6B657B31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Onions – 1 kg</w:t>
      </w:r>
    </w:p>
    <w:p w14:paraId="2F33F04D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Carrots – 2 kg</w:t>
      </w:r>
    </w:p>
    <w:p w14:paraId="76968A38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Parsnips – 1 kg</w:t>
      </w:r>
    </w:p>
    <w:p w14:paraId="084174CB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Peas – 1.5 kg</w:t>
      </w:r>
    </w:p>
    <w:p w14:paraId="522A3955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Low-salt stock – 3 L</w:t>
      </w:r>
    </w:p>
    <w:p w14:paraId="38E64473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Potatoes – 6 kg</w:t>
      </w:r>
    </w:p>
    <w:p w14:paraId="74DCD00F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Milk – 2.5 L</w:t>
      </w:r>
    </w:p>
    <w:p w14:paraId="5626B8F2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Butter or dairy-free spread – 300 g</w:t>
      </w:r>
    </w:p>
    <w:p w14:paraId="26921287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Apples &amp; pears (for stew) – 3 kg</w:t>
      </w:r>
    </w:p>
    <w:p w14:paraId="4CDD8D20" w14:textId="77777777" w:rsidR="008D4AAC" w:rsidRPr="008D4AAC" w:rsidRDefault="008D4AAC" w:rsidP="008D4AAC">
      <w:pPr>
        <w:pStyle w:val="Heading2"/>
        <w:rPr>
          <w:rFonts w:ascii="Comic Sans MS" w:hAnsi="Comic Sans MS"/>
        </w:rPr>
      </w:pPr>
      <w:r w:rsidRPr="008D4AAC">
        <w:rPr>
          <w:rFonts w:ascii="Comic Sans MS" w:hAnsi="Comic Sans MS"/>
        </w:rPr>
        <w:lastRenderedPageBreak/>
        <w:t>Method</w:t>
      </w:r>
    </w:p>
    <w:p w14:paraId="6A7BD46C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1. Brown chicken with onions, add chopped vegetables and stock.</w:t>
      </w:r>
    </w:p>
    <w:p w14:paraId="2B911E3C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2. Simmer for 45 minutes until tender.</w:t>
      </w:r>
    </w:p>
    <w:p w14:paraId="7941A5F5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3. Prepare mashed potato with milk and butter/spread.</w:t>
      </w:r>
    </w:p>
    <w:p w14:paraId="668890C0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4. Serve casserole with mash and stewed fruit for dessert.</w:t>
      </w:r>
    </w:p>
    <w:p w14:paraId="2026138F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br/>
        <w:t xml:space="preserve">Portion sizes: Under 2s: ~140 g casserole + 60 g fruit | 2–5 </w:t>
      </w:r>
      <w:proofErr w:type="spellStart"/>
      <w:r w:rsidRPr="008D4AAC">
        <w:rPr>
          <w:rFonts w:ascii="Comic Sans MS" w:hAnsi="Comic Sans MS"/>
        </w:rPr>
        <w:t>yrs</w:t>
      </w:r>
      <w:proofErr w:type="spellEnd"/>
      <w:r w:rsidRPr="008D4AAC">
        <w:rPr>
          <w:rFonts w:ascii="Comic Sans MS" w:hAnsi="Comic Sans MS"/>
        </w:rPr>
        <w:t>: ~200 g casserole + 90 g fruit</w:t>
      </w:r>
    </w:p>
    <w:p w14:paraId="6FC90773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Allergen &amp; Substitution Notes: Contains: Milk. Substitutions: Use dairy-free milk/spread if required.</w:t>
      </w:r>
    </w:p>
    <w:p w14:paraId="0E2FB0F4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 xml:space="preserve">Storage Guidance: Cool quickly and refrigerate within 90 mins. Consume within 24 </w:t>
      </w:r>
      <w:proofErr w:type="spellStart"/>
      <w:r w:rsidRPr="008D4AAC">
        <w:rPr>
          <w:rFonts w:ascii="Comic Sans MS" w:hAnsi="Comic Sans MS"/>
        </w:rPr>
        <w:t>hrs</w:t>
      </w:r>
      <w:proofErr w:type="spellEnd"/>
      <w:r w:rsidRPr="008D4AAC">
        <w:rPr>
          <w:rFonts w:ascii="Comic Sans MS" w:hAnsi="Comic Sans MS"/>
        </w:rPr>
        <w:t xml:space="preserve"> or freeze.</w:t>
      </w:r>
    </w:p>
    <w:p w14:paraId="56A442F3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br w:type="page"/>
      </w:r>
    </w:p>
    <w:p w14:paraId="76A95AF6" w14:textId="77777777" w:rsidR="008D4AAC" w:rsidRPr="008D4AAC" w:rsidRDefault="008D4AAC" w:rsidP="008D4AAC">
      <w:pPr>
        <w:pStyle w:val="Heading1"/>
        <w:rPr>
          <w:rFonts w:ascii="Comic Sans MS" w:hAnsi="Comic Sans MS"/>
        </w:rPr>
      </w:pPr>
      <w:r w:rsidRPr="008D4AAC">
        <w:rPr>
          <w:rFonts w:ascii="Comic Sans MS" w:hAnsi="Comic Sans MS"/>
        </w:rPr>
        <w:lastRenderedPageBreak/>
        <w:t>Day 13 – Tea – Egg Mayo Sandwich with Fruit Salad</w:t>
      </w:r>
    </w:p>
    <w:p w14:paraId="5A1384C7" w14:textId="77777777" w:rsidR="008D4AAC" w:rsidRPr="008D4AAC" w:rsidRDefault="008D4AAC" w:rsidP="008D4AAC">
      <w:pPr>
        <w:pStyle w:val="Heading2"/>
        <w:rPr>
          <w:rFonts w:ascii="Comic Sans MS" w:hAnsi="Comic Sans MS"/>
        </w:rPr>
      </w:pPr>
      <w:r w:rsidRPr="008D4AAC">
        <w:rPr>
          <w:rFonts w:ascii="Comic Sans MS" w:hAnsi="Comic Sans MS"/>
        </w:rPr>
        <w:t>Ingredients</w:t>
      </w:r>
    </w:p>
    <w:p w14:paraId="39D9B869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Eggs – 55</w:t>
      </w:r>
    </w:p>
    <w:p w14:paraId="7084601F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Low-fat mayo – 400 g</w:t>
      </w:r>
    </w:p>
    <w:p w14:paraId="21686625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 xml:space="preserve">• </w:t>
      </w:r>
      <w:proofErr w:type="spellStart"/>
      <w:r w:rsidRPr="008D4AAC">
        <w:rPr>
          <w:rFonts w:ascii="Comic Sans MS" w:hAnsi="Comic Sans MS"/>
        </w:rPr>
        <w:t>Wholemeal</w:t>
      </w:r>
      <w:proofErr w:type="spellEnd"/>
      <w:r w:rsidRPr="008D4AAC">
        <w:rPr>
          <w:rFonts w:ascii="Comic Sans MS" w:hAnsi="Comic Sans MS"/>
        </w:rPr>
        <w:t xml:space="preserve"> bread – 55 slices</w:t>
      </w:r>
    </w:p>
    <w:p w14:paraId="3D236E09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Mixed fruit salad – 4 kg</w:t>
      </w:r>
    </w:p>
    <w:p w14:paraId="13412BE2" w14:textId="77777777" w:rsidR="008D4AAC" w:rsidRPr="008D4AAC" w:rsidRDefault="008D4AAC" w:rsidP="008D4AAC">
      <w:pPr>
        <w:pStyle w:val="Heading2"/>
        <w:rPr>
          <w:rFonts w:ascii="Comic Sans MS" w:hAnsi="Comic Sans MS"/>
        </w:rPr>
      </w:pPr>
      <w:r w:rsidRPr="008D4AAC">
        <w:rPr>
          <w:rFonts w:ascii="Comic Sans MS" w:hAnsi="Comic Sans MS"/>
        </w:rPr>
        <w:t>Method</w:t>
      </w:r>
    </w:p>
    <w:p w14:paraId="463D440F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1. Boil eggs, peel, and mash with mayo.</w:t>
      </w:r>
    </w:p>
    <w:p w14:paraId="3768CDD0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2. Spread on bread, cut into quarters.</w:t>
      </w:r>
    </w:p>
    <w:p w14:paraId="4AAC80A6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3. Serve with fruit salad.</w:t>
      </w:r>
    </w:p>
    <w:p w14:paraId="56D04335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br/>
        <w:t xml:space="preserve">Portion sizes: Under 2s: ¼ sandwich + 60 g fruit | 2–5 </w:t>
      </w:r>
      <w:proofErr w:type="spellStart"/>
      <w:r w:rsidRPr="008D4AAC">
        <w:rPr>
          <w:rFonts w:ascii="Comic Sans MS" w:hAnsi="Comic Sans MS"/>
        </w:rPr>
        <w:t>yrs</w:t>
      </w:r>
      <w:proofErr w:type="spellEnd"/>
      <w:r w:rsidRPr="008D4AAC">
        <w:rPr>
          <w:rFonts w:ascii="Comic Sans MS" w:hAnsi="Comic Sans MS"/>
        </w:rPr>
        <w:t>: ½ sandwich + 90 g fruit</w:t>
      </w:r>
    </w:p>
    <w:p w14:paraId="0EAF3F78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Allergen &amp; Substitution Notes: Contains: Egg, Gluten. Substitutions: Use egg-free mayo and gluten-free bread if required.</w:t>
      </w:r>
    </w:p>
    <w:p w14:paraId="742291B1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Storage Guidance: Keep chilled and consume within 24 hrs.</w:t>
      </w:r>
    </w:p>
    <w:p w14:paraId="6D3C2EDB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br w:type="page"/>
      </w:r>
    </w:p>
    <w:p w14:paraId="38DE75A1" w14:textId="77777777" w:rsidR="008D4AAC" w:rsidRPr="008D4AAC" w:rsidRDefault="008D4AAC" w:rsidP="008D4AAC">
      <w:pPr>
        <w:pStyle w:val="Heading1"/>
        <w:rPr>
          <w:rFonts w:ascii="Comic Sans MS" w:hAnsi="Comic Sans MS"/>
        </w:rPr>
      </w:pPr>
      <w:r w:rsidRPr="008D4AAC">
        <w:rPr>
          <w:rFonts w:ascii="Comic Sans MS" w:hAnsi="Comic Sans MS"/>
        </w:rPr>
        <w:lastRenderedPageBreak/>
        <w:t>Day 14 – Lunch – Lentil &amp; Vegetable Curry with Rice; Custard with Fruit</w:t>
      </w:r>
    </w:p>
    <w:p w14:paraId="495374E2" w14:textId="77777777" w:rsidR="008D4AAC" w:rsidRPr="008D4AAC" w:rsidRDefault="008D4AAC" w:rsidP="008D4AAC">
      <w:pPr>
        <w:pStyle w:val="Heading2"/>
        <w:rPr>
          <w:rFonts w:ascii="Comic Sans MS" w:hAnsi="Comic Sans MS"/>
        </w:rPr>
      </w:pPr>
      <w:r w:rsidRPr="008D4AAC">
        <w:rPr>
          <w:rFonts w:ascii="Comic Sans MS" w:hAnsi="Comic Sans MS"/>
        </w:rPr>
        <w:t>Ingredients</w:t>
      </w:r>
    </w:p>
    <w:p w14:paraId="21B7E250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Red lentils – 3 kg</w:t>
      </w:r>
    </w:p>
    <w:p w14:paraId="2671D33B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Onions – 1 kg</w:t>
      </w:r>
    </w:p>
    <w:p w14:paraId="77C152CD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Carrots – 1 kg</w:t>
      </w:r>
    </w:p>
    <w:p w14:paraId="4E92708B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Spinach – 1 kg</w:t>
      </w:r>
    </w:p>
    <w:p w14:paraId="62F457E4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Low-salt curry powder – 60 g</w:t>
      </w:r>
    </w:p>
    <w:p w14:paraId="52DCA609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Chopped tomatoes – 3 L</w:t>
      </w:r>
    </w:p>
    <w:p w14:paraId="75DA89CC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Rice – 4 kg</w:t>
      </w:r>
    </w:p>
    <w:p w14:paraId="5BE551D7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Custard – 4 L</w:t>
      </w:r>
    </w:p>
    <w:p w14:paraId="07819354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Fruit mix – 2 kg</w:t>
      </w:r>
    </w:p>
    <w:p w14:paraId="10FDB86A" w14:textId="77777777" w:rsidR="008D4AAC" w:rsidRPr="008D4AAC" w:rsidRDefault="008D4AAC" w:rsidP="008D4AAC">
      <w:pPr>
        <w:pStyle w:val="Heading2"/>
        <w:rPr>
          <w:rFonts w:ascii="Comic Sans MS" w:hAnsi="Comic Sans MS"/>
        </w:rPr>
      </w:pPr>
      <w:r w:rsidRPr="008D4AAC">
        <w:rPr>
          <w:rFonts w:ascii="Comic Sans MS" w:hAnsi="Comic Sans MS"/>
        </w:rPr>
        <w:t>Method</w:t>
      </w:r>
    </w:p>
    <w:p w14:paraId="70986524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1. Sauté onions and carrots, add curry powder and lentils.</w:t>
      </w:r>
    </w:p>
    <w:p w14:paraId="216CFD7B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2. Add tomatoes and water, simmer until lentils are tender.</w:t>
      </w:r>
    </w:p>
    <w:p w14:paraId="6D4524A2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3. Stir in spinach at the end and serve with rice.</w:t>
      </w:r>
    </w:p>
    <w:p w14:paraId="109B4999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4. Offer custard with fruit for dessert.</w:t>
      </w:r>
    </w:p>
    <w:p w14:paraId="3063380B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br/>
        <w:t xml:space="preserve">Portion sizes: Under 2s: ~130 g curry + 60 g custard | 2–5 </w:t>
      </w:r>
      <w:proofErr w:type="spellStart"/>
      <w:r w:rsidRPr="008D4AAC">
        <w:rPr>
          <w:rFonts w:ascii="Comic Sans MS" w:hAnsi="Comic Sans MS"/>
        </w:rPr>
        <w:t>yrs</w:t>
      </w:r>
      <w:proofErr w:type="spellEnd"/>
      <w:r w:rsidRPr="008D4AAC">
        <w:rPr>
          <w:rFonts w:ascii="Comic Sans MS" w:hAnsi="Comic Sans MS"/>
        </w:rPr>
        <w:t>: ~180 g curry + 90 g custard</w:t>
      </w:r>
    </w:p>
    <w:p w14:paraId="6969C015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Allergen &amp; Substitution Notes: Contains: Milk (custard). Substitutions: Use dairy-free custard if required.</w:t>
      </w:r>
    </w:p>
    <w:p w14:paraId="18FAC76A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Storage Guidance: Cool quickly and refrigerate within 90 mins. Consume within 24 hrs.</w:t>
      </w:r>
    </w:p>
    <w:p w14:paraId="67C0E28E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br w:type="page"/>
      </w:r>
    </w:p>
    <w:p w14:paraId="6DC05280" w14:textId="77777777" w:rsidR="008D4AAC" w:rsidRPr="008D4AAC" w:rsidRDefault="008D4AAC" w:rsidP="008D4AAC">
      <w:pPr>
        <w:pStyle w:val="Heading1"/>
        <w:rPr>
          <w:rFonts w:ascii="Comic Sans MS" w:hAnsi="Comic Sans MS"/>
        </w:rPr>
      </w:pPr>
      <w:r w:rsidRPr="008D4AAC">
        <w:rPr>
          <w:rFonts w:ascii="Comic Sans MS" w:hAnsi="Comic Sans MS"/>
        </w:rPr>
        <w:lastRenderedPageBreak/>
        <w:t>Day 14 – Tea – Vegetable Sticks with Hummus &amp; Pitta</w:t>
      </w:r>
    </w:p>
    <w:p w14:paraId="0629EE71" w14:textId="77777777" w:rsidR="008D4AAC" w:rsidRPr="008D4AAC" w:rsidRDefault="008D4AAC" w:rsidP="008D4AAC">
      <w:pPr>
        <w:pStyle w:val="Heading2"/>
        <w:rPr>
          <w:rFonts w:ascii="Comic Sans MS" w:hAnsi="Comic Sans MS"/>
        </w:rPr>
      </w:pPr>
      <w:r w:rsidRPr="008D4AAC">
        <w:rPr>
          <w:rFonts w:ascii="Comic Sans MS" w:hAnsi="Comic Sans MS"/>
        </w:rPr>
        <w:t>Ingredients</w:t>
      </w:r>
    </w:p>
    <w:p w14:paraId="11AD14EF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Carrots – 2 kg</w:t>
      </w:r>
    </w:p>
    <w:p w14:paraId="3808CAEC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Cucumber – 2 kg</w:t>
      </w:r>
    </w:p>
    <w:p w14:paraId="445D9F1E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Peppers – 1 kg</w:t>
      </w:r>
    </w:p>
    <w:p w14:paraId="56AE2481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Hummus – 3 kg</w:t>
      </w:r>
    </w:p>
    <w:p w14:paraId="71BB4433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 xml:space="preserve">• </w:t>
      </w:r>
      <w:proofErr w:type="spellStart"/>
      <w:r w:rsidRPr="008D4AAC">
        <w:rPr>
          <w:rFonts w:ascii="Comic Sans MS" w:hAnsi="Comic Sans MS"/>
        </w:rPr>
        <w:t>Wholemeal</w:t>
      </w:r>
      <w:proofErr w:type="spellEnd"/>
      <w:r w:rsidRPr="008D4AAC">
        <w:rPr>
          <w:rFonts w:ascii="Comic Sans MS" w:hAnsi="Comic Sans MS"/>
        </w:rPr>
        <w:t xml:space="preserve"> pitta bread – 55</w:t>
      </w:r>
    </w:p>
    <w:p w14:paraId="3834427A" w14:textId="77777777" w:rsidR="008D4AAC" w:rsidRPr="008D4AAC" w:rsidRDefault="008D4AAC" w:rsidP="008D4AAC">
      <w:pPr>
        <w:pStyle w:val="Heading2"/>
        <w:rPr>
          <w:rFonts w:ascii="Comic Sans MS" w:hAnsi="Comic Sans MS"/>
        </w:rPr>
      </w:pPr>
      <w:r w:rsidRPr="008D4AAC">
        <w:rPr>
          <w:rFonts w:ascii="Comic Sans MS" w:hAnsi="Comic Sans MS"/>
        </w:rPr>
        <w:t>Method</w:t>
      </w:r>
    </w:p>
    <w:p w14:paraId="47E7162A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1. Slice vegetables into sticks.</w:t>
      </w:r>
    </w:p>
    <w:p w14:paraId="074A2CEB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2. Warm pitta bread and cut into strips.</w:t>
      </w:r>
    </w:p>
    <w:p w14:paraId="43A9D6D0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3. Serve with hummus for dipping.</w:t>
      </w:r>
    </w:p>
    <w:p w14:paraId="65A2C02D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br/>
        <w:t xml:space="preserve">Portion sizes: Under 2s: 40 g veg + ½ pitta + 30 g hummus | 2–5 </w:t>
      </w:r>
      <w:proofErr w:type="spellStart"/>
      <w:r w:rsidRPr="008D4AAC">
        <w:rPr>
          <w:rFonts w:ascii="Comic Sans MS" w:hAnsi="Comic Sans MS"/>
        </w:rPr>
        <w:t>yrs</w:t>
      </w:r>
      <w:proofErr w:type="spellEnd"/>
      <w:r w:rsidRPr="008D4AAC">
        <w:rPr>
          <w:rFonts w:ascii="Comic Sans MS" w:hAnsi="Comic Sans MS"/>
        </w:rPr>
        <w:t>: 60 g veg + 1 pitta + 45 g hummus</w:t>
      </w:r>
    </w:p>
    <w:p w14:paraId="2FB37DA7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Allergen &amp; Substitution Notes: Contains: Sesame, Gluten. Substitutions: Use gluten-free bread and sesame-free dip if needed.</w:t>
      </w:r>
    </w:p>
    <w:p w14:paraId="13E83A73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Storage Guidance: Keep chilled and consume within 24 hrs.</w:t>
      </w:r>
    </w:p>
    <w:p w14:paraId="4F170BE4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br w:type="page"/>
      </w:r>
    </w:p>
    <w:p w14:paraId="423019EC" w14:textId="77777777" w:rsidR="008D4AAC" w:rsidRPr="008D4AAC" w:rsidRDefault="008D4AAC" w:rsidP="008D4AAC">
      <w:pPr>
        <w:pStyle w:val="Heading1"/>
        <w:rPr>
          <w:rFonts w:ascii="Comic Sans MS" w:hAnsi="Comic Sans MS"/>
        </w:rPr>
      </w:pPr>
      <w:r w:rsidRPr="008D4AAC">
        <w:rPr>
          <w:rFonts w:ascii="Comic Sans MS" w:hAnsi="Comic Sans MS"/>
        </w:rPr>
        <w:lastRenderedPageBreak/>
        <w:t>Day 15 – Lunch – Spaghetti Bolognese; Fruit Jelly</w:t>
      </w:r>
    </w:p>
    <w:p w14:paraId="4A5F4262" w14:textId="77777777" w:rsidR="008D4AAC" w:rsidRPr="008D4AAC" w:rsidRDefault="008D4AAC" w:rsidP="008D4AAC">
      <w:pPr>
        <w:pStyle w:val="Heading2"/>
        <w:rPr>
          <w:rFonts w:ascii="Comic Sans MS" w:hAnsi="Comic Sans MS"/>
        </w:rPr>
      </w:pPr>
      <w:r w:rsidRPr="008D4AAC">
        <w:rPr>
          <w:rFonts w:ascii="Comic Sans MS" w:hAnsi="Comic Sans MS"/>
        </w:rPr>
        <w:t>Ingredients</w:t>
      </w:r>
    </w:p>
    <w:p w14:paraId="438286AA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Lean minced beef – 4.5 kg</w:t>
      </w:r>
    </w:p>
    <w:p w14:paraId="0174F22A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Wholewheat spaghetti – 4 kg</w:t>
      </w:r>
    </w:p>
    <w:p w14:paraId="7E7AF6E4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Chopped tomatoes – 4 L</w:t>
      </w:r>
    </w:p>
    <w:p w14:paraId="4E5E8D87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Onions – 1 kg</w:t>
      </w:r>
    </w:p>
    <w:p w14:paraId="1C684D6F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Carrots – 1 kg</w:t>
      </w:r>
    </w:p>
    <w:p w14:paraId="686F698C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Garlic – 40 g</w:t>
      </w:r>
    </w:p>
    <w:p w14:paraId="153111FA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Fruit jelly – 4 L</w:t>
      </w:r>
    </w:p>
    <w:p w14:paraId="168B6FCD" w14:textId="77777777" w:rsidR="008D4AAC" w:rsidRPr="008D4AAC" w:rsidRDefault="008D4AAC" w:rsidP="008D4AAC">
      <w:pPr>
        <w:pStyle w:val="Heading2"/>
        <w:rPr>
          <w:rFonts w:ascii="Comic Sans MS" w:hAnsi="Comic Sans MS"/>
        </w:rPr>
      </w:pPr>
      <w:r w:rsidRPr="008D4AAC">
        <w:rPr>
          <w:rFonts w:ascii="Comic Sans MS" w:hAnsi="Comic Sans MS"/>
        </w:rPr>
        <w:t>Method</w:t>
      </w:r>
    </w:p>
    <w:p w14:paraId="7E4CC5FD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1. Brown mince with onions, garlic, and grated carrot.</w:t>
      </w:r>
    </w:p>
    <w:p w14:paraId="625475CA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2. Add tomatoes and simmer 40 mins.</w:t>
      </w:r>
    </w:p>
    <w:p w14:paraId="5D37C263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3. Serve over cooked spaghetti with fruit jelly for dessert.</w:t>
      </w:r>
    </w:p>
    <w:p w14:paraId="3F294168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br/>
        <w:t xml:space="preserve">Portion sizes: Under 2s: ~130 g | 2–5 </w:t>
      </w:r>
      <w:proofErr w:type="spellStart"/>
      <w:r w:rsidRPr="008D4AAC">
        <w:rPr>
          <w:rFonts w:ascii="Comic Sans MS" w:hAnsi="Comic Sans MS"/>
        </w:rPr>
        <w:t>yrs</w:t>
      </w:r>
      <w:proofErr w:type="spellEnd"/>
      <w:r w:rsidRPr="008D4AAC">
        <w:rPr>
          <w:rFonts w:ascii="Comic Sans MS" w:hAnsi="Comic Sans MS"/>
        </w:rPr>
        <w:t>: ~180 g</w:t>
      </w:r>
    </w:p>
    <w:p w14:paraId="2CBF0CC6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Allergen &amp; Substitution Notes: Contains: Gluten. Substitutions: Use gluten-free pasta if required.</w:t>
      </w:r>
    </w:p>
    <w:p w14:paraId="3859C12D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 xml:space="preserve">Storage Guidance: Cool quickly and refrigerate within 90 mins. Consume within 24 </w:t>
      </w:r>
      <w:proofErr w:type="spellStart"/>
      <w:r w:rsidRPr="008D4AAC">
        <w:rPr>
          <w:rFonts w:ascii="Comic Sans MS" w:hAnsi="Comic Sans MS"/>
        </w:rPr>
        <w:t>hrs</w:t>
      </w:r>
      <w:proofErr w:type="spellEnd"/>
      <w:r w:rsidRPr="008D4AAC">
        <w:rPr>
          <w:rFonts w:ascii="Comic Sans MS" w:hAnsi="Comic Sans MS"/>
        </w:rPr>
        <w:t xml:space="preserve"> or freeze.</w:t>
      </w:r>
    </w:p>
    <w:p w14:paraId="6654AC7E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br w:type="page"/>
      </w:r>
    </w:p>
    <w:p w14:paraId="596A531C" w14:textId="77777777" w:rsidR="008D4AAC" w:rsidRPr="008D4AAC" w:rsidRDefault="008D4AAC" w:rsidP="008D4AAC">
      <w:pPr>
        <w:pStyle w:val="Heading1"/>
        <w:rPr>
          <w:rFonts w:ascii="Comic Sans MS" w:hAnsi="Comic Sans MS"/>
        </w:rPr>
      </w:pPr>
      <w:r w:rsidRPr="008D4AAC">
        <w:rPr>
          <w:rFonts w:ascii="Comic Sans MS" w:hAnsi="Comic Sans MS"/>
        </w:rPr>
        <w:lastRenderedPageBreak/>
        <w:t>Day 15 – Tea – Chicken &amp; Veg Wraps with Yoghurt</w:t>
      </w:r>
    </w:p>
    <w:p w14:paraId="5F03443E" w14:textId="77777777" w:rsidR="008D4AAC" w:rsidRPr="008D4AAC" w:rsidRDefault="008D4AAC" w:rsidP="008D4AAC">
      <w:pPr>
        <w:pStyle w:val="Heading2"/>
        <w:rPr>
          <w:rFonts w:ascii="Comic Sans MS" w:hAnsi="Comic Sans MS"/>
        </w:rPr>
      </w:pPr>
      <w:r w:rsidRPr="008D4AAC">
        <w:rPr>
          <w:rFonts w:ascii="Comic Sans MS" w:hAnsi="Comic Sans MS"/>
        </w:rPr>
        <w:t>Ingredients</w:t>
      </w:r>
    </w:p>
    <w:p w14:paraId="1B5DEE05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Cooked chicken – 3 kg</w:t>
      </w:r>
    </w:p>
    <w:p w14:paraId="7D80F414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 xml:space="preserve">• Mini </w:t>
      </w:r>
      <w:proofErr w:type="spellStart"/>
      <w:r w:rsidRPr="008D4AAC">
        <w:rPr>
          <w:rFonts w:ascii="Comic Sans MS" w:hAnsi="Comic Sans MS"/>
        </w:rPr>
        <w:t>wholemeal</w:t>
      </w:r>
      <w:proofErr w:type="spellEnd"/>
      <w:r w:rsidRPr="008D4AAC">
        <w:rPr>
          <w:rFonts w:ascii="Comic Sans MS" w:hAnsi="Comic Sans MS"/>
        </w:rPr>
        <w:t xml:space="preserve"> wraps – 55</w:t>
      </w:r>
    </w:p>
    <w:p w14:paraId="5720A14B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Mixed salad – 2 kg</w:t>
      </w:r>
    </w:p>
    <w:p w14:paraId="19D8A82B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Natural yoghurt – 3 L</w:t>
      </w:r>
    </w:p>
    <w:p w14:paraId="27B83F02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Fruit puree – 1 L</w:t>
      </w:r>
    </w:p>
    <w:p w14:paraId="6255EAD8" w14:textId="77777777" w:rsidR="008D4AAC" w:rsidRPr="008D4AAC" w:rsidRDefault="008D4AAC" w:rsidP="008D4AAC">
      <w:pPr>
        <w:pStyle w:val="Heading2"/>
        <w:rPr>
          <w:rFonts w:ascii="Comic Sans MS" w:hAnsi="Comic Sans MS"/>
        </w:rPr>
      </w:pPr>
      <w:r w:rsidRPr="008D4AAC">
        <w:rPr>
          <w:rFonts w:ascii="Comic Sans MS" w:hAnsi="Comic Sans MS"/>
        </w:rPr>
        <w:t>Method</w:t>
      </w:r>
    </w:p>
    <w:p w14:paraId="151F4660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1. Fill wraps with chicken and salad, roll and cut in halves.</w:t>
      </w:r>
    </w:p>
    <w:p w14:paraId="6BDB858C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2. Serve with yoghurt topped with fruit puree.</w:t>
      </w:r>
    </w:p>
    <w:p w14:paraId="5F9F404C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br/>
        <w:t xml:space="preserve">Portion sizes: Under 2s: ½ wrap + 60 g yoghurt | 2–5 </w:t>
      </w:r>
      <w:proofErr w:type="spellStart"/>
      <w:r w:rsidRPr="008D4AAC">
        <w:rPr>
          <w:rFonts w:ascii="Comic Sans MS" w:hAnsi="Comic Sans MS"/>
        </w:rPr>
        <w:t>yrs</w:t>
      </w:r>
      <w:proofErr w:type="spellEnd"/>
      <w:r w:rsidRPr="008D4AAC">
        <w:rPr>
          <w:rFonts w:ascii="Comic Sans MS" w:hAnsi="Comic Sans MS"/>
        </w:rPr>
        <w:t>: 1 wrap + 90 g yoghurt</w:t>
      </w:r>
    </w:p>
    <w:p w14:paraId="7B7287EF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Allergen &amp; Substitution Notes: Contains: Gluten, Milk. Substitutions: Use gluten-free wraps and dairy-free yoghurt if required.</w:t>
      </w:r>
    </w:p>
    <w:p w14:paraId="73D5E457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Storage Guidance: Keep chilled and consume within 24 hrs.</w:t>
      </w:r>
    </w:p>
    <w:p w14:paraId="6FA5DC02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br w:type="page"/>
      </w:r>
    </w:p>
    <w:p w14:paraId="48F6230D" w14:textId="77777777" w:rsidR="008D4AAC" w:rsidRPr="008D4AAC" w:rsidRDefault="008D4AAC" w:rsidP="008D4AAC">
      <w:pPr>
        <w:pStyle w:val="Heading1"/>
        <w:rPr>
          <w:rFonts w:ascii="Comic Sans MS" w:hAnsi="Comic Sans MS"/>
        </w:rPr>
      </w:pPr>
      <w:r w:rsidRPr="008D4AAC">
        <w:rPr>
          <w:rFonts w:ascii="Comic Sans MS" w:hAnsi="Comic Sans MS"/>
        </w:rPr>
        <w:lastRenderedPageBreak/>
        <w:t>Day 16 – Lunch – Vegetable Shepherd’s Pie; Fruit Compote</w:t>
      </w:r>
    </w:p>
    <w:p w14:paraId="25AB79F9" w14:textId="77777777" w:rsidR="008D4AAC" w:rsidRPr="008D4AAC" w:rsidRDefault="008D4AAC" w:rsidP="008D4AAC">
      <w:pPr>
        <w:pStyle w:val="Heading2"/>
        <w:rPr>
          <w:rFonts w:ascii="Comic Sans MS" w:hAnsi="Comic Sans MS"/>
        </w:rPr>
      </w:pPr>
      <w:r w:rsidRPr="008D4AAC">
        <w:rPr>
          <w:rFonts w:ascii="Comic Sans MS" w:hAnsi="Comic Sans MS"/>
        </w:rPr>
        <w:t>Ingredients</w:t>
      </w:r>
    </w:p>
    <w:p w14:paraId="3E730D8A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Lentils – 3 kg</w:t>
      </w:r>
    </w:p>
    <w:p w14:paraId="5EDB36EE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Onions – 1 kg</w:t>
      </w:r>
    </w:p>
    <w:p w14:paraId="1AD73376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Carrots – 2 kg</w:t>
      </w:r>
    </w:p>
    <w:p w14:paraId="4CDDF807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Peas – 1.5 kg</w:t>
      </w:r>
    </w:p>
    <w:p w14:paraId="7A810D4A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Potatoes – 6 kg</w:t>
      </w:r>
    </w:p>
    <w:p w14:paraId="43E7CD8A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Milk – 2.5 L</w:t>
      </w:r>
    </w:p>
    <w:p w14:paraId="2EC4F223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Butter or dairy-free spread – 300 g</w:t>
      </w:r>
    </w:p>
    <w:p w14:paraId="5489FBBC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Apple &amp; berry mix – 3 kg</w:t>
      </w:r>
    </w:p>
    <w:p w14:paraId="4C8B3F07" w14:textId="77777777" w:rsidR="008D4AAC" w:rsidRPr="008D4AAC" w:rsidRDefault="008D4AAC" w:rsidP="008D4AAC">
      <w:pPr>
        <w:pStyle w:val="Heading2"/>
        <w:rPr>
          <w:rFonts w:ascii="Comic Sans MS" w:hAnsi="Comic Sans MS"/>
        </w:rPr>
      </w:pPr>
      <w:r w:rsidRPr="008D4AAC">
        <w:rPr>
          <w:rFonts w:ascii="Comic Sans MS" w:hAnsi="Comic Sans MS"/>
        </w:rPr>
        <w:t>Method</w:t>
      </w:r>
    </w:p>
    <w:p w14:paraId="14FDC052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1. Cook onions and carrots, add lentils and water; simmer until thick.</w:t>
      </w:r>
    </w:p>
    <w:p w14:paraId="65C7B5EB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2. Add peas and season lightly.</w:t>
      </w:r>
    </w:p>
    <w:p w14:paraId="399AF80D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3. Mash potatoes with milk and butter/spread; top and bake until golden.</w:t>
      </w:r>
    </w:p>
    <w:p w14:paraId="092AD1FC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4. Serve with fruit compote.</w:t>
      </w:r>
    </w:p>
    <w:p w14:paraId="4AC65A0F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br/>
        <w:t xml:space="preserve">Portion sizes: Under 2s: ~140 g pie + 60 g compote | 2–5 </w:t>
      </w:r>
      <w:proofErr w:type="spellStart"/>
      <w:r w:rsidRPr="008D4AAC">
        <w:rPr>
          <w:rFonts w:ascii="Comic Sans MS" w:hAnsi="Comic Sans MS"/>
        </w:rPr>
        <w:t>yrs</w:t>
      </w:r>
      <w:proofErr w:type="spellEnd"/>
      <w:r w:rsidRPr="008D4AAC">
        <w:rPr>
          <w:rFonts w:ascii="Comic Sans MS" w:hAnsi="Comic Sans MS"/>
        </w:rPr>
        <w:t>: ~200 g pie + 90 g compote</w:t>
      </w:r>
    </w:p>
    <w:p w14:paraId="3679BD0E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Allergen &amp; Substitution Notes: Contains: Milk. Substitutions: Use dairy-free milk/spread if required.</w:t>
      </w:r>
    </w:p>
    <w:p w14:paraId="77568020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 xml:space="preserve">Storage Guidance: Cool quickly and refrigerate within 90 mins. Consume within 24 </w:t>
      </w:r>
      <w:proofErr w:type="spellStart"/>
      <w:r w:rsidRPr="008D4AAC">
        <w:rPr>
          <w:rFonts w:ascii="Comic Sans MS" w:hAnsi="Comic Sans MS"/>
        </w:rPr>
        <w:t>hrs</w:t>
      </w:r>
      <w:proofErr w:type="spellEnd"/>
      <w:r w:rsidRPr="008D4AAC">
        <w:rPr>
          <w:rFonts w:ascii="Comic Sans MS" w:hAnsi="Comic Sans MS"/>
        </w:rPr>
        <w:t xml:space="preserve"> or freeze.</w:t>
      </w:r>
    </w:p>
    <w:p w14:paraId="4C7E34C0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br w:type="page"/>
      </w:r>
    </w:p>
    <w:p w14:paraId="20BA7D99" w14:textId="77777777" w:rsidR="008D4AAC" w:rsidRPr="008D4AAC" w:rsidRDefault="008D4AAC" w:rsidP="008D4AAC">
      <w:pPr>
        <w:pStyle w:val="Heading1"/>
        <w:rPr>
          <w:rFonts w:ascii="Comic Sans MS" w:hAnsi="Comic Sans MS"/>
        </w:rPr>
      </w:pPr>
      <w:r w:rsidRPr="008D4AAC">
        <w:rPr>
          <w:rFonts w:ascii="Comic Sans MS" w:hAnsi="Comic Sans MS"/>
        </w:rPr>
        <w:lastRenderedPageBreak/>
        <w:t>Day 16 – Tea – Cheese &amp; Crackers with Apple Slices</w:t>
      </w:r>
    </w:p>
    <w:p w14:paraId="2D7113E0" w14:textId="77777777" w:rsidR="008D4AAC" w:rsidRPr="008D4AAC" w:rsidRDefault="008D4AAC" w:rsidP="008D4AAC">
      <w:pPr>
        <w:pStyle w:val="Heading2"/>
        <w:rPr>
          <w:rFonts w:ascii="Comic Sans MS" w:hAnsi="Comic Sans MS"/>
        </w:rPr>
      </w:pPr>
      <w:r w:rsidRPr="008D4AAC">
        <w:rPr>
          <w:rFonts w:ascii="Comic Sans MS" w:hAnsi="Comic Sans MS"/>
        </w:rPr>
        <w:t>Ingredients</w:t>
      </w:r>
    </w:p>
    <w:p w14:paraId="6614422D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Mild cheese – 2.5 kg</w:t>
      </w:r>
    </w:p>
    <w:p w14:paraId="323BB554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Wholegrain crackers – 4 kg</w:t>
      </w:r>
    </w:p>
    <w:p w14:paraId="37A83075" w14:textId="77777777" w:rsidR="008D4AAC" w:rsidRPr="008D4AAC" w:rsidRDefault="008D4AAC" w:rsidP="008D4AAC">
      <w:pPr>
        <w:pStyle w:val="ListBullet"/>
        <w:rPr>
          <w:rFonts w:ascii="Comic Sans MS" w:hAnsi="Comic Sans MS"/>
        </w:rPr>
      </w:pPr>
      <w:r w:rsidRPr="008D4AAC">
        <w:rPr>
          <w:rFonts w:ascii="Comic Sans MS" w:hAnsi="Comic Sans MS"/>
        </w:rPr>
        <w:t>• Apples – 3 kg</w:t>
      </w:r>
    </w:p>
    <w:p w14:paraId="4A57C348" w14:textId="77777777" w:rsidR="008D4AAC" w:rsidRPr="008D4AAC" w:rsidRDefault="008D4AAC" w:rsidP="008D4AAC">
      <w:pPr>
        <w:pStyle w:val="Heading2"/>
        <w:rPr>
          <w:rFonts w:ascii="Comic Sans MS" w:hAnsi="Comic Sans MS"/>
        </w:rPr>
      </w:pPr>
      <w:r w:rsidRPr="008D4AAC">
        <w:rPr>
          <w:rFonts w:ascii="Comic Sans MS" w:hAnsi="Comic Sans MS"/>
        </w:rPr>
        <w:t>Method</w:t>
      </w:r>
    </w:p>
    <w:p w14:paraId="23EB85A3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1. Slice cheese and apples.</w:t>
      </w:r>
    </w:p>
    <w:p w14:paraId="1D7287F2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2. Serve cheese and apples with wholegrain crackers.</w:t>
      </w:r>
    </w:p>
    <w:p w14:paraId="4DD61E90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br/>
        <w:t xml:space="preserve">Portion sizes: Under 2s: 20 g cheese + 2 crackers + ¼ apple | 2–5 </w:t>
      </w:r>
      <w:proofErr w:type="spellStart"/>
      <w:r w:rsidRPr="008D4AAC">
        <w:rPr>
          <w:rFonts w:ascii="Comic Sans MS" w:hAnsi="Comic Sans MS"/>
        </w:rPr>
        <w:t>yrs</w:t>
      </w:r>
      <w:proofErr w:type="spellEnd"/>
      <w:r w:rsidRPr="008D4AAC">
        <w:rPr>
          <w:rFonts w:ascii="Comic Sans MS" w:hAnsi="Comic Sans MS"/>
        </w:rPr>
        <w:t>: 30 g cheese + 4 crackers + ½ apple</w:t>
      </w:r>
    </w:p>
    <w:p w14:paraId="2A5F5760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Allergen &amp; Substitution Notes: Contains: Milk, Gluten. Substitutions: Use dairy-free cheese and gluten-free crackers if required.</w:t>
      </w:r>
    </w:p>
    <w:p w14:paraId="26A7C848" w14:textId="77777777" w:rsidR="008D4AAC" w:rsidRPr="008D4AAC" w:rsidRDefault="008D4AAC" w:rsidP="008D4AAC">
      <w:pPr>
        <w:rPr>
          <w:rFonts w:ascii="Comic Sans MS" w:hAnsi="Comic Sans MS"/>
        </w:rPr>
      </w:pPr>
      <w:r w:rsidRPr="008D4AAC">
        <w:rPr>
          <w:rFonts w:ascii="Comic Sans MS" w:hAnsi="Comic Sans MS"/>
        </w:rPr>
        <w:t>Storage Guidance: Keep chilled and consume within 24 hrs.</w:t>
      </w:r>
    </w:p>
    <w:p w14:paraId="13A004EB" w14:textId="5653AB00" w:rsidR="008D4AAC" w:rsidRPr="001F65DD" w:rsidRDefault="008D4AAC" w:rsidP="008D4AAC">
      <w:pPr>
        <w:rPr>
          <w:rFonts w:ascii="Comic Sans MS" w:hAnsi="Comic Sans MS"/>
        </w:rPr>
      </w:pPr>
    </w:p>
    <w:p w14:paraId="1C014F87" w14:textId="77777777" w:rsidR="008D4AAC" w:rsidRDefault="008D4AAC"/>
    <w:sectPr w:rsidR="008D4AAC" w:rsidSect="008D4AAC">
      <w:headerReference w:type="default" r:id="rId8"/>
      <w:pgSz w:w="12240" w:h="15840"/>
      <w:pgMar w:top="1127" w:right="1226" w:bottom="1440" w:left="1233" w:header="103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CE2861" w14:textId="77777777" w:rsidR="00E77210" w:rsidRDefault="00E77210" w:rsidP="008D4AAC">
      <w:pPr>
        <w:spacing w:after="0" w:line="240" w:lineRule="auto"/>
      </w:pPr>
      <w:r>
        <w:separator/>
      </w:r>
    </w:p>
  </w:endnote>
  <w:endnote w:type="continuationSeparator" w:id="0">
    <w:p w14:paraId="72DE29AC" w14:textId="77777777" w:rsidR="00E77210" w:rsidRDefault="00E77210" w:rsidP="008D4A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Comic Sans MS">
    <w:altName w:val="﷽﷽﷽﷽﷽﷽﷽﷽ns MS"/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478034" w14:textId="77777777" w:rsidR="00E77210" w:rsidRDefault="00E77210" w:rsidP="008D4AAC">
      <w:pPr>
        <w:spacing w:after="0" w:line="240" w:lineRule="auto"/>
      </w:pPr>
      <w:r>
        <w:separator/>
      </w:r>
    </w:p>
  </w:footnote>
  <w:footnote w:type="continuationSeparator" w:id="0">
    <w:p w14:paraId="7C292AB7" w14:textId="77777777" w:rsidR="00E77210" w:rsidRDefault="00E77210" w:rsidP="008D4A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8F23CD" w14:textId="34A31ECA" w:rsidR="008D4AAC" w:rsidRDefault="008D4AAC">
    <w:pPr>
      <w:pStyle w:val="Header"/>
    </w:pPr>
    <w:r w:rsidRPr="00FF1337">
      <w:rPr>
        <w:noProof/>
      </w:rPr>
      <w:drawing>
        <wp:inline distT="0" distB="0" distL="0" distR="0" wp14:anchorId="70E0F26A" wp14:editId="00C0ADD8">
          <wp:extent cx="4462145" cy="1559225"/>
          <wp:effectExtent l="0" t="0" r="0" b="3175"/>
          <wp:docPr id="1" name="Picture 1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lipar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03139" cy="1573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63186839">
    <w:abstractNumId w:val="8"/>
  </w:num>
  <w:num w:numId="2" w16cid:durableId="684286426">
    <w:abstractNumId w:val="6"/>
  </w:num>
  <w:num w:numId="3" w16cid:durableId="1122848390">
    <w:abstractNumId w:val="5"/>
  </w:num>
  <w:num w:numId="4" w16cid:durableId="1584875620">
    <w:abstractNumId w:val="4"/>
  </w:num>
  <w:num w:numId="5" w16cid:durableId="1151605754">
    <w:abstractNumId w:val="7"/>
  </w:num>
  <w:num w:numId="6" w16cid:durableId="1657801100">
    <w:abstractNumId w:val="3"/>
  </w:num>
  <w:num w:numId="7" w16cid:durableId="1290089092">
    <w:abstractNumId w:val="2"/>
  </w:num>
  <w:num w:numId="8" w16cid:durableId="1198002602">
    <w:abstractNumId w:val="1"/>
  </w:num>
  <w:num w:numId="9" w16cid:durableId="6392624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1F65DD"/>
    <w:rsid w:val="00205A2F"/>
    <w:rsid w:val="00270CFE"/>
    <w:rsid w:val="0029639D"/>
    <w:rsid w:val="00326F90"/>
    <w:rsid w:val="00581079"/>
    <w:rsid w:val="007C7321"/>
    <w:rsid w:val="008D4AAC"/>
    <w:rsid w:val="008D4DA0"/>
    <w:rsid w:val="00AA1D8D"/>
    <w:rsid w:val="00B47730"/>
    <w:rsid w:val="00C05516"/>
    <w:rsid w:val="00CB0664"/>
    <w:rsid w:val="00E77210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2DBFF24"/>
  <w14:defaultImageDpi w14:val="300"/>
  <w15:docId w15:val="{C1DF720E-8005-BC4D-81AE-7CF78E837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3183</Words>
  <Characters>18147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21288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claire senogles</cp:lastModifiedBy>
  <cp:revision>2</cp:revision>
  <dcterms:created xsi:type="dcterms:W3CDTF">2026-01-08T10:57:00Z</dcterms:created>
  <dcterms:modified xsi:type="dcterms:W3CDTF">2026-01-08T10:57:00Z</dcterms:modified>
  <cp:category/>
</cp:coreProperties>
</file>