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Volunteer Assignment by Zone – Final Version</w:t>
      </w:r>
    </w:p>
    <w:p>
      <w:r>
        <w:t>Donor Meet &amp; Greet — Lead: Staci. Responsibilities: Welcome and host donors; manage donor hospitality; coordinate donor flow; support fundraiser engagement; transition to assist check-in after meet &amp; greet.</w:t>
      </w:r>
    </w:p>
    <w:p>
      <w:r>
        <w:t>Theater Check-In Zone — Zone Lead: Lesha; Support: Kaila (+2). Responsibilities: Check-In Guests; welcome guests; direct guest flow; provide event guidance; support fundraiser messaging.</w:t>
      </w:r>
    </w:p>
    <w:p>
      <w:r>
        <w:t>Theater Lobby Zone — Zone Leads: Angela &amp; Perry. Responsibilities: Meet/Greet Guests; maintain guest flow; assist donor hospitality; direct guests; support fundraiser engagement.</w:t>
      </w:r>
    </w:p>
    <w:p>
      <w:r>
        <w:t>Retail / Merchandise Zone — Zone Lead: Alicia S; Volunteers: Staci’s Son, Staci’s Daughter, Friend. Responsibilities: Manage merchandise tables; assist purchases; track inventory; promote fundraiser.</w:t>
      </w:r>
    </w:p>
    <w:p>
      <w:r>
        <w:t>Green Room Zone — Zone Lead: Aja; Support: Kamaya. Responsibilities: Maintain space; support talent; monitor access; communicate timing.</w:t>
      </w:r>
    </w:p>
    <w:p>
      <w:r>
        <w:t>Theater Performance Area — Escorts/Ushers Lead Team: Kaila (+2). Responsibilities: Escort guests; assist seating; maintain audience flow; support fundraiser efforts.</w:t>
      </w:r>
    </w:p>
    <w:p>
      <w:r>
        <w:t>Fundraiser Activation — Paddle Raise Lead: Alexis. Responsibilities: Coordinate paddle raise; drive donation engagement; communicate with volunteers.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