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89B14" w14:textId="54D82107" w:rsidR="009E4131" w:rsidRDefault="009E4131" w:rsidP="009E4131">
      <w:pPr>
        <w:rPr>
          <w:b/>
          <w:bCs/>
        </w:rPr>
      </w:pPr>
      <w:r>
        <w:rPr>
          <w:noProof/>
        </w:rPr>
        <w:drawing>
          <wp:inline distT="0" distB="0" distL="0" distR="0" wp14:anchorId="390647FB" wp14:editId="410427F3">
            <wp:extent cx="1828800" cy="1828800"/>
            <wp:effectExtent l="0" t="0" r="0" b="0"/>
            <wp:docPr id="1" name="Picture 1" descr="A green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nd white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40D5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South Berkeley Soccer Club Bylaws</w:t>
      </w:r>
    </w:p>
    <w:p w14:paraId="5C9DFACD" w14:textId="6A702462" w:rsidR="009E4131" w:rsidRPr="000F337D" w:rsidRDefault="009E4131" w:rsidP="009E4131">
      <w:pPr>
        <w:spacing w:after="160" w:line="278" w:lineRule="auto"/>
      </w:pPr>
      <w:r w:rsidRPr="000F337D">
        <w:rPr>
          <w:b/>
          <w:bCs/>
        </w:rPr>
        <w:t xml:space="preserve">(Amended </w:t>
      </w:r>
      <w:r w:rsidR="007C1897">
        <w:rPr>
          <w:b/>
          <w:bCs/>
        </w:rPr>
        <w:t>December 1</w:t>
      </w:r>
      <w:r w:rsidRPr="000F337D">
        <w:rPr>
          <w:b/>
          <w:bCs/>
        </w:rPr>
        <w:t>, 2025)</w:t>
      </w:r>
    </w:p>
    <w:p w14:paraId="33AB78FE" w14:textId="77777777" w:rsidR="009E4131" w:rsidRPr="000F337D" w:rsidRDefault="009E4131" w:rsidP="009E4131">
      <w:pPr>
        <w:spacing w:after="160" w:line="278" w:lineRule="auto"/>
      </w:pPr>
      <w:r w:rsidRPr="000F337D">
        <w:pict w14:anchorId="13FB2E72">
          <v:rect id="_x0000_i1037" style="width:0;height:1.5pt" o:hralign="center" o:hrstd="t" o:hr="t" fillcolor="#a0a0a0" stroked="f"/>
        </w:pict>
      </w:r>
    </w:p>
    <w:p w14:paraId="544D7F0A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Statement of Purpose</w:t>
      </w:r>
    </w:p>
    <w:p w14:paraId="3C0F8983" w14:textId="77777777" w:rsidR="009E4131" w:rsidRPr="000F337D" w:rsidRDefault="009E4131" w:rsidP="009E4131">
      <w:pPr>
        <w:spacing w:after="160" w:line="278" w:lineRule="auto"/>
      </w:pPr>
      <w:r w:rsidRPr="000F337D">
        <w:t xml:space="preserve">The purpose of the South Berkeley Soccer Club (SBSC) is to provide opportunities for children to learn the fundamentals of soccer. The Club is committed to offering a positive learning environment focused on skill development, enjoyment of </w:t>
      </w:r>
      <w:proofErr w:type="gramStart"/>
      <w:r w:rsidRPr="000F337D">
        <w:t>the sport</w:t>
      </w:r>
      <w:proofErr w:type="gramEnd"/>
      <w:r w:rsidRPr="000F337D">
        <w:t>, and sportsmanship.</w:t>
      </w:r>
    </w:p>
    <w:p w14:paraId="3B1B2920" w14:textId="77777777" w:rsidR="009E4131" w:rsidRPr="000F337D" w:rsidRDefault="009E4131" w:rsidP="009E4131">
      <w:pPr>
        <w:spacing w:after="160" w:line="278" w:lineRule="auto"/>
      </w:pPr>
      <w:r w:rsidRPr="000F337D">
        <w:t>Participation is open to every child—regardless of race, creed, gender, national origin, disability, financial circumstances, or skill level—within the age groups offered by the program.</w:t>
      </w:r>
    </w:p>
    <w:p w14:paraId="1C0595DB" w14:textId="77777777" w:rsidR="009E4131" w:rsidRPr="000F337D" w:rsidRDefault="009E4131" w:rsidP="009E4131">
      <w:pPr>
        <w:spacing w:after="160" w:line="278" w:lineRule="auto"/>
      </w:pPr>
      <w:r w:rsidRPr="000F337D">
        <w:t>The Club is organized exclusively for charitable and educational purposes within the meaning of Section 501(c)(3) of the Internal Revenue Code, or any corresponding future federal tax code.</w:t>
      </w:r>
    </w:p>
    <w:p w14:paraId="1D52B53F" w14:textId="77777777" w:rsidR="009E4131" w:rsidRPr="000F337D" w:rsidRDefault="009E4131" w:rsidP="009E4131">
      <w:pPr>
        <w:spacing w:after="160" w:line="278" w:lineRule="auto"/>
      </w:pPr>
      <w:r w:rsidRPr="000F337D">
        <w:t>SBSC is affiliated with the West Virginia Soccer Association (WVSA) and the United States Youth Soccer Association (USYSA).</w:t>
      </w:r>
    </w:p>
    <w:p w14:paraId="08FFFEB1" w14:textId="77777777" w:rsidR="009E4131" w:rsidRPr="000F337D" w:rsidRDefault="009E4131" w:rsidP="009E4131">
      <w:pPr>
        <w:spacing w:after="160" w:line="278" w:lineRule="auto"/>
      </w:pPr>
      <w:r w:rsidRPr="000F337D">
        <w:pict w14:anchorId="26317467">
          <v:rect id="_x0000_i1038" style="width:0;height:1.5pt" o:hralign="center" o:hrstd="t" o:hr="t" fillcolor="#a0a0a0" stroked="f"/>
        </w:pict>
      </w:r>
    </w:p>
    <w:p w14:paraId="5FDA86BE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I – Name and Contact Information</w:t>
      </w:r>
    </w:p>
    <w:p w14:paraId="5D701AF0" w14:textId="77777777" w:rsidR="009E4131" w:rsidRPr="000F337D" w:rsidRDefault="009E4131" w:rsidP="009E4131">
      <w:pPr>
        <w:spacing w:after="160" w:line="278" w:lineRule="auto"/>
      </w:pPr>
      <w:r w:rsidRPr="000F337D">
        <w:t xml:space="preserve">The name of the organization shall be </w:t>
      </w:r>
      <w:r w:rsidRPr="000F337D">
        <w:rPr>
          <w:b/>
          <w:bCs/>
        </w:rPr>
        <w:t>South Berkeley Soccer Club (SBSC)</w:t>
      </w:r>
      <w:r w:rsidRPr="000F337D">
        <w:t>.</w:t>
      </w:r>
    </w:p>
    <w:p w14:paraId="30C642F4" w14:textId="77777777" w:rsidR="009E4131" w:rsidRPr="000F337D" w:rsidRDefault="009E4131" w:rsidP="009E4131">
      <w:pPr>
        <w:spacing w:after="160" w:line="278" w:lineRule="auto"/>
      </w:pPr>
      <w:r w:rsidRPr="000F337D">
        <w:rPr>
          <w:b/>
          <w:bCs/>
        </w:rPr>
        <w:t>Contact Information:</w:t>
      </w:r>
    </w:p>
    <w:p w14:paraId="41035558" w14:textId="77777777" w:rsidR="009E4131" w:rsidRPr="000F337D" w:rsidRDefault="009E4131" w:rsidP="009E4131">
      <w:pPr>
        <w:numPr>
          <w:ilvl w:val="0"/>
          <w:numId w:val="41"/>
        </w:numPr>
        <w:spacing w:after="160" w:line="278" w:lineRule="auto"/>
      </w:pPr>
      <w:r w:rsidRPr="000F337D">
        <w:rPr>
          <w:b/>
          <w:bCs/>
        </w:rPr>
        <w:t>Mailing Address:</w:t>
      </w:r>
      <w:r w:rsidRPr="000F337D">
        <w:t xml:space="preserve"> P.O. Box 294, Inwood, WV 25428</w:t>
      </w:r>
    </w:p>
    <w:p w14:paraId="37EDEE7B" w14:textId="77777777" w:rsidR="009E4131" w:rsidRPr="000F337D" w:rsidRDefault="009E4131" w:rsidP="009E4131">
      <w:pPr>
        <w:numPr>
          <w:ilvl w:val="0"/>
          <w:numId w:val="41"/>
        </w:numPr>
        <w:spacing w:after="160" w:line="278" w:lineRule="auto"/>
      </w:pPr>
      <w:r w:rsidRPr="000F337D">
        <w:rPr>
          <w:b/>
          <w:bCs/>
        </w:rPr>
        <w:t>Website:</w:t>
      </w:r>
      <w:r w:rsidRPr="000F337D">
        <w:t xml:space="preserve"> www.southberkeleysoccer.org</w:t>
      </w:r>
    </w:p>
    <w:p w14:paraId="3DE2B289" w14:textId="77777777" w:rsidR="009E4131" w:rsidRPr="000F337D" w:rsidRDefault="009E4131" w:rsidP="009E4131">
      <w:pPr>
        <w:numPr>
          <w:ilvl w:val="0"/>
          <w:numId w:val="41"/>
        </w:numPr>
        <w:spacing w:after="160" w:line="278" w:lineRule="auto"/>
      </w:pPr>
      <w:r w:rsidRPr="000F337D">
        <w:rPr>
          <w:b/>
          <w:bCs/>
        </w:rPr>
        <w:t>Email:</w:t>
      </w:r>
      <w:r w:rsidRPr="000F337D">
        <w:t xml:space="preserve"> southberkeleysoccer@gmail.com</w:t>
      </w:r>
    </w:p>
    <w:p w14:paraId="3CE8010B" w14:textId="77777777" w:rsidR="009E4131" w:rsidRPr="000F337D" w:rsidRDefault="009E4131" w:rsidP="009E4131">
      <w:pPr>
        <w:spacing w:after="160" w:line="278" w:lineRule="auto"/>
      </w:pPr>
      <w:r w:rsidRPr="000F337D">
        <w:pict w14:anchorId="524B6B9C">
          <v:rect id="_x0000_i1039" style="width:0;height:1.5pt" o:hralign="center" o:hrstd="t" o:hr="t" fillcolor="#a0a0a0" stroked="f"/>
        </w:pict>
      </w:r>
    </w:p>
    <w:p w14:paraId="2B7CE395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lastRenderedPageBreak/>
        <w:t>Article II – Board of Directors</w:t>
      </w:r>
    </w:p>
    <w:p w14:paraId="713383C6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1: Composition</w:t>
      </w:r>
    </w:p>
    <w:p w14:paraId="6053290E" w14:textId="77777777" w:rsidR="009E4131" w:rsidRPr="000F337D" w:rsidRDefault="009E4131" w:rsidP="009E4131">
      <w:pPr>
        <w:spacing w:after="160" w:line="278" w:lineRule="auto"/>
      </w:pPr>
      <w:r w:rsidRPr="000F337D">
        <w:t>The Board of Directors (“Board Members”) shall consist of:</w:t>
      </w:r>
    </w:p>
    <w:p w14:paraId="715AEE1A" w14:textId="77777777" w:rsidR="009E4131" w:rsidRPr="000F337D" w:rsidRDefault="009E4131" w:rsidP="009E4131">
      <w:pPr>
        <w:numPr>
          <w:ilvl w:val="0"/>
          <w:numId w:val="42"/>
        </w:numPr>
        <w:spacing w:after="160" w:line="278" w:lineRule="auto"/>
      </w:pPr>
      <w:r w:rsidRPr="000F337D">
        <w:t>Five (5) elected Executive Board members</w:t>
      </w:r>
    </w:p>
    <w:p w14:paraId="486D4A7D" w14:textId="77777777" w:rsidR="009E4131" w:rsidRPr="000F337D" w:rsidRDefault="009E4131" w:rsidP="009E4131">
      <w:pPr>
        <w:numPr>
          <w:ilvl w:val="0"/>
          <w:numId w:val="42"/>
        </w:numPr>
        <w:spacing w:after="160" w:line="278" w:lineRule="auto"/>
      </w:pPr>
      <w:r w:rsidRPr="000F337D">
        <w:t>Three (3) at-large members</w:t>
      </w:r>
    </w:p>
    <w:p w14:paraId="23CF7EBE" w14:textId="77777777" w:rsidR="009E4131" w:rsidRPr="000F337D" w:rsidRDefault="009E4131" w:rsidP="009E4131">
      <w:pPr>
        <w:spacing w:after="160" w:line="278" w:lineRule="auto"/>
      </w:pPr>
      <w:r w:rsidRPr="000F337D">
        <w:t xml:space="preserve">Only </w:t>
      </w:r>
      <w:r w:rsidRPr="000F337D">
        <w:rPr>
          <w:b/>
          <w:bCs/>
        </w:rPr>
        <w:t>one member per household</w:t>
      </w:r>
      <w:r w:rsidRPr="000F337D">
        <w:t xml:space="preserve"> may serve on the Board at any given time.</w:t>
      </w:r>
    </w:p>
    <w:p w14:paraId="6A3E16FD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2: Election Terms</w:t>
      </w:r>
    </w:p>
    <w:p w14:paraId="6B04CB30" w14:textId="77777777" w:rsidR="009E4131" w:rsidRPr="000F337D" w:rsidRDefault="009E4131" w:rsidP="009E4131">
      <w:pPr>
        <w:numPr>
          <w:ilvl w:val="0"/>
          <w:numId w:val="43"/>
        </w:numPr>
        <w:spacing w:after="160" w:line="278" w:lineRule="auto"/>
      </w:pPr>
      <w:r w:rsidRPr="000F337D">
        <w:rPr>
          <w:b/>
          <w:bCs/>
        </w:rPr>
        <w:t>President:</w:t>
      </w:r>
      <w:r w:rsidRPr="000F337D">
        <w:t xml:space="preserve"> elected in odd years</w:t>
      </w:r>
    </w:p>
    <w:p w14:paraId="31F3E421" w14:textId="77777777" w:rsidR="009E4131" w:rsidRPr="000F337D" w:rsidRDefault="009E4131" w:rsidP="009E4131">
      <w:pPr>
        <w:numPr>
          <w:ilvl w:val="0"/>
          <w:numId w:val="43"/>
        </w:numPr>
        <w:spacing w:after="160" w:line="278" w:lineRule="auto"/>
      </w:pPr>
      <w:r w:rsidRPr="000F337D">
        <w:rPr>
          <w:b/>
          <w:bCs/>
        </w:rPr>
        <w:t>Vice President:</w:t>
      </w:r>
      <w:r w:rsidRPr="000F337D">
        <w:t xml:space="preserve"> elected in even years</w:t>
      </w:r>
    </w:p>
    <w:p w14:paraId="74838AD8" w14:textId="77777777" w:rsidR="009E4131" w:rsidRPr="000F337D" w:rsidRDefault="009E4131" w:rsidP="009E4131">
      <w:pPr>
        <w:numPr>
          <w:ilvl w:val="0"/>
          <w:numId w:val="43"/>
        </w:numPr>
        <w:spacing w:after="160" w:line="278" w:lineRule="auto"/>
      </w:pPr>
      <w:r w:rsidRPr="000F337D">
        <w:rPr>
          <w:b/>
          <w:bCs/>
        </w:rPr>
        <w:t>Secretary:</w:t>
      </w:r>
      <w:r w:rsidRPr="000F337D">
        <w:t xml:space="preserve"> elected in </w:t>
      </w:r>
      <w:proofErr w:type="gramStart"/>
      <w:r w:rsidRPr="000F337D">
        <w:t>even</w:t>
      </w:r>
      <w:proofErr w:type="gramEnd"/>
      <w:r w:rsidRPr="000F337D">
        <w:t xml:space="preserve"> years</w:t>
      </w:r>
    </w:p>
    <w:p w14:paraId="75727DE5" w14:textId="77777777" w:rsidR="009E4131" w:rsidRPr="000F337D" w:rsidRDefault="009E4131" w:rsidP="009E4131">
      <w:pPr>
        <w:numPr>
          <w:ilvl w:val="0"/>
          <w:numId w:val="43"/>
        </w:numPr>
        <w:spacing w:after="160" w:line="278" w:lineRule="auto"/>
      </w:pPr>
      <w:r w:rsidRPr="000F337D">
        <w:rPr>
          <w:b/>
          <w:bCs/>
        </w:rPr>
        <w:t>Treasurer:</w:t>
      </w:r>
      <w:r w:rsidRPr="000F337D">
        <w:t xml:space="preserve"> elected in odd years</w:t>
      </w:r>
    </w:p>
    <w:p w14:paraId="4454BD17" w14:textId="77777777" w:rsidR="009E4131" w:rsidRPr="000F337D" w:rsidRDefault="009E4131" w:rsidP="009E4131">
      <w:pPr>
        <w:numPr>
          <w:ilvl w:val="0"/>
          <w:numId w:val="43"/>
        </w:numPr>
        <w:spacing w:after="160" w:line="278" w:lineRule="auto"/>
      </w:pPr>
      <w:r w:rsidRPr="000F337D">
        <w:rPr>
          <w:b/>
          <w:bCs/>
        </w:rPr>
        <w:t>Registrar:</w:t>
      </w:r>
      <w:r w:rsidRPr="000F337D">
        <w:t xml:space="preserve"> elected in even years</w:t>
      </w:r>
    </w:p>
    <w:p w14:paraId="01E701C9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3: Election Process</w:t>
      </w:r>
    </w:p>
    <w:p w14:paraId="163C3B1D" w14:textId="77777777" w:rsidR="009E4131" w:rsidRPr="000F337D" w:rsidRDefault="009E4131" w:rsidP="009E4131">
      <w:pPr>
        <w:numPr>
          <w:ilvl w:val="0"/>
          <w:numId w:val="44"/>
        </w:numPr>
        <w:spacing w:after="160" w:line="278" w:lineRule="auto"/>
      </w:pPr>
      <w:r w:rsidRPr="000F337D">
        <w:t xml:space="preserve">Executive Board members are elected at the </w:t>
      </w:r>
      <w:r w:rsidRPr="000F337D">
        <w:rPr>
          <w:b/>
          <w:bCs/>
        </w:rPr>
        <w:t>June annual meeting</w:t>
      </w:r>
      <w:r w:rsidRPr="000F337D">
        <w:t xml:space="preserve"> by a majority of Board Members present.</w:t>
      </w:r>
    </w:p>
    <w:p w14:paraId="1FB478C5" w14:textId="77777777" w:rsidR="009E4131" w:rsidRPr="000F337D" w:rsidRDefault="009E4131" w:rsidP="009E4131">
      <w:pPr>
        <w:numPr>
          <w:ilvl w:val="0"/>
          <w:numId w:val="44"/>
        </w:numPr>
        <w:spacing w:after="160" w:line="278" w:lineRule="auto"/>
      </w:pPr>
      <w:r w:rsidRPr="000F337D">
        <w:t xml:space="preserve">All Executive Board terms are </w:t>
      </w:r>
      <w:r w:rsidRPr="000F337D">
        <w:rPr>
          <w:b/>
          <w:bCs/>
        </w:rPr>
        <w:t>two years</w:t>
      </w:r>
      <w:r w:rsidRPr="000F337D">
        <w:t xml:space="preserve">, running </w:t>
      </w:r>
      <w:r w:rsidRPr="000F337D">
        <w:rPr>
          <w:b/>
          <w:bCs/>
        </w:rPr>
        <w:t>July 1 – June 30</w:t>
      </w:r>
      <w:r w:rsidRPr="000F337D">
        <w:t>.</w:t>
      </w:r>
    </w:p>
    <w:p w14:paraId="6989CEA4" w14:textId="77777777" w:rsidR="009E4131" w:rsidRPr="000F337D" w:rsidRDefault="009E4131" w:rsidP="009E4131">
      <w:pPr>
        <w:numPr>
          <w:ilvl w:val="0"/>
          <w:numId w:val="44"/>
        </w:numPr>
        <w:spacing w:after="160" w:line="278" w:lineRule="auto"/>
      </w:pPr>
      <w:r w:rsidRPr="000F337D">
        <w:t xml:space="preserve">No person may hold more than one office, </w:t>
      </w:r>
      <w:r w:rsidRPr="000F337D">
        <w:rPr>
          <w:b/>
          <w:bCs/>
        </w:rPr>
        <w:t>except the Registrar may hold an additional role if needed</w:t>
      </w:r>
      <w:r w:rsidRPr="000F337D">
        <w:t>.</w:t>
      </w:r>
    </w:p>
    <w:p w14:paraId="66C968CE" w14:textId="77777777" w:rsidR="009E4131" w:rsidRPr="000F337D" w:rsidRDefault="009E4131" w:rsidP="009E4131">
      <w:pPr>
        <w:numPr>
          <w:ilvl w:val="0"/>
          <w:numId w:val="44"/>
        </w:numPr>
        <w:spacing w:after="160" w:line="278" w:lineRule="auto"/>
      </w:pPr>
      <w:r w:rsidRPr="000F337D">
        <w:t>Should a vacancy occur, the President may appoint a replacement to serve the remainder of the term.</w:t>
      </w:r>
    </w:p>
    <w:p w14:paraId="57C69102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4: Duties of Executive Board</w:t>
      </w:r>
    </w:p>
    <w:p w14:paraId="77B5E253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President</w:t>
      </w:r>
    </w:p>
    <w:p w14:paraId="17B879E0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proofErr w:type="gramStart"/>
      <w:r w:rsidRPr="000F337D">
        <w:t>Presides</w:t>
      </w:r>
      <w:proofErr w:type="gramEnd"/>
      <w:r w:rsidRPr="000F337D">
        <w:t xml:space="preserve"> over all SBSC meetings.</w:t>
      </w:r>
    </w:p>
    <w:p w14:paraId="1B283342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r w:rsidRPr="000F337D">
        <w:t>Serves as liaison for SBSC members.</w:t>
      </w:r>
    </w:p>
    <w:p w14:paraId="70433D3F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r w:rsidRPr="000F337D">
        <w:t>Appoints replacements for vacant positions.</w:t>
      </w:r>
    </w:p>
    <w:p w14:paraId="5E9184A8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r w:rsidRPr="000F337D">
        <w:t>Votes only in the event of a tie.</w:t>
      </w:r>
    </w:p>
    <w:p w14:paraId="0F9B1B18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r w:rsidRPr="000F337D">
        <w:t>Appoints and oversees committees.</w:t>
      </w:r>
    </w:p>
    <w:p w14:paraId="4C6B1713" w14:textId="77777777" w:rsidR="009E4131" w:rsidRPr="000F337D" w:rsidRDefault="009E4131" w:rsidP="009E4131">
      <w:pPr>
        <w:numPr>
          <w:ilvl w:val="0"/>
          <w:numId w:val="45"/>
        </w:numPr>
        <w:spacing w:after="160" w:line="278" w:lineRule="auto"/>
      </w:pPr>
      <w:r w:rsidRPr="000F337D">
        <w:t>Coordinates game schedules and end-of-season tournaments.</w:t>
      </w:r>
    </w:p>
    <w:p w14:paraId="436105F3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Vice President</w:t>
      </w:r>
    </w:p>
    <w:p w14:paraId="7C2E1124" w14:textId="77777777" w:rsidR="009E4131" w:rsidRPr="000F337D" w:rsidRDefault="009E4131" w:rsidP="009E4131">
      <w:pPr>
        <w:numPr>
          <w:ilvl w:val="0"/>
          <w:numId w:val="46"/>
        </w:numPr>
        <w:spacing w:after="160" w:line="278" w:lineRule="auto"/>
      </w:pPr>
      <w:r w:rsidRPr="000F337D">
        <w:lastRenderedPageBreak/>
        <w:t>Assumes duties of the President when absent.</w:t>
      </w:r>
    </w:p>
    <w:p w14:paraId="0E54986E" w14:textId="77777777" w:rsidR="009E4131" w:rsidRPr="000F337D" w:rsidRDefault="009E4131" w:rsidP="009E4131">
      <w:pPr>
        <w:numPr>
          <w:ilvl w:val="0"/>
          <w:numId w:val="46"/>
        </w:numPr>
        <w:spacing w:after="160" w:line="278" w:lineRule="auto"/>
      </w:pPr>
      <w:r w:rsidRPr="000F337D">
        <w:t>Coordinates with coaches to schedule practices.</w:t>
      </w:r>
    </w:p>
    <w:p w14:paraId="5E685B4C" w14:textId="77777777" w:rsidR="009E4131" w:rsidRPr="000F337D" w:rsidRDefault="009E4131" w:rsidP="009E4131">
      <w:pPr>
        <w:numPr>
          <w:ilvl w:val="0"/>
          <w:numId w:val="46"/>
        </w:numPr>
        <w:spacing w:after="160" w:line="278" w:lineRule="auto"/>
      </w:pPr>
      <w:r w:rsidRPr="000F337D">
        <w:t>Oversees fields and facilities.</w:t>
      </w:r>
    </w:p>
    <w:p w14:paraId="64835A4F" w14:textId="77777777" w:rsidR="009E4131" w:rsidRPr="000F337D" w:rsidRDefault="009E4131" w:rsidP="009E4131">
      <w:pPr>
        <w:numPr>
          <w:ilvl w:val="0"/>
          <w:numId w:val="46"/>
        </w:numPr>
        <w:spacing w:after="160" w:line="278" w:lineRule="auto"/>
      </w:pPr>
      <w:r w:rsidRPr="000F337D">
        <w:t>Assists with end-of-season tournaments.</w:t>
      </w:r>
    </w:p>
    <w:p w14:paraId="1E2C7187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Secretary</w:t>
      </w:r>
    </w:p>
    <w:p w14:paraId="2A0BFFF1" w14:textId="77777777" w:rsidR="009E4131" w:rsidRPr="000F337D" w:rsidRDefault="009E4131" w:rsidP="009E4131">
      <w:pPr>
        <w:numPr>
          <w:ilvl w:val="0"/>
          <w:numId w:val="47"/>
        </w:numPr>
        <w:spacing w:after="160" w:line="278" w:lineRule="auto"/>
      </w:pPr>
      <w:r w:rsidRPr="000F337D">
        <w:t>Records minutes of all meetings.</w:t>
      </w:r>
    </w:p>
    <w:p w14:paraId="2966875C" w14:textId="77777777" w:rsidR="009E4131" w:rsidRPr="000F337D" w:rsidRDefault="009E4131" w:rsidP="009E4131">
      <w:pPr>
        <w:numPr>
          <w:ilvl w:val="0"/>
          <w:numId w:val="47"/>
        </w:numPr>
        <w:spacing w:after="160" w:line="278" w:lineRule="auto"/>
      </w:pPr>
      <w:r w:rsidRPr="000F337D">
        <w:t xml:space="preserve">Maintains </w:t>
      </w:r>
      <w:proofErr w:type="gramStart"/>
      <w:r w:rsidRPr="000F337D">
        <w:t>bylaws</w:t>
      </w:r>
      <w:proofErr w:type="gramEnd"/>
      <w:r w:rsidRPr="000F337D">
        <w:t xml:space="preserve"> and organizational records.</w:t>
      </w:r>
    </w:p>
    <w:p w14:paraId="5D63A0D9" w14:textId="77777777" w:rsidR="009E4131" w:rsidRPr="000F337D" w:rsidRDefault="009E4131" w:rsidP="009E4131">
      <w:pPr>
        <w:numPr>
          <w:ilvl w:val="0"/>
          <w:numId w:val="47"/>
        </w:numPr>
        <w:spacing w:after="160" w:line="278" w:lineRule="auto"/>
      </w:pPr>
      <w:r w:rsidRPr="000F337D">
        <w:t>Tracks officer terms.</w:t>
      </w:r>
    </w:p>
    <w:p w14:paraId="521E8929" w14:textId="77777777" w:rsidR="009E4131" w:rsidRPr="000F337D" w:rsidRDefault="009E4131" w:rsidP="009E4131">
      <w:pPr>
        <w:numPr>
          <w:ilvl w:val="0"/>
          <w:numId w:val="47"/>
        </w:numPr>
        <w:spacing w:after="160" w:line="278" w:lineRule="auto"/>
      </w:pPr>
      <w:r w:rsidRPr="000F337D">
        <w:t>Distributes minutes within seven (7) days of each meeting.</w:t>
      </w:r>
    </w:p>
    <w:p w14:paraId="7880CC0C" w14:textId="77777777" w:rsidR="009E4131" w:rsidRPr="000F337D" w:rsidRDefault="009E4131" w:rsidP="009E4131">
      <w:pPr>
        <w:numPr>
          <w:ilvl w:val="0"/>
          <w:numId w:val="47"/>
        </w:numPr>
        <w:spacing w:after="160" w:line="278" w:lineRule="auto"/>
      </w:pPr>
      <w:r w:rsidRPr="000F337D">
        <w:t>Assists with official correspondence.</w:t>
      </w:r>
    </w:p>
    <w:p w14:paraId="0020E69E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Treasurer</w:t>
      </w:r>
    </w:p>
    <w:p w14:paraId="093BF16D" w14:textId="77777777" w:rsidR="009E4131" w:rsidRPr="000F337D" w:rsidRDefault="009E4131" w:rsidP="009E4131">
      <w:pPr>
        <w:numPr>
          <w:ilvl w:val="0"/>
          <w:numId w:val="48"/>
        </w:numPr>
        <w:spacing w:after="160" w:line="278" w:lineRule="auto"/>
      </w:pPr>
      <w:r w:rsidRPr="000F337D">
        <w:t>Maintains accurate financial records (receipts, payments, refunds, donations, sponsorships).</w:t>
      </w:r>
    </w:p>
    <w:p w14:paraId="5BA994A6" w14:textId="77777777" w:rsidR="009E4131" w:rsidRPr="000F337D" w:rsidRDefault="009E4131" w:rsidP="009E4131">
      <w:pPr>
        <w:numPr>
          <w:ilvl w:val="0"/>
          <w:numId w:val="48"/>
        </w:numPr>
        <w:spacing w:after="160" w:line="278" w:lineRule="auto"/>
      </w:pPr>
      <w:r w:rsidRPr="000F337D">
        <w:t>Presents a Treasurer’s Report at each meeting.</w:t>
      </w:r>
    </w:p>
    <w:p w14:paraId="13B89969" w14:textId="77777777" w:rsidR="009E4131" w:rsidRPr="000F337D" w:rsidRDefault="009E4131" w:rsidP="009E4131">
      <w:pPr>
        <w:numPr>
          <w:ilvl w:val="0"/>
          <w:numId w:val="48"/>
        </w:numPr>
        <w:spacing w:after="160" w:line="278" w:lineRule="auto"/>
      </w:pPr>
      <w:r w:rsidRPr="000F337D">
        <w:t>Coordinates referee payments.</w:t>
      </w:r>
    </w:p>
    <w:p w14:paraId="2BE21807" w14:textId="77777777" w:rsidR="009E4131" w:rsidRPr="000F337D" w:rsidRDefault="009E4131" w:rsidP="009E4131">
      <w:pPr>
        <w:numPr>
          <w:ilvl w:val="0"/>
          <w:numId w:val="48"/>
        </w:numPr>
        <w:spacing w:after="160" w:line="278" w:lineRule="auto"/>
      </w:pPr>
      <w:r w:rsidRPr="000F337D">
        <w:t>Submits records for independent review every two (2) years.</w:t>
      </w:r>
    </w:p>
    <w:p w14:paraId="1BC097F1" w14:textId="77777777" w:rsidR="009E4131" w:rsidRPr="000F337D" w:rsidRDefault="009E4131" w:rsidP="009E4131">
      <w:pPr>
        <w:numPr>
          <w:ilvl w:val="0"/>
          <w:numId w:val="48"/>
        </w:numPr>
        <w:spacing w:after="160" w:line="278" w:lineRule="auto"/>
      </w:pPr>
      <w:r w:rsidRPr="000F337D">
        <w:t>Files IRS Form 990 annually with Board approval.</w:t>
      </w:r>
    </w:p>
    <w:p w14:paraId="4691B265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Registrar</w:t>
      </w:r>
    </w:p>
    <w:p w14:paraId="5E75AF38" w14:textId="77777777" w:rsidR="009E4131" w:rsidRPr="000F337D" w:rsidRDefault="009E4131" w:rsidP="009E4131">
      <w:pPr>
        <w:numPr>
          <w:ilvl w:val="0"/>
          <w:numId w:val="49"/>
        </w:numPr>
        <w:spacing w:after="160" w:line="278" w:lineRule="auto"/>
      </w:pPr>
      <w:r w:rsidRPr="000F337D">
        <w:t>Oversees player and coach registration.</w:t>
      </w:r>
    </w:p>
    <w:p w14:paraId="63CFF213" w14:textId="77777777" w:rsidR="009E4131" w:rsidRPr="000F337D" w:rsidRDefault="009E4131" w:rsidP="009E4131">
      <w:pPr>
        <w:numPr>
          <w:ilvl w:val="0"/>
          <w:numId w:val="49"/>
        </w:numPr>
        <w:spacing w:after="160" w:line="278" w:lineRule="auto"/>
      </w:pPr>
      <w:r w:rsidRPr="000F337D">
        <w:t>Maintains all required player documentation.</w:t>
      </w:r>
    </w:p>
    <w:p w14:paraId="3B86B0F9" w14:textId="77777777" w:rsidR="009E4131" w:rsidRPr="000F337D" w:rsidRDefault="009E4131" w:rsidP="009E4131">
      <w:pPr>
        <w:numPr>
          <w:ilvl w:val="0"/>
          <w:numId w:val="49"/>
        </w:numPr>
        <w:spacing w:after="160" w:line="278" w:lineRule="auto"/>
      </w:pPr>
      <w:r w:rsidRPr="000F337D">
        <w:t xml:space="preserve">Issues </w:t>
      </w:r>
      <w:proofErr w:type="gramStart"/>
      <w:r w:rsidRPr="000F337D">
        <w:t>player</w:t>
      </w:r>
      <w:proofErr w:type="gramEnd"/>
      <w:r w:rsidRPr="000F337D">
        <w:t xml:space="preserve"> passes for tournaments.</w:t>
      </w:r>
    </w:p>
    <w:p w14:paraId="394013C7" w14:textId="77777777" w:rsidR="009E4131" w:rsidRPr="000F337D" w:rsidRDefault="009E4131" w:rsidP="009E4131">
      <w:pPr>
        <w:numPr>
          <w:ilvl w:val="0"/>
          <w:numId w:val="49"/>
        </w:numPr>
        <w:spacing w:after="160" w:line="278" w:lineRule="auto"/>
      </w:pPr>
      <w:r w:rsidRPr="000F337D">
        <w:t>Provides official rosters to coaches and Board Members.</w:t>
      </w:r>
    </w:p>
    <w:p w14:paraId="6A439288" w14:textId="77777777" w:rsidR="009E4131" w:rsidRPr="000F337D" w:rsidRDefault="009E4131" w:rsidP="009E4131">
      <w:pPr>
        <w:spacing w:after="160" w:line="278" w:lineRule="auto"/>
      </w:pPr>
      <w:r w:rsidRPr="000F337D">
        <w:pict w14:anchorId="326C117F">
          <v:rect id="_x0000_i1040" style="width:0;height:1.5pt" o:hralign="center" o:hrstd="t" o:hr="t" fillcolor="#a0a0a0" stroked="f"/>
        </w:pict>
      </w:r>
    </w:p>
    <w:p w14:paraId="3D59520F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III – Committees</w:t>
      </w:r>
    </w:p>
    <w:p w14:paraId="26ADDD72" w14:textId="77777777" w:rsidR="009E4131" w:rsidRPr="000F337D" w:rsidRDefault="009E4131" w:rsidP="009E4131">
      <w:pPr>
        <w:spacing w:after="160" w:line="278" w:lineRule="auto"/>
      </w:pPr>
      <w:r w:rsidRPr="000F337D">
        <w:t>Committees may be appointed by the President, with Board approval, as needed. Committees may include non-Board members, serve up to one year, and are reviewed annually in June.</w:t>
      </w:r>
    </w:p>
    <w:p w14:paraId="771529A4" w14:textId="77777777" w:rsidR="009E4131" w:rsidRPr="000F337D" w:rsidRDefault="009E4131" w:rsidP="009E4131">
      <w:pPr>
        <w:spacing w:after="160" w:line="278" w:lineRule="auto"/>
      </w:pPr>
      <w:r w:rsidRPr="000F337D">
        <w:t>Standing or commonly appointed committees include:</w:t>
      </w:r>
    </w:p>
    <w:p w14:paraId="01EB6082" w14:textId="77777777" w:rsidR="009E4131" w:rsidRPr="000F337D" w:rsidRDefault="009E4131" w:rsidP="009E4131">
      <w:pPr>
        <w:numPr>
          <w:ilvl w:val="0"/>
          <w:numId w:val="50"/>
        </w:numPr>
        <w:spacing w:after="160" w:line="278" w:lineRule="auto"/>
      </w:pPr>
      <w:r w:rsidRPr="000F337D">
        <w:rPr>
          <w:b/>
          <w:bCs/>
        </w:rPr>
        <w:t>Director of Coaching</w:t>
      </w:r>
      <w:r w:rsidRPr="000F337D">
        <w:t xml:space="preserve"> – Oversees coaching development and standards.</w:t>
      </w:r>
    </w:p>
    <w:p w14:paraId="3DE20C4E" w14:textId="77777777" w:rsidR="009E4131" w:rsidRPr="000F337D" w:rsidRDefault="009E4131" w:rsidP="009E4131">
      <w:pPr>
        <w:numPr>
          <w:ilvl w:val="0"/>
          <w:numId w:val="50"/>
        </w:numPr>
        <w:spacing w:after="160" w:line="278" w:lineRule="auto"/>
      </w:pPr>
      <w:r w:rsidRPr="000F337D">
        <w:rPr>
          <w:b/>
          <w:bCs/>
        </w:rPr>
        <w:lastRenderedPageBreak/>
        <w:t>Field &amp; Equipment Coordinator</w:t>
      </w:r>
      <w:r w:rsidRPr="000F337D">
        <w:t xml:space="preserve"> – Manages inventory, equipment needs, and fields.</w:t>
      </w:r>
    </w:p>
    <w:p w14:paraId="23FEE535" w14:textId="77777777" w:rsidR="009E4131" w:rsidRPr="000F337D" w:rsidRDefault="009E4131" w:rsidP="009E4131">
      <w:pPr>
        <w:numPr>
          <w:ilvl w:val="0"/>
          <w:numId w:val="50"/>
        </w:numPr>
        <w:spacing w:after="160" w:line="278" w:lineRule="auto"/>
      </w:pPr>
      <w:r w:rsidRPr="000F337D">
        <w:rPr>
          <w:b/>
          <w:bCs/>
        </w:rPr>
        <w:t>Concessions Coordinator</w:t>
      </w:r>
      <w:r w:rsidRPr="000F337D">
        <w:t xml:space="preserve"> – Oversees game-day concessions and reporting.</w:t>
      </w:r>
    </w:p>
    <w:p w14:paraId="04ABD6B5" w14:textId="77777777" w:rsidR="009E4131" w:rsidRDefault="009E4131" w:rsidP="009E4131">
      <w:pPr>
        <w:numPr>
          <w:ilvl w:val="0"/>
          <w:numId w:val="50"/>
        </w:numPr>
        <w:spacing w:after="160" w:line="278" w:lineRule="auto"/>
      </w:pPr>
      <w:r w:rsidRPr="000F337D">
        <w:rPr>
          <w:b/>
          <w:bCs/>
        </w:rPr>
        <w:t xml:space="preserve">Director of </w:t>
      </w:r>
      <w:proofErr w:type="gramStart"/>
      <w:r w:rsidRPr="000F337D">
        <w:rPr>
          <w:b/>
          <w:bCs/>
        </w:rPr>
        <w:t>Social Media</w:t>
      </w:r>
      <w:proofErr w:type="gramEnd"/>
      <w:r w:rsidRPr="000F337D">
        <w:t xml:space="preserve"> – Manages social media presence and communication.</w:t>
      </w:r>
    </w:p>
    <w:p w14:paraId="4F5896EC" w14:textId="77777777" w:rsidR="009E4131" w:rsidRPr="000F337D" w:rsidRDefault="009E4131" w:rsidP="009E4131">
      <w:pPr>
        <w:numPr>
          <w:ilvl w:val="0"/>
          <w:numId w:val="50"/>
        </w:numPr>
        <w:spacing w:after="160" w:line="278" w:lineRule="auto"/>
      </w:pPr>
      <w:r>
        <w:rPr>
          <w:b/>
          <w:bCs/>
        </w:rPr>
        <w:t>Director of Elite</w:t>
      </w:r>
      <w:r w:rsidRPr="000F337D">
        <w:t>-</w:t>
      </w:r>
      <w:r>
        <w:t xml:space="preserve"> Manages all aspects of the Elite Program including coaches, players, and teams.</w:t>
      </w:r>
    </w:p>
    <w:p w14:paraId="14A2CC48" w14:textId="77777777" w:rsidR="009E4131" w:rsidRPr="000F337D" w:rsidRDefault="009E4131" w:rsidP="009E4131">
      <w:pPr>
        <w:spacing w:after="160" w:line="278" w:lineRule="auto"/>
      </w:pPr>
      <w:r w:rsidRPr="000F337D">
        <w:pict w14:anchorId="76E7F619">
          <v:rect id="_x0000_i1041" style="width:0;height:1.5pt" o:hralign="center" o:hrstd="t" o:hr="t" fillcolor="#a0a0a0" stroked="f"/>
        </w:pict>
      </w:r>
    </w:p>
    <w:p w14:paraId="448392E3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IV – Board Membership</w:t>
      </w:r>
    </w:p>
    <w:p w14:paraId="06A6F92B" w14:textId="77777777" w:rsidR="009E4131" w:rsidRPr="000F337D" w:rsidRDefault="009E4131" w:rsidP="009E4131">
      <w:pPr>
        <w:numPr>
          <w:ilvl w:val="0"/>
          <w:numId w:val="51"/>
        </w:numPr>
        <w:spacing w:after="160" w:line="278" w:lineRule="auto"/>
      </w:pPr>
      <w:r w:rsidRPr="000F337D">
        <w:t>Interested individuals must attend a Board meeting, complete an application, and interview with the Board.</w:t>
      </w:r>
    </w:p>
    <w:p w14:paraId="4EB18CE9" w14:textId="77777777" w:rsidR="009E4131" w:rsidRPr="000F337D" w:rsidRDefault="009E4131" w:rsidP="009E4131">
      <w:pPr>
        <w:numPr>
          <w:ilvl w:val="0"/>
          <w:numId w:val="51"/>
        </w:numPr>
        <w:spacing w:after="160" w:line="278" w:lineRule="auto"/>
      </w:pPr>
      <w:r w:rsidRPr="000F337D">
        <w:t>The Board votes on new</w:t>
      </w:r>
      <w:r>
        <w:t xml:space="preserve"> at large</w:t>
      </w:r>
      <w:r w:rsidRPr="000F337D">
        <w:t xml:space="preserve"> members in </w:t>
      </w:r>
      <w:r w:rsidRPr="000F337D">
        <w:rPr>
          <w:b/>
          <w:bCs/>
        </w:rPr>
        <w:t>January</w:t>
      </w:r>
      <w:r w:rsidRPr="000F337D">
        <w:t xml:space="preserve"> and </w:t>
      </w:r>
      <w:r w:rsidRPr="000F337D">
        <w:rPr>
          <w:b/>
          <w:bCs/>
        </w:rPr>
        <w:t>June</w:t>
      </w:r>
      <w:r w:rsidRPr="000F337D">
        <w:t>.</w:t>
      </w:r>
    </w:p>
    <w:p w14:paraId="0C779985" w14:textId="77777777" w:rsidR="009E4131" w:rsidRPr="000F337D" w:rsidRDefault="009E4131" w:rsidP="009E4131">
      <w:pPr>
        <w:numPr>
          <w:ilvl w:val="0"/>
          <w:numId w:val="51"/>
        </w:numPr>
        <w:spacing w:after="160" w:line="278" w:lineRule="auto"/>
      </w:pPr>
      <w:r w:rsidRPr="000F337D">
        <w:t xml:space="preserve">Approved applicants join effective </w:t>
      </w:r>
      <w:r w:rsidRPr="000F337D">
        <w:rPr>
          <w:b/>
          <w:bCs/>
        </w:rPr>
        <w:t>January 1</w:t>
      </w:r>
      <w:r w:rsidRPr="000F337D">
        <w:t xml:space="preserve"> or </w:t>
      </w:r>
      <w:r w:rsidRPr="000F337D">
        <w:rPr>
          <w:b/>
          <w:bCs/>
        </w:rPr>
        <w:t>July 1</w:t>
      </w:r>
      <w:r w:rsidRPr="000F337D">
        <w:t>.</w:t>
      </w:r>
    </w:p>
    <w:p w14:paraId="634932BF" w14:textId="77777777" w:rsidR="009E4131" w:rsidRPr="000F337D" w:rsidRDefault="009E4131" w:rsidP="009E4131">
      <w:pPr>
        <w:spacing w:after="160" w:line="278" w:lineRule="auto"/>
      </w:pPr>
      <w:r w:rsidRPr="000F337D">
        <w:pict w14:anchorId="3BD9096E">
          <v:rect id="_x0000_i1042" style="width:0;height:1.5pt" o:hralign="center" o:hrstd="t" o:hr="t" fillcolor="#a0a0a0" stroked="f"/>
        </w:pict>
      </w:r>
    </w:p>
    <w:p w14:paraId="0A2CA268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V – Removal of a Board Member</w:t>
      </w:r>
    </w:p>
    <w:p w14:paraId="6D5F1B2A" w14:textId="77777777" w:rsidR="009E4131" w:rsidRPr="000F337D" w:rsidRDefault="009E4131" w:rsidP="009E4131">
      <w:pPr>
        <w:numPr>
          <w:ilvl w:val="0"/>
          <w:numId w:val="52"/>
        </w:numPr>
        <w:spacing w:after="160" w:line="278" w:lineRule="auto"/>
      </w:pPr>
      <w:r w:rsidRPr="000F337D">
        <w:t xml:space="preserve">Missing </w:t>
      </w:r>
      <w:r w:rsidRPr="000F337D">
        <w:rPr>
          <w:b/>
          <w:bCs/>
        </w:rPr>
        <w:t>three (3)</w:t>
      </w:r>
      <w:r w:rsidRPr="000F337D">
        <w:t xml:space="preserve"> meetings in one year or </w:t>
      </w:r>
      <w:r w:rsidRPr="000F337D">
        <w:rPr>
          <w:b/>
          <w:bCs/>
        </w:rPr>
        <w:t>two (2)</w:t>
      </w:r>
      <w:r w:rsidRPr="000F337D">
        <w:t xml:space="preserve"> consecutive meetings may trigger a removal vote.</w:t>
      </w:r>
    </w:p>
    <w:p w14:paraId="74A1FA9D" w14:textId="77777777" w:rsidR="009E4131" w:rsidRPr="000F337D" w:rsidRDefault="009E4131" w:rsidP="009E4131">
      <w:pPr>
        <w:numPr>
          <w:ilvl w:val="0"/>
          <w:numId w:val="52"/>
        </w:numPr>
        <w:spacing w:after="160" w:line="278" w:lineRule="auto"/>
      </w:pPr>
      <w:r w:rsidRPr="000F337D">
        <w:t>Failure to perform assigned duties may result in removal after written notice and reasonable opportunity to correct performance issues.</w:t>
      </w:r>
    </w:p>
    <w:p w14:paraId="051849A8" w14:textId="77777777" w:rsidR="009E4131" w:rsidRPr="000F337D" w:rsidRDefault="009E4131" w:rsidP="009E4131">
      <w:pPr>
        <w:numPr>
          <w:ilvl w:val="0"/>
          <w:numId w:val="52"/>
        </w:numPr>
        <w:spacing w:after="160" w:line="278" w:lineRule="auto"/>
      </w:pPr>
      <w:r w:rsidRPr="000F337D">
        <w:t xml:space="preserve">Removal requires a </w:t>
      </w:r>
      <w:r w:rsidRPr="000F337D">
        <w:rPr>
          <w:b/>
          <w:bCs/>
        </w:rPr>
        <w:t>two-thirds (2/3) vote</w:t>
      </w:r>
      <w:r w:rsidRPr="000F337D">
        <w:t xml:space="preserve"> of the Executive Board.</w:t>
      </w:r>
    </w:p>
    <w:p w14:paraId="0FCE65CF" w14:textId="77777777" w:rsidR="009E4131" w:rsidRPr="000F337D" w:rsidRDefault="009E4131" w:rsidP="009E4131">
      <w:pPr>
        <w:spacing w:after="160" w:line="278" w:lineRule="auto"/>
      </w:pPr>
      <w:r w:rsidRPr="000F337D">
        <w:pict w14:anchorId="104B8D9E">
          <v:rect id="_x0000_i1043" style="width:0;height:1.5pt" o:hralign="center" o:hrstd="t" o:hr="t" fillcolor="#a0a0a0" stroked="f"/>
        </w:pict>
      </w:r>
    </w:p>
    <w:p w14:paraId="7C247D61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VI – Meetings</w:t>
      </w:r>
    </w:p>
    <w:p w14:paraId="1EEAE182" w14:textId="77777777" w:rsidR="009E4131" w:rsidRPr="000F337D" w:rsidRDefault="009E4131" w:rsidP="009E4131">
      <w:pPr>
        <w:numPr>
          <w:ilvl w:val="0"/>
          <w:numId w:val="53"/>
        </w:numPr>
        <w:spacing w:after="160" w:line="278" w:lineRule="auto"/>
      </w:pPr>
      <w:r w:rsidRPr="000F337D">
        <w:t xml:space="preserve">Board meetings are held </w:t>
      </w:r>
      <w:r w:rsidRPr="000F337D">
        <w:rPr>
          <w:b/>
          <w:bCs/>
        </w:rPr>
        <w:t>monthly</w:t>
      </w:r>
      <w:r w:rsidRPr="000F337D">
        <w:t xml:space="preserve">, with </w:t>
      </w:r>
      <w:r w:rsidRPr="000F337D">
        <w:rPr>
          <w:b/>
          <w:bCs/>
        </w:rPr>
        <w:t xml:space="preserve">no </w:t>
      </w:r>
      <w:proofErr w:type="gramStart"/>
      <w:r w:rsidRPr="000F337D">
        <w:rPr>
          <w:b/>
          <w:bCs/>
        </w:rPr>
        <w:t>meeting</w:t>
      </w:r>
      <w:proofErr w:type="gramEnd"/>
      <w:r w:rsidRPr="000F337D">
        <w:rPr>
          <w:b/>
          <w:bCs/>
        </w:rPr>
        <w:t xml:space="preserve"> in December</w:t>
      </w:r>
      <w:r w:rsidRPr="000F337D">
        <w:t>.</w:t>
      </w:r>
    </w:p>
    <w:p w14:paraId="33DA0807" w14:textId="77777777" w:rsidR="009E4131" w:rsidRPr="000F337D" w:rsidRDefault="009E4131" w:rsidP="009E4131">
      <w:pPr>
        <w:numPr>
          <w:ilvl w:val="0"/>
          <w:numId w:val="53"/>
        </w:numPr>
        <w:spacing w:after="160" w:line="278" w:lineRule="auto"/>
      </w:pPr>
      <w:r w:rsidRPr="000F337D">
        <w:t xml:space="preserve">The June meeting is the </w:t>
      </w:r>
      <w:r w:rsidRPr="000F337D">
        <w:rPr>
          <w:b/>
          <w:bCs/>
        </w:rPr>
        <w:t>annual meeting</w:t>
      </w:r>
      <w:r w:rsidRPr="000F337D">
        <w:t xml:space="preserve"> and includes elections.</w:t>
      </w:r>
    </w:p>
    <w:p w14:paraId="4E72B92D" w14:textId="77777777" w:rsidR="009E4131" w:rsidRPr="000F337D" w:rsidRDefault="009E4131" w:rsidP="009E4131">
      <w:pPr>
        <w:numPr>
          <w:ilvl w:val="0"/>
          <w:numId w:val="53"/>
        </w:numPr>
        <w:spacing w:after="160" w:line="278" w:lineRule="auto"/>
      </w:pPr>
      <w:r w:rsidRPr="000F337D">
        <w:t xml:space="preserve">A quorum requires </w:t>
      </w:r>
      <w:r w:rsidRPr="000F337D">
        <w:rPr>
          <w:b/>
          <w:bCs/>
        </w:rPr>
        <w:t>three (3) Executive Board members</w:t>
      </w:r>
      <w:r w:rsidRPr="000F337D">
        <w:t xml:space="preserve"> present in person.</w:t>
      </w:r>
    </w:p>
    <w:p w14:paraId="2236DBE0" w14:textId="77777777" w:rsidR="009E4131" w:rsidRPr="000F337D" w:rsidRDefault="009E4131" w:rsidP="009E4131">
      <w:pPr>
        <w:numPr>
          <w:ilvl w:val="0"/>
          <w:numId w:val="53"/>
        </w:numPr>
        <w:spacing w:after="160" w:line="278" w:lineRule="auto"/>
      </w:pPr>
      <w:r w:rsidRPr="000F337D">
        <w:t xml:space="preserve">Emergency meetings may be called by the President or Vice President with </w:t>
      </w:r>
      <w:r w:rsidRPr="000F337D">
        <w:rPr>
          <w:b/>
          <w:bCs/>
        </w:rPr>
        <w:t>24-hour notice</w:t>
      </w:r>
      <w:r w:rsidRPr="000F337D">
        <w:t>.</w:t>
      </w:r>
    </w:p>
    <w:p w14:paraId="2D9DE2C3" w14:textId="77777777" w:rsidR="009E4131" w:rsidRPr="000F337D" w:rsidRDefault="009E4131" w:rsidP="009E4131">
      <w:pPr>
        <w:numPr>
          <w:ilvl w:val="0"/>
          <w:numId w:val="53"/>
        </w:numPr>
        <w:spacing w:after="160" w:line="278" w:lineRule="auto"/>
      </w:pPr>
      <w:r w:rsidRPr="000F337D">
        <w:t>Voting may occur electronically (email, text, approved apps) with a motion and second, recorded by the Secretary.</w:t>
      </w:r>
    </w:p>
    <w:p w14:paraId="1D112A22" w14:textId="77777777" w:rsidR="009E4131" w:rsidRPr="000F337D" w:rsidRDefault="009E4131" w:rsidP="009E4131">
      <w:pPr>
        <w:spacing w:after="160" w:line="278" w:lineRule="auto"/>
      </w:pPr>
      <w:r w:rsidRPr="000F337D">
        <w:pict w14:anchorId="3D8492E8">
          <v:rect id="_x0000_i1044" style="width:0;height:1.5pt" o:hralign="center" o:hrstd="t" o:hr="t" fillcolor="#a0a0a0" stroked="f"/>
        </w:pict>
      </w:r>
    </w:p>
    <w:p w14:paraId="368A2548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VII – Fiscal Matters</w:t>
      </w:r>
    </w:p>
    <w:p w14:paraId="6CC50735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1: Record Keeping</w:t>
      </w:r>
    </w:p>
    <w:p w14:paraId="5DB2641A" w14:textId="77777777" w:rsidR="009E4131" w:rsidRPr="000F337D" w:rsidRDefault="009E4131" w:rsidP="009E4131">
      <w:pPr>
        <w:numPr>
          <w:ilvl w:val="0"/>
          <w:numId w:val="54"/>
        </w:numPr>
        <w:spacing w:after="160" w:line="278" w:lineRule="auto"/>
      </w:pPr>
      <w:r w:rsidRPr="000F337D">
        <w:lastRenderedPageBreak/>
        <w:t xml:space="preserve">Fiscal year runs </w:t>
      </w:r>
      <w:r w:rsidRPr="000F337D">
        <w:rPr>
          <w:b/>
          <w:bCs/>
        </w:rPr>
        <w:t>January 1 – December 31</w:t>
      </w:r>
      <w:r w:rsidRPr="000F337D">
        <w:t>.</w:t>
      </w:r>
    </w:p>
    <w:p w14:paraId="1FB7305C" w14:textId="77777777" w:rsidR="009E4131" w:rsidRPr="000F337D" w:rsidRDefault="009E4131" w:rsidP="009E4131">
      <w:pPr>
        <w:numPr>
          <w:ilvl w:val="0"/>
          <w:numId w:val="54"/>
        </w:numPr>
        <w:spacing w:after="160" w:line="278" w:lineRule="auto"/>
      </w:pPr>
      <w:r w:rsidRPr="000F337D">
        <w:t xml:space="preserve">Records </w:t>
      </w:r>
      <w:proofErr w:type="gramStart"/>
      <w:r w:rsidRPr="000F337D">
        <w:t>retained</w:t>
      </w:r>
      <w:proofErr w:type="gramEnd"/>
      <w:r w:rsidRPr="000F337D">
        <w:t xml:space="preserve"> for </w:t>
      </w:r>
      <w:r w:rsidRPr="000F337D">
        <w:rPr>
          <w:b/>
          <w:bCs/>
        </w:rPr>
        <w:t>five (5) years</w:t>
      </w:r>
      <w:r w:rsidRPr="000F337D">
        <w:t xml:space="preserve"> before </w:t>
      </w:r>
      <w:proofErr w:type="gramStart"/>
      <w:r w:rsidRPr="000F337D">
        <w:t>secure</w:t>
      </w:r>
      <w:proofErr w:type="gramEnd"/>
      <w:r w:rsidRPr="000F337D">
        <w:t xml:space="preserve"> disposal.</w:t>
      </w:r>
    </w:p>
    <w:p w14:paraId="51C6F703" w14:textId="77777777" w:rsidR="009E4131" w:rsidRPr="000F337D" w:rsidRDefault="009E4131" w:rsidP="009E4131">
      <w:pPr>
        <w:numPr>
          <w:ilvl w:val="0"/>
          <w:numId w:val="54"/>
        </w:numPr>
        <w:spacing w:after="160" w:line="278" w:lineRule="auto"/>
      </w:pPr>
      <w:r w:rsidRPr="000F337D">
        <w:t>Annual tax filings completed for IRS and State of West Virginia.</w:t>
      </w:r>
    </w:p>
    <w:p w14:paraId="58FF13C4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2: Monetary Disbursements</w:t>
      </w:r>
    </w:p>
    <w:p w14:paraId="4CA632B3" w14:textId="77777777" w:rsidR="009E4131" w:rsidRPr="000F337D" w:rsidRDefault="009E4131" w:rsidP="009E4131">
      <w:pPr>
        <w:numPr>
          <w:ilvl w:val="0"/>
          <w:numId w:val="55"/>
        </w:numPr>
        <w:spacing w:after="160" w:line="278" w:lineRule="auto"/>
      </w:pPr>
      <w:r w:rsidRPr="000F337D">
        <w:t xml:space="preserve">Expenses </w:t>
      </w:r>
      <w:r w:rsidRPr="000F337D">
        <w:rPr>
          <w:b/>
          <w:bCs/>
        </w:rPr>
        <w:t>over $100</w:t>
      </w:r>
      <w:r w:rsidRPr="000F337D">
        <w:t xml:space="preserve"> require Board approval (except concessions).</w:t>
      </w:r>
    </w:p>
    <w:p w14:paraId="1EF3D778" w14:textId="77777777" w:rsidR="009E4131" w:rsidRPr="000F337D" w:rsidRDefault="009E4131" w:rsidP="009E4131">
      <w:pPr>
        <w:numPr>
          <w:ilvl w:val="0"/>
          <w:numId w:val="55"/>
        </w:numPr>
        <w:spacing w:after="160" w:line="278" w:lineRule="auto"/>
      </w:pPr>
      <w:r w:rsidRPr="000F337D">
        <w:t xml:space="preserve">Reimbursements require a valid receipt and approval from the Treasurer </w:t>
      </w:r>
      <w:r w:rsidRPr="000F337D">
        <w:rPr>
          <w:b/>
          <w:bCs/>
        </w:rPr>
        <w:t>and</w:t>
      </w:r>
      <w:r w:rsidRPr="000F337D">
        <w:t xml:space="preserve"> President or Vice President.</w:t>
      </w:r>
    </w:p>
    <w:p w14:paraId="0B9DD34A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3: Hardship Cases</w:t>
      </w:r>
    </w:p>
    <w:p w14:paraId="40BF764E" w14:textId="77777777" w:rsidR="009E4131" w:rsidRPr="000F337D" w:rsidRDefault="009E4131" w:rsidP="009E4131">
      <w:pPr>
        <w:numPr>
          <w:ilvl w:val="0"/>
          <w:numId w:val="56"/>
        </w:numPr>
        <w:spacing w:after="160" w:line="278" w:lineRule="auto"/>
      </w:pPr>
      <w:r w:rsidRPr="000F337D">
        <w:t>No child will be denied participation due to financial hardship.</w:t>
      </w:r>
    </w:p>
    <w:p w14:paraId="0C2A5F90" w14:textId="77777777" w:rsidR="009E4131" w:rsidRPr="000F337D" w:rsidRDefault="009E4131" w:rsidP="009E4131">
      <w:pPr>
        <w:numPr>
          <w:ilvl w:val="0"/>
          <w:numId w:val="56"/>
        </w:numPr>
        <w:spacing w:after="160" w:line="278" w:lineRule="auto"/>
      </w:pPr>
      <w:r w:rsidRPr="000F337D">
        <w:t>Fee waivers reviewed on a case-by-case basis by the Executive Board.</w:t>
      </w:r>
    </w:p>
    <w:p w14:paraId="50A0C6E4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Section 4: Elite Teams</w:t>
      </w:r>
    </w:p>
    <w:p w14:paraId="42FAFFC8" w14:textId="77777777" w:rsidR="009E4131" w:rsidRPr="000F337D" w:rsidRDefault="009E4131" w:rsidP="009E4131">
      <w:pPr>
        <w:numPr>
          <w:ilvl w:val="0"/>
          <w:numId w:val="57"/>
        </w:numPr>
        <w:spacing w:after="160" w:line="278" w:lineRule="auto"/>
      </w:pPr>
      <w:r w:rsidRPr="000F337D">
        <w:t xml:space="preserve">Each Elite team may maintain a </w:t>
      </w:r>
      <w:r w:rsidRPr="000F337D">
        <w:rPr>
          <w:b/>
          <w:bCs/>
        </w:rPr>
        <w:t>separate account</w:t>
      </w:r>
      <w:r w:rsidRPr="000F337D">
        <w:t xml:space="preserve"> under SBSC financial oversight.</w:t>
      </w:r>
    </w:p>
    <w:p w14:paraId="32336529" w14:textId="77777777" w:rsidR="009E4131" w:rsidRPr="000F337D" w:rsidRDefault="009E4131" w:rsidP="009E4131">
      <w:pPr>
        <w:numPr>
          <w:ilvl w:val="0"/>
          <w:numId w:val="57"/>
        </w:numPr>
        <w:spacing w:after="160" w:line="278" w:lineRule="auto"/>
      </w:pPr>
      <w:r w:rsidRPr="000F337D">
        <w:t>All purchases must be reported with receipts and justification.</w:t>
      </w:r>
    </w:p>
    <w:p w14:paraId="78BCB700" w14:textId="77777777" w:rsidR="009E4131" w:rsidRPr="000F337D" w:rsidRDefault="009E4131" w:rsidP="009E4131">
      <w:pPr>
        <w:spacing w:after="160" w:line="278" w:lineRule="auto"/>
      </w:pPr>
      <w:r w:rsidRPr="000F337D">
        <w:pict w14:anchorId="2204A414">
          <v:rect id="_x0000_i1045" style="width:0;height:1.5pt" o:hralign="center" o:hrstd="t" o:hr="t" fillcolor="#a0a0a0" stroked="f"/>
        </w:pict>
      </w:r>
    </w:p>
    <w:p w14:paraId="7AC5646C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VIII – Team Formation</w:t>
      </w:r>
    </w:p>
    <w:p w14:paraId="01AA72F5" w14:textId="77777777" w:rsidR="009E4131" w:rsidRPr="000F337D" w:rsidRDefault="009E4131" w:rsidP="009E4131">
      <w:pPr>
        <w:numPr>
          <w:ilvl w:val="0"/>
          <w:numId w:val="58"/>
        </w:numPr>
        <w:spacing w:after="160" w:line="278" w:lineRule="auto"/>
      </w:pPr>
      <w:r w:rsidRPr="000F337D">
        <w:t xml:space="preserve">Teams are formed by </w:t>
      </w:r>
      <w:r>
        <w:t xml:space="preserve">the board to allow </w:t>
      </w:r>
      <w:proofErr w:type="gramStart"/>
      <w:r>
        <w:t>for even</w:t>
      </w:r>
      <w:proofErr w:type="gramEnd"/>
      <w:r>
        <w:t xml:space="preserve"> distributions of talent and gender across all teams</w:t>
      </w:r>
      <w:r w:rsidRPr="000F337D">
        <w:t>.</w:t>
      </w:r>
    </w:p>
    <w:p w14:paraId="0308CDE4" w14:textId="77777777" w:rsidR="009E4131" w:rsidRPr="000F337D" w:rsidRDefault="009E4131" w:rsidP="009E4131">
      <w:pPr>
        <w:numPr>
          <w:ilvl w:val="0"/>
          <w:numId w:val="58"/>
        </w:numPr>
        <w:spacing w:after="160" w:line="278" w:lineRule="auto"/>
      </w:pPr>
      <w:r w:rsidRPr="000F337D">
        <w:t>Teams remain together from Fall to Spring season.</w:t>
      </w:r>
    </w:p>
    <w:p w14:paraId="03CF4FBE" w14:textId="77777777" w:rsidR="009E4131" w:rsidRPr="000F337D" w:rsidRDefault="009E4131" w:rsidP="009E4131">
      <w:pPr>
        <w:numPr>
          <w:ilvl w:val="0"/>
          <w:numId w:val="58"/>
        </w:numPr>
        <w:spacing w:after="160" w:line="278" w:lineRule="auto"/>
      </w:pPr>
      <w:r w:rsidRPr="000F337D">
        <w:t>No player or parent requests for specific coaches are permitted.</w:t>
      </w:r>
    </w:p>
    <w:p w14:paraId="4332E111" w14:textId="77777777" w:rsidR="009E4131" w:rsidRDefault="009E4131" w:rsidP="009E4131">
      <w:pPr>
        <w:numPr>
          <w:ilvl w:val="0"/>
          <w:numId w:val="58"/>
        </w:numPr>
        <w:spacing w:after="160" w:line="278" w:lineRule="auto"/>
      </w:pPr>
      <w:r w:rsidRPr="000F337D">
        <w:t xml:space="preserve">Players may practice </w:t>
      </w:r>
      <w:r w:rsidRPr="000F337D">
        <w:rPr>
          <w:b/>
          <w:bCs/>
        </w:rPr>
        <w:t>only</w:t>
      </w:r>
      <w:r w:rsidRPr="000F337D">
        <w:t xml:space="preserve"> with their assigned team.</w:t>
      </w:r>
    </w:p>
    <w:p w14:paraId="11F13278" w14:textId="77777777" w:rsidR="009E4131" w:rsidRPr="000F337D" w:rsidRDefault="009E4131" w:rsidP="009E4131">
      <w:pPr>
        <w:spacing w:after="160" w:line="278" w:lineRule="auto"/>
      </w:pPr>
      <w:r>
        <w:rPr>
          <w:b/>
          <w:bCs/>
        </w:rPr>
        <w:t xml:space="preserve">        </w:t>
      </w:r>
      <w:r w:rsidRPr="000F337D">
        <w:rPr>
          <w:b/>
          <w:bCs/>
        </w:rPr>
        <w:t xml:space="preserve">5. Players may be elevated to the next league level if </w:t>
      </w:r>
      <w:proofErr w:type="gramStart"/>
      <w:r w:rsidRPr="000F337D">
        <w:rPr>
          <w:b/>
          <w:bCs/>
        </w:rPr>
        <w:t>all of</w:t>
      </w:r>
      <w:proofErr w:type="gramEnd"/>
      <w:r w:rsidRPr="000F337D">
        <w:rPr>
          <w:b/>
          <w:bCs/>
        </w:rPr>
        <w:t xml:space="preserve"> the following </w:t>
      </w:r>
      <w:r>
        <w:rPr>
          <w:b/>
          <w:bCs/>
        </w:rPr>
        <w:t xml:space="preserve">         </w:t>
      </w:r>
      <w:r w:rsidRPr="000F337D">
        <w:rPr>
          <w:b/>
          <w:bCs/>
        </w:rPr>
        <w:t>requirements are met:</w:t>
      </w:r>
    </w:p>
    <w:p w14:paraId="6D29D16D" w14:textId="77777777" w:rsidR="009E4131" w:rsidRPr="000F337D" w:rsidRDefault="009E4131" w:rsidP="009E4131">
      <w:pPr>
        <w:numPr>
          <w:ilvl w:val="0"/>
          <w:numId w:val="60"/>
        </w:numPr>
        <w:spacing w:after="160" w:line="278" w:lineRule="auto"/>
      </w:pPr>
      <w:r w:rsidRPr="000F337D">
        <w:t>The move must be initiated by a Board Member.</w:t>
      </w:r>
    </w:p>
    <w:p w14:paraId="78542666" w14:textId="77777777" w:rsidR="009E4131" w:rsidRPr="000F337D" w:rsidRDefault="009E4131" w:rsidP="009E4131">
      <w:pPr>
        <w:numPr>
          <w:ilvl w:val="0"/>
          <w:numId w:val="60"/>
        </w:numPr>
        <w:spacing w:after="160" w:line="278" w:lineRule="auto"/>
      </w:pPr>
      <w:r w:rsidRPr="000F337D">
        <w:t>The player must be scheduled to age up into that league the following fall season.</w:t>
      </w:r>
    </w:p>
    <w:p w14:paraId="4F521529" w14:textId="77777777" w:rsidR="009E4131" w:rsidRPr="000F337D" w:rsidRDefault="009E4131" w:rsidP="009E4131">
      <w:pPr>
        <w:numPr>
          <w:ilvl w:val="0"/>
          <w:numId w:val="60"/>
        </w:numPr>
        <w:spacing w:after="160" w:line="278" w:lineRule="auto"/>
      </w:pPr>
      <w:r w:rsidRPr="000F337D">
        <w:t xml:space="preserve">The Board must vote </w:t>
      </w:r>
      <w:r w:rsidRPr="000F337D">
        <w:rPr>
          <w:b/>
          <w:bCs/>
        </w:rPr>
        <w:t>unanimously</w:t>
      </w:r>
      <w:r w:rsidRPr="000F337D">
        <w:t xml:space="preserve"> in favor of the move.</w:t>
      </w:r>
    </w:p>
    <w:p w14:paraId="1B029459" w14:textId="77777777" w:rsidR="009E4131" w:rsidRPr="000F337D" w:rsidRDefault="009E4131" w:rsidP="009E4131">
      <w:pPr>
        <w:numPr>
          <w:ilvl w:val="0"/>
          <w:numId w:val="60"/>
        </w:numPr>
        <w:spacing w:after="160" w:line="278" w:lineRule="auto"/>
      </w:pPr>
      <w:r w:rsidRPr="000F337D">
        <w:t>The player’s parents or guardians must agree to pay full spring registration fees to ensure a new uniform is provided.</w:t>
      </w:r>
    </w:p>
    <w:p w14:paraId="4D01D4A0" w14:textId="77777777" w:rsidR="009E4131" w:rsidRPr="000F337D" w:rsidRDefault="009E4131" w:rsidP="009E4131">
      <w:pPr>
        <w:spacing w:after="160" w:line="278" w:lineRule="auto"/>
      </w:pPr>
      <w:r w:rsidRPr="000F337D">
        <w:pict w14:anchorId="271745EB">
          <v:rect id="_x0000_i1046" style="width:0;height:1.5pt" o:hralign="center" o:hrstd="t" o:hr="t" fillcolor="#a0a0a0" stroked="f"/>
        </w:pict>
      </w:r>
    </w:p>
    <w:p w14:paraId="5A46E41A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IX – Suspension and Discipline</w:t>
      </w:r>
    </w:p>
    <w:p w14:paraId="6CA99B73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lastRenderedPageBreak/>
        <w:t>The Executive Board may suspend players, parents, coaches, or spectators for misconduct.</w:t>
      </w:r>
    </w:p>
    <w:p w14:paraId="41BD7B18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Ejection from a match = </w:t>
      </w:r>
      <w:r w:rsidRPr="000F337D">
        <w:rPr>
          <w:b/>
          <w:bCs/>
        </w:rPr>
        <w:t>minimum one-game suspension</w:t>
      </w:r>
      <w:r w:rsidRPr="000F337D">
        <w:t>.</w:t>
      </w:r>
    </w:p>
    <w:p w14:paraId="1D282C5A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Verbal or physical fighting = </w:t>
      </w:r>
      <w:r w:rsidRPr="000F337D">
        <w:rPr>
          <w:b/>
          <w:bCs/>
        </w:rPr>
        <w:t>minimum two-game suspension</w:t>
      </w:r>
      <w:r w:rsidRPr="000F337D">
        <w:t>.</w:t>
      </w:r>
    </w:p>
    <w:p w14:paraId="293A2A00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>Additional sanctions may be imposed as necessary.</w:t>
      </w:r>
    </w:p>
    <w:p w14:paraId="376A0968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Suspensions require a </w:t>
      </w:r>
      <w:r w:rsidRPr="000F337D">
        <w:rPr>
          <w:b/>
          <w:bCs/>
        </w:rPr>
        <w:t>majority vote</w:t>
      </w:r>
      <w:r w:rsidRPr="000F337D">
        <w:t xml:space="preserve"> </w:t>
      </w:r>
      <w:proofErr w:type="gramStart"/>
      <w:r w:rsidRPr="000F337D">
        <w:t>of</w:t>
      </w:r>
      <w:proofErr w:type="gramEnd"/>
      <w:r w:rsidRPr="000F337D">
        <w:t xml:space="preserve"> the Executive Board.</w:t>
      </w:r>
    </w:p>
    <w:p w14:paraId="79F7B897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All suspensions are </w:t>
      </w:r>
      <w:r w:rsidRPr="000F337D">
        <w:rPr>
          <w:b/>
          <w:bCs/>
        </w:rPr>
        <w:t>final with no appeal</w:t>
      </w:r>
      <w:r w:rsidRPr="000F337D">
        <w:t>.</w:t>
      </w:r>
    </w:p>
    <w:p w14:paraId="2F716295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>Suspended Board Members must resign immediately.</w:t>
      </w:r>
    </w:p>
    <w:p w14:paraId="2BDFACFF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Red card offenses result in </w:t>
      </w:r>
      <w:r w:rsidRPr="000F337D">
        <w:rPr>
          <w:b/>
          <w:bCs/>
        </w:rPr>
        <w:t>automatic one-game suspension</w:t>
      </w:r>
      <w:r w:rsidRPr="000F337D">
        <w:t>.</w:t>
      </w:r>
    </w:p>
    <w:p w14:paraId="3EFC7553" w14:textId="77777777" w:rsidR="009E4131" w:rsidRPr="000F337D" w:rsidRDefault="009E4131" w:rsidP="009E4131">
      <w:pPr>
        <w:numPr>
          <w:ilvl w:val="0"/>
          <w:numId w:val="59"/>
        </w:numPr>
        <w:spacing w:after="160" w:line="278" w:lineRule="auto"/>
      </w:pPr>
      <w:r w:rsidRPr="000F337D">
        <w:t xml:space="preserve">Incomplete suspensions </w:t>
      </w:r>
      <w:proofErr w:type="gramStart"/>
      <w:r w:rsidRPr="000F337D">
        <w:t>carry</w:t>
      </w:r>
      <w:proofErr w:type="gramEnd"/>
      <w:r w:rsidRPr="000F337D">
        <w:t xml:space="preserve"> over into the next season.</w:t>
      </w:r>
    </w:p>
    <w:p w14:paraId="762DBDF3" w14:textId="77777777" w:rsidR="009E4131" w:rsidRPr="000F337D" w:rsidRDefault="009E4131" w:rsidP="009E4131">
      <w:pPr>
        <w:spacing w:after="160" w:line="278" w:lineRule="auto"/>
      </w:pPr>
      <w:r w:rsidRPr="000F337D">
        <w:pict w14:anchorId="42E21A1E">
          <v:rect id="_x0000_i1047" style="width:0;height:1.5pt" o:hralign="center" o:hrstd="t" o:hr="t" fillcolor="#a0a0a0" stroked="f"/>
        </w:pict>
      </w:r>
    </w:p>
    <w:p w14:paraId="53DD1A72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X – Amendments</w:t>
      </w:r>
    </w:p>
    <w:p w14:paraId="644C7B54" w14:textId="77777777" w:rsidR="009E4131" w:rsidRPr="000F337D" w:rsidRDefault="009E4131" w:rsidP="009E4131">
      <w:pPr>
        <w:spacing w:after="160" w:line="278" w:lineRule="auto"/>
      </w:pPr>
      <w:r w:rsidRPr="000F337D">
        <w:t xml:space="preserve">Bylaws may be amended by a </w:t>
      </w:r>
      <w:r w:rsidRPr="000F337D">
        <w:rPr>
          <w:b/>
          <w:bCs/>
        </w:rPr>
        <w:t>two-</w:t>
      </w:r>
      <w:proofErr w:type="gramStart"/>
      <w:r w:rsidRPr="000F337D">
        <w:rPr>
          <w:b/>
          <w:bCs/>
        </w:rPr>
        <w:t>thirds</w:t>
      </w:r>
      <w:proofErr w:type="gramEnd"/>
      <w:r w:rsidRPr="000F337D">
        <w:rPr>
          <w:b/>
          <w:bCs/>
        </w:rPr>
        <w:t xml:space="preserve"> (2/3) vote</w:t>
      </w:r>
      <w:r w:rsidRPr="000F337D">
        <w:t xml:space="preserve"> of all voting Board Members.</w:t>
      </w:r>
    </w:p>
    <w:p w14:paraId="65241F47" w14:textId="77777777" w:rsidR="009E4131" w:rsidRPr="000F337D" w:rsidRDefault="009E4131" w:rsidP="009E4131">
      <w:pPr>
        <w:spacing w:after="160" w:line="278" w:lineRule="auto"/>
      </w:pPr>
      <w:r w:rsidRPr="000F337D">
        <w:pict w14:anchorId="7710D141">
          <v:rect id="_x0000_i1048" style="width:0;height:1.5pt" o:hralign="center" o:hrstd="t" o:hr="t" fillcolor="#a0a0a0" stroked="f"/>
        </w:pict>
      </w:r>
    </w:p>
    <w:p w14:paraId="35D0D7DC" w14:textId="77777777" w:rsidR="009E4131" w:rsidRPr="000F337D" w:rsidRDefault="009E4131" w:rsidP="009E4131">
      <w:pPr>
        <w:spacing w:after="160" w:line="278" w:lineRule="auto"/>
        <w:rPr>
          <w:b/>
          <w:bCs/>
        </w:rPr>
      </w:pPr>
      <w:r w:rsidRPr="000F337D">
        <w:rPr>
          <w:b/>
          <w:bCs/>
        </w:rPr>
        <w:t>Article XI – Dissolution Clause</w:t>
      </w:r>
    </w:p>
    <w:p w14:paraId="27F5F06F" w14:textId="77777777" w:rsidR="009E4131" w:rsidRPr="000F337D" w:rsidRDefault="009E4131" w:rsidP="009E4131">
      <w:pPr>
        <w:spacing w:after="160" w:line="278" w:lineRule="auto"/>
      </w:pPr>
      <w:r w:rsidRPr="000F337D">
        <w:t xml:space="preserve">In the event of dissolution of the South Berkeley Soccer Club, all remaining assets—after payment of debts and obligations—shall be distributed to the </w:t>
      </w:r>
      <w:r>
        <w:rPr>
          <w:b/>
          <w:bCs/>
        </w:rPr>
        <w:t xml:space="preserve">Musselman High School Boys and Girls Soccer Boosters </w:t>
      </w:r>
      <w:r>
        <w:t>to use as they see fit.</w:t>
      </w:r>
    </w:p>
    <w:p w14:paraId="2115A02D" w14:textId="77777777" w:rsidR="009E4131" w:rsidRPr="000F337D" w:rsidRDefault="009E4131" w:rsidP="009E4131">
      <w:pPr>
        <w:spacing w:after="160" w:line="278" w:lineRule="auto"/>
      </w:pPr>
      <w:r w:rsidRPr="000F337D">
        <w:t xml:space="preserve">No part of the assets </w:t>
      </w:r>
      <w:proofErr w:type="gramStart"/>
      <w:r w:rsidRPr="000F337D">
        <w:t>shall</w:t>
      </w:r>
      <w:proofErr w:type="gramEnd"/>
      <w:r w:rsidRPr="000F337D">
        <w:t xml:space="preserve"> benefit any Board member, officer, or private individual.</w:t>
      </w:r>
    </w:p>
    <w:p w14:paraId="55AEAD9F" w14:textId="77777777" w:rsidR="009E4131" w:rsidRDefault="009E4131" w:rsidP="009E4131"/>
    <w:p w14:paraId="6EE38B7C" w14:textId="29478D59" w:rsidR="005E4183" w:rsidRDefault="005E4183"/>
    <w:sectPr w:rsidR="005E418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DF097C"/>
    <w:multiLevelType w:val="multilevel"/>
    <w:tmpl w:val="3B98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2B178A7"/>
    <w:multiLevelType w:val="multilevel"/>
    <w:tmpl w:val="D3D8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3935FD3"/>
    <w:multiLevelType w:val="multilevel"/>
    <w:tmpl w:val="E2EE7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037398"/>
    <w:multiLevelType w:val="multilevel"/>
    <w:tmpl w:val="C350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F64F29"/>
    <w:multiLevelType w:val="multilevel"/>
    <w:tmpl w:val="1568A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831412"/>
    <w:multiLevelType w:val="multilevel"/>
    <w:tmpl w:val="69288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1626DE"/>
    <w:multiLevelType w:val="multilevel"/>
    <w:tmpl w:val="9B5ED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DC7CE9"/>
    <w:multiLevelType w:val="multilevel"/>
    <w:tmpl w:val="95B25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F77019"/>
    <w:multiLevelType w:val="multilevel"/>
    <w:tmpl w:val="89C2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AB4F73"/>
    <w:multiLevelType w:val="multilevel"/>
    <w:tmpl w:val="62EC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D47CFE"/>
    <w:multiLevelType w:val="multilevel"/>
    <w:tmpl w:val="DCC2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831052"/>
    <w:multiLevelType w:val="multilevel"/>
    <w:tmpl w:val="8A84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C60648"/>
    <w:multiLevelType w:val="multilevel"/>
    <w:tmpl w:val="2F3E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4C0843"/>
    <w:multiLevelType w:val="multilevel"/>
    <w:tmpl w:val="2BC2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BCE5F03"/>
    <w:multiLevelType w:val="multilevel"/>
    <w:tmpl w:val="7A16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073837"/>
    <w:multiLevelType w:val="multilevel"/>
    <w:tmpl w:val="86E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B45760"/>
    <w:multiLevelType w:val="multilevel"/>
    <w:tmpl w:val="77743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15E5A4C"/>
    <w:multiLevelType w:val="multilevel"/>
    <w:tmpl w:val="B394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ED72FE"/>
    <w:multiLevelType w:val="multilevel"/>
    <w:tmpl w:val="96B2B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5DD492B"/>
    <w:multiLevelType w:val="multilevel"/>
    <w:tmpl w:val="755A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65626C"/>
    <w:multiLevelType w:val="multilevel"/>
    <w:tmpl w:val="0DD6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7D1B15"/>
    <w:multiLevelType w:val="multilevel"/>
    <w:tmpl w:val="43240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27A42D0"/>
    <w:multiLevelType w:val="multilevel"/>
    <w:tmpl w:val="AC36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3283BAD"/>
    <w:multiLevelType w:val="multilevel"/>
    <w:tmpl w:val="1674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566B59"/>
    <w:multiLevelType w:val="multilevel"/>
    <w:tmpl w:val="12BA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9C397D"/>
    <w:multiLevelType w:val="multilevel"/>
    <w:tmpl w:val="7340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8D5C41"/>
    <w:multiLevelType w:val="multilevel"/>
    <w:tmpl w:val="F884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A8060B"/>
    <w:multiLevelType w:val="multilevel"/>
    <w:tmpl w:val="E9CE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283109"/>
    <w:multiLevelType w:val="multilevel"/>
    <w:tmpl w:val="ABF6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D75ED5"/>
    <w:multiLevelType w:val="multilevel"/>
    <w:tmpl w:val="B036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BE4146"/>
    <w:multiLevelType w:val="multilevel"/>
    <w:tmpl w:val="B172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DF362D"/>
    <w:multiLevelType w:val="multilevel"/>
    <w:tmpl w:val="435E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5100F63"/>
    <w:multiLevelType w:val="multilevel"/>
    <w:tmpl w:val="E8967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6873DFA"/>
    <w:multiLevelType w:val="multilevel"/>
    <w:tmpl w:val="C824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75A4DEC"/>
    <w:multiLevelType w:val="multilevel"/>
    <w:tmpl w:val="1982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B8F559C"/>
    <w:multiLevelType w:val="multilevel"/>
    <w:tmpl w:val="1CAE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D86320E"/>
    <w:multiLevelType w:val="multilevel"/>
    <w:tmpl w:val="1E88A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BE10E4"/>
    <w:multiLevelType w:val="multilevel"/>
    <w:tmpl w:val="8230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B22244"/>
    <w:multiLevelType w:val="multilevel"/>
    <w:tmpl w:val="9574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5537D41"/>
    <w:multiLevelType w:val="multilevel"/>
    <w:tmpl w:val="0A8A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481487"/>
    <w:multiLevelType w:val="multilevel"/>
    <w:tmpl w:val="63B20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85F4E9F"/>
    <w:multiLevelType w:val="multilevel"/>
    <w:tmpl w:val="052A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8B772A0"/>
    <w:multiLevelType w:val="multilevel"/>
    <w:tmpl w:val="83FC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4B2698"/>
    <w:multiLevelType w:val="multilevel"/>
    <w:tmpl w:val="B2B8C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DA652C0"/>
    <w:multiLevelType w:val="multilevel"/>
    <w:tmpl w:val="B2D2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F584718"/>
    <w:multiLevelType w:val="multilevel"/>
    <w:tmpl w:val="517A2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26857C7"/>
    <w:multiLevelType w:val="multilevel"/>
    <w:tmpl w:val="8524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826FDA"/>
    <w:multiLevelType w:val="multilevel"/>
    <w:tmpl w:val="84B8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98F2EC1"/>
    <w:multiLevelType w:val="multilevel"/>
    <w:tmpl w:val="BD48F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B0D7373"/>
    <w:multiLevelType w:val="multilevel"/>
    <w:tmpl w:val="955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B705313"/>
    <w:multiLevelType w:val="multilevel"/>
    <w:tmpl w:val="9E58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20464">
    <w:abstractNumId w:val="8"/>
  </w:num>
  <w:num w:numId="2" w16cid:durableId="1452476900">
    <w:abstractNumId w:val="6"/>
  </w:num>
  <w:num w:numId="3" w16cid:durableId="1279021215">
    <w:abstractNumId w:val="5"/>
  </w:num>
  <w:num w:numId="4" w16cid:durableId="707603989">
    <w:abstractNumId w:val="4"/>
  </w:num>
  <w:num w:numId="5" w16cid:durableId="1547252983">
    <w:abstractNumId w:val="7"/>
  </w:num>
  <w:num w:numId="6" w16cid:durableId="970288457">
    <w:abstractNumId w:val="3"/>
  </w:num>
  <w:num w:numId="7" w16cid:durableId="946043144">
    <w:abstractNumId w:val="2"/>
  </w:num>
  <w:num w:numId="8" w16cid:durableId="731276110">
    <w:abstractNumId w:val="1"/>
  </w:num>
  <w:num w:numId="9" w16cid:durableId="369914122">
    <w:abstractNumId w:val="0"/>
  </w:num>
  <w:num w:numId="10" w16cid:durableId="1969629791">
    <w:abstractNumId w:val="56"/>
  </w:num>
  <w:num w:numId="11" w16cid:durableId="314069090">
    <w:abstractNumId w:val="31"/>
  </w:num>
  <w:num w:numId="12" w16cid:durableId="1316296878">
    <w:abstractNumId w:val="13"/>
  </w:num>
  <w:num w:numId="13" w16cid:durableId="1641884496">
    <w:abstractNumId w:val="15"/>
  </w:num>
  <w:num w:numId="14" w16cid:durableId="131100177">
    <w:abstractNumId w:val="39"/>
  </w:num>
  <w:num w:numId="15" w16cid:durableId="1656300866">
    <w:abstractNumId w:val="36"/>
  </w:num>
  <w:num w:numId="16" w16cid:durableId="771823116">
    <w:abstractNumId w:val="17"/>
  </w:num>
  <w:num w:numId="17" w16cid:durableId="593131952">
    <w:abstractNumId w:val="11"/>
  </w:num>
  <w:num w:numId="18" w16cid:durableId="1416509380">
    <w:abstractNumId w:val="26"/>
  </w:num>
  <w:num w:numId="19" w16cid:durableId="1584295484">
    <w:abstractNumId w:val="23"/>
  </w:num>
  <w:num w:numId="20" w16cid:durableId="1071122232">
    <w:abstractNumId w:val="41"/>
  </w:num>
  <w:num w:numId="21" w16cid:durableId="1482236249">
    <w:abstractNumId w:val="18"/>
  </w:num>
  <w:num w:numId="22" w16cid:durableId="633339963">
    <w:abstractNumId w:val="21"/>
  </w:num>
  <w:num w:numId="23" w16cid:durableId="1605262837">
    <w:abstractNumId w:val="20"/>
  </w:num>
  <w:num w:numId="24" w16cid:durableId="100339880">
    <w:abstractNumId w:val="35"/>
  </w:num>
  <w:num w:numId="25" w16cid:durableId="1438211263">
    <w:abstractNumId w:val="30"/>
  </w:num>
  <w:num w:numId="26" w16cid:durableId="654724366">
    <w:abstractNumId w:val="47"/>
  </w:num>
  <w:num w:numId="27" w16cid:durableId="54164969">
    <w:abstractNumId w:val="37"/>
  </w:num>
  <w:num w:numId="28" w16cid:durableId="1005666230">
    <w:abstractNumId w:val="19"/>
  </w:num>
  <w:num w:numId="29" w16cid:durableId="140319510">
    <w:abstractNumId w:val="58"/>
  </w:num>
  <w:num w:numId="30" w16cid:durableId="109402375">
    <w:abstractNumId w:val="43"/>
  </w:num>
  <w:num w:numId="31" w16cid:durableId="196939765">
    <w:abstractNumId w:val="29"/>
  </w:num>
  <w:num w:numId="32" w16cid:durableId="1535193480">
    <w:abstractNumId w:val="52"/>
  </w:num>
  <w:num w:numId="33" w16cid:durableId="495147549">
    <w:abstractNumId w:val="49"/>
  </w:num>
  <w:num w:numId="34" w16cid:durableId="1690446934">
    <w:abstractNumId w:val="45"/>
  </w:num>
  <w:num w:numId="35" w16cid:durableId="121467208">
    <w:abstractNumId w:val="22"/>
  </w:num>
  <w:num w:numId="36" w16cid:durableId="892621104">
    <w:abstractNumId w:val="24"/>
  </w:num>
  <w:num w:numId="37" w16cid:durableId="874587437">
    <w:abstractNumId w:val="53"/>
  </w:num>
  <w:num w:numId="38" w16cid:durableId="1434328457">
    <w:abstractNumId w:val="44"/>
  </w:num>
  <w:num w:numId="39" w16cid:durableId="2065332875">
    <w:abstractNumId w:val="40"/>
  </w:num>
  <w:num w:numId="40" w16cid:durableId="637344528">
    <w:abstractNumId w:val="57"/>
  </w:num>
  <w:num w:numId="41" w16cid:durableId="1784691428">
    <w:abstractNumId w:val="33"/>
  </w:num>
  <w:num w:numId="42" w16cid:durableId="825363809">
    <w:abstractNumId w:val="14"/>
  </w:num>
  <w:num w:numId="43" w16cid:durableId="2109811923">
    <w:abstractNumId w:val="59"/>
  </w:num>
  <w:num w:numId="44" w16cid:durableId="291063189">
    <w:abstractNumId w:val="50"/>
  </w:num>
  <w:num w:numId="45" w16cid:durableId="1664818307">
    <w:abstractNumId w:val="32"/>
  </w:num>
  <w:num w:numId="46" w16cid:durableId="1717580215">
    <w:abstractNumId w:val="10"/>
  </w:num>
  <w:num w:numId="47" w16cid:durableId="1700423477">
    <w:abstractNumId w:val="9"/>
  </w:num>
  <w:num w:numId="48" w16cid:durableId="189026271">
    <w:abstractNumId w:val="34"/>
  </w:num>
  <w:num w:numId="49" w16cid:durableId="1181355632">
    <w:abstractNumId w:val="51"/>
  </w:num>
  <w:num w:numId="50" w16cid:durableId="1054234900">
    <w:abstractNumId w:val="12"/>
  </w:num>
  <w:num w:numId="51" w16cid:durableId="1528524145">
    <w:abstractNumId w:val="25"/>
  </w:num>
  <w:num w:numId="52" w16cid:durableId="233585263">
    <w:abstractNumId w:val="48"/>
  </w:num>
  <w:num w:numId="53" w16cid:durableId="51974050">
    <w:abstractNumId w:val="54"/>
  </w:num>
  <w:num w:numId="54" w16cid:durableId="1127940387">
    <w:abstractNumId w:val="55"/>
  </w:num>
  <w:num w:numId="55" w16cid:durableId="64304322">
    <w:abstractNumId w:val="38"/>
  </w:num>
  <w:num w:numId="56" w16cid:durableId="445663795">
    <w:abstractNumId w:val="28"/>
  </w:num>
  <w:num w:numId="57" w16cid:durableId="930238726">
    <w:abstractNumId w:val="46"/>
  </w:num>
  <w:num w:numId="58" w16cid:durableId="1622490775">
    <w:abstractNumId w:val="27"/>
  </w:num>
  <w:num w:numId="59" w16cid:durableId="1361012426">
    <w:abstractNumId w:val="42"/>
  </w:num>
  <w:num w:numId="60" w16cid:durableId="4608026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479B"/>
    <w:rsid w:val="0015074B"/>
    <w:rsid w:val="001D3DF5"/>
    <w:rsid w:val="0029639D"/>
    <w:rsid w:val="00326F90"/>
    <w:rsid w:val="005E4183"/>
    <w:rsid w:val="007C1897"/>
    <w:rsid w:val="009E4131"/>
    <w:rsid w:val="00A45650"/>
    <w:rsid w:val="00AA1D8D"/>
    <w:rsid w:val="00B42E1A"/>
    <w:rsid w:val="00B47730"/>
    <w:rsid w:val="00CB0664"/>
    <w:rsid w:val="00CC3CB3"/>
    <w:rsid w:val="00D82C4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D7A89"/>
  <w14:defaultImageDpi w14:val="300"/>
  <w15:docId w15:val="{62B66303-154F-44D3-813E-7F45A8F9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447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4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Justin Sayre</cp:lastModifiedBy>
  <cp:revision>7</cp:revision>
  <dcterms:created xsi:type="dcterms:W3CDTF">2025-08-26T17:24:00Z</dcterms:created>
  <dcterms:modified xsi:type="dcterms:W3CDTF">2025-12-02T20:03:00Z</dcterms:modified>
  <cp:category/>
</cp:coreProperties>
</file>