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ABE95" w14:textId="103F581B" w:rsidR="00EF447C" w:rsidRPr="00EF447C" w:rsidRDefault="00546E73" w:rsidP="00EF447C">
      <w:pPr>
        <w:spacing w:line="240" w:lineRule="auto"/>
        <w:jc w:val="center"/>
      </w:pPr>
      <w:r w:rsidRPr="00BA34BD">
        <w:rPr>
          <w:b/>
          <w:bCs/>
        </w:rPr>
        <w:t xml:space="preserve">Parade entry deadline is November </w:t>
      </w:r>
      <w:r w:rsidR="00696625">
        <w:rPr>
          <w:b/>
          <w:bCs/>
        </w:rPr>
        <w:t>23</w:t>
      </w:r>
      <w:r w:rsidR="00696625" w:rsidRPr="00696625">
        <w:rPr>
          <w:b/>
          <w:bCs/>
          <w:vertAlign w:val="superscript"/>
        </w:rPr>
        <w:t>rd</w:t>
      </w:r>
      <w:r w:rsidR="0078052E">
        <w:rPr>
          <w:b/>
          <w:bCs/>
        </w:rPr>
        <w:t xml:space="preserve"> </w:t>
      </w:r>
      <w:r w:rsidRPr="00BA34BD">
        <w:rPr>
          <w:b/>
          <w:bCs/>
        </w:rPr>
        <w:t>by 4 pm, no late applications accepted!</w:t>
      </w:r>
      <w:r>
        <w:br/>
        <w:t>Please check your entry type &amp; specify if you would like for your entry to be judged. Professional float entries</w:t>
      </w:r>
      <w:r w:rsidR="00E513D3">
        <w:t xml:space="preserve"> </w:t>
      </w:r>
      <w:r>
        <w:t>will not be judged</w:t>
      </w:r>
      <w:r w:rsidR="00E513D3">
        <w:t>.</w:t>
      </w:r>
      <w:r>
        <w:t xml:space="preserve"> Lineup spots are 30</w:t>
      </w:r>
      <w:r w:rsidR="00E513D3">
        <w:t>’</w:t>
      </w:r>
      <w:r>
        <w:t xml:space="preserve"> in length</w:t>
      </w:r>
      <w:r w:rsidR="00C97F65">
        <w:t>.</w:t>
      </w:r>
      <w:r>
        <w:t xml:space="preserve"> </w:t>
      </w:r>
      <w:r w:rsidR="00C97F65">
        <w:t>P</w:t>
      </w:r>
      <w:r>
        <w:t>lease speci</w:t>
      </w:r>
      <w:r w:rsidR="00E513D3">
        <w:t>f</w:t>
      </w:r>
      <w:r>
        <w:t>y how many spots you will need for your entry.</w:t>
      </w:r>
      <w:r>
        <w:br/>
      </w:r>
      <w:r w:rsidRPr="00BA34BD">
        <w:rPr>
          <w:b/>
          <w:bCs/>
        </w:rPr>
        <w:t>JUDGING CATEGORIES: BAND, BRIGHTEST, BUSINESS, CHURCH GROUP,</w:t>
      </w:r>
      <w:r w:rsidRPr="00BA34BD">
        <w:rPr>
          <w:b/>
          <w:bCs/>
        </w:rPr>
        <w:br/>
        <w:t>COMMUNITY GROUP (includes walking groups), DIRECTOR'S CHOICE</w:t>
      </w:r>
      <w:r>
        <w:br/>
        <w:t>Would you like for your entry to</w:t>
      </w:r>
      <w:r w:rsidR="00E513D3">
        <w:t xml:space="preserve"> </w:t>
      </w:r>
      <w:r>
        <w:t xml:space="preserve">be judged? </w:t>
      </w:r>
      <w:r w:rsidR="00E513D3">
        <w:tab/>
      </w:r>
      <w:r w:rsidRPr="00BA34BD">
        <w:rPr>
          <w:b/>
          <w:bCs/>
        </w:rPr>
        <w:t xml:space="preserve">YES </w:t>
      </w:r>
      <w:r w:rsidR="00E513D3" w:rsidRPr="00BA34BD">
        <w:rPr>
          <w:b/>
          <w:bCs/>
        </w:rPr>
        <w:tab/>
      </w:r>
      <w:r w:rsidRPr="00BA34BD">
        <w:rPr>
          <w:b/>
          <w:bCs/>
        </w:rPr>
        <w:t>NO</w:t>
      </w:r>
      <w:r>
        <w:br/>
      </w:r>
      <w:r>
        <w:br/>
      </w:r>
      <w:r w:rsidR="00E513D3" w:rsidRPr="00BA34BD">
        <w:rPr>
          <w:b/>
          <w:bCs/>
        </w:rPr>
        <w:t xml:space="preserve">_____ </w:t>
      </w:r>
      <w:r w:rsidRPr="00BA34BD">
        <w:rPr>
          <w:b/>
          <w:bCs/>
        </w:rPr>
        <w:t>Motorized Entry:</w:t>
      </w:r>
      <w:r>
        <w:t xml:space="preserve"> $35 each- Car/Truck, Golf Cart</w:t>
      </w:r>
      <w:r w:rsidR="00E513D3">
        <w:t>/ Utility</w:t>
      </w:r>
      <w:r>
        <w:t xml:space="preserve"> Terrain Vehicle, </w:t>
      </w:r>
      <w:r w:rsidR="00E513D3">
        <w:t>Motorcycles</w:t>
      </w:r>
      <w:r>
        <w:t>, Flatbed, or</w:t>
      </w:r>
      <w:r w:rsidR="00E513D3">
        <w:t xml:space="preserve"> </w:t>
      </w:r>
      <w:r>
        <w:t>Homemade Float.</w:t>
      </w:r>
      <w:r w:rsidR="001959B4">
        <w:t xml:space="preserve"> (Please, check category below.)</w:t>
      </w:r>
      <w:r>
        <w:br/>
      </w:r>
      <w:r w:rsidR="00E513D3">
        <w:t>_____</w:t>
      </w:r>
      <w:r>
        <w:t>Band</w:t>
      </w:r>
      <w:r w:rsidR="00EF447C">
        <w:t xml:space="preserve">     </w:t>
      </w:r>
      <w:r w:rsidR="00E513D3">
        <w:t>_____</w:t>
      </w:r>
      <w:r>
        <w:t>Business</w:t>
      </w:r>
      <w:r w:rsidR="00EF447C">
        <w:t xml:space="preserve">     </w:t>
      </w:r>
      <w:r w:rsidR="00E513D3">
        <w:t>_____</w:t>
      </w:r>
      <w:r>
        <w:t>Church Group</w:t>
      </w:r>
      <w:r w:rsidR="00EF447C">
        <w:t xml:space="preserve">     </w:t>
      </w:r>
      <w:r w:rsidR="00E513D3">
        <w:t>_____</w:t>
      </w:r>
      <w:r>
        <w:t>Community Group</w:t>
      </w:r>
      <w:r w:rsidR="00EF447C">
        <w:t xml:space="preserve">     </w:t>
      </w:r>
      <w:r w:rsidRPr="00BA34BD">
        <w:rPr>
          <w:b/>
          <w:bCs/>
        </w:rPr>
        <w:t># of spaces</w:t>
      </w:r>
      <w:r w:rsidR="00E513D3" w:rsidRPr="00BA34BD">
        <w:rPr>
          <w:b/>
          <w:bCs/>
        </w:rPr>
        <w:t xml:space="preserve"> _____</w:t>
      </w:r>
      <w:r>
        <w:br/>
      </w:r>
      <w:r>
        <w:br/>
      </w:r>
      <w:r w:rsidR="00E513D3" w:rsidRPr="00BA34BD">
        <w:rPr>
          <w:b/>
          <w:bCs/>
        </w:rPr>
        <w:t xml:space="preserve">_____ </w:t>
      </w:r>
      <w:r w:rsidRPr="00BA34BD">
        <w:rPr>
          <w:b/>
          <w:bCs/>
        </w:rPr>
        <w:t>Walking Entry:</w:t>
      </w:r>
      <w:r>
        <w:t xml:space="preserve"> </w:t>
      </w:r>
      <w:r w:rsidR="00E513D3">
        <w:t>$</w:t>
      </w:r>
      <w:r>
        <w:t xml:space="preserve">15 </w:t>
      </w:r>
      <w:r w:rsidR="00E513D3">
        <w:t>e</w:t>
      </w:r>
      <w:r>
        <w:t>ach with a maximum of $60 per group</w:t>
      </w:r>
      <w:r w:rsidR="00E513D3">
        <w:tab/>
      </w:r>
      <w:r w:rsidRPr="00BA34BD">
        <w:rPr>
          <w:b/>
          <w:bCs/>
        </w:rPr>
        <w:t># of spaces</w:t>
      </w:r>
      <w:r w:rsidR="00E513D3" w:rsidRPr="00BA34BD">
        <w:rPr>
          <w:b/>
          <w:bCs/>
        </w:rPr>
        <w:t xml:space="preserve"> _____</w:t>
      </w:r>
    </w:p>
    <w:p w14:paraId="111C9186" w14:textId="6516C0C6" w:rsidR="00EF447C" w:rsidRDefault="00546E73" w:rsidP="00EF447C">
      <w:pPr>
        <w:spacing w:line="240" w:lineRule="auto"/>
        <w:jc w:val="center"/>
      </w:pPr>
      <w:r>
        <w:br/>
      </w:r>
      <w:r w:rsidR="00BA34BD" w:rsidRPr="00BA34BD">
        <w:rPr>
          <w:b/>
          <w:bCs/>
        </w:rPr>
        <w:t xml:space="preserve">_____ </w:t>
      </w:r>
      <w:r w:rsidRPr="00BA34BD">
        <w:rPr>
          <w:b/>
          <w:bCs/>
        </w:rPr>
        <w:t>Professional Float:</w:t>
      </w:r>
      <w:r>
        <w:t xml:space="preserve"> full $</w:t>
      </w:r>
      <w:r w:rsidR="00FE0B40">
        <w:t>5</w:t>
      </w:r>
      <w:r w:rsidR="003A1D46">
        <w:t>50</w:t>
      </w:r>
      <w:r>
        <w:t xml:space="preserve"> OR half $</w:t>
      </w:r>
      <w:r w:rsidR="003A1D46">
        <w:t>275</w:t>
      </w:r>
      <w:r>
        <w:t>- A limited number of pre-decorated floats will be</w:t>
      </w:r>
      <w:r w:rsidR="00E513D3">
        <w:t xml:space="preserve"> </w:t>
      </w:r>
      <w:r>
        <w:t xml:space="preserve">available </w:t>
      </w:r>
      <w:r w:rsidR="00E513D3">
        <w:t>on a</w:t>
      </w:r>
      <w:r>
        <w:t xml:space="preserve"> first-come, first-serve basis. Your SPONSOR NAME will be on each side of the float. These</w:t>
      </w:r>
      <w:r w:rsidR="00E513D3">
        <w:t xml:space="preserve"> </w:t>
      </w:r>
      <w:r>
        <w:t xml:space="preserve">entries will not be judged. Entries are responsible for obtaining </w:t>
      </w:r>
      <w:proofErr w:type="gramStart"/>
      <w:r>
        <w:t>their</w:t>
      </w:r>
      <w:r w:rsidR="00E513D3">
        <w:t xml:space="preserve"> </w:t>
      </w:r>
      <w:r>
        <w:t>sponsorships</w:t>
      </w:r>
      <w:proofErr w:type="gramEnd"/>
      <w:r>
        <w:t>.</w:t>
      </w:r>
      <w:r w:rsidR="00906D3C">
        <w:t xml:space="preserve"> We do not allow </w:t>
      </w:r>
      <w:r w:rsidR="00E817EF">
        <w:t>any professional floats outside of those provided by us.</w:t>
      </w:r>
      <w:r>
        <w:br/>
      </w:r>
      <w:r>
        <w:br/>
        <w:t>Sponsor Name:</w:t>
      </w:r>
      <w:r w:rsidR="00E513D3">
        <w:t>________________________________________________________________________________________</w:t>
      </w:r>
      <w:r>
        <w:br/>
      </w:r>
      <w:r>
        <w:br/>
        <w:t>Entry Name:</w:t>
      </w:r>
      <w:r w:rsidR="00E513D3">
        <w:t>___________________________________________________________________________________________</w:t>
      </w:r>
      <w:r>
        <w:br/>
      </w:r>
      <w:r>
        <w:br/>
        <w:t>Contact Name:</w:t>
      </w:r>
      <w:r w:rsidR="00E513D3">
        <w:t>____________________________________________</w:t>
      </w:r>
      <w:r>
        <w:t>Phone:</w:t>
      </w:r>
      <w:r w:rsidR="00E513D3">
        <w:t>_____________________________________</w:t>
      </w:r>
      <w:r>
        <w:br/>
      </w:r>
      <w:r>
        <w:br/>
        <w:t>Address:</w:t>
      </w:r>
      <w:r w:rsidR="00E513D3">
        <w:t>_______________________________________________________________________________________________</w:t>
      </w:r>
      <w:r>
        <w:br/>
      </w:r>
      <w:r>
        <w:br/>
        <w:t>Email:</w:t>
      </w:r>
      <w:r w:rsidR="00E513D3">
        <w:t>__________________________________________________________________________________________________</w:t>
      </w:r>
      <w:r>
        <w:br/>
      </w:r>
      <w:r>
        <w:br/>
      </w:r>
      <w:r w:rsidRPr="00BA34BD">
        <w:rPr>
          <w:b/>
          <w:bCs/>
        </w:rPr>
        <w:t>*ALL PARADE INFORMATION WILL BE SENT VIA EMAIL!!*</w:t>
      </w:r>
      <w:r>
        <w:br/>
        <w:t>‘The undersigned person, corporation or other entity agrees to have read, understood and willfully comply with</w:t>
      </w:r>
      <w:r w:rsidR="00E513D3">
        <w:t xml:space="preserve"> </w:t>
      </w:r>
      <w:r>
        <w:t>all City of Hamlet Christmas Parade rules and regulations. In</w:t>
      </w:r>
      <w:r w:rsidR="00E513D3">
        <w:t xml:space="preserve"> </w:t>
      </w:r>
      <w:r>
        <w:t>consideration of allowing participants to take part</w:t>
      </w:r>
      <w:r w:rsidR="00E513D3">
        <w:t xml:space="preserve"> </w:t>
      </w:r>
      <w:r>
        <w:t>in the Christmas Parade, whether or not a fee has been paid, the participant agrees to save, defend, and hold</w:t>
      </w:r>
      <w:r w:rsidR="00E513D3">
        <w:t xml:space="preserve"> </w:t>
      </w:r>
      <w:r>
        <w:t>harmless the City of Hamlet, NC and its agents, employees, sponsors, partners and volunteers from any and all,</w:t>
      </w:r>
      <w:r>
        <w:br/>
        <w:t>claims for damages for injury (including death) and property damage arising out of</w:t>
      </w:r>
      <w:r w:rsidR="00E513D3">
        <w:t xml:space="preserve"> </w:t>
      </w:r>
      <w:r>
        <w:t>participants involvement</w:t>
      </w:r>
      <w:r w:rsidR="00E513D3">
        <w:t xml:space="preserve"> </w:t>
      </w:r>
      <w:r>
        <w:t>with the parade</w:t>
      </w:r>
      <w:r w:rsidR="00E513D3">
        <w:t>.</w:t>
      </w:r>
      <w:r>
        <w:br/>
      </w:r>
      <w:r>
        <w:br/>
        <w:t>Signature</w:t>
      </w:r>
      <w:r w:rsidR="00E513D3">
        <w:t>________________________________________________________________</w:t>
      </w:r>
      <w:r>
        <w:t>Date</w:t>
      </w:r>
      <w:r w:rsidR="00E513D3">
        <w:t>_________________________</w:t>
      </w:r>
      <w:r>
        <w:br/>
      </w:r>
      <w:r>
        <w:br/>
        <w:t>Office Use: Paid Date</w:t>
      </w:r>
      <w:r w:rsidR="00E513D3">
        <w:t>___________________________________________</w:t>
      </w:r>
      <w:r>
        <w:t xml:space="preserve"> Float</w:t>
      </w:r>
      <w:r w:rsidR="00E513D3">
        <w:t xml:space="preserve"> # if assigned_________________</w:t>
      </w:r>
    </w:p>
    <w:p w14:paraId="7DE0175B" w14:textId="49839795" w:rsidR="0078052E" w:rsidRPr="0078052E" w:rsidRDefault="00546E73" w:rsidP="0078052E">
      <w:pPr>
        <w:spacing w:line="240" w:lineRule="auto"/>
        <w:jc w:val="center"/>
        <w:rPr>
          <w:rFonts w:eastAsiaTheme="majorEastAsia" w:cstheme="majorBidi"/>
          <w:b/>
          <w:bCs/>
          <w:color w:val="EE0000"/>
          <w:sz w:val="28"/>
          <w:szCs w:val="28"/>
        </w:rPr>
      </w:pPr>
      <w:r w:rsidRPr="0078052E">
        <w:rPr>
          <w:rStyle w:val="Heading1Char"/>
          <w:rFonts w:asciiTheme="minorHAnsi" w:hAnsiTheme="minorHAnsi"/>
          <w:color w:val="EE0000"/>
        </w:rPr>
        <w:lastRenderedPageBreak/>
        <w:t>General Rules and Regulation</w:t>
      </w:r>
      <w:r w:rsidR="0078052E">
        <w:rPr>
          <w:rStyle w:val="Heading1Char"/>
          <w:rFonts w:asciiTheme="minorHAnsi" w:hAnsiTheme="minorHAnsi"/>
          <w:color w:val="EE0000"/>
        </w:rPr>
        <w:t xml:space="preserve">s </w:t>
      </w:r>
      <w:r>
        <w:br/>
      </w:r>
      <w:r w:rsidRPr="0078052E">
        <w:rPr>
          <w:b/>
          <w:bCs/>
        </w:rPr>
        <w:t>General Entry Information</w:t>
      </w:r>
      <w:r>
        <w:br/>
        <w:t>Entries must observe all applicable rules and regulations and follow all instructions from police and parade</w:t>
      </w:r>
      <w:r w:rsidR="0078052E">
        <w:t xml:space="preserve"> </w:t>
      </w:r>
      <w:r>
        <w:t>officials. The City of Hamlet Parade Committee reserves the right to remove any entrant from the parade, either</w:t>
      </w:r>
      <w:r w:rsidR="0078052E">
        <w:t xml:space="preserve"> </w:t>
      </w:r>
      <w:r>
        <w:t xml:space="preserve">prior </w:t>
      </w:r>
      <w:r w:rsidR="00D8726F">
        <w:t>to</w:t>
      </w:r>
      <w:r>
        <w:t xml:space="preserve"> assembly, at assembly, or any time during the parade </w:t>
      </w:r>
      <w:r w:rsidR="00D8726F">
        <w:t>if they</w:t>
      </w:r>
      <w:r>
        <w:t xml:space="preserve"> f</w:t>
      </w:r>
      <w:r w:rsidR="00D8726F">
        <w:t>a</w:t>
      </w:r>
      <w:r>
        <w:t>il to observe the Christmas Parade “Rules</w:t>
      </w:r>
      <w:r w:rsidR="0078052E">
        <w:t xml:space="preserve"> </w:t>
      </w:r>
      <w:r>
        <w:t xml:space="preserve">and Regulations” or conform </w:t>
      </w:r>
      <w:r w:rsidR="00D8726F">
        <w:t>to the</w:t>
      </w:r>
      <w:r>
        <w:t xml:space="preserve"> standards of reasonable public safety and moral standards</w:t>
      </w:r>
      <w:r w:rsidR="00D8726F">
        <w:t>.</w:t>
      </w:r>
    </w:p>
    <w:p w14:paraId="3359F116" w14:textId="76BBD17D" w:rsidR="0078052E" w:rsidRPr="00C97F65" w:rsidRDefault="00546E73" w:rsidP="0078052E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C97F65">
        <w:rPr>
          <w:b/>
          <w:bCs/>
        </w:rPr>
        <w:t>Parade entry deadline is 4 pm November 2</w:t>
      </w:r>
      <w:r w:rsidR="00696625">
        <w:rPr>
          <w:b/>
          <w:bCs/>
        </w:rPr>
        <w:t>3</w:t>
      </w:r>
      <w:r w:rsidR="00696625" w:rsidRPr="00696625">
        <w:rPr>
          <w:b/>
          <w:bCs/>
          <w:vertAlign w:val="superscript"/>
        </w:rPr>
        <w:t>rd</w:t>
      </w:r>
      <w:r w:rsidRPr="00C97F65">
        <w:rPr>
          <w:b/>
          <w:bCs/>
        </w:rPr>
        <w:t>. No day of entries will be allowed!</w:t>
      </w:r>
      <w:r w:rsidR="00D8726F" w:rsidRPr="00C97F65">
        <w:rPr>
          <w:b/>
          <w:bCs/>
        </w:rPr>
        <w:t>!</w:t>
      </w:r>
    </w:p>
    <w:p w14:paraId="1DBF38B5" w14:textId="1386F2CB" w:rsidR="0078052E" w:rsidRPr="00C97F65" w:rsidRDefault="00546E73" w:rsidP="0078052E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C97F65">
        <w:rPr>
          <w:b/>
          <w:bCs/>
        </w:rPr>
        <w:t>ALL PARADE DETAILS WILL BE SENT VIA EMA</w:t>
      </w:r>
      <w:r w:rsidR="00D8726F" w:rsidRPr="00C97F65">
        <w:rPr>
          <w:b/>
          <w:bCs/>
        </w:rPr>
        <w:t>I</w:t>
      </w:r>
      <w:r w:rsidRPr="00C97F65">
        <w:rPr>
          <w:b/>
          <w:bCs/>
        </w:rPr>
        <w:t>L</w:t>
      </w:r>
      <w:r w:rsidR="00D8726F" w:rsidRPr="00C97F65">
        <w:rPr>
          <w:b/>
          <w:bCs/>
        </w:rPr>
        <w:t>!!</w:t>
      </w:r>
    </w:p>
    <w:p w14:paraId="01BAD3FA" w14:textId="2592E402" w:rsidR="0078052E" w:rsidRPr="00C97F65" w:rsidRDefault="00546E73" w:rsidP="0078052E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C97F65">
        <w:rPr>
          <w:b/>
          <w:bCs/>
        </w:rPr>
        <w:t>Only one official Santa Claus will be allowed in the parade, as designated by the Parade Committee.</w:t>
      </w:r>
    </w:p>
    <w:p w14:paraId="54BD90D1" w14:textId="6AEAB9D6" w:rsidR="0078052E" w:rsidRPr="00C97F65" w:rsidRDefault="00546E73" w:rsidP="0078052E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C97F65">
        <w:rPr>
          <w:b/>
          <w:bCs/>
        </w:rPr>
        <w:t>All entries should utilize the Christmas Season Theme and be lit or reflect light. Examples of</w:t>
      </w:r>
      <w:r w:rsidR="00D8726F" w:rsidRPr="00C97F65">
        <w:rPr>
          <w:b/>
          <w:bCs/>
        </w:rPr>
        <w:t xml:space="preserve"> </w:t>
      </w:r>
      <w:r w:rsidRPr="00C97F65">
        <w:rPr>
          <w:b/>
          <w:bCs/>
        </w:rPr>
        <w:t>acceptable light</w:t>
      </w:r>
      <w:r w:rsidR="00D8726F" w:rsidRPr="00C97F65">
        <w:rPr>
          <w:b/>
          <w:bCs/>
        </w:rPr>
        <w:t>ing: spot</w:t>
      </w:r>
      <w:r w:rsidRPr="00C97F65">
        <w:rPr>
          <w:b/>
          <w:bCs/>
        </w:rPr>
        <w:t>lights</w:t>
      </w:r>
      <w:r w:rsidR="00D8726F" w:rsidRPr="00C97F65">
        <w:rPr>
          <w:b/>
          <w:bCs/>
        </w:rPr>
        <w:t>, flashing lights</w:t>
      </w:r>
      <w:r w:rsidRPr="00C97F65">
        <w:rPr>
          <w:b/>
          <w:bCs/>
        </w:rPr>
        <w:t xml:space="preserve"> &amp; accessories, glow sticks, and battery-operated</w:t>
      </w:r>
      <w:r w:rsidR="00D8726F" w:rsidRPr="00C97F65">
        <w:rPr>
          <w:b/>
          <w:bCs/>
        </w:rPr>
        <w:t xml:space="preserve"> c</w:t>
      </w:r>
      <w:r w:rsidRPr="00C97F65">
        <w:rPr>
          <w:b/>
          <w:bCs/>
        </w:rPr>
        <w:t>andles/string/rope lights.</w:t>
      </w:r>
    </w:p>
    <w:p w14:paraId="6EBACB67" w14:textId="6E69AA12" w:rsidR="0078052E" w:rsidRPr="00C97F65" w:rsidRDefault="00546E73" w:rsidP="0078052E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C97F65">
        <w:rPr>
          <w:b/>
          <w:bCs/>
        </w:rPr>
        <w:t>All entries will be assigned a parade spot number prior to the parade. Please go to your assigned</w:t>
      </w:r>
      <w:r w:rsidR="00D8726F" w:rsidRPr="00C97F65">
        <w:rPr>
          <w:b/>
          <w:bCs/>
        </w:rPr>
        <w:t xml:space="preserve"> </w:t>
      </w:r>
      <w:r w:rsidRPr="00C97F65">
        <w:rPr>
          <w:b/>
          <w:bCs/>
        </w:rPr>
        <w:t>parade spot number. Display your number on the right-hand side of your entry.</w:t>
      </w:r>
    </w:p>
    <w:p w14:paraId="7C02FCF2" w14:textId="49A1D862" w:rsidR="0078052E" w:rsidRPr="00C97F65" w:rsidRDefault="00546E73" w:rsidP="0078052E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C97F65">
        <w:rPr>
          <w:b/>
          <w:bCs/>
        </w:rPr>
        <w:t>ITEMS CANNOT BE THROWN BEFORE/AFTER PARADE ROUTE START/FINISH!</w:t>
      </w:r>
    </w:p>
    <w:p w14:paraId="4C46E6DA" w14:textId="4B8B2852" w:rsidR="0078052E" w:rsidRPr="00C97F65" w:rsidRDefault="00546E73" w:rsidP="0078052E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C97F65">
        <w:rPr>
          <w:b/>
          <w:bCs/>
        </w:rPr>
        <w:t>All music must be appropriate holiday music.</w:t>
      </w:r>
    </w:p>
    <w:p w14:paraId="18273BDE" w14:textId="784DC312" w:rsidR="0078052E" w:rsidRPr="00C97F65" w:rsidRDefault="00546E73" w:rsidP="0078052E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C97F65">
        <w:rPr>
          <w:b/>
          <w:bCs/>
        </w:rPr>
        <w:t>All motorized (gas or electric) vehicles must be operated by a person with a valid state-issued motor</w:t>
      </w:r>
      <w:r w:rsidR="00D8726F" w:rsidRPr="00C97F65">
        <w:rPr>
          <w:b/>
          <w:bCs/>
        </w:rPr>
        <w:t xml:space="preserve"> </w:t>
      </w:r>
      <w:r w:rsidRPr="00C97F65">
        <w:rPr>
          <w:b/>
          <w:bCs/>
        </w:rPr>
        <w:t>vehicle operator's license.</w:t>
      </w:r>
    </w:p>
    <w:p w14:paraId="43D9BD4D" w14:textId="27537A10" w:rsidR="0078052E" w:rsidRPr="00C97F65" w:rsidRDefault="00546E73" w:rsidP="0078052E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C97F65">
        <w:rPr>
          <w:b/>
          <w:bCs/>
        </w:rPr>
        <w:t>Alcoholic beverages are forbidden on any fl</w:t>
      </w:r>
      <w:r w:rsidR="00D8726F" w:rsidRPr="00C97F65">
        <w:rPr>
          <w:b/>
          <w:bCs/>
        </w:rPr>
        <w:t>o</w:t>
      </w:r>
      <w:r w:rsidRPr="00C97F65">
        <w:rPr>
          <w:b/>
          <w:bCs/>
        </w:rPr>
        <w:t>at, in any vehicle or on the person of any participant.</w:t>
      </w:r>
      <w:r w:rsidR="00D8726F" w:rsidRPr="00C97F65">
        <w:rPr>
          <w:b/>
          <w:bCs/>
        </w:rPr>
        <w:t xml:space="preserve"> </w:t>
      </w:r>
      <w:r w:rsidRPr="00C97F65">
        <w:rPr>
          <w:b/>
          <w:bCs/>
        </w:rPr>
        <w:t>Participants consuming alcohol prior to or during the parade will</w:t>
      </w:r>
      <w:r w:rsidR="00D8726F" w:rsidRPr="00C97F65">
        <w:rPr>
          <w:b/>
          <w:bCs/>
        </w:rPr>
        <w:t xml:space="preserve"> </w:t>
      </w:r>
      <w:r w:rsidRPr="00C97F65">
        <w:rPr>
          <w:b/>
          <w:bCs/>
        </w:rPr>
        <w:t>be removed from the line-up and</w:t>
      </w:r>
      <w:r w:rsidR="00D8726F" w:rsidRPr="00C97F65">
        <w:rPr>
          <w:b/>
          <w:bCs/>
        </w:rPr>
        <w:t xml:space="preserve"> </w:t>
      </w:r>
      <w:r w:rsidRPr="00C97F65">
        <w:rPr>
          <w:b/>
          <w:bCs/>
        </w:rPr>
        <w:t>subject to prosecution by law.</w:t>
      </w:r>
    </w:p>
    <w:p w14:paraId="5CCAE147" w14:textId="2001F283" w:rsidR="0078052E" w:rsidRDefault="00546E73" w:rsidP="00C97F65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C97F65">
        <w:rPr>
          <w:b/>
          <w:bCs/>
        </w:rPr>
        <w:t xml:space="preserve">NO HORSES </w:t>
      </w:r>
      <w:r w:rsidR="00D8726F" w:rsidRPr="00C97F65">
        <w:rPr>
          <w:b/>
          <w:bCs/>
        </w:rPr>
        <w:t>are allowed</w:t>
      </w:r>
      <w:r w:rsidRPr="00C97F65">
        <w:rPr>
          <w:b/>
          <w:bCs/>
        </w:rPr>
        <w:t xml:space="preserve"> in the parade.</w:t>
      </w:r>
    </w:p>
    <w:p w14:paraId="0F644FD2" w14:textId="1656EDAE" w:rsidR="00ED7E3D" w:rsidRPr="00ED7E3D" w:rsidRDefault="00ED7E3D" w:rsidP="00C97F65">
      <w:pPr>
        <w:pStyle w:val="ListParagraph"/>
        <w:numPr>
          <w:ilvl w:val="0"/>
          <w:numId w:val="10"/>
        </w:numPr>
        <w:spacing w:line="240" w:lineRule="auto"/>
        <w:rPr>
          <w:b/>
          <w:bCs/>
        </w:rPr>
      </w:pPr>
      <w:r w:rsidRPr="00ED7E3D">
        <w:rPr>
          <w:b/>
          <w:bCs/>
        </w:rPr>
        <w:t>We do not allow any professional floats outside of those provided by us.</w:t>
      </w:r>
    </w:p>
    <w:p w14:paraId="4EDFB7CB" w14:textId="28B57DA9" w:rsidR="0078052E" w:rsidRDefault="00546E73" w:rsidP="00C97F65">
      <w:pPr>
        <w:pStyle w:val="Heading1"/>
        <w:jc w:val="center"/>
        <w:rPr>
          <w:rFonts w:asciiTheme="minorHAnsi" w:hAnsiTheme="minorHAnsi"/>
          <w:color w:val="auto"/>
        </w:rPr>
      </w:pPr>
      <w:r w:rsidRPr="00C97F65">
        <w:rPr>
          <w:rFonts w:asciiTheme="minorHAnsi" w:hAnsiTheme="minorHAnsi"/>
          <w:color w:val="auto"/>
        </w:rPr>
        <w:t>FAILURE TO FOLLOW RULES AND REGULATIONS MAY RESULT IN</w:t>
      </w:r>
      <w:r w:rsidRPr="00C97F65">
        <w:rPr>
          <w:rFonts w:asciiTheme="minorHAnsi" w:hAnsiTheme="minorHAnsi"/>
          <w:color w:val="auto"/>
        </w:rPr>
        <w:br/>
        <w:t>NON-PARTICIPATION IN FUTURE EVENTS/PARADES</w:t>
      </w:r>
    </w:p>
    <w:p w14:paraId="55511CAC" w14:textId="77777777" w:rsidR="00C97F65" w:rsidRPr="00C97F65" w:rsidRDefault="00C97F65" w:rsidP="00C97F65">
      <w:pPr>
        <w:rPr>
          <w:b/>
          <w:bCs/>
          <w:color w:val="EE0000"/>
        </w:rPr>
      </w:pPr>
    </w:p>
    <w:p w14:paraId="6536A86E" w14:textId="0D2D43C4" w:rsidR="00367697" w:rsidRDefault="00546E73" w:rsidP="00C97F65">
      <w:pPr>
        <w:spacing w:line="240" w:lineRule="auto"/>
        <w:jc w:val="center"/>
      </w:pPr>
      <w:r w:rsidRPr="00C97F65">
        <w:rPr>
          <w:b/>
          <w:bCs/>
          <w:color w:val="EE0000"/>
        </w:rPr>
        <w:t>Please follow us on social media &amp; check out our website (hamletn</w:t>
      </w:r>
      <w:r w:rsidR="00C97F65" w:rsidRPr="00C97F65">
        <w:rPr>
          <w:b/>
          <w:bCs/>
          <w:color w:val="EE0000"/>
        </w:rPr>
        <w:t>c</w:t>
      </w:r>
      <w:r w:rsidRPr="00C97F65">
        <w:rPr>
          <w:b/>
          <w:bCs/>
          <w:color w:val="EE0000"/>
        </w:rPr>
        <w:t>.us) for updates on the parade and future</w:t>
      </w:r>
      <w:r w:rsidR="00C97F65" w:rsidRPr="00C97F65">
        <w:rPr>
          <w:b/>
          <w:bCs/>
          <w:color w:val="EE0000"/>
        </w:rPr>
        <w:t xml:space="preserve"> </w:t>
      </w:r>
      <w:r w:rsidRPr="00C97F65">
        <w:rPr>
          <w:b/>
          <w:bCs/>
          <w:color w:val="EE0000"/>
        </w:rPr>
        <w:t>events</w:t>
      </w:r>
      <w:r w:rsidR="00C97F65" w:rsidRPr="00C97F65">
        <w:rPr>
          <w:b/>
          <w:bCs/>
          <w:color w:val="EE0000"/>
        </w:rPr>
        <w:t>.</w:t>
      </w:r>
      <w:r w:rsidRPr="00C97F65">
        <w:rPr>
          <w:b/>
          <w:bCs/>
          <w:color w:val="EE0000"/>
        </w:rPr>
        <w:t xml:space="preserve"> Facebook: City of Hamlet, Visit Hamlet, NC, Hamlet Depot and Museums</w:t>
      </w:r>
      <w:r>
        <w:br/>
      </w:r>
      <w:r w:rsidRPr="00C97F65">
        <w:rPr>
          <w:b/>
          <w:bCs/>
          <w:color w:val="76923C" w:themeColor="accent3" w:themeShade="BF"/>
        </w:rPr>
        <w:br/>
        <w:t xml:space="preserve">We hope </w:t>
      </w:r>
      <w:r w:rsidR="00C97F65" w:rsidRPr="00C97F65">
        <w:rPr>
          <w:b/>
          <w:bCs/>
          <w:color w:val="76923C" w:themeColor="accent3" w:themeShade="BF"/>
        </w:rPr>
        <w:t>to</w:t>
      </w:r>
      <w:r w:rsidRPr="00C97F65">
        <w:rPr>
          <w:b/>
          <w:bCs/>
          <w:color w:val="76923C" w:themeColor="accent3" w:themeShade="BF"/>
        </w:rPr>
        <w:t xml:space="preserve"> make the City of Haml</w:t>
      </w:r>
      <w:r w:rsidR="00C97F65" w:rsidRPr="00C97F65">
        <w:rPr>
          <w:b/>
          <w:bCs/>
          <w:color w:val="76923C" w:themeColor="accent3" w:themeShade="BF"/>
        </w:rPr>
        <w:t xml:space="preserve">et </w:t>
      </w:r>
      <w:r w:rsidRPr="00C97F65">
        <w:rPr>
          <w:b/>
          <w:bCs/>
          <w:color w:val="76923C" w:themeColor="accent3" w:themeShade="BF"/>
        </w:rPr>
        <w:t>Christmas Parade of Lights as safe and bright as possible.</w:t>
      </w:r>
      <w:r w:rsidR="00C97F65" w:rsidRPr="00C97F65">
        <w:rPr>
          <w:b/>
          <w:bCs/>
          <w:color w:val="76923C" w:themeColor="accent3" w:themeShade="BF"/>
        </w:rPr>
        <w:t xml:space="preserve"> </w:t>
      </w:r>
      <w:r w:rsidRPr="00C97F65">
        <w:rPr>
          <w:b/>
          <w:bCs/>
          <w:color w:val="76923C" w:themeColor="accent3" w:themeShade="BF"/>
        </w:rPr>
        <w:t>The brighter the better!</w:t>
      </w:r>
      <w:r>
        <w:br/>
      </w:r>
      <w:r>
        <w:br/>
      </w:r>
    </w:p>
    <w:sectPr w:rsidR="00367697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61719" w14:textId="77777777" w:rsidR="00533067" w:rsidRDefault="00533067" w:rsidP="00EF447C">
      <w:pPr>
        <w:spacing w:after="0" w:line="240" w:lineRule="auto"/>
      </w:pPr>
      <w:r>
        <w:separator/>
      </w:r>
    </w:p>
  </w:endnote>
  <w:endnote w:type="continuationSeparator" w:id="0">
    <w:p w14:paraId="1BA19ACF" w14:textId="77777777" w:rsidR="00533067" w:rsidRDefault="00533067" w:rsidP="00EF4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3A9F3" w14:textId="181FF510" w:rsidR="00EF447C" w:rsidRPr="00EF447C" w:rsidRDefault="00EF447C" w:rsidP="00EF447C">
    <w:pPr>
      <w:pStyle w:val="Footer"/>
      <w:jc w:val="center"/>
      <w:rPr>
        <w:b/>
        <w:bCs/>
        <w:color w:val="EE0000"/>
      </w:rPr>
    </w:pPr>
    <w:r w:rsidRPr="00EF447C">
      <w:rPr>
        <w:b/>
        <w:bCs/>
        <w:color w:val="EE0000"/>
      </w:rPr>
      <w:br/>
      <w:t>Payment can be made at Hamlet Visitors Center, 12 W Main St. (exact cash, check), Hamlet City Hall Water Dept. (cash, check, card), or mailed to PO Box 1229 Hamlet, NC 28345.</w:t>
    </w:r>
    <w:r w:rsidRPr="00EF447C">
      <w:rPr>
        <w:b/>
        <w:bCs/>
        <w:color w:val="EE0000"/>
      </w:rPr>
      <w:br/>
      <w:t>Please make checks payable to the City of Hamlet.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BB74C" w14:textId="77777777" w:rsidR="00533067" w:rsidRDefault="00533067" w:rsidP="00EF447C">
      <w:pPr>
        <w:spacing w:after="0" w:line="240" w:lineRule="auto"/>
      </w:pPr>
      <w:r>
        <w:separator/>
      </w:r>
    </w:p>
  </w:footnote>
  <w:footnote w:type="continuationSeparator" w:id="0">
    <w:p w14:paraId="63CFC85E" w14:textId="77777777" w:rsidR="00533067" w:rsidRDefault="00533067" w:rsidP="00EF44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E62BB" w14:textId="437E64D0" w:rsidR="00EF447C" w:rsidRPr="0078052E" w:rsidRDefault="00EF447C" w:rsidP="00EF447C">
    <w:pPr>
      <w:pStyle w:val="Header"/>
      <w:jc w:val="center"/>
    </w:pPr>
    <w:r w:rsidRPr="0078052E">
      <w:rPr>
        <w:rStyle w:val="Heading1Char"/>
        <w:rFonts w:asciiTheme="minorHAnsi" w:hAnsiTheme="minorHAnsi"/>
        <w:color w:val="auto"/>
      </w:rPr>
      <w:t>City of Hamlet</w:t>
    </w:r>
    <w:r w:rsidRPr="0078052E">
      <w:rPr>
        <w:rStyle w:val="Heading1Char"/>
        <w:rFonts w:asciiTheme="minorHAnsi" w:hAnsiTheme="minorHAnsi"/>
        <w:color w:val="auto"/>
      </w:rPr>
      <w:br/>
      <w:t>Christmas Parade of Lights</w:t>
    </w:r>
    <w:r w:rsidRPr="0078052E">
      <w:br/>
      <w:t xml:space="preserve">Thursday, December </w:t>
    </w:r>
    <w:r w:rsidR="00FF37DA">
      <w:t>3</w:t>
    </w:r>
    <w:r w:rsidR="00FF37DA" w:rsidRPr="00FF37DA">
      <w:rPr>
        <w:vertAlign w:val="superscript"/>
      </w:rPr>
      <w:t>rd</w:t>
    </w:r>
    <w:r w:rsidRPr="0078052E">
      <w:t>, 202</w:t>
    </w:r>
    <w:r w:rsidR="00FF37DA">
      <w:t>6</w:t>
    </w:r>
    <w:r w:rsidRPr="0078052E">
      <w:br/>
      <w:t>Line-Up at 5:15 pm — Parade at 6 pm</w:t>
    </w:r>
    <w:r w:rsidRPr="0078052E">
      <w:br/>
      <w:t>Rain or Shine</w:t>
    </w:r>
    <w:r w:rsidRPr="0078052E">
      <w:rPr>
        <w:color w:val="EE0000"/>
      </w:rPr>
      <w:br/>
    </w:r>
    <w:r w:rsidRPr="0078052E">
      <w:rPr>
        <w:b/>
        <w:bCs/>
        <w:color w:val="EE0000"/>
        <w:u w:val="single"/>
      </w:rPr>
      <w:t>ALL ENTRIES MUST BE IN THEIR ASSIGNED SPOT BY 5:45 PM ON PARADE DAY</w:t>
    </w:r>
  </w:p>
  <w:p w14:paraId="7873CBA6" w14:textId="77777777" w:rsidR="00EF447C" w:rsidRDefault="00EF447C" w:rsidP="00EF447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6204DC"/>
    <w:multiLevelType w:val="hybridMultilevel"/>
    <w:tmpl w:val="3DD22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850945">
    <w:abstractNumId w:val="8"/>
  </w:num>
  <w:num w:numId="2" w16cid:durableId="292835667">
    <w:abstractNumId w:val="6"/>
  </w:num>
  <w:num w:numId="3" w16cid:durableId="1624849572">
    <w:abstractNumId w:val="5"/>
  </w:num>
  <w:num w:numId="4" w16cid:durableId="2079403091">
    <w:abstractNumId w:val="4"/>
  </w:num>
  <w:num w:numId="5" w16cid:durableId="1325353873">
    <w:abstractNumId w:val="7"/>
  </w:num>
  <w:num w:numId="6" w16cid:durableId="61295972">
    <w:abstractNumId w:val="3"/>
  </w:num>
  <w:num w:numId="7" w16cid:durableId="1577519829">
    <w:abstractNumId w:val="2"/>
  </w:num>
  <w:num w:numId="8" w16cid:durableId="987635600">
    <w:abstractNumId w:val="1"/>
  </w:num>
  <w:num w:numId="9" w16cid:durableId="219249916">
    <w:abstractNumId w:val="0"/>
  </w:num>
  <w:num w:numId="10" w16cid:durableId="13872928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3F64"/>
    <w:rsid w:val="0015074B"/>
    <w:rsid w:val="0015251F"/>
    <w:rsid w:val="00174D5B"/>
    <w:rsid w:val="001959B4"/>
    <w:rsid w:val="001D45B3"/>
    <w:rsid w:val="0029639D"/>
    <w:rsid w:val="00326F90"/>
    <w:rsid w:val="00367697"/>
    <w:rsid w:val="003A1D46"/>
    <w:rsid w:val="00533067"/>
    <w:rsid w:val="00546E73"/>
    <w:rsid w:val="00696625"/>
    <w:rsid w:val="0078052E"/>
    <w:rsid w:val="00842C96"/>
    <w:rsid w:val="00906D3C"/>
    <w:rsid w:val="00971954"/>
    <w:rsid w:val="00A84807"/>
    <w:rsid w:val="00AA1D8D"/>
    <w:rsid w:val="00B47730"/>
    <w:rsid w:val="00BA34BD"/>
    <w:rsid w:val="00C97F65"/>
    <w:rsid w:val="00CB0664"/>
    <w:rsid w:val="00CE149F"/>
    <w:rsid w:val="00D8726F"/>
    <w:rsid w:val="00DA4AAA"/>
    <w:rsid w:val="00E43C1B"/>
    <w:rsid w:val="00E513D3"/>
    <w:rsid w:val="00E817EF"/>
    <w:rsid w:val="00ED7E3D"/>
    <w:rsid w:val="00EF447C"/>
    <w:rsid w:val="00FC693F"/>
    <w:rsid w:val="00FE0B40"/>
    <w:rsid w:val="00FF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6E9159F"/>
  <w14:defaultImageDpi w14:val="300"/>
  <w15:docId w15:val="{42D559BB-265D-4249-986A-A6266383B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Kubiak</cp:lastModifiedBy>
  <cp:revision>3</cp:revision>
  <cp:lastPrinted>2025-09-19T13:00:00Z</cp:lastPrinted>
  <dcterms:created xsi:type="dcterms:W3CDTF">2026-09-09T15:13:00Z</dcterms:created>
  <dcterms:modified xsi:type="dcterms:W3CDTF">2026-09-23T18:19:00Z</dcterms:modified>
  <cp:category/>
</cp:coreProperties>
</file>