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600F" w:rsidRDefault="00FF5426">
      <w:pPr>
        <w:jc w:val="center"/>
      </w:pPr>
      <w:bookmarkStart w:id="0" w:name="_GoBack"/>
      <w:bookmarkEnd w:id="0"/>
      <w:r>
        <w:rPr>
          <w:b/>
          <w:sz w:val="28"/>
        </w:rPr>
        <w:t>KEYSTONE ROD &amp; GUN CLUB OF HANNASTOWN</w:t>
      </w:r>
      <w:r>
        <w:rPr>
          <w:b/>
          <w:sz w:val="28"/>
        </w:rPr>
        <w:br/>
        <w:t>MERCHANDISE ORDER FORM</w:t>
      </w:r>
    </w:p>
    <w:p w:rsidR="0014600F" w:rsidRDefault="00FF5426">
      <w:pPr>
        <w:jc w:val="center"/>
      </w:pPr>
      <w:r>
        <w:rPr>
          <w:sz w:val="16"/>
        </w:rPr>
        <w:t>112 McGrath Ln. • PO Box 127 • Hannastown, PA 15635 • (724) 836-3536</w:t>
      </w:r>
      <w:r>
        <w:rPr>
          <w:sz w:val="16"/>
        </w:rPr>
        <w:br/>
        <w:t>keystonerodandgunclub@gmail.com • www.krghannastown.com</w:t>
      </w:r>
    </w:p>
    <w:p w:rsidR="0014600F" w:rsidRPr="00580E7B" w:rsidRDefault="00FF5426">
      <w:r w:rsidRPr="00580E7B">
        <w:t xml:space="preserve">Name: ________________________   </w:t>
      </w:r>
      <w:r w:rsidR="00043591">
        <w:tab/>
      </w:r>
      <w:r w:rsidR="00043591">
        <w:tab/>
      </w:r>
      <w:r w:rsidR="00043591">
        <w:tab/>
      </w:r>
      <w:r w:rsidRPr="00580E7B">
        <w:t xml:space="preserve">Phone: ________________________   </w:t>
      </w:r>
      <w:r w:rsidR="00043591">
        <w:tab/>
      </w:r>
      <w:r w:rsidR="00043591">
        <w:tab/>
      </w:r>
      <w:r w:rsidR="00043591">
        <w:tab/>
      </w:r>
      <w:r w:rsidRPr="00580E7B">
        <w:t>Date: ____________</w:t>
      </w:r>
      <w:r w:rsidR="00043591">
        <w:t>_____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43"/>
        <w:gridCol w:w="1543"/>
        <w:gridCol w:w="1543"/>
        <w:gridCol w:w="1543"/>
        <w:gridCol w:w="1543"/>
        <w:gridCol w:w="1543"/>
        <w:gridCol w:w="1543"/>
      </w:tblGrid>
      <w:tr w:rsidR="0014600F" w:rsidRPr="00580E7B">
        <w:tc>
          <w:tcPr>
            <w:tcW w:w="1543" w:type="dxa"/>
          </w:tcPr>
          <w:p w:rsidR="0014600F" w:rsidRPr="00580E7B" w:rsidRDefault="00FF5426">
            <w:r w:rsidRPr="00580E7B">
              <w:rPr>
                <w:b/>
              </w:rPr>
              <w:t>Item</w:t>
            </w:r>
          </w:p>
        </w:tc>
        <w:tc>
          <w:tcPr>
            <w:tcW w:w="1543" w:type="dxa"/>
          </w:tcPr>
          <w:p w:rsidR="0014600F" w:rsidRPr="00580E7B" w:rsidRDefault="00FF5426">
            <w:r w:rsidRPr="00580E7B">
              <w:rPr>
                <w:b/>
              </w:rPr>
              <w:t>Price</w:t>
            </w:r>
          </w:p>
        </w:tc>
        <w:tc>
          <w:tcPr>
            <w:tcW w:w="1543" w:type="dxa"/>
          </w:tcPr>
          <w:p w:rsidR="0014600F" w:rsidRPr="00580E7B" w:rsidRDefault="00FF5426">
            <w:r w:rsidRPr="00580E7B">
              <w:rPr>
                <w:b/>
              </w:rPr>
              <w:t>Color</w:t>
            </w:r>
          </w:p>
        </w:tc>
        <w:tc>
          <w:tcPr>
            <w:tcW w:w="1543" w:type="dxa"/>
          </w:tcPr>
          <w:p w:rsidR="0014600F" w:rsidRPr="00580E7B" w:rsidRDefault="00FF5426">
            <w:r w:rsidRPr="00580E7B">
              <w:rPr>
                <w:b/>
              </w:rPr>
              <w:t>Size</w:t>
            </w:r>
          </w:p>
        </w:tc>
        <w:tc>
          <w:tcPr>
            <w:tcW w:w="1543" w:type="dxa"/>
          </w:tcPr>
          <w:p w:rsidR="0014600F" w:rsidRPr="00580E7B" w:rsidRDefault="00FF5426">
            <w:r w:rsidRPr="00580E7B">
              <w:rPr>
                <w:b/>
              </w:rPr>
              <w:t>Qty</w:t>
            </w:r>
          </w:p>
        </w:tc>
        <w:tc>
          <w:tcPr>
            <w:tcW w:w="1543" w:type="dxa"/>
          </w:tcPr>
          <w:p w:rsidR="0014600F" w:rsidRPr="00580E7B" w:rsidRDefault="00FF5426">
            <w:r w:rsidRPr="00580E7B">
              <w:rPr>
                <w:b/>
              </w:rPr>
              <w:t>Total</w:t>
            </w:r>
          </w:p>
        </w:tc>
        <w:tc>
          <w:tcPr>
            <w:tcW w:w="1543" w:type="dxa"/>
          </w:tcPr>
          <w:p w:rsidR="0014600F" w:rsidRPr="00580E7B" w:rsidRDefault="00FF5426">
            <w:r w:rsidRPr="00580E7B">
              <w:rPr>
                <w:b/>
              </w:rPr>
              <w:t>Notes</w:t>
            </w:r>
          </w:p>
        </w:tc>
      </w:tr>
      <w:tr w:rsidR="0014600F" w:rsidRPr="00580E7B">
        <w:tc>
          <w:tcPr>
            <w:tcW w:w="1543" w:type="dxa"/>
          </w:tcPr>
          <w:p w:rsidR="0014600F" w:rsidRPr="00580E7B" w:rsidRDefault="00FF5426">
            <w:r w:rsidRPr="00580E7B">
              <w:t>T-Shirt w/ Pocket</w:t>
            </w:r>
          </w:p>
        </w:tc>
        <w:tc>
          <w:tcPr>
            <w:tcW w:w="1543" w:type="dxa"/>
          </w:tcPr>
          <w:p w:rsidR="0014600F" w:rsidRPr="00580E7B" w:rsidRDefault="00FF5426">
            <w:r w:rsidRPr="00580E7B">
              <w:t>$20</w:t>
            </w:r>
          </w:p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</w:tr>
      <w:tr w:rsidR="0014600F" w:rsidRPr="00580E7B">
        <w:tc>
          <w:tcPr>
            <w:tcW w:w="1543" w:type="dxa"/>
          </w:tcPr>
          <w:p w:rsidR="0014600F" w:rsidRPr="00580E7B" w:rsidRDefault="00FF5426">
            <w:r w:rsidRPr="00580E7B">
              <w:t>T-Shirt No Pocket</w:t>
            </w:r>
          </w:p>
        </w:tc>
        <w:tc>
          <w:tcPr>
            <w:tcW w:w="1543" w:type="dxa"/>
          </w:tcPr>
          <w:p w:rsidR="0014600F" w:rsidRPr="00580E7B" w:rsidRDefault="00FF5426">
            <w:r w:rsidRPr="00580E7B">
              <w:t>$20</w:t>
            </w:r>
          </w:p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</w:tr>
      <w:tr w:rsidR="0014600F" w:rsidRPr="00580E7B">
        <w:tc>
          <w:tcPr>
            <w:tcW w:w="1543" w:type="dxa"/>
          </w:tcPr>
          <w:p w:rsidR="0014600F" w:rsidRPr="00580E7B" w:rsidRDefault="00FF5426">
            <w:r w:rsidRPr="00580E7B">
              <w:t>Long Sleeve T-Shirt</w:t>
            </w:r>
          </w:p>
        </w:tc>
        <w:tc>
          <w:tcPr>
            <w:tcW w:w="1543" w:type="dxa"/>
          </w:tcPr>
          <w:p w:rsidR="0014600F" w:rsidRPr="00580E7B" w:rsidRDefault="00580E7B">
            <w:r>
              <w:t>$25</w:t>
            </w:r>
          </w:p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</w:tr>
      <w:tr w:rsidR="00906363" w:rsidRPr="00580E7B">
        <w:tc>
          <w:tcPr>
            <w:tcW w:w="1543" w:type="dxa"/>
          </w:tcPr>
          <w:p w:rsidR="00906363" w:rsidRPr="00580E7B" w:rsidRDefault="00906363">
            <w:r>
              <w:t>Large Logo T-Shirt</w:t>
            </w:r>
          </w:p>
        </w:tc>
        <w:tc>
          <w:tcPr>
            <w:tcW w:w="1543" w:type="dxa"/>
          </w:tcPr>
          <w:p w:rsidR="00906363" w:rsidRDefault="00906363">
            <w:r>
              <w:t>$20</w:t>
            </w:r>
          </w:p>
        </w:tc>
        <w:tc>
          <w:tcPr>
            <w:tcW w:w="1543" w:type="dxa"/>
          </w:tcPr>
          <w:p w:rsidR="00906363" w:rsidRPr="00580E7B" w:rsidRDefault="00906363"/>
        </w:tc>
        <w:tc>
          <w:tcPr>
            <w:tcW w:w="1543" w:type="dxa"/>
          </w:tcPr>
          <w:p w:rsidR="00906363" w:rsidRPr="00580E7B" w:rsidRDefault="00906363"/>
        </w:tc>
        <w:tc>
          <w:tcPr>
            <w:tcW w:w="1543" w:type="dxa"/>
          </w:tcPr>
          <w:p w:rsidR="00906363" w:rsidRPr="00580E7B" w:rsidRDefault="00906363"/>
        </w:tc>
        <w:tc>
          <w:tcPr>
            <w:tcW w:w="1543" w:type="dxa"/>
          </w:tcPr>
          <w:p w:rsidR="00906363" w:rsidRPr="00580E7B" w:rsidRDefault="00906363"/>
        </w:tc>
        <w:tc>
          <w:tcPr>
            <w:tcW w:w="1543" w:type="dxa"/>
          </w:tcPr>
          <w:p w:rsidR="00906363" w:rsidRPr="00580E7B" w:rsidRDefault="00906363"/>
        </w:tc>
      </w:tr>
      <w:tr w:rsidR="0014600F" w:rsidRPr="00580E7B">
        <w:tc>
          <w:tcPr>
            <w:tcW w:w="1543" w:type="dxa"/>
          </w:tcPr>
          <w:p w:rsidR="0014600F" w:rsidRPr="00580E7B" w:rsidRDefault="00FF5426">
            <w:r w:rsidRPr="00580E7B">
              <w:t>Hoodie</w:t>
            </w:r>
          </w:p>
        </w:tc>
        <w:tc>
          <w:tcPr>
            <w:tcW w:w="1543" w:type="dxa"/>
          </w:tcPr>
          <w:p w:rsidR="0014600F" w:rsidRPr="00580E7B" w:rsidRDefault="00FF5426">
            <w:r w:rsidRPr="00580E7B">
              <w:t>$35</w:t>
            </w:r>
          </w:p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</w:tr>
      <w:tr w:rsidR="0014600F" w:rsidRPr="00580E7B">
        <w:tc>
          <w:tcPr>
            <w:tcW w:w="1543" w:type="dxa"/>
          </w:tcPr>
          <w:p w:rsidR="0014600F" w:rsidRPr="00580E7B" w:rsidRDefault="00FF5426">
            <w:r w:rsidRPr="00580E7B">
              <w:t>Orange Camo Hat</w:t>
            </w:r>
          </w:p>
        </w:tc>
        <w:tc>
          <w:tcPr>
            <w:tcW w:w="1543" w:type="dxa"/>
          </w:tcPr>
          <w:p w:rsidR="0014600F" w:rsidRPr="00580E7B" w:rsidRDefault="00FF5426">
            <w:r w:rsidRPr="00580E7B">
              <w:t>$20</w:t>
            </w:r>
          </w:p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</w:tr>
      <w:tr w:rsidR="0014600F" w:rsidRPr="00580E7B">
        <w:tc>
          <w:tcPr>
            <w:tcW w:w="1543" w:type="dxa"/>
          </w:tcPr>
          <w:p w:rsidR="0014600F" w:rsidRPr="00580E7B" w:rsidRDefault="00FF5426">
            <w:r w:rsidRPr="00580E7B">
              <w:t>Solid Orange Hat</w:t>
            </w:r>
          </w:p>
        </w:tc>
        <w:tc>
          <w:tcPr>
            <w:tcW w:w="1543" w:type="dxa"/>
          </w:tcPr>
          <w:p w:rsidR="0014600F" w:rsidRPr="00580E7B" w:rsidRDefault="00FF5426">
            <w:r w:rsidRPr="00580E7B">
              <w:t>$20</w:t>
            </w:r>
          </w:p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</w:tr>
      <w:tr w:rsidR="0014600F" w:rsidRPr="00580E7B">
        <w:tc>
          <w:tcPr>
            <w:tcW w:w="1543" w:type="dxa"/>
          </w:tcPr>
          <w:p w:rsidR="0014600F" w:rsidRPr="00580E7B" w:rsidRDefault="00FF5426">
            <w:r w:rsidRPr="00580E7B">
              <w:t>Custom Engraved Knife</w:t>
            </w:r>
          </w:p>
        </w:tc>
        <w:tc>
          <w:tcPr>
            <w:tcW w:w="1543" w:type="dxa"/>
          </w:tcPr>
          <w:p w:rsidR="0014600F" w:rsidRPr="00580E7B" w:rsidRDefault="00FF5426">
            <w:r w:rsidRPr="00580E7B">
              <w:t>$40</w:t>
            </w:r>
          </w:p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  <w:tc>
          <w:tcPr>
            <w:tcW w:w="1543" w:type="dxa"/>
          </w:tcPr>
          <w:p w:rsidR="0014600F" w:rsidRPr="00580E7B" w:rsidRDefault="0014600F"/>
        </w:tc>
      </w:tr>
    </w:tbl>
    <w:p w:rsidR="00F20A31" w:rsidRDefault="00F20A31">
      <w:pPr>
        <w:rPr>
          <w:b/>
        </w:rPr>
      </w:pPr>
    </w:p>
    <w:p w:rsidR="0014600F" w:rsidRPr="00580E7B" w:rsidRDefault="00FF5426">
      <w:r w:rsidRPr="00580E7B">
        <w:rPr>
          <w:b/>
        </w:rPr>
        <w:t>Subtotal:</w:t>
      </w:r>
      <w:r w:rsidR="00580E7B">
        <w:rPr>
          <w:b/>
        </w:rPr>
        <w:t xml:space="preserve"> ____________</w:t>
      </w:r>
      <w:r w:rsidR="00D12771">
        <w:rPr>
          <w:b/>
        </w:rPr>
        <w:t>__________</w:t>
      </w:r>
      <w:r w:rsidR="00580E7B">
        <w:rPr>
          <w:b/>
        </w:rPr>
        <w:t xml:space="preserve">    XXL or larger</w:t>
      </w:r>
      <w:r w:rsidRPr="00580E7B">
        <w:rPr>
          <w:b/>
        </w:rPr>
        <w:t xml:space="preserve"> Fee (+$5 each): ____________</w:t>
      </w:r>
      <w:r w:rsidR="00D12771">
        <w:rPr>
          <w:b/>
        </w:rPr>
        <w:t>______</w:t>
      </w:r>
      <w:r w:rsidRPr="00580E7B">
        <w:rPr>
          <w:b/>
        </w:rPr>
        <w:t xml:space="preserve">    GRAND TOTAL: ____________</w:t>
      </w:r>
      <w:r w:rsidR="00D12771">
        <w:rPr>
          <w:b/>
        </w:rPr>
        <w:t>______</w:t>
      </w:r>
    </w:p>
    <w:p w:rsidR="00E15322" w:rsidRDefault="00FF5426" w:rsidP="00906363">
      <w:pPr>
        <w:spacing w:line="240" w:lineRule="auto"/>
        <w:rPr>
          <w:i/>
        </w:rPr>
      </w:pPr>
      <w:r w:rsidRPr="00580E7B">
        <w:rPr>
          <w:i/>
        </w:rPr>
        <w:t>Note: XXL and larger sizes are $5 additional per item. Orders</w:t>
      </w:r>
      <w:r w:rsidR="00E15322">
        <w:rPr>
          <w:i/>
        </w:rPr>
        <w:t xml:space="preserve"> processed upon payment receipt</w:t>
      </w:r>
      <w:r w:rsidR="00D761CA">
        <w:rPr>
          <w:i/>
        </w:rPr>
        <w:t xml:space="preserve">. All items are custom made. Please allow time to order the materials and design your items. </w:t>
      </w:r>
    </w:p>
    <w:p w:rsidR="00D761CA" w:rsidRDefault="00C57852" w:rsidP="00F20A31">
      <w:pPr>
        <w:spacing w:line="240" w:lineRule="auto"/>
        <w:rPr>
          <w:b/>
        </w:rPr>
      </w:pPr>
      <w:r>
        <w:rPr>
          <w:b/>
        </w:rPr>
        <w:t>Colors Available</w:t>
      </w:r>
      <w:r w:rsidR="00790FD6">
        <w:rPr>
          <w:b/>
        </w:rPr>
        <w:t>:</w:t>
      </w:r>
      <w:r>
        <w:rPr>
          <w:b/>
        </w:rPr>
        <w:t xml:space="preserve">  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>Black</w:t>
      </w:r>
      <w:r w:rsidR="00790FD6"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>,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 xml:space="preserve"> </w:t>
      </w:r>
      <w:r w:rsidR="00790FD6"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 xml:space="preserve">  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>Charcoal</w:t>
      </w:r>
      <w:r w:rsidR="00790FD6"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>,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 xml:space="preserve"> </w:t>
      </w:r>
      <w:r w:rsidR="00790FD6"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 xml:space="preserve">  Graphite H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>eather</w:t>
      </w:r>
      <w:r w:rsidR="00790FD6"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>,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 xml:space="preserve"> </w:t>
      </w:r>
      <w:r w:rsidR="00790FD6"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 xml:space="preserve">  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>Navy</w:t>
      </w:r>
      <w:r w:rsidR="00790FD6"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>,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 xml:space="preserve"> </w:t>
      </w:r>
      <w:r w:rsidR="00790FD6"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 xml:space="preserve">  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>Orange</w:t>
      </w:r>
      <w:r w:rsidR="00790FD6"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>,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 xml:space="preserve"> </w:t>
      </w:r>
      <w:r w:rsidR="00790FD6"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 xml:space="preserve">  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>Red</w:t>
      </w:r>
      <w:r w:rsidR="00790FD6"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>,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 xml:space="preserve"> </w:t>
      </w:r>
      <w:r w:rsidR="00790FD6"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 xml:space="preserve">  Royal,   Safety G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>reen</w:t>
      </w:r>
      <w:proofErr w:type="gramStart"/>
      <w:r w:rsidR="00790FD6"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>,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 xml:space="preserve"> </w:t>
      </w:r>
      <w:r w:rsidR="00790FD6"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 xml:space="preserve"> Sport</w:t>
      </w:r>
      <w:proofErr w:type="gramEnd"/>
      <w:r w:rsidR="00790FD6"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 xml:space="preserve"> G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 xml:space="preserve">ray </w:t>
      </w:r>
      <w:r w:rsidR="00790FD6"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 xml:space="preserve">and 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0F0F0"/>
        </w:rPr>
        <w:t>White</w:t>
      </w:r>
    </w:p>
    <w:p w:rsidR="00E15322" w:rsidRDefault="00790FD6" w:rsidP="00F20A31">
      <w:pPr>
        <w:spacing w:line="240" w:lineRule="auto"/>
        <w:rPr>
          <w:b/>
        </w:rPr>
      </w:pPr>
      <w:r>
        <w:rPr>
          <w:noProof/>
        </w:rPr>
        <w:drawing>
          <wp:inline distT="0" distB="0" distL="0" distR="0" wp14:anchorId="4B1BC31A" wp14:editId="03188AAD">
            <wp:extent cx="1009650" cy="103732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ck T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4023" cy="1041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B8F">
        <w:rPr>
          <w:b/>
        </w:rPr>
        <w:t xml:space="preserve">     </w:t>
      </w:r>
      <w:r>
        <w:rPr>
          <w:b/>
          <w:noProof/>
        </w:rPr>
        <w:drawing>
          <wp:inline distT="0" distB="0" distL="0" distR="0" wp14:anchorId="5F8CB43C" wp14:editId="33EB5424">
            <wp:extent cx="917956" cy="103822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rcoal T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0182" cy="1040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B8F">
        <w:rPr>
          <w:b/>
        </w:rPr>
        <w:t xml:space="preserve">  </w:t>
      </w:r>
      <w:r>
        <w:rPr>
          <w:b/>
          <w:noProof/>
        </w:rPr>
        <w:drawing>
          <wp:inline distT="0" distB="0" distL="0" distR="0" wp14:anchorId="6607BA99" wp14:editId="518E7166">
            <wp:extent cx="876300" cy="1010747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hite T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823" cy="1013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B8F">
        <w:rPr>
          <w:b/>
        </w:rPr>
        <w:t xml:space="preserve">   </w:t>
      </w:r>
      <w:r w:rsidR="00103B8F">
        <w:rPr>
          <w:b/>
          <w:noProof/>
        </w:rPr>
        <w:drawing>
          <wp:inline distT="0" distB="0" distL="0" distR="0" wp14:anchorId="60A12C85" wp14:editId="2235DBAF">
            <wp:extent cx="876300" cy="101147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vy T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70" cy="1011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B8F">
        <w:rPr>
          <w:b/>
        </w:rPr>
        <w:t xml:space="preserve">  </w:t>
      </w:r>
      <w:r w:rsidR="00103B8F">
        <w:rPr>
          <w:b/>
          <w:noProof/>
        </w:rPr>
        <w:drawing>
          <wp:inline distT="0" distB="0" distL="0" distR="0" wp14:anchorId="07399B99" wp14:editId="4812F9F3">
            <wp:extent cx="907581" cy="1017415"/>
            <wp:effectExtent l="0" t="0" r="698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ange T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8601" cy="1018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B8F">
        <w:rPr>
          <w:b/>
          <w:noProof/>
        </w:rPr>
        <w:drawing>
          <wp:inline distT="0" distB="0" distL="0" distR="0" wp14:anchorId="1B0BB00D" wp14:editId="2A6DB538">
            <wp:extent cx="914400" cy="1020572"/>
            <wp:effectExtent l="0" t="0" r="0" b="825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d T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713" cy="1022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3B8F">
        <w:rPr>
          <w:b/>
          <w:noProof/>
        </w:rPr>
        <w:drawing>
          <wp:inline distT="0" distB="0" distL="0" distR="0" wp14:anchorId="4DCDFEA8" wp14:editId="72AF60A6">
            <wp:extent cx="895923" cy="101554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yal T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992" cy="101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B8F" w:rsidRDefault="00103B8F" w:rsidP="00103B8F">
      <w:pPr>
        <w:spacing w:after="0" w:line="240" w:lineRule="auto"/>
        <w:rPr>
          <w:b/>
        </w:rPr>
      </w:pPr>
      <w:r>
        <w:rPr>
          <w:b/>
        </w:rPr>
        <w:t xml:space="preserve">         Black                    Charcoal              Graphite   </w:t>
      </w:r>
      <w:r>
        <w:rPr>
          <w:b/>
        </w:rPr>
        <w:tab/>
        <w:t xml:space="preserve">    Navy</w:t>
      </w:r>
      <w:r>
        <w:rPr>
          <w:b/>
        </w:rPr>
        <w:tab/>
      </w:r>
      <w:r>
        <w:rPr>
          <w:b/>
        </w:rPr>
        <w:tab/>
        <w:t xml:space="preserve">    Orange</w:t>
      </w:r>
      <w:r>
        <w:rPr>
          <w:b/>
        </w:rPr>
        <w:tab/>
        <w:t xml:space="preserve">        Red</w:t>
      </w:r>
      <w:r>
        <w:rPr>
          <w:b/>
        </w:rPr>
        <w:tab/>
        <w:t xml:space="preserve">      Royal</w:t>
      </w:r>
    </w:p>
    <w:p w:rsidR="00103B8F" w:rsidRDefault="00103B8F" w:rsidP="00D761CA">
      <w:pPr>
        <w:spacing w:after="0" w:line="240" w:lineRule="auto"/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             Heather</w:t>
      </w:r>
    </w:p>
    <w:p w:rsidR="00103B8F" w:rsidRDefault="00103B8F" w:rsidP="00E15322">
      <w:pPr>
        <w:rPr>
          <w:b/>
        </w:rPr>
      </w:pPr>
      <w:r>
        <w:rPr>
          <w:b/>
          <w:noProof/>
        </w:rPr>
        <w:drawing>
          <wp:inline distT="0" distB="0" distL="0" distR="0" wp14:anchorId="792A5A1E" wp14:editId="68D03B37">
            <wp:extent cx="959709" cy="1073542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fety Green T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208" cy="1076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   </w:t>
      </w:r>
      <w:r>
        <w:rPr>
          <w:b/>
          <w:noProof/>
        </w:rPr>
        <w:drawing>
          <wp:inline distT="0" distB="0" distL="0" distR="0" wp14:anchorId="177C92D0" wp14:editId="2118E345">
            <wp:extent cx="952500" cy="107253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ort Gray T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3447" cy="10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   </w:t>
      </w:r>
      <w:r>
        <w:rPr>
          <w:b/>
          <w:noProof/>
        </w:rPr>
        <w:drawing>
          <wp:inline distT="0" distB="0" distL="0" distR="0" wp14:anchorId="52D3A043" wp14:editId="1BB80E26">
            <wp:extent cx="857250" cy="104918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ite T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737" cy="105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B8F" w:rsidRDefault="00103B8F" w:rsidP="00E15322">
      <w:pPr>
        <w:rPr>
          <w:b/>
        </w:rPr>
      </w:pPr>
      <w:r>
        <w:rPr>
          <w:b/>
        </w:rPr>
        <w:t xml:space="preserve">Safety Green </w:t>
      </w:r>
      <w:r>
        <w:rPr>
          <w:b/>
        </w:rPr>
        <w:tab/>
        <w:t xml:space="preserve">         Sport Gray</w:t>
      </w:r>
      <w:r>
        <w:rPr>
          <w:b/>
        </w:rPr>
        <w:tab/>
        <w:t xml:space="preserve">   White</w:t>
      </w:r>
    </w:p>
    <w:p w:rsidR="00244FB1" w:rsidRDefault="00244FB1" w:rsidP="00E15322">
      <w:pPr>
        <w:rPr>
          <w:b/>
          <w:noProof/>
        </w:rPr>
      </w:pPr>
      <w:r w:rsidRPr="00244FB1">
        <w:rPr>
          <w:b/>
          <w:noProof/>
        </w:rPr>
        <w:lastRenderedPageBreak/>
        <w:t xml:space="preserve"> </w:t>
      </w:r>
      <w:r w:rsidR="00790FD6" w:rsidRPr="00790FD6">
        <w:rPr>
          <w:b/>
          <w:noProof/>
        </w:rPr>
        <w:t xml:space="preserve"> </w:t>
      </w:r>
      <w:r>
        <w:rPr>
          <w:b/>
          <w:noProof/>
        </w:rPr>
        <w:drawing>
          <wp:inline distT="0" distB="0" distL="0" distR="0" wp14:anchorId="6E98ADD5" wp14:editId="7251BA2A">
            <wp:extent cx="1343025" cy="179070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eatshirt Front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 wp14:anchorId="7D38BF92" wp14:editId="051A3509">
            <wp:extent cx="1235869" cy="179070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odie Back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5869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3591">
        <w:rPr>
          <w:b/>
          <w:noProof/>
        </w:rPr>
        <w:t xml:space="preserve">      </w:t>
      </w:r>
      <w:r>
        <w:rPr>
          <w:b/>
          <w:noProof/>
        </w:rPr>
        <w:drawing>
          <wp:inline distT="0" distB="0" distL="0" distR="0" wp14:anchorId="491B3914" wp14:editId="34698ACF">
            <wp:extent cx="1183141" cy="1790699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cket Tshirt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4111" cy="1792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3591">
        <w:rPr>
          <w:b/>
          <w:noProof/>
        </w:rPr>
        <w:t xml:space="preserve">     </w:t>
      </w:r>
      <w:r w:rsidR="00043591">
        <w:rPr>
          <w:b/>
          <w:noProof/>
        </w:rPr>
        <w:drawing>
          <wp:inline distT="0" distB="0" distL="0" distR="0">
            <wp:extent cx="1781175" cy="1335881"/>
            <wp:effectExtent l="0" t="5715" r="381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 Pocket T-Shirt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81175" cy="1335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3591">
        <w:rPr>
          <w:b/>
          <w:noProof/>
        </w:rPr>
        <w:t xml:space="preserve">   </w:t>
      </w:r>
      <w:r>
        <w:rPr>
          <w:b/>
          <w:noProof/>
        </w:rPr>
        <w:t xml:space="preserve">  </w:t>
      </w:r>
      <w:r w:rsidR="00043591">
        <w:rPr>
          <w:b/>
          <w:noProof/>
        </w:rPr>
        <w:drawing>
          <wp:inline distT="0" distB="0" distL="0" distR="0">
            <wp:extent cx="1776446" cy="1150127"/>
            <wp:effectExtent l="8255" t="0" r="3810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rge Logo T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93862" cy="1161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  </w:t>
      </w:r>
    </w:p>
    <w:p w:rsidR="00244FB1" w:rsidRDefault="00244FB1" w:rsidP="00D761CA">
      <w:pPr>
        <w:spacing w:after="0"/>
        <w:rPr>
          <w:b/>
          <w:noProof/>
        </w:rPr>
      </w:pPr>
      <w:r>
        <w:rPr>
          <w:b/>
          <w:noProof/>
        </w:rPr>
        <w:t xml:space="preserve">       Hoodie Front</w:t>
      </w:r>
      <w:r w:rsidR="00043591">
        <w:rPr>
          <w:b/>
          <w:noProof/>
        </w:rPr>
        <w:tab/>
        <w:t xml:space="preserve">       Hoodie Back</w:t>
      </w:r>
      <w:r w:rsidR="00043591">
        <w:rPr>
          <w:b/>
          <w:noProof/>
        </w:rPr>
        <w:tab/>
        <w:t xml:space="preserve">      </w:t>
      </w:r>
      <w:r>
        <w:rPr>
          <w:b/>
          <w:noProof/>
        </w:rPr>
        <w:t>Pocket T-Shirt</w:t>
      </w:r>
      <w:r w:rsidR="00043591">
        <w:rPr>
          <w:b/>
          <w:noProof/>
        </w:rPr>
        <w:tab/>
        <w:t xml:space="preserve">     No Pocket T-Shirt</w:t>
      </w:r>
      <w:r w:rsidR="00043591">
        <w:rPr>
          <w:b/>
          <w:noProof/>
        </w:rPr>
        <w:tab/>
        <w:t xml:space="preserve">      Large Logo T-Shirt</w:t>
      </w:r>
    </w:p>
    <w:p w:rsidR="00244FB1" w:rsidRDefault="00D35338" w:rsidP="00D761CA">
      <w:pPr>
        <w:spacing w:after="0"/>
        <w:rPr>
          <w:b/>
          <w:noProof/>
        </w:rPr>
      </w:pP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  <w:t xml:space="preserve">      (only available on </w:t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</w:r>
      <w:r>
        <w:rPr>
          <w:b/>
          <w:noProof/>
        </w:rPr>
        <w:tab/>
        <w:t xml:space="preserve">      no pocket T-Shirt)</w:t>
      </w:r>
    </w:p>
    <w:p w:rsidR="00244FB1" w:rsidRDefault="00244FB1" w:rsidP="00E15322">
      <w:pPr>
        <w:rPr>
          <w:b/>
          <w:noProof/>
        </w:rPr>
      </w:pPr>
    </w:p>
    <w:p w:rsidR="00244FB1" w:rsidRDefault="00244FB1" w:rsidP="00E15322">
      <w:pPr>
        <w:rPr>
          <w:b/>
          <w:noProof/>
        </w:rPr>
      </w:pPr>
      <w:r>
        <w:rPr>
          <w:b/>
          <w:noProof/>
        </w:rPr>
        <w:drawing>
          <wp:inline distT="0" distB="0" distL="0" distR="0" wp14:anchorId="7AA25956" wp14:editId="414A3A78">
            <wp:extent cx="1800225" cy="1350169"/>
            <wp:effectExtent l="0" t="3492" r="6032" b="6033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ange Camo Hat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796278" cy="134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6363">
        <w:rPr>
          <w:b/>
          <w:noProof/>
        </w:rPr>
        <w:t xml:space="preserve">      </w:t>
      </w:r>
      <w:r w:rsidR="00043591">
        <w:rPr>
          <w:b/>
          <w:noProof/>
        </w:rPr>
        <w:drawing>
          <wp:inline distT="0" distB="0" distL="0" distR="0">
            <wp:extent cx="1366837" cy="1822449"/>
            <wp:effectExtent l="0" t="0" r="5080" b="69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l Orange Hat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8980" cy="182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FB1" w:rsidRDefault="00244FB1" w:rsidP="00244FB1">
      <w:pPr>
        <w:spacing w:after="0"/>
        <w:rPr>
          <w:b/>
          <w:noProof/>
        </w:rPr>
      </w:pPr>
      <w:r>
        <w:rPr>
          <w:b/>
          <w:noProof/>
        </w:rPr>
        <w:t xml:space="preserve">      Orange Camo </w:t>
      </w:r>
      <w:r w:rsidR="00906363">
        <w:rPr>
          <w:b/>
          <w:noProof/>
        </w:rPr>
        <w:tab/>
        <w:t xml:space="preserve">     Solid Orange Hat</w:t>
      </w:r>
    </w:p>
    <w:p w:rsidR="00244FB1" w:rsidRDefault="00244FB1" w:rsidP="00244FB1">
      <w:pPr>
        <w:spacing w:after="0"/>
        <w:rPr>
          <w:b/>
          <w:noProof/>
        </w:rPr>
      </w:pPr>
      <w:r>
        <w:rPr>
          <w:b/>
          <w:noProof/>
        </w:rPr>
        <w:t xml:space="preserve">      Mesh Back Hat</w:t>
      </w:r>
    </w:p>
    <w:p w:rsidR="00244FB1" w:rsidRDefault="00D12771" w:rsidP="00D12771">
      <w:pPr>
        <w:tabs>
          <w:tab w:val="left" w:pos="10005"/>
        </w:tabs>
        <w:rPr>
          <w:b/>
          <w:noProof/>
        </w:rPr>
      </w:pPr>
      <w:r>
        <w:rPr>
          <w:b/>
          <w:noProof/>
        </w:rPr>
        <w:tab/>
      </w:r>
    </w:p>
    <w:p w:rsidR="0014600F" w:rsidRDefault="00244FB1" w:rsidP="00E15322">
      <w:r>
        <w:rPr>
          <w:b/>
          <w:noProof/>
        </w:rPr>
        <w:drawing>
          <wp:inline distT="0" distB="0" distL="0" distR="0" wp14:anchorId="26EDC6A0" wp14:editId="0AE9A173">
            <wp:extent cx="1346199" cy="1085850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ck Custon Engraved Knife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090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3591">
        <w:t xml:space="preserve">      </w:t>
      </w:r>
      <w:r>
        <w:rPr>
          <w:b/>
          <w:noProof/>
        </w:rPr>
        <w:drawing>
          <wp:inline distT="0" distB="0" distL="0" distR="0" wp14:anchorId="6C4E4169" wp14:editId="11305275">
            <wp:extent cx="1358900" cy="107632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oden Custon Knife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1403" cy="1078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591" w:rsidRDefault="00043591" w:rsidP="00E15322">
      <w:r>
        <w:t>Black Custom Knife</w:t>
      </w:r>
      <w:r>
        <w:tab/>
        <w:t xml:space="preserve">     Wooden Custom Knife</w:t>
      </w:r>
    </w:p>
    <w:p w:rsidR="00043591" w:rsidRPr="00D12771" w:rsidRDefault="00043591" w:rsidP="00E15322">
      <w:pPr>
        <w:rPr>
          <w:b/>
          <w:sz w:val="24"/>
          <w:szCs w:val="24"/>
        </w:rPr>
      </w:pPr>
    </w:p>
    <w:p w:rsidR="00D12771" w:rsidRDefault="000B1509" w:rsidP="00E15322">
      <w:r w:rsidRPr="00D12771">
        <w:rPr>
          <w:b/>
          <w:sz w:val="24"/>
          <w:szCs w:val="24"/>
        </w:rPr>
        <w:t>Payment Info:</w:t>
      </w:r>
      <w:r>
        <w:t xml:space="preserve"> </w:t>
      </w:r>
      <w:r>
        <w:tab/>
      </w:r>
      <w:r>
        <w:tab/>
        <w:t>Amount Paid</w:t>
      </w:r>
      <w:proofErr w:type="gramStart"/>
      <w:r>
        <w:t>:</w:t>
      </w:r>
      <w:r w:rsidR="00D12771">
        <w:t>_</w:t>
      </w:r>
      <w:proofErr w:type="gramEnd"/>
      <w:r w:rsidR="00D12771">
        <w:t>_____________</w:t>
      </w:r>
      <w:r w:rsidR="00D12771">
        <w:tab/>
      </w:r>
      <w:r w:rsidR="00D12771">
        <w:tab/>
      </w:r>
      <w:r>
        <w:t>Date Paid :</w:t>
      </w:r>
      <w:r w:rsidR="00D12771">
        <w:t>________________</w:t>
      </w:r>
      <w:r>
        <w:tab/>
      </w:r>
      <w:r>
        <w:tab/>
      </w:r>
    </w:p>
    <w:p w:rsidR="00043591" w:rsidRDefault="000B1509" w:rsidP="00E15322">
      <w:r>
        <w:t>Payment Type:  Cash or Check</w:t>
      </w:r>
      <w:r w:rsidR="00D12771">
        <w:tab/>
      </w:r>
      <w:r w:rsidR="00D12771">
        <w:tab/>
      </w:r>
      <w:r w:rsidR="00D12771">
        <w:tab/>
      </w:r>
      <w:r w:rsidR="00D12771">
        <w:tab/>
      </w:r>
      <w:r>
        <w:t>Officer receiving payment initials_________</w:t>
      </w:r>
      <w:r>
        <w:tab/>
      </w:r>
      <w:r>
        <w:tab/>
      </w:r>
    </w:p>
    <w:p w:rsidR="00906363" w:rsidRPr="00D12771" w:rsidRDefault="00043591" w:rsidP="00E15322">
      <w:pPr>
        <w:rPr>
          <w:i/>
        </w:rPr>
      </w:pPr>
      <w:r w:rsidRPr="00D12771">
        <w:rPr>
          <w:i/>
        </w:rPr>
        <w:t>All merchandise create</w:t>
      </w:r>
      <w:r w:rsidR="00906363" w:rsidRPr="00D12771">
        <w:rPr>
          <w:i/>
        </w:rPr>
        <w:t>d</w:t>
      </w:r>
      <w:r w:rsidRPr="00D12771">
        <w:rPr>
          <w:i/>
        </w:rPr>
        <w:t xml:space="preserve"> by Tracy Bender at </w:t>
      </w:r>
      <w:hyperlink r:id="rId28" w:history="1">
        <w:proofErr w:type="spellStart"/>
        <w:r w:rsidR="00906363" w:rsidRPr="00D12771">
          <w:rPr>
            <w:rStyle w:val="Hyperlink"/>
            <w:b/>
            <w:bCs/>
            <w:i/>
          </w:rPr>
          <w:t>TracyB</w:t>
        </w:r>
        <w:proofErr w:type="spellEnd"/>
        <w:r w:rsidR="00906363" w:rsidRPr="00D12771">
          <w:rPr>
            <w:rStyle w:val="Hyperlink"/>
            <w:b/>
            <w:bCs/>
            <w:i/>
          </w:rPr>
          <w:t xml:space="preserve"> Tumblers Crazy Customizations</w:t>
        </w:r>
      </w:hyperlink>
      <w:r w:rsidR="00906363" w:rsidRPr="00D12771">
        <w:rPr>
          <w:i/>
        </w:rPr>
        <w:t xml:space="preserve">. Please visit her Facebook group for custom tumblers and many other one </w:t>
      </w:r>
      <w:proofErr w:type="gramStart"/>
      <w:r w:rsidR="00906363" w:rsidRPr="00D12771">
        <w:rPr>
          <w:i/>
        </w:rPr>
        <w:t>of a kind items</w:t>
      </w:r>
      <w:proofErr w:type="gramEnd"/>
      <w:r w:rsidR="00906363" w:rsidRPr="00D12771">
        <w:rPr>
          <w:i/>
        </w:rPr>
        <w:t xml:space="preserve">!! Her Facebook page is </w:t>
      </w:r>
    </w:p>
    <w:p w:rsidR="00043591" w:rsidRPr="00D12771" w:rsidRDefault="00906363" w:rsidP="00E15322">
      <w:pPr>
        <w:rPr>
          <w:i/>
        </w:rPr>
      </w:pPr>
      <w:r w:rsidRPr="00D12771">
        <w:rPr>
          <w:i/>
        </w:rPr>
        <w:t>https://www.facebook.com/groups/5933851306735917</w:t>
      </w:r>
    </w:p>
    <w:sectPr w:rsidR="00043591" w:rsidRPr="00D12771" w:rsidSect="00244FB1">
      <w:headerReference w:type="even" r:id="rId29"/>
      <w:headerReference w:type="default" r:id="rId30"/>
      <w:footerReference w:type="default" r:id="rId31"/>
      <w:headerReference w:type="first" r:id="rId32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668F" w:rsidRDefault="00EF668F" w:rsidP="00580E7B">
      <w:pPr>
        <w:spacing w:after="0" w:line="240" w:lineRule="auto"/>
      </w:pPr>
      <w:r>
        <w:separator/>
      </w:r>
    </w:p>
  </w:endnote>
  <w:endnote w:type="continuationSeparator" w:id="0">
    <w:p w:rsidR="00EF668F" w:rsidRDefault="00EF668F" w:rsidP="00580E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E7B" w:rsidRDefault="00580E7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668F" w:rsidRDefault="00EF668F" w:rsidP="00580E7B">
      <w:pPr>
        <w:spacing w:after="0" w:line="240" w:lineRule="auto"/>
      </w:pPr>
      <w:r>
        <w:separator/>
      </w:r>
    </w:p>
  </w:footnote>
  <w:footnote w:type="continuationSeparator" w:id="0">
    <w:p w:rsidR="00EF668F" w:rsidRDefault="00EF668F" w:rsidP="00580E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E7B" w:rsidRDefault="00EF668F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9822438" o:spid="_x0000_s2050" type="#_x0000_t75" style="position:absolute;margin-left:0;margin-top:0;width:539.9pt;height:539.9pt;z-index:-251657216;mso-position-horizontal:center;mso-position-horizontal-relative:margin;mso-position-vertical:center;mso-position-vertical-relative:margin" o:allowincell="f">
          <v:imagedata r:id="rId1" o:title="Final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E7B" w:rsidRDefault="00EF668F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9822439" o:spid="_x0000_s2051" type="#_x0000_t75" style="position:absolute;margin-left:0;margin-top:0;width:539.9pt;height:539.9pt;z-index:-251656192;mso-position-horizontal:center;mso-position-horizontal-relative:margin;mso-position-vertical:center;mso-position-vertical-relative:margin" o:allowincell="f">
          <v:imagedata r:id="rId1" o:title="Final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E7B" w:rsidRDefault="00EF668F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9822437" o:spid="_x0000_s2049" type="#_x0000_t75" style="position:absolute;margin-left:0;margin-top:0;width:539.9pt;height:539.9pt;z-index:-251658240;mso-position-horizontal:center;mso-position-horizontal-relative:margin;mso-position-vertical:center;mso-position-vertical-relative:margin" o:allowincell="f">
          <v:imagedata r:id="rId1" o:title="Final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43591"/>
    <w:rsid w:val="0006063C"/>
    <w:rsid w:val="000B1509"/>
    <w:rsid w:val="00103B8F"/>
    <w:rsid w:val="0014600F"/>
    <w:rsid w:val="0015074B"/>
    <w:rsid w:val="00244FB1"/>
    <w:rsid w:val="0029639D"/>
    <w:rsid w:val="00326F90"/>
    <w:rsid w:val="00580E7B"/>
    <w:rsid w:val="006671F3"/>
    <w:rsid w:val="00790FD6"/>
    <w:rsid w:val="00906363"/>
    <w:rsid w:val="00AA1D8D"/>
    <w:rsid w:val="00B47730"/>
    <w:rsid w:val="00B86BE8"/>
    <w:rsid w:val="00BF1C4C"/>
    <w:rsid w:val="00C57852"/>
    <w:rsid w:val="00CB0664"/>
    <w:rsid w:val="00D12771"/>
    <w:rsid w:val="00D35338"/>
    <w:rsid w:val="00D761CA"/>
    <w:rsid w:val="00E15322"/>
    <w:rsid w:val="00EF668F"/>
    <w:rsid w:val="00F20A31"/>
    <w:rsid w:val="00FC693F"/>
    <w:rsid w:val="00FF5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2"/>
    <o:shapelayout v:ext="edit">
      <o:idmap v:ext="edit" data="1"/>
    </o:shapelayout>
  </w:shapeDefaults>
  <w:decimalSymbol w:val=".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E153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15322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6671F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E153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15322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6671F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" Type="http://schemas.openxmlformats.org/officeDocument/2006/relationships/styles" Target="styles.xml"/><Relationship Id="rId21" Type="http://schemas.openxmlformats.org/officeDocument/2006/relationships/image" Target="media/image13.jp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hyperlink" Target="https://www.facebook.com/groups/5933851306735917/" TargetMode="External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F417D44-A75E-4DF9-876D-448B638C39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296</Words>
  <Characters>1690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1983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python-docx</dc:creator>
  <dc:description>generated by python-docx</dc:description>
  <cp:lastModifiedBy>Patrick Hayden</cp:lastModifiedBy>
  <cp:revision>2</cp:revision>
  <cp:lastPrinted>2026-04-23T14:12:00Z</cp:lastPrinted>
  <dcterms:created xsi:type="dcterms:W3CDTF">2026-04-23T14:25:00Z</dcterms:created>
  <dcterms:modified xsi:type="dcterms:W3CDTF">2026-04-23T14:25:00Z</dcterms:modified>
</cp:coreProperties>
</file>