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F3222" w14:textId="77777777" w:rsidR="00047BE8" w:rsidRDefault="000B4103">
      <w:pPr>
        <w:jc w:val="center"/>
      </w:pPr>
      <w:r>
        <w:rPr>
          <w:b/>
          <w:sz w:val="36"/>
        </w:rPr>
        <w:t>PEARL HORIZONS ASSOCIATION OF APARTMENT OWNERS</w:t>
      </w:r>
      <w:r>
        <w:rPr>
          <w:b/>
          <w:sz w:val="36"/>
        </w:rPr>
        <w:br/>
      </w:r>
      <w:r>
        <w:rPr>
          <w:b/>
          <w:sz w:val="44"/>
        </w:rPr>
        <w:t>FRIENDLY REMINDER</w:t>
      </w:r>
      <w:r>
        <w:rPr>
          <w:b/>
          <w:sz w:val="44"/>
        </w:rPr>
        <w:br/>
      </w:r>
      <w:r w:rsidRPr="00E661C3">
        <w:rPr>
          <w:b/>
          <w:sz w:val="40"/>
          <w:szCs w:val="40"/>
        </w:rPr>
        <w:t>REAR LANAI INSPECTIONS</w:t>
      </w:r>
    </w:p>
    <w:p w14:paraId="0DC311A1" w14:textId="77777777" w:rsidR="00047BE8" w:rsidRPr="0012246C" w:rsidRDefault="000B4103">
      <w:pPr>
        <w:rPr>
          <w:sz w:val="24"/>
          <w:szCs w:val="24"/>
        </w:rPr>
      </w:pPr>
      <w:r w:rsidRPr="0012246C">
        <w:rPr>
          <w:sz w:val="24"/>
          <w:szCs w:val="24"/>
        </w:rPr>
        <w:t>Management will soon begin conducting property-wide rear lanai inspections to ensure compliance with the Pearl Horizons House Rules. Rear lanais are intended to be maintained as an attractive extension of your home—not as storage areas. Maintaining clean and orderly lanais helps preserve the appearance of our community, protects property values, and promotes the safety and enjoyment of all residents.</w:t>
      </w:r>
    </w:p>
    <w:p w14:paraId="0F8807B6" w14:textId="77777777" w:rsidR="00047BE8" w:rsidRPr="00E661C3" w:rsidRDefault="000B4103">
      <w:pPr>
        <w:pStyle w:val="Heading2"/>
        <w:rPr>
          <w:sz w:val="32"/>
          <w:szCs w:val="32"/>
        </w:rPr>
      </w:pPr>
      <w:r w:rsidRPr="00E661C3">
        <w:rPr>
          <w:sz w:val="32"/>
          <w:szCs w:val="32"/>
        </w:rPr>
        <w:t>PLEASE REMOVE ANY ITEMS THAT DO NOT CONFORM TO THE HOUSE RULES</w:t>
      </w:r>
    </w:p>
    <w:p w14:paraId="709C89C3" w14:textId="77777777" w:rsidR="00047BE8" w:rsidRPr="0012246C" w:rsidRDefault="000B4103">
      <w:pPr>
        <w:pStyle w:val="ListBullet"/>
        <w:rPr>
          <w:sz w:val="24"/>
          <w:szCs w:val="24"/>
        </w:rPr>
      </w:pPr>
      <w:r w:rsidRPr="0012246C">
        <w:rPr>
          <w:sz w:val="24"/>
          <w:szCs w:val="24"/>
        </w:rPr>
        <w:t>Excessive storage of personal belongings</w:t>
      </w:r>
    </w:p>
    <w:p w14:paraId="405DE3F8" w14:textId="77777777" w:rsidR="00047BE8" w:rsidRPr="0012246C" w:rsidRDefault="000B4103">
      <w:pPr>
        <w:pStyle w:val="ListBullet"/>
        <w:rPr>
          <w:sz w:val="24"/>
          <w:szCs w:val="24"/>
        </w:rPr>
      </w:pPr>
      <w:r w:rsidRPr="0012246C">
        <w:rPr>
          <w:sz w:val="24"/>
          <w:szCs w:val="24"/>
        </w:rPr>
        <w:t>Boxes, totes, coolers, or storage containers</w:t>
      </w:r>
    </w:p>
    <w:p w14:paraId="6CFF6ABF" w14:textId="77777777" w:rsidR="00047BE8" w:rsidRPr="0012246C" w:rsidRDefault="000B4103">
      <w:pPr>
        <w:pStyle w:val="ListBullet"/>
        <w:rPr>
          <w:sz w:val="24"/>
          <w:szCs w:val="24"/>
        </w:rPr>
      </w:pPr>
      <w:r w:rsidRPr="0012246C">
        <w:rPr>
          <w:sz w:val="24"/>
          <w:szCs w:val="24"/>
        </w:rPr>
        <w:t>Bicycles, surfboards, scooters, or recreational equipment</w:t>
      </w:r>
    </w:p>
    <w:p w14:paraId="1DAF106F" w14:textId="77777777" w:rsidR="00047BE8" w:rsidRPr="0012246C" w:rsidRDefault="000B4103">
      <w:pPr>
        <w:pStyle w:val="ListBullet"/>
        <w:rPr>
          <w:sz w:val="24"/>
          <w:szCs w:val="24"/>
        </w:rPr>
      </w:pPr>
      <w:r w:rsidRPr="0012246C">
        <w:rPr>
          <w:sz w:val="24"/>
          <w:szCs w:val="24"/>
        </w:rPr>
        <w:t>Pet enclosures, cages, litter boxes, or similar items</w:t>
      </w:r>
    </w:p>
    <w:p w14:paraId="60162D4B" w14:textId="77777777" w:rsidR="00047BE8" w:rsidRPr="0012246C" w:rsidRDefault="000B4103">
      <w:pPr>
        <w:pStyle w:val="ListBullet"/>
        <w:rPr>
          <w:sz w:val="24"/>
          <w:szCs w:val="24"/>
        </w:rPr>
      </w:pPr>
      <w:r w:rsidRPr="0012246C">
        <w:rPr>
          <w:sz w:val="24"/>
          <w:szCs w:val="24"/>
        </w:rPr>
        <w:t>Tarps, privacy screens, or unapproved coverings</w:t>
      </w:r>
    </w:p>
    <w:p w14:paraId="4DD46E36" w14:textId="77777777" w:rsidR="00047BE8" w:rsidRPr="0012246C" w:rsidRDefault="000B4103">
      <w:pPr>
        <w:pStyle w:val="ListBullet"/>
        <w:rPr>
          <w:sz w:val="24"/>
          <w:szCs w:val="24"/>
        </w:rPr>
      </w:pPr>
      <w:r w:rsidRPr="0012246C">
        <w:rPr>
          <w:sz w:val="24"/>
          <w:szCs w:val="24"/>
        </w:rPr>
        <w:t>Furniture not intended for outdoor use</w:t>
      </w:r>
    </w:p>
    <w:p w14:paraId="6994F0E5" w14:textId="77777777" w:rsidR="00047BE8" w:rsidRPr="0012246C" w:rsidRDefault="000B4103">
      <w:pPr>
        <w:pStyle w:val="ListBullet"/>
        <w:rPr>
          <w:sz w:val="24"/>
          <w:szCs w:val="24"/>
        </w:rPr>
      </w:pPr>
      <w:r w:rsidRPr="0012246C">
        <w:rPr>
          <w:sz w:val="24"/>
          <w:szCs w:val="24"/>
        </w:rPr>
        <w:t>Construction materials or miscellaneous household items</w:t>
      </w:r>
    </w:p>
    <w:p w14:paraId="11EA74E2" w14:textId="77777777" w:rsidR="00047BE8" w:rsidRPr="0012246C" w:rsidRDefault="000B4103">
      <w:pPr>
        <w:pStyle w:val="ListBullet"/>
        <w:rPr>
          <w:sz w:val="24"/>
          <w:szCs w:val="24"/>
        </w:rPr>
      </w:pPr>
      <w:r w:rsidRPr="0012246C">
        <w:rPr>
          <w:sz w:val="24"/>
          <w:szCs w:val="24"/>
        </w:rPr>
        <w:t>Any item creating an unsightly appearance or otherwise not permitted under the House Rules</w:t>
      </w:r>
    </w:p>
    <w:p w14:paraId="6A92C6F5" w14:textId="77777777" w:rsidR="00047BE8" w:rsidRPr="00E661C3" w:rsidRDefault="000B4103">
      <w:pPr>
        <w:pStyle w:val="Heading2"/>
        <w:rPr>
          <w:sz w:val="32"/>
          <w:szCs w:val="32"/>
        </w:rPr>
      </w:pPr>
      <w:r w:rsidRPr="00E661C3">
        <w:rPr>
          <w:sz w:val="32"/>
          <w:szCs w:val="32"/>
        </w:rPr>
        <w:t>HELP KEEP PEARL HORIZONS BEAUTIFUL</w:t>
      </w:r>
    </w:p>
    <w:p w14:paraId="1BE7A270" w14:textId="77777777" w:rsidR="00047BE8" w:rsidRPr="0012246C" w:rsidRDefault="000B4103">
      <w:pPr>
        <w:pStyle w:val="ListBullet"/>
        <w:rPr>
          <w:sz w:val="24"/>
          <w:szCs w:val="24"/>
        </w:rPr>
      </w:pPr>
      <w:r w:rsidRPr="0012246C">
        <w:rPr>
          <w:sz w:val="24"/>
          <w:szCs w:val="24"/>
        </w:rPr>
        <w:t>Remove unauthorized stored items.</w:t>
      </w:r>
    </w:p>
    <w:p w14:paraId="204F58B7" w14:textId="77777777" w:rsidR="00047BE8" w:rsidRPr="0012246C" w:rsidRDefault="000B4103">
      <w:pPr>
        <w:pStyle w:val="ListBullet"/>
        <w:rPr>
          <w:sz w:val="24"/>
          <w:szCs w:val="24"/>
        </w:rPr>
      </w:pPr>
      <w:r w:rsidRPr="0012246C">
        <w:rPr>
          <w:sz w:val="24"/>
          <w:szCs w:val="24"/>
        </w:rPr>
        <w:t>Sweep and clean your lanai.</w:t>
      </w:r>
    </w:p>
    <w:p w14:paraId="1F0B1689" w14:textId="77777777" w:rsidR="00047BE8" w:rsidRPr="0012246C" w:rsidRDefault="000B4103">
      <w:pPr>
        <w:pStyle w:val="ListBullet"/>
        <w:rPr>
          <w:sz w:val="24"/>
          <w:szCs w:val="24"/>
        </w:rPr>
      </w:pPr>
      <w:r w:rsidRPr="0012246C">
        <w:rPr>
          <w:sz w:val="24"/>
          <w:szCs w:val="24"/>
        </w:rPr>
        <w:t>Remove loose debris that may fall onto neighboring lanais or common areas.</w:t>
      </w:r>
    </w:p>
    <w:p w14:paraId="076C4623" w14:textId="77777777" w:rsidR="00047BE8" w:rsidRPr="0012246C" w:rsidRDefault="000B4103">
      <w:pPr>
        <w:pStyle w:val="ListBullet"/>
        <w:rPr>
          <w:sz w:val="24"/>
          <w:szCs w:val="24"/>
        </w:rPr>
      </w:pPr>
      <w:r w:rsidRPr="0012246C">
        <w:rPr>
          <w:sz w:val="24"/>
          <w:szCs w:val="24"/>
        </w:rPr>
        <w:t>Contact Management if you have questions about exterior modifications.</w:t>
      </w:r>
    </w:p>
    <w:p w14:paraId="5FCB6150" w14:textId="77777777" w:rsidR="00047BE8" w:rsidRPr="00E661C3" w:rsidRDefault="000B4103">
      <w:pPr>
        <w:pStyle w:val="Heading2"/>
        <w:rPr>
          <w:sz w:val="32"/>
          <w:szCs w:val="32"/>
        </w:rPr>
      </w:pPr>
      <w:r w:rsidRPr="00E661C3">
        <w:rPr>
          <w:sz w:val="32"/>
          <w:szCs w:val="32"/>
        </w:rPr>
        <w:t>UPCOMING INSPECTIONS</w:t>
      </w:r>
    </w:p>
    <w:p w14:paraId="18612789" w14:textId="77777777" w:rsidR="00047BE8" w:rsidRDefault="000B4103">
      <w:pPr>
        <w:rPr>
          <w:sz w:val="24"/>
          <w:szCs w:val="24"/>
        </w:rPr>
      </w:pPr>
      <w:r w:rsidRPr="0012246C">
        <w:rPr>
          <w:sz w:val="24"/>
          <w:szCs w:val="24"/>
        </w:rPr>
        <w:t xml:space="preserve">Residents are encouraged to bring their rear lanais into compliance before inspections begin. Management hopes to resolve concerns voluntarily; however, violation notices may be issued </w:t>
      </w:r>
      <w:proofErr w:type="gramStart"/>
      <w:r w:rsidRPr="0012246C">
        <w:rPr>
          <w:sz w:val="24"/>
          <w:szCs w:val="24"/>
        </w:rPr>
        <w:t>for</w:t>
      </w:r>
      <w:proofErr w:type="gramEnd"/>
      <w:r w:rsidRPr="0012246C">
        <w:rPr>
          <w:sz w:val="24"/>
          <w:szCs w:val="24"/>
        </w:rPr>
        <w:t xml:space="preserve"> conditions that do not conform to the Association's House Rules.</w:t>
      </w:r>
    </w:p>
    <w:p w14:paraId="70320063" w14:textId="77777777" w:rsidR="0012246C" w:rsidRPr="0012246C" w:rsidRDefault="0012246C">
      <w:pPr>
        <w:rPr>
          <w:sz w:val="24"/>
          <w:szCs w:val="24"/>
        </w:rPr>
      </w:pPr>
    </w:p>
    <w:p w14:paraId="623674B4" w14:textId="77777777" w:rsidR="00047BE8" w:rsidRDefault="000B4103">
      <w:pPr>
        <w:jc w:val="center"/>
      </w:pPr>
      <w:r>
        <w:rPr>
          <w:b/>
        </w:rPr>
        <w:t>Questions?</w:t>
      </w:r>
      <w:r>
        <w:rPr>
          <w:b/>
        </w:rPr>
        <w:br/>
      </w:r>
      <w:r>
        <w:t>Pearl Horizons Association Management</w:t>
      </w:r>
      <w:r>
        <w:br/>
        <w:t>pearlhorizons1@gmail.com</w:t>
      </w:r>
      <w:r>
        <w:br/>
        <w:t>(808) 487-1266</w:t>
      </w:r>
      <w:r>
        <w:br/>
      </w:r>
      <w:r>
        <w:br/>
      </w:r>
      <w:r>
        <w:rPr>
          <w:b/>
        </w:rPr>
        <w:t>Mahalo for helping keep Pearl Horizons a clean, safe, and beautiful community!</w:t>
      </w:r>
    </w:p>
    <w:sectPr w:rsidR="00047BE8" w:rsidSect="00034616">
      <w:pgSz w:w="12240" w:h="15840"/>
      <w:pgMar w:top="720" w:right="792" w:bottom="720" w:left="79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36973643">
    <w:abstractNumId w:val="8"/>
  </w:num>
  <w:num w:numId="2" w16cid:durableId="1138689965">
    <w:abstractNumId w:val="6"/>
  </w:num>
  <w:num w:numId="3" w16cid:durableId="1642346811">
    <w:abstractNumId w:val="5"/>
  </w:num>
  <w:num w:numId="4" w16cid:durableId="880439323">
    <w:abstractNumId w:val="4"/>
  </w:num>
  <w:num w:numId="5" w16cid:durableId="45573135">
    <w:abstractNumId w:val="7"/>
  </w:num>
  <w:num w:numId="6" w16cid:durableId="1433475901">
    <w:abstractNumId w:val="3"/>
  </w:num>
  <w:num w:numId="7" w16cid:durableId="962464612">
    <w:abstractNumId w:val="2"/>
  </w:num>
  <w:num w:numId="8" w16cid:durableId="676732937">
    <w:abstractNumId w:val="1"/>
  </w:num>
  <w:num w:numId="9" w16cid:durableId="14123914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7BE8"/>
    <w:rsid w:val="0006063C"/>
    <w:rsid w:val="000B4103"/>
    <w:rsid w:val="0012246C"/>
    <w:rsid w:val="0015074B"/>
    <w:rsid w:val="0029639D"/>
    <w:rsid w:val="00326F90"/>
    <w:rsid w:val="00AA1D8D"/>
    <w:rsid w:val="00AF01BA"/>
    <w:rsid w:val="00B47730"/>
    <w:rsid w:val="00CB0664"/>
    <w:rsid w:val="00E661C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0837F5A"/>
  <w14:defaultImageDpi w14:val="300"/>
  <w15:docId w15:val="{A6A5DD64-86CD-4B5E-8B91-6F433CC9F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eastAsia="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250</Words>
  <Characters>1425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josh visel</cp:lastModifiedBy>
  <cp:revision>3</cp:revision>
  <dcterms:created xsi:type="dcterms:W3CDTF">2026-07-01T21:27:00Z</dcterms:created>
  <dcterms:modified xsi:type="dcterms:W3CDTF">2026-07-01T21:28:00Z</dcterms:modified>
  <cp:category/>
</cp:coreProperties>
</file>