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WRIGHT HEART HOME CARE</w:t>
        <w:br/>
        <w:t>Client Referral Packet</w:t>
      </w:r>
    </w:p>
    <w:p>
      <w:pPr>
        <w:jc w:val="center"/>
      </w:pPr>
      <w:r>
        <w:t>For Hospital Discharge Nurses, Case Managers, Social Workers &amp; Referral Partners</w:t>
      </w:r>
    </w:p>
    <w:p/>
    <w:p>
      <w:pPr>
        <w:pStyle w:val="Heading1"/>
      </w:pPr>
      <w:r>
        <w:t>Referral Information</w:t>
      </w:r>
    </w:p>
    <w:p>
      <w:r>
        <w:t>Date of Referral: ______________________________</w:t>
      </w:r>
    </w:p>
    <w:p>
      <w:r>
        <w:t>Referral Source/Facility Name: __________________________________________</w:t>
      </w:r>
    </w:p>
    <w:p>
      <w:r>
        <w:t>Case Worker/Discharge Nurse Name: _____________________________________</w:t>
      </w:r>
    </w:p>
    <w:p>
      <w:r>
        <w:t>Phone Number: ____________________ Fax: ____________________</w:t>
      </w:r>
    </w:p>
    <w:p>
      <w:r>
        <w:t>Email Address: ______________________________________________</w:t>
      </w:r>
    </w:p>
    <w:p>
      <w:pPr>
        <w:pStyle w:val="Heading1"/>
      </w:pPr>
      <w:r>
        <w:t>Client Information</w:t>
      </w:r>
    </w:p>
    <w:p>
      <w:r>
        <w:t>Client Full Name: ______________________________________________</w:t>
      </w:r>
    </w:p>
    <w:p>
      <w:r>
        <w:t>Date of Birth: ____________________</w:t>
      </w:r>
    </w:p>
    <w:p>
      <w:r>
        <w:t>Address: ____________________________________________________</w:t>
      </w:r>
    </w:p>
    <w:p>
      <w:r>
        <w:t>City/State/ZIP: ______________________________________________</w:t>
      </w:r>
    </w:p>
    <w:p>
      <w:r>
        <w:t>Primary Phone Number: ________________________________________</w:t>
      </w:r>
    </w:p>
    <w:p>
      <w:r>
        <w:t>Emergency Contact Name &amp; Relationship: ___________________________</w:t>
      </w:r>
    </w:p>
    <w:p>
      <w:r>
        <w:t>Emergency Contact Phone Number: _______________________________</w:t>
      </w:r>
    </w:p>
    <w:p>
      <w:pPr>
        <w:pStyle w:val="Heading1"/>
      </w:pPr>
      <w:r>
        <w:t>Insurance Information</w:t>
      </w:r>
    </w:p>
    <w:p>
      <w:r>
        <w:t>Primary Insurance Company: ___________________________________</w:t>
      </w:r>
    </w:p>
    <w:p>
      <w:r>
        <w:t>Member ID Number: ___________________________________________</w:t>
      </w:r>
    </w:p>
    <w:p>
      <w:r>
        <w:t>Secondary Insurance (if applicable): ____________________________</w:t>
      </w:r>
    </w:p>
    <w:p>
      <w:r>
        <w:t>Authorization Number (if available): _____________________________</w:t>
      </w:r>
    </w:p>
    <w:p>
      <w:r>
        <w:t>Approved Hours/Units: ________________________________________</w:t>
      </w:r>
    </w:p>
    <w:p>
      <w:pPr>
        <w:pStyle w:val="Heading1"/>
      </w:pPr>
      <w:r>
        <w:t>Services Requested</w:t>
      </w:r>
    </w:p>
    <w:p>
      <w:r>
        <w:t>☐ Personal Care Assistance</w:t>
      </w:r>
    </w:p>
    <w:p>
      <w:r>
        <w:t>☐ Medication Reminders</w:t>
      </w:r>
    </w:p>
    <w:p>
      <w:r>
        <w:t>☐ Meal Preparation</w:t>
      </w:r>
    </w:p>
    <w:p>
      <w:r>
        <w:t>☐ Light Housekeeping</w:t>
      </w:r>
    </w:p>
    <w:p>
      <w:r>
        <w:t>☐ Transportation</w:t>
      </w:r>
    </w:p>
    <w:p>
      <w:r>
        <w:t>☐ Dementia/Alzheimer’s Care</w:t>
      </w:r>
    </w:p>
    <w:p>
      <w:r>
        <w:t>☐ Companion Care</w:t>
      </w:r>
    </w:p>
    <w:p>
      <w:r>
        <w:t>☐ Respite Care</w:t>
      </w:r>
    </w:p>
    <w:p>
      <w:r>
        <w:t>☐ Other: ___________________________________________</w:t>
      </w:r>
    </w:p>
    <w:p>
      <w:pPr>
        <w:pStyle w:val="Heading1"/>
      </w:pPr>
      <w:r>
        <w:t>Medical Information</w:t>
      </w:r>
    </w:p>
    <w:p>
      <w:r>
        <w:t>Primary Diagnosis: ____________________________________________</w:t>
      </w:r>
    </w:p>
    <w:p>
      <w:r>
        <w:t>Secondary Diagnoses: _________________________________________</w:t>
      </w:r>
    </w:p>
    <w:p>
      <w:r>
        <w:t>Allergies: _________________________________________________</w:t>
      </w:r>
    </w:p>
    <w:p>
      <w:r>
        <w:t>Mobility Status: ☐ Independent ☐ Walker ☐ Wheelchair ☐ Bedbound</w:t>
      </w:r>
    </w:p>
    <w:p>
      <w:r>
        <w:t>Fall Risk: ☐ Yes ☐ No</w:t>
      </w:r>
    </w:p>
    <w:p>
      <w:r>
        <w:t>Special Instructions: __________________________________________</w:t>
      </w:r>
    </w:p>
    <w:p>
      <w:r>
        <w:t>____________________________________________________________</w:t>
      </w:r>
    </w:p>
    <w:p>
      <w:pPr>
        <w:pStyle w:val="Heading1"/>
      </w:pPr>
      <w:r>
        <w:t>Discharge Information</w:t>
      </w:r>
    </w:p>
    <w:p>
      <w:r>
        <w:t>Hospital/Facility Discharge Date: ________________________________</w:t>
      </w:r>
    </w:p>
    <w:p>
      <w:r>
        <w:t>Is Home Care Needed Immediately? ☐ Yes ☐ No</w:t>
      </w:r>
    </w:p>
    <w:p>
      <w:r>
        <w:t>Preferred Start Date of Services: _______________________________</w:t>
      </w:r>
    </w:p>
    <w:p>
      <w:r>
        <w:t>Physician Name: _____________________________________________</w:t>
      </w:r>
    </w:p>
    <w:p>
      <w:r>
        <w:t>Physician Phone Number: ______________________________________</w:t>
      </w:r>
    </w:p>
    <w:p>
      <w:pPr>
        <w:pStyle w:val="Heading1"/>
      </w:pPr>
      <w:r>
        <w:t>Additional Notes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1"/>
      </w:pPr>
      <w:r>
        <w:t>Referral Submission</w:t>
      </w:r>
    </w:p>
    <w:p>
      <w:r>
        <w:t>Please send completed referrals to Wright Heart Home Care.</w:t>
      </w:r>
    </w:p>
    <w:p>
      <w:r>
        <w:t>Phone: ____________________</w:t>
      </w:r>
    </w:p>
    <w:p>
      <w:r>
        <w:t>Fax: ______________________</w:t>
      </w:r>
    </w:p>
    <w:p>
      <w:r>
        <w:t>Email: _____________________</w:t>
      </w:r>
    </w:p>
    <w:p>
      <w:r>
        <w:br w:type="page"/>
      </w:r>
    </w:p>
    <w:p>
      <w:r>
        <w:rPr>
          <w:b/>
          <w:sz w:val="36"/>
        </w:rPr>
        <w:t>Referral Acceptance Checklist</w:t>
      </w:r>
    </w:p>
    <w:p>
      <w:r>
        <w:t>☐ Face sheet included</w:t>
      </w:r>
    </w:p>
    <w:p>
      <w:r>
        <w:t>☐ Insurance card copy attached</w:t>
      </w:r>
    </w:p>
    <w:p>
      <w:r>
        <w:t>☐ Authorization attached (if applicable)</w:t>
      </w:r>
    </w:p>
    <w:p>
      <w:r>
        <w:t>☐ Medication list attached</w:t>
      </w:r>
    </w:p>
    <w:p>
      <w:r>
        <w:t>☐ Discharge summary attached</w:t>
      </w:r>
    </w:p>
    <w:p>
      <w:r>
        <w:t>☐ Physician orders included</w:t>
      </w:r>
    </w:p>
    <w:p>
      <w:r>
        <w:t>☐ Client/caregiver informed of referral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