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jpeg"/><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tbl>
      <w:tblPr>
        <w:tblW w:w="0" w:type="auto"/>
        <w:jc w:val="center"/>
        <w:tblLayout w:type="fixed"/>
        <w:tblLook w:val="04A0" w:firstRow="1" w:lastRow="0" w:firstColumn="1" w:lastColumn="0" w:noHBand="0" w:noVBand="1"/>
      </w:tblPr>
      <w:tblGrid>
        <w:gridCol w:w="5112"/>
        <w:gridCol w:w="5112"/>
      </w:tblGrid>
      <w:tr w:rsidR="007E6BB0" w14:paraId="55392716" w14:textId="77777777">
        <w:trPr>
          <w:jc w:val="center"/>
        </w:trPr>
        <w:tc>
          <w:tcPr>
            <w:tcW w:w="5112" w:type="dxa"/>
            <w:tcMar>
              <w:top w:w="20" w:type="dxa"/>
              <w:left w:w="0" w:type="dxa"/>
              <w:bottom w:w="20" w:type="dxa"/>
              <w:right w:w="0" w:type="dxa"/>
            </w:tcMar>
          </w:tcPr>
          <w:p w14:paraId="3EB1F2C1" w14:textId="57ABA09A" w:rsidR="007E6BB0" w:rsidRDefault="007E6D04">
            <w:r w:rsidRPr="001B05F5">
              <w:drawing>
                <wp:anchor distT="0" distB="0" distL="114300" distR="114300" simplePos="0" relativeHeight="251659264" behindDoc="0" locked="0" layoutInCell="1" allowOverlap="1" wp14:anchorId="5C5BDC74" wp14:editId="2ABA0287">
                  <wp:simplePos x="0" y="0"/>
                  <wp:positionH relativeFrom="column">
                    <wp:posOffset>0</wp:posOffset>
                  </wp:positionH>
                  <wp:positionV relativeFrom="paragraph">
                    <wp:posOffset>0</wp:posOffset>
                  </wp:positionV>
                  <wp:extent cx="2141855" cy="757555"/>
                  <wp:effectExtent l="0" t="0" r="4445" b="4445"/>
                  <wp:wrapTopAndBottom/>
                  <wp:docPr id="9646931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4693142" name=""/>
                          <pic:cNvPicPr/>
                        </pic:nvPicPr>
                        <pic:blipFill>
                          <a:blip r:embed="rId8"/>
                          <a:stretch>
                            <a:fillRect/>
                          </a:stretch>
                        </pic:blipFill>
                        <pic:spPr>
                          <a:xfrm>
                            <a:off x="0" y="0"/>
                            <a:ext cx="2141855" cy="757555"/>
                          </a:xfrm>
                          <a:prstGeom prst="rect">
                            <a:avLst/>
                          </a:prstGeom>
                        </pic:spPr>
                      </pic:pic>
                    </a:graphicData>
                  </a:graphic>
                  <wp14:sizeRelH relativeFrom="margin">
                    <wp14:pctWidth>0</wp14:pctWidth>
                  </wp14:sizeRelH>
                  <wp14:sizeRelV relativeFrom="margin">
                    <wp14:pctHeight>0</wp14:pctHeight>
                  </wp14:sizeRelV>
                </wp:anchor>
              </w:drawing>
            </w:r>
          </w:p>
        </w:tc>
        <w:tc>
          <w:tcPr>
            <w:tcW w:w="5112" w:type="dxa"/>
            <w:tcMar>
              <w:top w:w="20" w:type="dxa"/>
              <w:left w:w="0" w:type="dxa"/>
              <w:bottom w:w="20" w:type="dxa"/>
              <w:right w:w="0" w:type="dxa"/>
            </w:tcMar>
          </w:tcPr>
          <w:p w14:paraId="4BBAB832" w14:textId="3AC5F743" w:rsidR="007E6BB0" w:rsidRDefault="007E6BB0" w:rsidP="009E64CC"/>
        </w:tc>
      </w:tr>
    </w:tbl>
    <w:p w14:paraId="0C9D576E" w14:textId="44D44E1C" w:rsidR="007E6BB0" w:rsidRDefault="0006498E">
      <w:pPr>
        <w:spacing w:after="80"/>
      </w:pPr>
      <w:r>
        <w:rPr>
          <w:color w:val="52687A"/>
          <w:sz w:val="10"/>
        </w:rPr>
        <w:t>━━━━━━━━━━━━━━━━━━━━━━━━━━━━━━━━━━━━━━━━━━━━━━━━━━━━━━━━━━━━━━━━━━━━━━━━━━━━━━━━━━━━━━━━━━━━</w:t>
      </w:r>
    </w:p>
    <w:p w14:paraId="0B2FC1AC" w14:textId="77777777" w:rsidR="007E6BB0" w:rsidRDefault="0006498E" w:rsidP="00892A69">
      <w:pPr>
        <w:spacing w:after="0"/>
        <w:jc w:val="center"/>
      </w:pPr>
      <w:r>
        <w:rPr>
          <w:b/>
          <w:sz w:val="42"/>
        </w:rPr>
        <w:t>JOB DESCRIPTION</w:t>
      </w:r>
    </w:p>
    <w:p w14:paraId="4225AB7E" w14:textId="77777777" w:rsidR="007E6BB0" w:rsidRDefault="0006498E" w:rsidP="00AC6F02">
      <w:pPr>
        <w:spacing w:after="160"/>
        <w:jc w:val="center"/>
      </w:pPr>
      <w:r>
        <w:rPr>
          <w:b/>
          <w:color w:val="52687A"/>
          <w:sz w:val="26"/>
        </w:rPr>
        <w:t>INFORMATION FORM</w:t>
      </w:r>
      <w:r>
        <w:rPr>
          <w:color w:val="696969"/>
        </w:rPr>
        <w:t xml:space="preserve">  |  Employee Input Template</w:t>
      </w:r>
    </w:p>
    <w:tbl>
      <w:tblPr>
        <w:tblW w:w="0" w:type="auto"/>
        <w:jc w:val="center"/>
        <w:tblLook w:val="04A0" w:firstRow="1" w:lastRow="0" w:firstColumn="1" w:lastColumn="0" w:noHBand="0" w:noVBand="1"/>
      </w:tblPr>
      <w:tblGrid>
        <w:gridCol w:w="10224"/>
      </w:tblGrid>
      <w:tr w:rsidR="007E6BB0" w14:paraId="06A8F869" w14:textId="77777777">
        <w:trPr>
          <w:jc w:val="center"/>
        </w:trPr>
        <w:tc>
          <w:tcPr>
            <w:tcW w:w="10224" w:type="dxa"/>
            <w:shd w:val="clear" w:color="auto" w:fill="E9EDF0"/>
            <w:tcMar>
              <w:top w:w="120" w:type="dxa"/>
              <w:left w:w="150" w:type="dxa"/>
              <w:bottom w:w="120" w:type="dxa"/>
              <w:right w:w="150" w:type="dxa"/>
            </w:tcMar>
          </w:tcPr>
          <w:p w14:paraId="3A30C99B" w14:textId="77777777" w:rsidR="007E6BB0" w:rsidRDefault="0006498E">
            <w:r>
              <w:rPr>
                <w:b/>
                <w:color w:val="52687A"/>
              </w:rPr>
              <w:t>WHY ARE WE DOING THIS?</w:t>
            </w:r>
          </w:p>
          <w:p w14:paraId="7CB30810" w14:textId="77777777" w:rsidR="007E6BB0" w:rsidRDefault="0006498E">
            <w:pPr>
              <w:spacing w:after="60"/>
            </w:pPr>
            <w:r>
              <w:rPr>
                <w:b/>
              </w:rPr>
              <w:t>A Job Description is about the JOB, not the PERSON.</w:t>
            </w:r>
          </w:p>
          <w:p w14:paraId="7B4935F6" w14:textId="77777777" w:rsidR="007E6BB0" w:rsidRDefault="0006498E">
            <w:pPr>
              <w:spacing w:after="60"/>
            </w:pPr>
            <w:r>
              <w:t>This form helps us understand what your job involves, what it is responsible for and what is needed to do it well.</w:t>
            </w:r>
          </w:p>
          <w:p w14:paraId="42A80AA4" w14:textId="77777777" w:rsidR="007E6BB0" w:rsidRDefault="0006498E">
            <w:pPr>
              <w:spacing w:after="60"/>
            </w:pPr>
            <w:r>
              <w:t>We are not asking you to write your own Job Description. We want your practical knowledge of the job.</w:t>
            </w:r>
          </w:p>
          <w:p w14:paraId="43ACFB30" w14:textId="77777777" w:rsidR="007E6BB0" w:rsidRDefault="0006498E">
            <w:pPr>
              <w:spacing w:after="60"/>
            </w:pPr>
            <w:r>
              <w:t>Your answers will be used to prepare or review the formal Job Description for your position. This will then be discussed with your manager and refined where necessary.</w:t>
            </w:r>
          </w:p>
          <w:p w14:paraId="5E2D3076" w14:textId="77777777" w:rsidR="007E6BB0" w:rsidRDefault="0006498E">
            <w:pPr>
              <w:spacing w:after="60"/>
            </w:pPr>
            <w:r>
              <w:t>Don't worry about perfect wording. Just tell us what the job involves.</w:t>
            </w:r>
          </w:p>
        </w:tc>
      </w:tr>
    </w:tbl>
    <w:p w14:paraId="1B4E89F2" w14:textId="77777777" w:rsidR="007E6BB0" w:rsidRDefault="0006498E">
      <w:pPr>
        <w:spacing w:before="200" w:after="60"/>
      </w:pPr>
      <w:r>
        <w:rPr>
          <w:b/>
          <w:color w:val="52687A"/>
        </w:rPr>
        <w:t xml:space="preserve">01  —  </w:t>
      </w:r>
      <w:r>
        <w:rPr>
          <w:b/>
          <w:color w:val="52687A"/>
          <w:sz w:val="28"/>
        </w:rPr>
        <w:t>POSITION DETAILS</w:t>
      </w:r>
    </w:p>
    <w:p w14:paraId="2F0ECC6D" w14:textId="77777777" w:rsidR="007E6BB0" w:rsidRDefault="0006498E">
      <w:pPr>
        <w:spacing w:after="20"/>
      </w:pPr>
      <w:r>
        <w:rPr>
          <w:b/>
        </w:rPr>
        <w:t>Job Title</w:t>
      </w:r>
    </w:p>
    <w:p w14:paraId="65C53E52" w14:textId="77777777" w:rsidR="007E6BB0" w:rsidRDefault="0006498E">
      <w:r>
        <w:rPr>
          <w:color w:val="A0A0A0"/>
        </w:rPr>
        <w:t>____________________________________________________________</w:t>
      </w:r>
    </w:p>
    <w:p w14:paraId="5AF4CFFD" w14:textId="77777777" w:rsidR="007E6BB0" w:rsidRDefault="0006498E">
      <w:r>
        <w:rPr>
          <w:b/>
        </w:rPr>
        <w:t xml:space="preserve">Employment Type  </w:t>
      </w:r>
      <w:r>
        <w:t>☐</w:t>
      </w:r>
      <w:r>
        <w:t xml:space="preserve"> Full-time    ☐ Part-time    ☐ Casual    ☐ Other: __________________</w:t>
      </w:r>
    </w:p>
    <w:p w14:paraId="7CDC14F1" w14:textId="77777777" w:rsidR="007E6BB0" w:rsidRDefault="0006498E">
      <w:pPr>
        <w:spacing w:after="20"/>
      </w:pPr>
      <w:r>
        <w:rPr>
          <w:b/>
        </w:rPr>
        <w:t>Reports To</w:t>
      </w:r>
    </w:p>
    <w:p w14:paraId="221C614E" w14:textId="77777777" w:rsidR="007E6BB0" w:rsidRDefault="0006498E">
      <w:r>
        <w:rPr>
          <w:color w:val="A0A0A0"/>
        </w:rPr>
        <w:t>____________________________________________________________</w:t>
      </w:r>
    </w:p>
    <w:p w14:paraId="35CDBBA3" w14:textId="77777777" w:rsidR="007E6BB0" w:rsidRDefault="0006498E">
      <w:pPr>
        <w:spacing w:after="20"/>
      </w:pPr>
      <w:r>
        <w:rPr>
          <w:b/>
        </w:rPr>
        <w:t>Department / Work Area (if applicable)</w:t>
      </w:r>
    </w:p>
    <w:p w14:paraId="30A42EF0" w14:textId="77777777" w:rsidR="007E6BB0" w:rsidRDefault="0006498E">
      <w:r>
        <w:rPr>
          <w:color w:val="A0A0A0"/>
        </w:rPr>
        <w:t>____________________________________________________________</w:t>
      </w:r>
    </w:p>
    <w:p w14:paraId="25A9750C" w14:textId="77777777" w:rsidR="007E6BB0" w:rsidRDefault="0006498E">
      <w:pPr>
        <w:spacing w:before="200" w:after="60"/>
      </w:pPr>
      <w:r>
        <w:rPr>
          <w:b/>
          <w:color w:val="52687A"/>
        </w:rPr>
        <w:t xml:space="preserve">02  —  </w:t>
      </w:r>
      <w:r>
        <w:rPr>
          <w:b/>
          <w:color w:val="52687A"/>
          <w:sz w:val="28"/>
        </w:rPr>
        <w:t>ROLE PURPOSE</w:t>
      </w:r>
    </w:p>
    <w:p w14:paraId="70FC0840" w14:textId="77777777" w:rsidR="007E6BB0" w:rsidRDefault="0006498E">
      <w:pPr>
        <w:spacing w:after="40"/>
      </w:pPr>
      <w:r>
        <w:rPr>
          <w:b/>
          <w:sz w:val="23"/>
        </w:rPr>
        <w:t>Why does this job exist?</w:t>
      </w:r>
    </w:p>
    <w:p w14:paraId="0FD5769D" w14:textId="77777777" w:rsidR="007E6BB0" w:rsidRDefault="0006498E">
      <w:r>
        <w:rPr>
          <w:i/>
          <w:color w:val="696969"/>
        </w:rPr>
        <w:t>In your own words, what is the main purpose of your job?</w:t>
      </w:r>
      <w:r>
        <w:rPr>
          <w:i/>
          <w:color w:val="696969"/>
        </w:rPr>
        <w:br/>
        <w:t>If someone asked “Why does the business need this position?”, how would you explain it?</w:t>
      </w:r>
    </w:p>
    <w:p w14:paraId="0B342627" w14:textId="77777777" w:rsidR="007E6BB0" w:rsidRDefault="0006498E">
      <w:pPr>
        <w:spacing w:after="80"/>
      </w:pPr>
      <w:r>
        <w:rPr>
          <w:color w:val="AAAAAA"/>
        </w:rPr>
        <w:t>________________________________________________________________________________</w:t>
      </w:r>
    </w:p>
    <w:p w14:paraId="6AA853B9" w14:textId="77777777" w:rsidR="007E6BB0" w:rsidRDefault="0006498E">
      <w:pPr>
        <w:spacing w:after="80"/>
      </w:pPr>
      <w:r>
        <w:rPr>
          <w:color w:val="AAAAAA"/>
        </w:rPr>
        <w:t>________________________________________________________________________________</w:t>
      </w:r>
    </w:p>
    <w:p w14:paraId="56A0CAD4" w14:textId="77777777" w:rsidR="007E6BB0" w:rsidRDefault="0006498E">
      <w:pPr>
        <w:spacing w:after="80"/>
      </w:pPr>
      <w:r>
        <w:rPr>
          <w:color w:val="AAAAAA"/>
        </w:rPr>
        <w:t>________________________________________________________________________________</w:t>
      </w:r>
    </w:p>
    <w:p w14:paraId="7192130F" w14:textId="77777777" w:rsidR="007E6BB0" w:rsidRDefault="0006498E">
      <w:pPr>
        <w:spacing w:after="80"/>
      </w:pPr>
      <w:r>
        <w:rPr>
          <w:color w:val="AAAAAA"/>
        </w:rPr>
        <w:t>________________________________________________________________________________</w:t>
      </w:r>
    </w:p>
    <w:p w14:paraId="0BF223CF" w14:textId="77777777" w:rsidR="007E6BB0" w:rsidRDefault="0006498E">
      <w:pPr>
        <w:spacing w:before="200" w:after="60"/>
      </w:pPr>
      <w:r>
        <w:rPr>
          <w:b/>
          <w:color w:val="52687A"/>
        </w:rPr>
        <w:t xml:space="preserve">03  —  </w:t>
      </w:r>
      <w:r>
        <w:rPr>
          <w:b/>
          <w:color w:val="52687A"/>
          <w:sz w:val="28"/>
        </w:rPr>
        <w:t>KEY RESPONSIBILITIES</w:t>
      </w:r>
    </w:p>
    <w:p w14:paraId="63546B54" w14:textId="77777777" w:rsidR="007E6BB0" w:rsidRDefault="0006498E">
      <w:pPr>
        <w:spacing w:after="40"/>
      </w:pPr>
      <w:r>
        <w:rPr>
          <w:b/>
          <w:sz w:val="23"/>
        </w:rPr>
        <w:t>What is this job responsible for?</w:t>
      </w:r>
    </w:p>
    <w:p w14:paraId="38A65905" w14:textId="77777777" w:rsidR="007E6BB0" w:rsidRDefault="0006498E">
      <w:r>
        <w:rPr>
          <w:i/>
          <w:color w:val="696969"/>
        </w:rPr>
        <w:t>List the major responsibilities of your job. Don't list every small task. Focus on the things you are principally responsible for. Five to eight responsibilities will usually be enough.</w:t>
      </w:r>
    </w:p>
    <w:p w14:paraId="60B1F70C" w14:textId="77777777" w:rsidR="007E6BB0" w:rsidRDefault="0006498E">
      <w:r>
        <w:rPr>
          <w:b/>
          <w:color w:val="696969"/>
        </w:rPr>
        <w:lastRenderedPageBreak/>
        <w:t>For example:</w:t>
      </w:r>
    </w:p>
    <w:p w14:paraId="265F6638" w14:textId="77777777" w:rsidR="007E6BB0" w:rsidRDefault="0006498E">
      <w:pPr>
        <w:spacing w:after="40"/>
        <w:ind w:left="259"/>
      </w:pPr>
      <w:r>
        <w:rPr>
          <w:color w:val="696969"/>
        </w:rPr>
        <w:t>• Coordinate office administration including reception, mail and filing.</w:t>
      </w:r>
    </w:p>
    <w:p w14:paraId="34E14A89" w14:textId="77777777" w:rsidR="007E6BB0" w:rsidRDefault="0006498E">
      <w:pPr>
        <w:spacing w:after="40"/>
        <w:ind w:left="259"/>
      </w:pPr>
      <w:r>
        <w:rPr>
          <w:color w:val="696969"/>
        </w:rPr>
        <w:t>• Maintain a safe, clean and organised work environment.</w:t>
      </w:r>
    </w:p>
    <w:p w14:paraId="41F53B97" w14:textId="77777777" w:rsidR="007E6BB0" w:rsidRDefault="0006498E">
      <w:pPr>
        <w:spacing w:after="40"/>
        <w:ind w:left="259"/>
      </w:pPr>
      <w:r>
        <w:rPr>
          <w:color w:val="696969"/>
        </w:rPr>
        <w:t>• Provide professional service to customers and visitors.</w:t>
      </w:r>
    </w:p>
    <w:p w14:paraId="77FBF72E" w14:textId="77777777" w:rsidR="007E6BB0" w:rsidRDefault="0006498E">
      <w:pPr>
        <w:spacing w:after="40"/>
      </w:pPr>
      <w:r>
        <w:rPr>
          <w:b/>
        </w:rPr>
        <w:t xml:space="preserve">1. </w:t>
      </w:r>
      <w:r>
        <w:t>____________________________________________________________</w:t>
      </w:r>
    </w:p>
    <w:p w14:paraId="18468C0F" w14:textId="77777777" w:rsidR="007E6BB0" w:rsidRDefault="0006498E">
      <w:pPr>
        <w:spacing w:after="40"/>
      </w:pPr>
      <w:r>
        <w:rPr>
          <w:b/>
        </w:rPr>
        <w:t xml:space="preserve">2. </w:t>
      </w:r>
      <w:r>
        <w:t>____________________________________________________________</w:t>
      </w:r>
    </w:p>
    <w:p w14:paraId="6577E7F3" w14:textId="77777777" w:rsidR="007E6BB0" w:rsidRDefault="0006498E">
      <w:pPr>
        <w:spacing w:after="40"/>
      </w:pPr>
      <w:r>
        <w:rPr>
          <w:b/>
        </w:rPr>
        <w:t xml:space="preserve">3. </w:t>
      </w:r>
      <w:r>
        <w:t>____________________________________________________________</w:t>
      </w:r>
    </w:p>
    <w:p w14:paraId="440A4093" w14:textId="77777777" w:rsidR="007E6BB0" w:rsidRDefault="0006498E">
      <w:pPr>
        <w:spacing w:after="40"/>
      </w:pPr>
      <w:r>
        <w:rPr>
          <w:b/>
        </w:rPr>
        <w:t xml:space="preserve">4. </w:t>
      </w:r>
      <w:r>
        <w:t>____________________________________________________________</w:t>
      </w:r>
    </w:p>
    <w:p w14:paraId="585C2570" w14:textId="77777777" w:rsidR="007E6BB0" w:rsidRDefault="0006498E">
      <w:pPr>
        <w:spacing w:after="40"/>
      </w:pPr>
      <w:r>
        <w:rPr>
          <w:b/>
        </w:rPr>
        <w:t xml:space="preserve">5. </w:t>
      </w:r>
      <w:r>
        <w:t>____________________________________________________________</w:t>
      </w:r>
    </w:p>
    <w:p w14:paraId="621511F4" w14:textId="77777777" w:rsidR="007E6BB0" w:rsidRDefault="0006498E">
      <w:pPr>
        <w:spacing w:after="40"/>
      </w:pPr>
      <w:r>
        <w:rPr>
          <w:b/>
        </w:rPr>
        <w:t xml:space="preserve">6. </w:t>
      </w:r>
      <w:r>
        <w:t>____________________________________________________________</w:t>
      </w:r>
    </w:p>
    <w:p w14:paraId="5D5E966E" w14:textId="77777777" w:rsidR="007E6BB0" w:rsidRDefault="0006498E">
      <w:pPr>
        <w:spacing w:after="40"/>
      </w:pPr>
      <w:r>
        <w:rPr>
          <w:b/>
        </w:rPr>
        <w:t xml:space="preserve">7. </w:t>
      </w:r>
      <w:r>
        <w:t>____________________________________________________________</w:t>
      </w:r>
    </w:p>
    <w:p w14:paraId="10BDDD2B" w14:textId="77777777" w:rsidR="007E6BB0" w:rsidRDefault="0006498E">
      <w:pPr>
        <w:spacing w:after="40"/>
      </w:pPr>
      <w:r>
        <w:rPr>
          <w:b/>
        </w:rPr>
        <w:t xml:space="preserve">8. </w:t>
      </w:r>
      <w:r>
        <w:t>____________________________________________________________</w:t>
      </w:r>
    </w:p>
    <w:p w14:paraId="5EDA80FA" w14:textId="77777777" w:rsidR="007E6BB0" w:rsidRDefault="0006498E">
      <w:pPr>
        <w:spacing w:before="200" w:after="60"/>
      </w:pPr>
      <w:r>
        <w:rPr>
          <w:b/>
          <w:color w:val="52687A"/>
        </w:rPr>
        <w:t xml:space="preserve">04  —  </w:t>
      </w:r>
      <w:r>
        <w:rPr>
          <w:b/>
          <w:color w:val="52687A"/>
          <w:sz w:val="28"/>
        </w:rPr>
        <w:t>KEY DUTIES &amp; ACTIVITIES</w:t>
      </w:r>
    </w:p>
    <w:p w14:paraId="7F92E629" w14:textId="77777777" w:rsidR="007E6BB0" w:rsidRDefault="0006498E">
      <w:pPr>
        <w:spacing w:after="40"/>
      </w:pPr>
      <w:r>
        <w:rPr>
          <w:b/>
          <w:sz w:val="23"/>
        </w:rPr>
        <w:t>What does the job involve?</w:t>
      </w:r>
    </w:p>
    <w:p w14:paraId="4194AFF3" w14:textId="77777777" w:rsidR="007E6BB0" w:rsidRDefault="0006498E">
      <w:r>
        <w:rPr>
          <w:i/>
          <w:color w:val="696969"/>
        </w:rPr>
        <w:t>Are there particular tasks, processes, systems, equipment or activities that someone in this job needs to understand or perform?</w:t>
      </w:r>
      <w:r>
        <w:rPr>
          <w:i/>
          <w:color w:val="696969"/>
        </w:rPr>
        <w:br/>
        <w:t>Focus on activities that are important to doing the job properly.</w:t>
      </w:r>
    </w:p>
    <w:p w14:paraId="002EDD44" w14:textId="77777777" w:rsidR="007E6BB0" w:rsidRDefault="0006498E">
      <w:pPr>
        <w:spacing w:after="80"/>
      </w:pPr>
      <w:r>
        <w:rPr>
          <w:color w:val="AAAAAA"/>
        </w:rPr>
        <w:t>________________________________________________________________________________</w:t>
      </w:r>
    </w:p>
    <w:p w14:paraId="20EB20F8" w14:textId="77777777" w:rsidR="007E6BB0" w:rsidRDefault="0006498E">
      <w:pPr>
        <w:spacing w:after="80"/>
      </w:pPr>
      <w:r>
        <w:rPr>
          <w:color w:val="AAAAAA"/>
        </w:rPr>
        <w:t>________________________________________________________________________________</w:t>
      </w:r>
    </w:p>
    <w:p w14:paraId="775C8476" w14:textId="77777777" w:rsidR="007E6BB0" w:rsidRDefault="0006498E">
      <w:pPr>
        <w:spacing w:after="80"/>
      </w:pPr>
      <w:r>
        <w:rPr>
          <w:color w:val="AAAAAA"/>
        </w:rPr>
        <w:t>________________________________________________________________________________</w:t>
      </w:r>
    </w:p>
    <w:p w14:paraId="33529E33" w14:textId="77777777" w:rsidR="007E6BB0" w:rsidRDefault="0006498E">
      <w:pPr>
        <w:spacing w:after="80"/>
      </w:pPr>
      <w:r>
        <w:rPr>
          <w:color w:val="AAAAAA"/>
        </w:rPr>
        <w:t>________________________________________________________________________________</w:t>
      </w:r>
    </w:p>
    <w:p w14:paraId="038BE39F" w14:textId="77777777" w:rsidR="007E6BB0" w:rsidRDefault="0006498E">
      <w:pPr>
        <w:spacing w:after="80"/>
      </w:pPr>
      <w:r>
        <w:rPr>
          <w:color w:val="AAAAAA"/>
        </w:rPr>
        <w:t>________________________________________________________________________________</w:t>
      </w:r>
    </w:p>
    <w:p w14:paraId="28A7FD1E" w14:textId="77777777" w:rsidR="007E6BB0" w:rsidRDefault="0006498E">
      <w:pPr>
        <w:spacing w:after="80"/>
      </w:pPr>
      <w:r>
        <w:rPr>
          <w:color w:val="AAAAAA"/>
        </w:rPr>
        <w:t>________________________________________________________________________________</w:t>
      </w:r>
    </w:p>
    <w:p w14:paraId="4FA61DC5" w14:textId="77777777" w:rsidR="007E6BB0" w:rsidRDefault="0006498E">
      <w:pPr>
        <w:spacing w:before="200" w:after="60"/>
      </w:pPr>
      <w:r>
        <w:rPr>
          <w:b/>
          <w:color w:val="52687A"/>
        </w:rPr>
        <w:t xml:space="preserve">05  —  </w:t>
      </w:r>
      <w:r>
        <w:rPr>
          <w:b/>
          <w:color w:val="52687A"/>
          <w:sz w:val="28"/>
        </w:rPr>
        <w:t>WORKING RELATIONSHIPS</w:t>
      </w:r>
    </w:p>
    <w:p w14:paraId="32D0FF69" w14:textId="77777777" w:rsidR="007E6BB0" w:rsidRDefault="0006498E">
      <w:pPr>
        <w:spacing w:after="40"/>
      </w:pPr>
      <w:r>
        <w:rPr>
          <w:b/>
          <w:sz w:val="23"/>
        </w:rPr>
        <w:t>Who do you work with?</w:t>
      </w:r>
    </w:p>
    <w:p w14:paraId="16E327C1" w14:textId="77777777" w:rsidR="007E6BB0" w:rsidRDefault="0006498E">
      <w:r>
        <w:rPr>
          <w:i/>
          <w:color w:val="696969"/>
        </w:rPr>
        <w:t>Who do you regularly deal with as part of your job?</w:t>
      </w:r>
    </w:p>
    <w:p w14:paraId="2378CAF7" w14:textId="77777777" w:rsidR="007E6BB0" w:rsidRDefault="0006498E">
      <w:pPr>
        <w:spacing w:after="20"/>
      </w:pPr>
      <w:r>
        <w:rPr>
          <w:b/>
        </w:rPr>
        <w:t>Internal  — managers, supervisors, employees, departments or teams</w:t>
      </w:r>
    </w:p>
    <w:p w14:paraId="6C0F33E1" w14:textId="77777777" w:rsidR="007E6BB0" w:rsidRDefault="0006498E">
      <w:r>
        <w:rPr>
          <w:color w:val="A0A0A0"/>
        </w:rPr>
        <w:t>____________________________________________________________</w:t>
      </w:r>
    </w:p>
    <w:p w14:paraId="1E4629E3" w14:textId="77777777" w:rsidR="007E6BB0" w:rsidRDefault="0006498E">
      <w:pPr>
        <w:spacing w:after="20"/>
      </w:pPr>
      <w:r>
        <w:rPr>
          <w:b/>
        </w:rPr>
        <w:t>External  — customers, suppliers, contractors, agencies or other organisations</w:t>
      </w:r>
    </w:p>
    <w:p w14:paraId="04C1B991" w14:textId="77777777" w:rsidR="007E6BB0" w:rsidRDefault="0006498E">
      <w:r>
        <w:rPr>
          <w:color w:val="A0A0A0"/>
        </w:rPr>
        <w:t>____________________________________________________________</w:t>
      </w:r>
    </w:p>
    <w:p w14:paraId="16F8A9D3" w14:textId="77777777" w:rsidR="007E6BB0" w:rsidRDefault="0006498E">
      <w:pPr>
        <w:spacing w:before="200" w:after="60"/>
      </w:pPr>
      <w:r>
        <w:rPr>
          <w:b/>
          <w:color w:val="52687A"/>
        </w:rPr>
        <w:t xml:space="preserve">06  —  </w:t>
      </w:r>
      <w:r>
        <w:rPr>
          <w:b/>
          <w:color w:val="52687A"/>
          <w:sz w:val="28"/>
        </w:rPr>
        <w:t>DECISION-MAKING &amp; ACCOUNTABILITY</w:t>
      </w:r>
    </w:p>
    <w:p w14:paraId="5C97B554" w14:textId="77777777" w:rsidR="007E6BB0" w:rsidRDefault="0006498E">
      <w:pPr>
        <w:spacing w:after="40"/>
      </w:pPr>
      <w:r>
        <w:rPr>
          <w:b/>
          <w:sz w:val="23"/>
        </w:rPr>
        <w:t>What are you responsible for deciding or managing?</w:t>
      </w:r>
    </w:p>
    <w:p w14:paraId="431441C4" w14:textId="77777777" w:rsidR="007E6BB0" w:rsidRDefault="0006498E">
      <w:r>
        <w:rPr>
          <w:i/>
          <w:color w:val="696969"/>
        </w:rPr>
        <w:t>Are there decisions, problems or areas of work that you are expected to handle yourself?</w:t>
      </w:r>
    </w:p>
    <w:p w14:paraId="7B2BC568" w14:textId="77777777" w:rsidR="007E6BB0" w:rsidRDefault="0006498E">
      <w:r>
        <w:rPr>
          <w:b/>
          <w:color w:val="696969"/>
        </w:rPr>
        <w:t>For example:</w:t>
      </w:r>
    </w:p>
    <w:p w14:paraId="59411261" w14:textId="77777777" w:rsidR="007E6BB0" w:rsidRDefault="0006498E">
      <w:pPr>
        <w:spacing w:after="40"/>
        <w:ind w:left="259"/>
      </w:pPr>
      <w:r>
        <w:rPr>
          <w:color w:val="696969"/>
        </w:rPr>
        <w:t>• Responding to customer enquiries</w:t>
      </w:r>
    </w:p>
    <w:p w14:paraId="306AE6C9" w14:textId="77777777" w:rsidR="007E6BB0" w:rsidRDefault="0006498E">
      <w:pPr>
        <w:spacing w:after="40"/>
        <w:ind w:left="259"/>
      </w:pPr>
      <w:r>
        <w:rPr>
          <w:color w:val="696969"/>
        </w:rPr>
        <w:t>• Ordering supplies</w:t>
      </w:r>
    </w:p>
    <w:p w14:paraId="102474CE" w14:textId="77777777" w:rsidR="007E6BB0" w:rsidRDefault="0006498E">
      <w:pPr>
        <w:spacing w:after="40"/>
        <w:ind w:left="259"/>
      </w:pPr>
      <w:r>
        <w:rPr>
          <w:color w:val="696969"/>
        </w:rPr>
        <w:t>• Scheduling work</w:t>
      </w:r>
    </w:p>
    <w:p w14:paraId="61A1B6C2" w14:textId="77777777" w:rsidR="007E6BB0" w:rsidRDefault="0006498E">
      <w:pPr>
        <w:spacing w:after="40"/>
        <w:ind w:left="259"/>
      </w:pPr>
      <w:r>
        <w:rPr>
          <w:color w:val="696969"/>
        </w:rPr>
        <w:t>• Checking quality</w:t>
      </w:r>
    </w:p>
    <w:p w14:paraId="13ED2BF6" w14:textId="77777777" w:rsidR="007E6BB0" w:rsidRDefault="0006498E">
      <w:pPr>
        <w:spacing w:after="40"/>
        <w:ind w:left="259"/>
      </w:pPr>
      <w:r>
        <w:rPr>
          <w:color w:val="696969"/>
        </w:rPr>
        <w:lastRenderedPageBreak/>
        <w:t>• Solving operational problems</w:t>
      </w:r>
    </w:p>
    <w:p w14:paraId="0CBC3D09" w14:textId="77777777" w:rsidR="007E6BB0" w:rsidRDefault="0006498E">
      <w:pPr>
        <w:spacing w:after="40"/>
        <w:ind w:left="259"/>
      </w:pPr>
      <w:r>
        <w:rPr>
          <w:color w:val="696969"/>
        </w:rPr>
        <w:t>• Making recommendations to management</w:t>
      </w:r>
    </w:p>
    <w:p w14:paraId="2C7E2C61" w14:textId="77777777" w:rsidR="007E6BB0" w:rsidRDefault="0006498E">
      <w:pPr>
        <w:spacing w:after="80"/>
      </w:pPr>
      <w:r>
        <w:rPr>
          <w:color w:val="AAAAAA"/>
        </w:rPr>
        <w:t>________________________________________________________________________________</w:t>
      </w:r>
    </w:p>
    <w:p w14:paraId="7F796239" w14:textId="77777777" w:rsidR="007E6BB0" w:rsidRDefault="0006498E">
      <w:pPr>
        <w:spacing w:after="80"/>
      </w:pPr>
      <w:r>
        <w:rPr>
          <w:color w:val="AAAAAA"/>
        </w:rPr>
        <w:t>________________________________________________________________________________</w:t>
      </w:r>
    </w:p>
    <w:p w14:paraId="6EBA0E81" w14:textId="77777777" w:rsidR="007E6BB0" w:rsidRDefault="0006498E">
      <w:pPr>
        <w:spacing w:after="80"/>
      </w:pPr>
      <w:r>
        <w:rPr>
          <w:color w:val="AAAAAA"/>
        </w:rPr>
        <w:t>________________________________________________________________________________</w:t>
      </w:r>
    </w:p>
    <w:p w14:paraId="72CB56FB" w14:textId="77777777" w:rsidR="007E6BB0" w:rsidRDefault="0006498E">
      <w:pPr>
        <w:spacing w:after="80"/>
      </w:pPr>
      <w:r>
        <w:rPr>
          <w:color w:val="AAAAAA"/>
        </w:rPr>
        <w:t>________________________________________________________________________________</w:t>
      </w:r>
    </w:p>
    <w:p w14:paraId="7DD4DF94" w14:textId="77777777" w:rsidR="007E6BB0" w:rsidRDefault="0006498E">
      <w:pPr>
        <w:spacing w:after="80"/>
      </w:pPr>
      <w:r>
        <w:rPr>
          <w:color w:val="AAAAAA"/>
        </w:rPr>
        <w:t>________________________________________________________________________________</w:t>
      </w:r>
    </w:p>
    <w:p w14:paraId="6A922F78" w14:textId="77777777" w:rsidR="007E6BB0" w:rsidRDefault="0006498E">
      <w:pPr>
        <w:spacing w:before="200" w:after="60"/>
      </w:pPr>
      <w:r>
        <w:rPr>
          <w:b/>
          <w:color w:val="52687A"/>
        </w:rPr>
        <w:t xml:space="preserve">07  —  </w:t>
      </w:r>
      <w:r>
        <w:rPr>
          <w:b/>
          <w:color w:val="52687A"/>
          <w:sz w:val="28"/>
        </w:rPr>
        <w:t>QUALIFICATIONS &amp; LICENCES</w:t>
      </w:r>
    </w:p>
    <w:p w14:paraId="0533EE6E" w14:textId="77777777" w:rsidR="007E6BB0" w:rsidRDefault="0006498E">
      <w:pPr>
        <w:spacing w:after="40"/>
      </w:pPr>
      <w:r>
        <w:rPr>
          <w:b/>
          <w:sz w:val="23"/>
        </w:rPr>
        <w:t>What qualifications are needed?</w:t>
      </w:r>
    </w:p>
    <w:p w14:paraId="344EB1A7" w14:textId="77777777" w:rsidR="007E6BB0" w:rsidRDefault="0006498E">
      <w:r>
        <w:rPr>
          <w:i/>
          <w:color w:val="696969"/>
        </w:rPr>
        <w:t>List any qualifications, licences, certificates or formal training that you believe are required or useful for this job.</w:t>
      </w:r>
    </w:p>
    <w:p w14:paraId="4A021647" w14:textId="77777777" w:rsidR="007E6BB0" w:rsidRDefault="0006498E">
      <w:r>
        <w:rPr>
          <w:b/>
          <w:color w:val="696969"/>
        </w:rPr>
        <w:t>For example:</w:t>
      </w:r>
    </w:p>
    <w:p w14:paraId="4D1D8DFD" w14:textId="77777777" w:rsidR="007E6BB0" w:rsidRDefault="0006498E">
      <w:pPr>
        <w:spacing w:after="40"/>
        <w:ind w:left="259"/>
      </w:pPr>
      <w:r>
        <w:rPr>
          <w:color w:val="696969"/>
        </w:rPr>
        <w:t>• Certificate III, IV or Diploma in a relevant field</w:t>
      </w:r>
    </w:p>
    <w:p w14:paraId="01DD07D8" w14:textId="77777777" w:rsidR="007E6BB0" w:rsidRDefault="0006498E">
      <w:pPr>
        <w:spacing w:after="40"/>
        <w:ind w:left="259"/>
      </w:pPr>
      <w:r>
        <w:rPr>
          <w:color w:val="696969"/>
        </w:rPr>
        <w:t>• Forklift Licence</w:t>
      </w:r>
    </w:p>
    <w:p w14:paraId="17829049" w14:textId="77777777" w:rsidR="007E6BB0" w:rsidRDefault="0006498E">
      <w:pPr>
        <w:spacing w:after="40"/>
        <w:ind w:left="259"/>
      </w:pPr>
      <w:r>
        <w:rPr>
          <w:color w:val="696969"/>
        </w:rPr>
        <w:t>• First Aid Certificate</w:t>
      </w:r>
    </w:p>
    <w:p w14:paraId="06E5F773" w14:textId="77777777" w:rsidR="007E6BB0" w:rsidRDefault="0006498E">
      <w:pPr>
        <w:spacing w:after="80"/>
      </w:pPr>
      <w:r>
        <w:rPr>
          <w:color w:val="AAAAAA"/>
        </w:rPr>
        <w:t>________________________________________________________________________________</w:t>
      </w:r>
    </w:p>
    <w:p w14:paraId="3F52A05D" w14:textId="77777777" w:rsidR="007E6BB0" w:rsidRDefault="0006498E">
      <w:pPr>
        <w:spacing w:after="80"/>
      </w:pPr>
      <w:r>
        <w:rPr>
          <w:color w:val="AAAAAA"/>
        </w:rPr>
        <w:t>________________________________________________________________________________</w:t>
      </w:r>
    </w:p>
    <w:p w14:paraId="5FDEE25B" w14:textId="77777777" w:rsidR="007E6BB0" w:rsidRDefault="0006498E">
      <w:pPr>
        <w:spacing w:after="80"/>
      </w:pPr>
      <w:r>
        <w:rPr>
          <w:color w:val="AAAAAA"/>
        </w:rPr>
        <w:t>________________________________________________________________________________</w:t>
      </w:r>
    </w:p>
    <w:p w14:paraId="049E9D58" w14:textId="77777777" w:rsidR="007E6BB0" w:rsidRDefault="0006498E">
      <w:pPr>
        <w:spacing w:after="80"/>
      </w:pPr>
      <w:r>
        <w:rPr>
          <w:color w:val="AAAAAA"/>
        </w:rPr>
        <w:t>________________________________________________________________________________</w:t>
      </w:r>
    </w:p>
    <w:p w14:paraId="5406FC1B" w14:textId="77777777" w:rsidR="007E6BB0" w:rsidRDefault="0006498E">
      <w:pPr>
        <w:spacing w:before="200" w:after="60"/>
      </w:pPr>
      <w:r>
        <w:rPr>
          <w:b/>
          <w:color w:val="52687A"/>
        </w:rPr>
        <w:t xml:space="preserve">08  —  </w:t>
      </w:r>
      <w:r>
        <w:rPr>
          <w:b/>
          <w:color w:val="52687A"/>
          <w:sz w:val="28"/>
        </w:rPr>
        <w:t>EXPERIENCE</w:t>
      </w:r>
    </w:p>
    <w:p w14:paraId="2B02680F" w14:textId="77777777" w:rsidR="007E6BB0" w:rsidRDefault="0006498E">
      <w:pPr>
        <w:spacing w:after="40"/>
      </w:pPr>
      <w:r>
        <w:rPr>
          <w:b/>
          <w:sz w:val="23"/>
        </w:rPr>
        <w:t>What experience would help someone do this job well?</w:t>
      </w:r>
    </w:p>
    <w:p w14:paraId="165ECF88" w14:textId="77777777" w:rsidR="007E6BB0" w:rsidRDefault="0006498E">
      <w:r>
        <w:rPr>
          <w:i/>
          <w:color w:val="696969"/>
        </w:rPr>
        <w:t>Think about the type of work, industry or environment that would provide useful experience.</w:t>
      </w:r>
    </w:p>
    <w:p w14:paraId="4E4C6434" w14:textId="77777777" w:rsidR="007E6BB0" w:rsidRDefault="0006498E">
      <w:r>
        <w:rPr>
          <w:b/>
          <w:color w:val="696969"/>
        </w:rPr>
        <w:t>For example:</w:t>
      </w:r>
    </w:p>
    <w:p w14:paraId="63AD09E3" w14:textId="77777777" w:rsidR="007E6BB0" w:rsidRDefault="0006498E">
      <w:pPr>
        <w:spacing w:after="40"/>
        <w:ind w:left="259"/>
      </w:pPr>
      <w:r>
        <w:rPr>
          <w:color w:val="696969"/>
        </w:rPr>
        <w:t>• Previous experience in a similar administration role</w:t>
      </w:r>
    </w:p>
    <w:p w14:paraId="006131FE" w14:textId="77777777" w:rsidR="007E6BB0" w:rsidRDefault="0006498E">
      <w:pPr>
        <w:spacing w:after="40"/>
        <w:ind w:left="259"/>
      </w:pPr>
      <w:r>
        <w:rPr>
          <w:color w:val="696969"/>
        </w:rPr>
        <w:t>• Experience in a manufacturing environment</w:t>
      </w:r>
    </w:p>
    <w:p w14:paraId="2BC79FA9" w14:textId="77777777" w:rsidR="007E6BB0" w:rsidRDefault="0006498E">
      <w:pPr>
        <w:spacing w:after="40"/>
        <w:ind w:left="259"/>
      </w:pPr>
      <w:r>
        <w:rPr>
          <w:color w:val="696969"/>
        </w:rPr>
        <w:t>• Experience supervising employees</w:t>
      </w:r>
    </w:p>
    <w:p w14:paraId="2444EDB1" w14:textId="77777777" w:rsidR="007E6BB0" w:rsidRDefault="0006498E">
      <w:pPr>
        <w:spacing w:after="80"/>
      </w:pPr>
      <w:r>
        <w:rPr>
          <w:color w:val="AAAAAA"/>
        </w:rPr>
        <w:t>________________________________________________________________________________</w:t>
      </w:r>
    </w:p>
    <w:p w14:paraId="035F5242" w14:textId="77777777" w:rsidR="007E6BB0" w:rsidRDefault="0006498E">
      <w:pPr>
        <w:spacing w:after="80"/>
      </w:pPr>
      <w:r>
        <w:rPr>
          <w:color w:val="AAAAAA"/>
        </w:rPr>
        <w:t>________________________________________________________________________________</w:t>
      </w:r>
    </w:p>
    <w:p w14:paraId="7AE34EDE" w14:textId="77777777" w:rsidR="007E6BB0" w:rsidRDefault="0006498E">
      <w:pPr>
        <w:spacing w:after="80"/>
      </w:pPr>
      <w:r>
        <w:rPr>
          <w:color w:val="AAAAAA"/>
        </w:rPr>
        <w:t>________________________________________________________________________________</w:t>
      </w:r>
    </w:p>
    <w:p w14:paraId="7D5590E2" w14:textId="77777777" w:rsidR="007E6BB0" w:rsidRDefault="0006498E">
      <w:pPr>
        <w:spacing w:after="80"/>
      </w:pPr>
      <w:r>
        <w:rPr>
          <w:color w:val="AAAAAA"/>
        </w:rPr>
        <w:t>________________________________________________________________________________</w:t>
      </w:r>
    </w:p>
    <w:p w14:paraId="56A42011" w14:textId="77777777" w:rsidR="007E6BB0" w:rsidRDefault="0006498E">
      <w:pPr>
        <w:spacing w:after="80"/>
      </w:pPr>
      <w:r>
        <w:rPr>
          <w:color w:val="AAAAAA"/>
        </w:rPr>
        <w:t>________________________________________________________________________________</w:t>
      </w:r>
    </w:p>
    <w:p w14:paraId="716F10A7" w14:textId="77777777" w:rsidR="007E6BB0" w:rsidRDefault="0006498E">
      <w:pPr>
        <w:spacing w:before="200" w:after="60"/>
      </w:pPr>
      <w:r>
        <w:rPr>
          <w:b/>
          <w:color w:val="52687A"/>
        </w:rPr>
        <w:t xml:space="preserve">09  —  </w:t>
      </w:r>
      <w:r>
        <w:rPr>
          <w:b/>
          <w:color w:val="52687A"/>
          <w:sz w:val="28"/>
        </w:rPr>
        <w:t>SKILLS &amp; KNOWLEDGE</w:t>
      </w:r>
    </w:p>
    <w:p w14:paraId="4CDEC6C3" w14:textId="77777777" w:rsidR="007E6BB0" w:rsidRDefault="0006498E">
      <w:pPr>
        <w:spacing w:after="40"/>
      </w:pPr>
      <w:r>
        <w:rPr>
          <w:b/>
          <w:sz w:val="23"/>
        </w:rPr>
        <w:t>What does someone need to be able to do?</w:t>
      </w:r>
    </w:p>
    <w:p w14:paraId="197BF67E" w14:textId="77777777" w:rsidR="007E6BB0" w:rsidRDefault="0006498E">
      <w:r>
        <w:rPr>
          <w:i/>
          <w:color w:val="696969"/>
        </w:rPr>
        <w:t>List the skills and knowledge that are important to performing the job effectively.</w:t>
      </w:r>
    </w:p>
    <w:p w14:paraId="43ABF679" w14:textId="77777777" w:rsidR="007E6BB0" w:rsidRDefault="0006498E">
      <w:r>
        <w:rPr>
          <w:b/>
          <w:color w:val="696969"/>
        </w:rPr>
        <w:t>Technical  •  Computer  •  Communication  •  Organisation  •  Problem Solving  •  Customer Service</w:t>
      </w:r>
    </w:p>
    <w:p w14:paraId="371B4A5D" w14:textId="77777777" w:rsidR="007E6BB0" w:rsidRDefault="0006498E">
      <w:r>
        <w:rPr>
          <w:b/>
          <w:color w:val="696969"/>
        </w:rPr>
        <w:t>For example:</w:t>
      </w:r>
    </w:p>
    <w:p w14:paraId="2D00936C" w14:textId="77777777" w:rsidR="007E6BB0" w:rsidRDefault="0006498E">
      <w:pPr>
        <w:spacing w:after="40"/>
        <w:ind w:left="259"/>
      </w:pPr>
      <w:r>
        <w:rPr>
          <w:color w:val="696969"/>
        </w:rPr>
        <w:t>• Good Microsoft Office skills</w:t>
      </w:r>
    </w:p>
    <w:p w14:paraId="0A247493" w14:textId="77777777" w:rsidR="007E6BB0" w:rsidRDefault="0006498E">
      <w:pPr>
        <w:spacing w:after="40"/>
        <w:ind w:left="259"/>
      </w:pPr>
      <w:r>
        <w:rPr>
          <w:color w:val="696969"/>
        </w:rPr>
        <w:lastRenderedPageBreak/>
        <w:t>• Clear written and verbal communication</w:t>
      </w:r>
    </w:p>
    <w:p w14:paraId="3398D2D1" w14:textId="77777777" w:rsidR="007E6BB0" w:rsidRDefault="0006498E">
      <w:pPr>
        <w:spacing w:after="40"/>
        <w:ind w:left="259"/>
      </w:pPr>
      <w:r>
        <w:rPr>
          <w:color w:val="696969"/>
        </w:rPr>
        <w:t>• Good attention to detail</w:t>
      </w:r>
    </w:p>
    <w:p w14:paraId="08DC643C" w14:textId="77777777" w:rsidR="007E6BB0" w:rsidRDefault="0006498E">
      <w:pPr>
        <w:spacing w:after="40"/>
        <w:ind w:left="259"/>
      </w:pPr>
      <w:r>
        <w:rPr>
          <w:color w:val="696969"/>
        </w:rPr>
        <w:t>• Ability to prioritise work and meet deadlines</w:t>
      </w:r>
    </w:p>
    <w:p w14:paraId="09FE1024" w14:textId="77777777" w:rsidR="007E6BB0" w:rsidRDefault="0006498E">
      <w:pPr>
        <w:spacing w:after="80"/>
      </w:pPr>
      <w:r>
        <w:rPr>
          <w:color w:val="AAAAAA"/>
        </w:rPr>
        <w:t>________________________________________________________________________________</w:t>
      </w:r>
    </w:p>
    <w:p w14:paraId="72BDED59" w14:textId="77777777" w:rsidR="007E6BB0" w:rsidRDefault="0006498E">
      <w:pPr>
        <w:spacing w:after="80"/>
      </w:pPr>
      <w:r>
        <w:rPr>
          <w:color w:val="AAAAAA"/>
        </w:rPr>
        <w:t>________________________________________________________________________________</w:t>
      </w:r>
    </w:p>
    <w:p w14:paraId="7B4758FA" w14:textId="77777777" w:rsidR="007E6BB0" w:rsidRDefault="0006498E">
      <w:pPr>
        <w:spacing w:after="80"/>
      </w:pPr>
      <w:r>
        <w:rPr>
          <w:color w:val="AAAAAA"/>
        </w:rPr>
        <w:t>________________________________________________________________________________</w:t>
      </w:r>
    </w:p>
    <w:p w14:paraId="7B2D735D" w14:textId="77777777" w:rsidR="007E6BB0" w:rsidRDefault="0006498E">
      <w:pPr>
        <w:spacing w:after="80"/>
      </w:pPr>
      <w:r>
        <w:rPr>
          <w:color w:val="AAAAAA"/>
        </w:rPr>
        <w:t>________________________________________________________________________________</w:t>
      </w:r>
    </w:p>
    <w:p w14:paraId="19AFC36E" w14:textId="77777777" w:rsidR="007E6BB0" w:rsidRDefault="0006498E">
      <w:pPr>
        <w:spacing w:after="80"/>
      </w:pPr>
      <w:r>
        <w:rPr>
          <w:color w:val="AAAAAA"/>
        </w:rPr>
        <w:t>________________________________________________________________________________</w:t>
      </w:r>
    </w:p>
    <w:p w14:paraId="06E90431" w14:textId="77777777" w:rsidR="007E6BB0" w:rsidRDefault="0006498E">
      <w:pPr>
        <w:spacing w:after="80"/>
      </w:pPr>
      <w:r>
        <w:rPr>
          <w:color w:val="AAAAAA"/>
        </w:rPr>
        <w:t>________________________________________________________________________________</w:t>
      </w:r>
    </w:p>
    <w:p w14:paraId="34528C3D" w14:textId="77777777" w:rsidR="007E6BB0" w:rsidRDefault="0006498E">
      <w:pPr>
        <w:spacing w:before="200" w:after="60"/>
      </w:pPr>
      <w:r>
        <w:rPr>
          <w:b/>
          <w:color w:val="52687A"/>
        </w:rPr>
        <w:t xml:space="preserve">10  —  </w:t>
      </w:r>
      <w:r>
        <w:rPr>
          <w:b/>
          <w:color w:val="52687A"/>
          <w:sz w:val="28"/>
        </w:rPr>
        <w:t>PERSONAL ATTRIBUTES</w:t>
      </w:r>
    </w:p>
    <w:p w14:paraId="5DDAE217" w14:textId="77777777" w:rsidR="007E6BB0" w:rsidRDefault="0006498E">
      <w:pPr>
        <w:spacing w:after="40"/>
      </w:pPr>
      <w:r>
        <w:rPr>
          <w:b/>
          <w:sz w:val="23"/>
        </w:rPr>
        <w:t>What sort of person is suited to this job?</w:t>
      </w:r>
    </w:p>
    <w:p w14:paraId="312075B5" w14:textId="77777777" w:rsidR="007E6BB0" w:rsidRDefault="0006498E">
      <w:r>
        <w:rPr>
          <w:i/>
          <w:color w:val="696969"/>
        </w:rPr>
        <w:t>Are there personal qualities or ways of working that help someone succeed in this role?</w:t>
      </w:r>
    </w:p>
    <w:p w14:paraId="45506311" w14:textId="77777777" w:rsidR="007E6BB0" w:rsidRDefault="0006498E">
      <w:r>
        <w:rPr>
          <w:color w:val="696969"/>
        </w:rPr>
        <w:t>Reliable  •  Practical  •  Organised  •  Adaptable  •  Positive  •  Team-oriented  •  Self-motivated  •  Willing to learn</w:t>
      </w:r>
    </w:p>
    <w:p w14:paraId="37F55380" w14:textId="77777777" w:rsidR="007E6BB0" w:rsidRDefault="0006498E">
      <w:pPr>
        <w:spacing w:after="80"/>
      </w:pPr>
      <w:r>
        <w:rPr>
          <w:color w:val="AAAAAA"/>
        </w:rPr>
        <w:t>________________________________________________________________________________</w:t>
      </w:r>
    </w:p>
    <w:p w14:paraId="5991248C" w14:textId="77777777" w:rsidR="007E6BB0" w:rsidRDefault="0006498E">
      <w:pPr>
        <w:spacing w:after="80"/>
      </w:pPr>
      <w:r>
        <w:rPr>
          <w:color w:val="AAAAAA"/>
        </w:rPr>
        <w:t>________________________________________________________________________________</w:t>
      </w:r>
    </w:p>
    <w:p w14:paraId="303400E7" w14:textId="77777777" w:rsidR="007E6BB0" w:rsidRDefault="0006498E">
      <w:pPr>
        <w:spacing w:after="80"/>
      </w:pPr>
      <w:r>
        <w:rPr>
          <w:color w:val="AAAAAA"/>
        </w:rPr>
        <w:t>________________________________________________________________________________</w:t>
      </w:r>
    </w:p>
    <w:p w14:paraId="561362ED" w14:textId="77777777" w:rsidR="007E6BB0" w:rsidRDefault="0006498E">
      <w:pPr>
        <w:spacing w:after="80"/>
      </w:pPr>
      <w:r>
        <w:rPr>
          <w:color w:val="AAAAAA"/>
        </w:rPr>
        <w:t>________________________________________________________________________________</w:t>
      </w:r>
    </w:p>
    <w:p w14:paraId="40C7031A" w14:textId="77777777" w:rsidR="007E6BB0" w:rsidRDefault="0006498E">
      <w:pPr>
        <w:spacing w:after="80"/>
      </w:pPr>
      <w:r>
        <w:rPr>
          <w:color w:val="AAAAAA"/>
        </w:rPr>
        <w:t>________________________________________________________________________________</w:t>
      </w:r>
    </w:p>
    <w:p w14:paraId="2DCED097" w14:textId="77777777" w:rsidR="007E6BB0" w:rsidRDefault="0006498E">
      <w:pPr>
        <w:spacing w:before="200" w:after="60"/>
      </w:pPr>
      <w:r>
        <w:rPr>
          <w:b/>
          <w:color w:val="52687A"/>
        </w:rPr>
        <w:t xml:space="preserve">11  —  </w:t>
      </w:r>
      <w:r>
        <w:rPr>
          <w:b/>
          <w:color w:val="52687A"/>
          <w:sz w:val="28"/>
        </w:rPr>
        <w:t>PERFORMANCE EXPECTATIONS</w:t>
      </w:r>
    </w:p>
    <w:p w14:paraId="72250A04" w14:textId="77777777" w:rsidR="007E6BB0" w:rsidRDefault="0006498E">
      <w:pPr>
        <w:spacing w:after="40"/>
      </w:pPr>
      <w:r>
        <w:rPr>
          <w:b/>
          <w:sz w:val="23"/>
        </w:rPr>
        <w:t>What does success look like?</w:t>
      </w:r>
    </w:p>
    <w:p w14:paraId="11FE4181" w14:textId="77777777" w:rsidR="007E6BB0" w:rsidRDefault="0006498E">
      <w:r>
        <w:rPr>
          <w:i/>
          <w:color w:val="696969"/>
        </w:rPr>
        <w:t>How would the business know that someone is doing this job successfully?</w:t>
      </w:r>
      <w:r>
        <w:rPr>
          <w:i/>
          <w:color w:val="696969"/>
        </w:rPr>
        <w:br/>
        <w:t>Think about results and outcomes, rather than personality.</w:t>
      </w:r>
    </w:p>
    <w:p w14:paraId="6223A3B0" w14:textId="77777777" w:rsidR="007E6BB0" w:rsidRDefault="0006498E">
      <w:r>
        <w:rPr>
          <w:b/>
          <w:color w:val="696969"/>
        </w:rPr>
        <w:t>For example:</w:t>
      </w:r>
    </w:p>
    <w:p w14:paraId="0C4B8F20" w14:textId="77777777" w:rsidR="007E6BB0" w:rsidRDefault="0006498E">
      <w:pPr>
        <w:spacing w:after="40"/>
        <w:ind w:left="259"/>
      </w:pPr>
      <w:r>
        <w:rPr>
          <w:color w:val="696969"/>
        </w:rPr>
        <w:t>• Work is completed accurately and on time.</w:t>
      </w:r>
    </w:p>
    <w:p w14:paraId="49BE7F96" w14:textId="77777777" w:rsidR="007E6BB0" w:rsidRDefault="0006498E">
      <w:pPr>
        <w:spacing w:after="40"/>
        <w:ind w:left="259"/>
      </w:pPr>
      <w:r>
        <w:rPr>
          <w:color w:val="696969"/>
        </w:rPr>
        <w:t>• Customer enquiries are handled professionally.</w:t>
      </w:r>
    </w:p>
    <w:p w14:paraId="2C3189D7" w14:textId="77777777" w:rsidR="007E6BB0" w:rsidRDefault="0006498E">
      <w:pPr>
        <w:spacing w:after="40"/>
        <w:ind w:left="259"/>
      </w:pPr>
      <w:r>
        <w:rPr>
          <w:color w:val="696969"/>
        </w:rPr>
        <w:t>• Safety procedures are consistently followed.</w:t>
      </w:r>
    </w:p>
    <w:p w14:paraId="0381C99C" w14:textId="77777777" w:rsidR="007E6BB0" w:rsidRDefault="0006498E">
      <w:pPr>
        <w:spacing w:after="40"/>
        <w:ind w:left="259"/>
      </w:pPr>
      <w:r>
        <w:rPr>
          <w:color w:val="696969"/>
        </w:rPr>
        <w:t>• Quality standards are maintained.</w:t>
      </w:r>
    </w:p>
    <w:p w14:paraId="25202A9C" w14:textId="77777777" w:rsidR="007E6BB0" w:rsidRDefault="0006498E">
      <w:r>
        <w:rPr>
          <w:b/>
        </w:rPr>
        <w:t>Successful performance looks like:</w:t>
      </w:r>
    </w:p>
    <w:p w14:paraId="5E0F5A58" w14:textId="77777777" w:rsidR="007E6BB0" w:rsidRDefault="0006498E">
      <w:pPr>
        <w:spacing w:after="80"/>
      </w:pPr>
      <w:r>
        <w:rPr>
          <w:color w:val="AAAAAA"/>
        </w:rPr>
        <w:t>________________________________________________________________________________</w:t>
      </w:r>
    </w:p>
    <w:p w14:paraId="0E09BA3D" w14:textId="77777777" w:rsidR="007E6BB0" w:rsidRDefault="0006498E">
      <w:pPr>
        <w:spacing w:after="80"/>
      </w:pPr>
      <w:r>
        <w:rPr>
          <w:color w:val="AAAAAA"/>
        </w:rPr>
        <w:t>________________________________________________________________________________</w:t>
      </w:r>
    </w:p>
    <w:p w14:paraId="263A6897" w14:textId="77777777" w:rsidR="007E6BB0" w:rsidRDefault="0006498E">
      <w:pPr>
        <w:spacing w:after="80"/>
      </w:pPr>
      <w:r>
        <w:rPr>
          <w:color w:val="AAAAAA"/>
        </w:rPr>
        <w:t>________________________________________________________________________________</w:t>
      </w:r>
    </w:p>
    <w:p w14:paraId="29CB25B3" w14:textId="77777777" w:rsidR="007E6BB0" w:rsidRDefault="0006498E">
      <w:pPr>
        <w:spacing w:after="80"/>
      </w:pPr>
      <w:r>
        <w:rPr>
          <w:color w:val="AAAAAA"/>
        </w:rPr>
        <w:t>________________________________________________________________________________</w:t>
      </w:r>
    </w:p>
    <w:p w14:paraId="71720A62" w14:textId="77777777" w:rsidR="007E6BB0" w:rsidRDefault="0006498E">
      <w:pPr>
        <w:spacing w:after="80"/>
      </w:pPr>
      <w:r>
        <w:rPr>
          <w:color w:val="AAAAAA"/>
        </w:rPr>
        <w:t>________________________________________________________________________________</w:t>
      </w:r>
    </w:p>
    <w:p w14:paraId="3F0540F2" w14:textId="77777777" w:rsidR="007E6BB0" w:rsidRDefault="0006498E">
      <w:pPr>
        <w:spacing w:after="80"/>
      </w:pPr>
      <w:r>
        <w:rPr>
          <w:color w:val="AAAAAA"/>
        </w:rPr>
        <w:t>________________________________________________________________________________</w:t>
      </w:r>
    </w:p>
    <w:p w14:paraId="47995A9B" w14:textId="77777777" w:rsidR="007E6BB0" w:rsidRDefault="0006498E">
      <w:pPr>
        <w:spacing w:before="200" w:after="60"/>
      </w:pPr>
      <w:r>
        <w:rPr>
          <w:b/>
          <w:color w:val="52687A"/>
        </w:rPr>
        <w:t xml:space="preserve">12  —  </w:t>
      </w:r>
      <w:r>
        <w:rPr>
          <w:b/>
          <w:color w:val="52687A"/>
          <w:sz w:val="28"/>
        </w:rPr>
        <w:t>ANYTHING ELSE?</w:t>
      </w:r>
    </w:p>
    <w:p w14:paraId="6135CC37" w14:textId="77777777" w:rsidR="007E6BB0" w:rsidRDefault="0006498E">
      <w:pPr>
        <w:spacing w:after="40"/>
      </w:pPr>
      <w:r>
        <w:rPr>
          <w:b/>
          <w:sz w:val="23"/>
        </w:rPr>
        <w:t>Is there anything important about this job that we have missed?</w:t>
      </w:r>
    </w:p>
    <w:p w14:paraId="67E84700" w14:textId="77777777" w:rsidR="007E6BB0" w:rsidRDefault="0006498E">
      <w:r>
        <w:rPr>
          <w:i/>
          <w:color w:val="696969"/>
        </w:rPr>
        <w:t>Please include anything else that would help us understand the role accurately.</w:t>
      </w:r>
    </w:p>
    <w:p w14:paraId="54F8AFDA" w14:textId="77777777" w:rsidR="007E6BB0" w:rsidRDefault="0006498E">
      <w:pPr>
        <w:spacing w:after="80"/>
      </w:pPr>
      <w:r>
        <w:rPr>
          <w:color w:val="AAAAAA"/>
        </w:rPr>
        <w:lastRenderedPageBreak/>
        <w:t>________________________________________________________________________________</w:t>
      </w:r>
    </w:p>
    <w:p w14:paraId="637F2AC4" w14:textId="77777777" w:rsidR="007E6BB0" w:rsidRDefault="0006498E">
      <w:pPr>
        <w:spacing w:after="80"/>
      </w:pPr>
      <w:r>
        <w:rPr>
          <w:color w:val="AAAAAA"/>
        </w:rPr>
        <w:t>________________________________________________________________________________</w:t>
      </w:r>
    </w:p>
    <w:p w14:paraId="2098829D" w14:textId="77777777" w:rsidR="007E6BB0" w:rsidRDefault="0006498E">
      <w:pPr>
        <w:spacing w:after="80"/>
      </w:pPr>
      <w:r>
        <w:rPr>
          <w:color w:val="AAAAAA"/>
        </w:rPr>
        <w:t>________________________________________________________________________________</w:t>
      </w:r>
    </w:p>
    <w:p w14:paraId="15D7799C" w14:textId="77777777" w:rsidR="007E6BB0" w:rsidRDefault="0006498E">
      <w:pPr>
        <w:spacing w:after="80"/>
      </w:pPr>
      <w:r>
        <w:rPr>
          <w:color w:val="AAAAAA"/>
        </w:rPr>
        <w:t>________________________________________________________________________________</w:t>
      </w:r>
    </w:p>
    <w:p w14:paraId="06610E79" w14:textId="77777777" w:rsidR="007E6BB0" w:rsidRDefault="0006498E">
      <w:pPr>
        <w:spacing w:after="80"/>
      </w:pPr>
      <w:r>
        <w:rPr>
          <w:color w:val="AAAAAA"/>
        </w:rPr>
        <w:t>________________________________________________________________________________</w:t>
      </w:r>
    </w:p>
    <w:p w14:paraId="5474DF4B" w14:textId="77777777" w:rsidR="007E6BB0" w:rsidRDefault="0006498E">
      <w:pPr>
        <w:spacing w:before="200" w:after="60"/>
      </w:pPr>
      <w:r>
        <w:rPr>
          <w:b/>
          <w:color w:val="52687A"/>
        </w:rPr>
        <w:t xml:space="preserve">13  —  </w:t>
      </w:r>
      <w:r>
        <w:rPr>
          <w:b/>
          <w:color w:val="52687A"/>
          <w:sz w:val="28"/>
        </w:rPr>
        <w:t>REVIEW &amp; AGREEMENT</w:t>
      </w:r>
    </w:p>
    <w:p w14:paraId="22A727F3" w14:textId="77777777" w:rsidR="007E6BB0" w:rsidRDefault="0006498E">
      <w:r>
        <w:t>This form provides employee input into the development or review of a Job Description.</w:t>
      </w:r>
    </w:p>
    <w:p w14:paraId="01B457BE" w14:textId="77777777" w:rsidR="007E6BB0" w:rsidRDefault="0006498E">
      <w:r>
        <w:rPr>
          <w:color w:val="696969"/>
        </w:rPr>
        <w:t>The information provided will be discussed with the employee's manager and may be refined to ensure the final Job Description accurately reflects the responsibilities, authority, requirements and business needs of the position.</w:t>
      </w:r>
    </w:p>
    <w:tbl>
      <w:tblPr>
        <w:tblW w:w="0" w:type="auto"/>
        <w:jc w:val="center"/>
        <w:tblLook w:val="04A0" w:firstRow="1" w:lastRow="0" w:firstColumn="1" w:lastColumn="0" w:noHBand="0" w:noVBand="1"/>
      </w:tblPr>
      <w:tblGrid>
        <w:gridCol w:w="5112"/>
        <w:gridCol w:w="5112"/>
      </w:tblGrid>
      <w:tr w:rsidR="007E6BB0" w14:paraId="4E3B2EED" w14:textId="77777777">
        <w:trPr>
          <w:jc w:val="center"/>
        </w:trPr>
        <w:tc>
          <w:tcPr>
            <w:tcW w:w="5112" w:type="dxa"/>
            <w:shd w:val="clear" w:color="auto" w:fill="E9EDF0"/>
            <w:tcMar>
              <w:top w:w="60" w:type="dxa"/>
              <w:left w:w="80" w:type="dxa"/>
              <w:bottom w:w="60" w:type="dxa"/>
              <w:right w:w="80" w:type="dxa"/>
            </w:tcMar>
          </w:tcPr>
          <w:p w14:paraId="7E96CBEB" w14:textId="77777777" w:rsidR="007E6BB0" w:rsidRDefault="0006498E">
            <w:r>
              <w:rPr>
                <w:b/>
                <w:color w:val="52687A"/>
              </w:rPr>
              <w:t>EMPLOYEE</w:t>
            </w:r>
          </w:p>
        </w:tc>
        <w:tc>
          <w:tcPr>
            <w:tcW w:w="5112" w:type="dxa"/>
            <w:shd w:val="clear" w:color="auto" w:fill="E9EDF0"/>
            <w:tcMar>
              <w:top w:w="60" w:type="dxa"/>
              <w:left w:w="80" w:type="dxa"/>
              <w:bottom w:w="60" w:type="dxa"/>
              <w:right w:w="80" w:type="dxa"/>
            </w:tcMar>
          </w:tcPr>
          <w:p w14:paraId="7A19E38A" w14:textId="77777777" w:rsidR="007E6BB0" w:rsidRDefault="0006498E">
            <w:r>
              <w:rPr>
                <w:b/>
                <w:color w:val="52687A"/>
              </w:rPr>
              <w:t>MANAGER</w:t>
            </w:r>
          </w:p>
        </w:tc>
      </w:tr>
      <w:tr w:rsidR="007E6BB0" w14:paraId="74D0AA1F" w14:textId="77777777">
        <w:trPr>
          <w:jc w:val="center"/>
        </w:trPr>
        <w:tc>
          <w:tcPr>
            <w:tcW w:w="5112" w:type="dxa"/>
            <w:tcMar>
              <w:top w:w="60" w:type="dxa"/>
              <w:left w:w="80" w:type="dxa"/>
              <w:bottom w:w="60" w:type="dxa"/>
              <w:right w:w="80" w:type="dxa"/>
            </w:tcMar>
          </w:tcPr>
          <w:p w14:paraId="4F84156F" w14:textId="77777777" w:rsidR="007E6BB0" w:rsidRDefault="0006498E">
            <w:r>
              <w:t>Name: ____________________________</w:t>
            </w:r>
          </w:p>
        </w:tc>
        <w:tc>
          <w:tcPr>
            <w:tcW w:w="5112" w:type="dxa"/>
            <w:tcMar>
              <w:top w:w="60" w:type="dxa"/>
              <w:left w:w="80" w:type="dxa"/>
              <w:bottom w:w="60" w:type="dxa"/>
              <w:right w:w="80" w:type="dxa"/>
            </w:tcMar>
          </w:tcPr>
          <w:p w14:paraId="19372D47" w14:textId="77777777" w:rsidR="007E6BB0" w:rsidRDefault="0006498E">
            <w:r>
              <w:t>Name: ____________________________</w:t>
            </w:r>
          </w:p>
        </w:tc>
      </w:tr>
      <w:tr w:rsidR="007E6BB0" w14:paraId="1E63E453" w14:textId="77777777">
        <w:trPr>
          <w:jc w:val="center"/>
        </w:trPr>
        <w:tc>
          <w:tcPr>
            <w:tcW w:w="5112" w:type="dxa"/>
            <w:tcMar>
              <w:top w:w="60" w:type="dxa"/>
              <w:left w:w="80" w:type="dxa"/>
              <w:bottom w:w="60" w:type="dxa"/>
              <w:right w:w="80" w:type="dxa"/>
            </w:tcMar>
          </w:tcPr>
          <w:p w14:paraId="041B6359" w14:textId="77777777" w:rsidR="007E6BB0" w:rsidRDefault="0006498E">
            <w:r>
              <w:t>Signature: ____________________________</w:t>
            </w:r>
          </w:p>
        </w:tc>
        <w:tc>
          <w:tcPr>
            <w:tcW w:w="5112" w:type="dxa"/>
            <w:tcMar>
              <w:top w:w="60" w:type="dxa"/>
              <w:left w:w="80" w:type="dxa"/>
              <w:bottom w:w="60" w:type="dxa"/>
              <w:right w:w="80" w:type="dxa"/>
            </w:tcMar>
          </w:tcPr>
          <w:p w14:paraId="29BEF904" w14:textId="77777777" w:rsidR="007E6BB0" w:rsidRDefault="0006498E">
            <w:r>
              <w:t>Signature: ____________________________</w:t>
            </w:r>
          </w:p>
        </w:tc>
      </w:tr>
      <w:tr w:rsidR="007E6BB0" w14:paraId="469FC251" w14:textId="77777777">
        <w:trPr>
          <w:jc w:val="center"/>
        </w:trPr>
        <w:tc>
          <w:tcPr>
            <w:tcW w:w="5112" w:type="dxa"/>
            <w:tcMar>
              <w:top w:w="60" w:type="dxa"/>
              <w:left w:w="80" w:type="dxa"/>
              <w:bottom w:w="60" w:type="dxa"/>
              <w:right w:w="80" w:type="dxa"/>
            </w:tcMar>
          </w:tcPr>
          <w:p w14:paraId="793AFDC5" w14:textId="77777777" w:rsidR="007E6BB0" w:rsidRDefault="0006498E">
            <w:r>
              <w:t>Date: ____________________________</w:t>
            </w:r>
          </w:p>
        </w:tc>
        <w:tc>
          <w:tcPr>
            <w:tcW w:w="5112" w:type="dxa"/>
            <w:tcMar>
              <w:top w:w="60" w:type="dxa"/>
              <w:left w:w="80" w:type="dxa"/>
              <w:bottom w:w="60" w:type="dxa"/>
              <w:right w:w="80" w:type="dxa"/>
            </w:tcMar>
          </w:tcPr>
          <w:p w14:paraId="6726628E" w14:textId="77777777" w:rsidR="007E6BB0" w:rsidRDefault="0006498E">
            <w:r>
              <w:t>Date: ____________________________</w:t>
            </w:r>
          </w:p>
        </w:tc>
      </w:tr>
      <w:tr w:rsidR="007E6BB0" w14:paraId="4F3F3C65" w14:textId="77777777">
        <w:trPr>
          <w:jc w:val="center"/>
        </w:trPr>
        <w:tc>
          <w:tcPr>
            <w:tcW w:w="10224" w:type="dxa"/>
            <w:gridSpan w:val="2"/>
            <w:tcMar>
              <w:top w:w="60" w:type="dxa"/>
              <w:left w:w="80" w:type="dxa"/>
              <w:bottom w:w="60" w:type="dxa"/>
              <w:right w:w="80" w:type="dxa"/>
            </w:tcMar>
          </w:tcPr>
          <w:p w14:paraId="79EE8A5E" w14:textId="77777777" w:rsidR="007E6BB0" w:rsidRDefault="0006498E">
            <w:r>
              <w:rPr>
                <w:b/>
              </w:rPr>
              <w:t xml:space="preserve">FINAL JOB DESCRIPTION   </w:t>
            </w:r>
            <w:r>
              <w:t>☐</w:t>
            </w:r>
            <w:r>
              <w:t xml:space="preserve"> Reviewed and agreed     ☐ Further changes required</w:t>
            </w:r>
          </w:p>
        </w:tc>
      </w:tr>
    </w:tbl>
    <w:p w14:paraId="47FCDF75" w14:textId="77777777" w:rsidR="0006498E" w:rsidRDefault="0006498E"/>
    <w:sectPr w:rsidR="00000000" w:rsidSect="00034616">
      <w:footerReference w:type="default" r:id="rId9"/>
      <w:pgSz w:w="12240" w:h="15840"/>
      <w:pgMar w:top="792" w:right="1008" w:bottom="792" w:left="100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3E6CCCA" w14:textId="77777777" w:rsidR="0006498E" w:rsidRDefault="0006498E">
      <w:pPr>
        <w:spacing w:after="0" w:line="240" w:lineRule="auto"/>
      </w:pPr>
      <w:r>
        <w:separator/>
      </w:r>
    </w:p>
  </w:endnote>
  <w:endnote w:type="continuationSeparator" w:id="0">
    <w:p w14:paraId="4B8A5017" w14:textId="77777777" w:rsidR="0006498E" w:rsidRDefault="000649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02FF" w:usb1="4000ACFF" w:usb2="00000001" w:usb3="00000000" w:csb0="0000019F" w:csb1="00000000"/>
  </w:font>
  <w:font w:name="MS Gothic">
    <w:panose1 w:val="020B0609070205080204"/>
    <w:charset w:val="80"/>
    <w:family w:val="modern"/>
    <w:pitch w:val="fixed"/>
    <w:sig w:usb0="E00002FF" w:usb1="6AC7FDFB" w:usb2="08000012" w:usb3="00000000" w:csb0="0002009F" w:csb1="00000000"/>
  </w:font>
  <w:font w:name="Courier">
    <w:panose1 w:val="020B06040202020202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9CB067E" w14:textId="77777777" w:rsidR="007E6BB0" w:rsidRDefault="0006498E">
    <w:pPr>
      <w:pStyle w:val="Footer"/>
      <w:jc w:val="center"/>
    </w:pPr>
    <w:r>
      <w:rPr>
        <w:color w:val="696969"/>
        <w:sz w:val="16"/>
      </w:rPr>
      <w:t xml:space="preserve">SjB Business Consulting </w:t>
    </w:r>
    <w:proofErr w:type="spellStart"/>
    <w:r>
      <w:rPr>
        <w:color w:val="696969"/>
        <w:sz w:val="16"/>
      </w:rPr>
      <w:t>Pty</w:t>
    </w:r>
    <w:proofErr w:type="spellEnd"/>
    <w:r>
      <w:rPr>
        <w:color w:val="696969"/>
        <w:sz w:val="16"/>
      </w:rPr>
      <w:t xml:space="preserve"> Ltd  |  Practical HR • Commercial Thinking • Better Business Outcomes  |  </w:t>
    </w:r>
    <w:r>
      <w:fldChar w:fldCharType="begin"/>
    </w:r>
    <w:r>
      <w:instrText>PAGE</w:instrText>
    </w:r>
    <w:r>
      <w:fldChar w:fldCharType="separate"/>
    </w:r>
    <w:r w:rsidR="007873EB">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0FCFA34" w14:textId="77777777" w:rsidR="0006498E" w:rsidRDefault="0006498E">
      <w:pPr>
        <w:spacing w:after="0" w:line="240" w:lineRule="auto"/>
      </w:pPr>
      <w:r>
        <w:separator/>
      </w:r>
    </w:p>
  </w:footnote>
  <w:footnote w:type="continuationSeparator" w:id="0">
    <w:p w14:paraId="1BA42CA5" w14:textId="77777777" w:rsidR="0006498E" w:rsidRDefault="0006498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454640526">
    <w:abstractNumId w:val="8"/>
  </w:num>
  <w:num w:numId="2" w16cid:durableId="1692536853">
    <w:abstractNumId w:val="6"/>
  </w:num>
  <w:num w:numId="3" w16cid:durableId="1199778860">
    <w:abstractNumId w:val="5"/>
  </w:num>
  <w:num w:numId="4" w16cid:durableId="721059305">
    <w:abstractNumId w:val="4"/>
  </w:num>
  <w:num w:numId="5" w16cid:durableId="1099913954">
    <w:abstractNumId w:val="7"/>
  </w:num>
  <w:num w:numId="6" w16cid:durableId="225653197">
    <w:abstractNumId w:val="3"/>
  </w:num>
  <w:num w:numId="7" w16cid:durableId="234167004">
    <w:abstractNumId w:val="2"/>
  </w:num>
  <w:num w:numId="8" w16cid:durableId="794517693">
    <w:abstractNumId w:val="1"/>
  </w:num>
  <w:num w:numId="9" w16cid:durableId="1421566038">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95"/>
  <w:proofState w:spelling="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6498E"/>
    <w:rsid w:val="00084748"/>
    <w:rsid w:val="0015074B"/>
    <w:rsid w:val="001B05F5"/>
    <w:rsid w:val="002749CB"/>
    <w:rsid w:val="0029639D"/>
    <w:rsid w:val="00326F90"/>
    <w:rsid w:val="003E3F6B"/>
    <w:rsid w:val="00435EB6"/>
    <w:rsid w:val="004F02C1"/>
    <w:rsid w:val="005E17EF"/>
    <w:rsid w:val="0064794B"/>
    <w:rsid w:val="006D3576"/>
    <w:rsid w:val="00756F54"/>
    <w:rsid w:val="007873EB"/>
    <w:rsid w:val="007E6BB0"/>
    <w:rsid w:val="007E6D04"/>
    <w:rsid w:val="00892A69"/>
    <w:rsid w:val="00940A5A"/>
    <w:rsid w:val="009E64CC"/>
    <w:rsid w:val="00A8256A"/>
    <w:rsid w:val="00A921A7"/>
    <w:rsid w:val="00AA1D8D"/>
    <w:rsid w:val="00AC6F02"/>
    <w:rsid w:val="00B45252"/>
    <w:rsid w:val="00B47730"/>
    <w:rsid w:val="00BD2BE4"/>
    <w:rsid w:val="00C23F60"/>
    <w:rsid w:val="00CB0664"/>
    <w:rsid w:val="00D33153"/>
    <w:rsid w:val="00E71F9F"/>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EACF006"/>
  <w14:defaultImageDpi w14:val="300"/>
  <w15:docId w15:val="{43F4423E-04B4-8A45-A7C5-9257A966B8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00"/>
    </w:pPr>
    <w:rPr>
      <w:rFonts w:ascii="Aptos" w:hAnsi="Aptos"/>
      <w:color w:val="2D2D2D"/>
      <w:sz w:val="21"/>
    </w:rPr>
  </w:style>
  <w:style w:type="paragraph" w:styleId="Heading1">
    <w:name w:val="heading 1"/>
    <w:basedOn w:val="Normal"/>
    <w:next w:val="Normal"/>
    <w:link w:val="Heading1Char"/>
    <w:uiPriority w:val="9"/>
    <w:qFormat/>
    <w:rsid w:val="00FC693F"/>
    <w:pPr>
      <w:keepNext/>
      <w:keepLines/>
      <w:spacing w:before="180"/>
      <w:outlineLvl w:val="0"/>
    </w:pPr>
    <w:rPr>
      <w:rFonts w:asciiTheme="majorHAnsi" w:eastAsiaTheme="majorEastAsia" w:hAnsiTheme="majorHAnsi" w:cstheme="majorBidi"/>
      <w:b/>
      <w:bCs/>
      <w:color w:val="52687A"/>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5</Pages>
  <Words>757</Words>
  <Characters>8682</Characters>
  <Application>Microsoft Office Word</Application>
  <DocSecurity>0</DocSecurity>
  <Lines>166</Lines>
  <Paragraphs>165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9274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Steve Booth</cp:lastModifiedBy>
  <cp:revision>2</cp:revision>
  <dcterms:created xsi:type="dcterms:W3CDTF">2026-09-16T10:52:00Z</dcterms:created>
  <dcterms:modified xsi:type="dcterms:W3CDTF">2026-09-16T10:52:00Z</dcterms:modified>
  <cp:category/>
</cp:coreProperties>
</file>