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CD613" w14:textId="77777777" w:rsidR="009B59E1" w:rsidRDefault="009B59E1" w:rsidP="009B59E1">
      <w:r>
        <w:br/>
      </w:r>
      <w:r>
        <w:br/>
      </w:r>
      <w:r>
        <w:br/>
        <w:t>PulseNexis – Unlimited License Agreement</w:t>
      </w:r>
    </w:p>
    <w:p w14:paraId="528D6859" w14:textId="77777777" w:rsidR="009B59E1" w:rsidRDefault="009B59E1" w:rsidP="009B59E1"/>
    <w:p w14:paraId="15E9092F" w14:textId="77777777" w:rsidR="009B59E1" w:rsidRDefault="009B59E1" w:rsidP="009B59E1">
      <w:r>
        <w:t>This agreement ("Agreement") is between the purchaser ("Licensee") and PulseNexis ("Licensor").</w:t>
      </w:r>
    </w:p>
    <w:p w14:paraId="2812044D" w14:textId="77777777" w:rsidR="009B59E1" w:rsidRDefault="009B59E1" w:rsidP="009B59E1"/>
    <w:p w14:paraId="563BC89A" w14:textId="77777777" w:rsidR="009B59E1" w:rsidRDefault="009B59E1" w:rsidP="009B59E1">
      <w:r>
        <w:t>1. Grant of Rights</w:t>
      </w:r>
    </w:p>
    <w:p w14:paraId="4E8B927D" w14:textId="77777777" w:rsidR="009B59E1" w:rsidRDefault="009B59E1" w:rsidP="009B59E1">
      <w:r>
        <w:t>Licensor grants Licensee a non-exclusive, non-transferable, perpetual right to use the selected song(s) in:</w:t>
      </w:r>
    </w:p>
    <w:p w14:paraId="5B7F9761" w14:textId="77777777" w:rsidR="009B59E1" w:rsidRDefault="009B59E1" w:rsidP="009B59E1">
      <w:r>
        <w:t>- Commercial releases (music, streaming, retail)</w:t>
      </w:r>
    </w:p>
    <w:p w14:paraId="48DF5980" w14:textId="77777777" w:rsidR="009B59E1" w:rsidRDefault="009B59E1" w:rsidP="009B59E1">
      <w:r>
        <w:t>- Advertising and marketing</w:t>
      </w:r>
    </w:p>
    <w:p w14:paraId="3B79679B" w14:textId="77777777" w:rsidR="009B59E1" w:rsidRDefault="009B59E1" w:rsidP="009B59E1">
      <w:r>
        <w:t>- Film, TV, or video content</w:t>
      </w:r>
    </w:p>
    <w:p w14:paraId="3B88728F" w14:textId="77777777" w:rsidR="009B59E1" w:rsidRDefault="009B59E1" w:rsidP="009B59E1">
      <w:r>
        <w:t>- Public performances</w:t>
      </w:r>
    </w:p>
    <w:p w14:paraId="7C9FBC33" w14:textId="77777777" w:rsidR="009B59E1" w:rsidRDefault="009B59E1" w:rsidP="009B59E1">
      <w:r>
        <w:t>- Client work or freelance media projects</w:t>
      </w:r>
    </w:p>
    <w:p w14:paraId="1703F215" w14:textId="77777777" w:rsidR="009B59E1" w:rsidRDefault="009B59E1" w:rsidP="009B59E1"/>
    <w:p w14:paraId="0D6AC55B" w14:textId="77777777" w:rsidR="009B59E1" w:rsidRDefault="009B59E1" w:rsidP="009B59E1">
      <w:r>
        <w:t>2. Restrictions</w:t>
      </w:r>
    </w:p>
    <w:p w14:paraId="5421F09A" w14:textId="77777777" w:rsidR="009B59E1" w:rsidRDefault="009B59E1" w:rsidP="009B59E1">
      <w:r>
        <w:t>Licensee may not:</w:t>
      </w:r>
    </w:p>
    <w:p w14:paraId="351814CB" w14:textId="77777777" w:rsidR="009B59E1" w:rsidRDefault="009B59E1" w:rsidP="009B59E1">
      <w:r>
        <w:t>- Re-sell or re-license the music as standalone audio</w:t>
      </w:r>
    </w:p>
    <w:p w14:paraId="77E28935" w14:textId="77777777" w:rsidR="009B59E1" w:rsidRDefault="009B59E1" w:rsidP="009B59E1">
      <w:r>
        <w:t>- Claim ownership of the original master or composition</w:t>
      </w:r>
    </w:p>
    <w:p w14:paraId="48B6B1CF" w14:textId="77777777" w:rsidR="009B59E1" w:rsidRDefault="009B59E1" w:rsidP="009B59E1">
      <w:r>
        <w:t>- Use the music in obscene, defamatory, or hate-based material</w:t>
      </w:r>
    </w:p>
    <w:p w14:paraId="23D04045" w14:textId="77777777" w:rsidR="009B59E1" w:rsidRDefault="009B59E1" w:rsidP="009B59E1"/>
    <w:p w14:paraId="073E6A64" w14:textId="77777777" w:rsidR="009B59E1" w:rsidRDefault="009B59E1" w:rsidP="009B59E1">
      <w:r>
        <w:t>3. Ownership</w:t>
      </w:r>
    </w:p>
    <w:p w14:paraId="00843135" w14:textId="77777777" w:rsidR="009B59E1" w:rsidRDefault="009B59E1" w:rsidP="009B59E1">
      <w:r>
        <w:lastRenderedPageBreak/>
        <w:t>Licensor retains full ownership of all copyrights. This agreement grants usage rights only, not authorship or publishing claims.</w:t>
      </w:r>
    </w:p>
    <w:p w14:paraId="6A607E8A" w14:textId="77777777" w:rsidR="009B59E1" w:rsidRDefault="009B59E1" w:rsidP="009B59E1"/>
    <w:p w14:paraId="12E36E7F" w14:textId="77777777" w:rsidR="009B59E1" w:rsidRDefault="009B59E1" w:rsidP="009B59E1">
      <w:r>
        <w:t>4. Credit</w:t>
      </w:r>
    </w:p>
    <w:p w14:paraId="3A12AE77" w14:textId="77777777" w:rsidR="009B59E1" w:rsidRDefault="009B59E1" w:rsidP="009B59E1">
      <w:r>
        <w:t>Credit must be given in applicable formats as: “Music licensed from PulseNexis”</w:t>
      </w:r>
    </w:p>
    <w:p w14:paraId="79BBEB23" w14:textId="77777777" w:rsidR="009B59E1" w:rsidRDefault="009B59E1" w:rsidP="009B59E1"/>
    <w:p w14:paraId="39388ABC" w14:textId="77777777" w:rsidR="009B59E1" w:rsidRDefault="009B59E1" w:rsidP="009B59E1">
      <w:r>
        <w:t>5. Payment</w:t>
      </w:r>
    </w:p>
    <w:p w14:paraId="492F333A" w14:textId="77777777" w:rsidR="009B59E1" w:rsidRDefault="009B59E1" w:rsidP="009B59E1">
      <w:r>
        <w:t>Full payment is required before license delivery. Price for Unlimited License: $299 per song or per terms agreed upon.</w:t>
      </w:r>
    </w:p>
    <w:p w14:paraId="32CD053F" w14:textId="77777777" w:rsidR="009B59E1" w:rsidRDefault="009B59E1" w:rsidP="009B59E1"/>
    <w:p w14:paraId="7E4F1F2B" w14:textId="77777777" w:rsidR="009B59E1" w:rsidRDefault="009B59E1" w:rsidP="009B59E1">
      <w:r>
        <w:t>6. Termination</w:t>
      </w:r>
    </w:p>
    <w:p w14:paraId="3C6BBA4B" w14:textId="77777777" w:rsidR="009B59E1" w:rsidRDefault="009B59E1" w:rsidP="009B59E1">
      <w:r>
        <w:t>License is revoked upon breach of terms or failure to complete payment.</w:t>
      </w:r>
    </w:p>
    <w:p w14:paraId="0BD6AAE3" w14:textId="77777777" w:rsidR="009B59E1" w:rsidRDefault="009B59E1" w:rsidP="009B59E1"/>
    <w:p w14:paraId="45667F8F" w14:textId="77777777" w:rsidR="009B59E1" w:rsidRDefault="009B59E1" w:rsidP="009B59E1">
      <w:r>
        <w:t>7. Governing Law</w:t>
      </w:r>
    </w:p>
    <w:p w14:paraId="08387A87" w14:textId="77777777" w:rsidR="009B59E1" w:rsidRDefault="009B59E1" w:rsidP="009B59E1">
      <w:r>
        <w:t>This Agreement is governed by the laws of [Nevada/Clark Country].</w:t>
      </w:r>
    </w:p>
    <w:p w14:paraId="79C13DE5" w14:textId="77777777" w:rsidR="009B59E1" w:rsidRDefault="009B59E1" w:rsidP="009B59E1"/>
    <w:p w14:paraId="05706485" w14:textId="77777777" w:rsidR="009B59E1" w:rsidRDefault="009B59E1" w:rsidP="009B59E1">
      <w:r>
        <w:t>Signed electronically upon purchase by Licensee and Licensor.</w:t>
      </w:r>
    </w:p>
    <w:p w14:paraId="34F14150" w14:textId="118328D4" w:rsidR="00CD3B07" w:rsidRDefault="009B59E1" w:rsidP="009B59E1">
      <w:r>
        <w:br/>
      </w:r>
      <w:r w:rsidR="00CD3B07">
        <w:t xml:space="preserve">Licensor </w:t>
      </w:r>
      <w:r w:rsidR="00CD3B07" w:rsidRPr="00CD3B07">
        <w:rPr>
          <w:noProof/>
          <w:u w:val="single"/>
        </w:rPr>
        <w:drawing>
          <wp:inline distT="0" distB="0" distL="0" distR="0" wp14:anchorId="6DE1F9ED" wp14:editId="6A9BC1D1">
            <wp:extent cx="1268730" cy="296073"/>
            <wp:effectExtent l="0" t="0" r="1270" b="0"/>
            <wp:docPr id="519595265" name="Picture 1" descr="A black background with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95265" name="Picture 1" descr="A black background with text"/>
                    <pic:cNvPicPr/>
                  </pic:nvPicPr>
                  <pic:blipFill rotWithShape="1">
                    <a:blip r:embed="rId8"/>
                    <a:srcRect t="28600" b="3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36" cy="29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CEC34" w14:textId="2E869CFF" w:rsidR="009B59E1" w:rsidRDefault="00CD3B07" w:rsidP="009B59E1">
      <w:r>
        <w:t>Licensee_____________________________________</w:t>
      </w:r>
      <w:r w:rsidR="009B59E1">
        <w:br/>
      </w:r>
    </w:p>
    <w:p w14:paraId="3CFA33B2" w14:textId="4821549A" w:rsidR="00FE5D53" w:rsidRDefault="00FE5D53"/>
    <w:sectPr w:rsidR="00FE5D53" w:rsidSect="00034616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624FC" w14:textId="77777777" w:rsidR="007066B9" w:rsidRDefault="007066B9">
      <w:pPr>
        <w:spacing w:after="0" w:line="240" w:lineRule="auto"/>
      </w:pPr>
      <w:r>
        <w:separator/>
      </w:r>
    </w:p>
  </w:endnote>
  <w:endnote w:type="continuationSeparator" w:id="0">
    <w:p w14:paraId="4D9A86B0" w14:textId="77777777" w:rsidR="007066B9" w:rsidRDefault="0070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0DFFF" w14:textId="77777777" w:rsidR="00FE5D53" w:rsidRDefault="00000000">
    <w:pPr>
      <w:pStyle w:val="Footer"/>
      <w:jc w:val="center"/>
    </w:pPr>
    <w:r>
      <w:rPr>
        <w:i/>
        <w:sz w:val="18"/>
      </w:rPr>
      <w:t>PulseNexis © 2025. All rights reserved. | Music lives here.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BCDF1" w14:textId="77777777" w:rsidR="007066B9" w:rsidRDefault="007066B9">
      <w:pPr>
        <w:spacing w:after="0" w:line="240" w:lineRule="auto"/>
      </w:pPr>
      <w:r>
        <w:separator/>
      </w:r>
    </w:p>
  </w:footnote>
  <w:footnote w:type="continuationSeparator" w:id="0">
    <w:p w14:paraId="130A8216" w14:textId="77777777" w:rsidR="007066B9" w:rsidRDefault="00706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440E9" w14:textId="77777777" w:rsidR="00FE5D53" w:rsidRDefault="00FE5D53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4320"/>
      <w:gridCol w:w="4320"/>
    </w:tblGrid>
    <w:tr w:rsidR="00FE5D53" w14:paraId="6EA4C24F" w14:textId="77777777">
      <w:tc>
        <w:tcPr>
          <w:tcW w:w="4320" w:type="dxa"/>
        </w:tcPr>
        <w:p w14:paraId="1C1B0310" w14:textId="77777777" w:rsidR="00FE5D53" w:rsidRDefault="00000000">
          <w:r>
            <w:rPr>
              <w:noProof/>
            </w:rPr>
            <w:drawing>
              <wp:inline distT="0" distB="0" distL="0" distR="0" wp14:anchorId="09AC4A3F" wp14:editId="31A8FF9F">
                <wp:extent cx="1097280" cy="73152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lseNexis_converted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73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</w:tcPr>
        <w:p w14:paraId="53513D2D" w14:textId="77777777" w:rsidR="00FE5D53" w:rsidRDefault="00000000">
          <w:pPr>
            <w:jc w:val="right"/>
          </w:pPr>
          <w:r>
            <w:rPr>
              <w:sz w:val="20"/>
            </w:rPr>
            <w:t>PulseNexis</w:t>
          </w:r>
          <w:r>
            <w:rPr>
              <w:sz w:val="20"/>
            </w:rPr>
            <w:br/>
            <w:t>Innovative Music Licensing &amp; Original Sound</w:t>
          </w:r>
          <w:r>
            <w:rPr>
              <w:sz w:val="20"/>
            </w:rPr>
            <w:br/>
            <w:t>info@pulsenexis.com | www.pulsenexis.com</w:t>
          </w:r>
          <w:r>
            <w:rPr>
              <w:sz w:val="20"/>
            </w:rPr>
            <w:br/>
            <w:t>City, State, ZIP</w: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19689704">
    <w:abstractNumId w:val="8"/>
  </w:num>
  <w:num w:numId="2" w16cid:durableId="377558552">
    <w:abstractNumId w:val="6"/>
  </w:num>
  <w:num w:numId="3" w16cid:durableId="1504078817">
    <w:abstractNumId w:val="5"/>
  </w:num>
  <w:num w:numId="4" w16cid:durableId="1515411661">
    <w:abstractNumId w:val="4"/>
  </w:num>
  <w:num w:numId="5" w16cid:durableId="128281670">
    <w:abstractNumId w:val="7"/>
  </w:num>
  <w:num w:numId="6" w16cid:durableId="385834796">
    <w:abstractNumId w:val="3"/>
  </w:num>
  <w:num w:numId="7" w16cid:durableId="1860849585">
    <w:abstractNumId w:val="2"/>
  </w:num>
  <w:num w:numId="8" w16cid:durableId="1001547991">
    <w:abstractNumId w:val="1"/>
  </w:num>
  <w:num w:numId="9" w16cid:durableId="1477332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removeDateAndTime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7066B9"/>
    <w:rsid w:val="007A5A90"/>
    <w:rsid w:val="009B4DE6"/>
    <w:rsid w:val="009B59E1"/>
    <w:rsid w:val="00A01EDA"/>
    <w:rsid w:val="00AA1D8D"/>
    <w:rsid w:val="00B47730"/>
    <w:rsid w:val="00CB0664"/>
    <w:rsid w:val="00CD3B07"/>
    <w:rsid w:val="00D53F40"/>
    <w:rsid w:val="00FC693F"/>
    <w:rsid w:val="00FE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DEFA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1112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generated by python-docx</dc:description>
  <cp:lastModifiedBy/>
  <cp:revision>2</cp:revision>
  <dcterms:created xsi:type="dcterms:W3CDTF">2025-06-22T03:32:00Z</dcterms:created>
  <dcterms:modified xsi:type="dcterms:W3CDTF">2025-06-22T03:51:00Z</dcterms:modified>
  <cp:category/>
</cp:coreProperties>
</file>